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2.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3.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4.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5.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232196" w14:textId="5EB04AE9" w:rsidR="00EE4D23" w:rsidRPr="00D87659" w:rsidRDefault="00EE4D23" w:rsidP="00EE4D23">
      <w:pPr>
        <w:jc w:val="center"/>
      </w:pPr>
    </w:p>
    <w:p w14:paraId="58CC5B98" w14:textId="7D7A5317" w:rsidR="00EE4D23" w:rsidRDefault="00EE4D23" w:rsidP="00EE4D23">
      <w:pPr>
        <w:jc w:val="center"/>
      </w:pPr>
    </w:p>
    <w:p w14:paraId="58D28361" w14:textId="000EB60E" w:rsidR="00A51EC6" w:rsidRDefault="00A51EC6" w:rsidP="00EE4D23">
      <w:pPr>
        <w:jc w:val="center"/>
      </w:pPr>
    </w:p>
    <w:p w14:paraId="4F6AF820" w14:textId="3EE0AF46" w:rsidR="00A51EC6" w:rsidRDefault="00A51EC6" w:rsidP="00EE4D23">
      <w:pPr>
        <w:jc w:val="center"/>
      </w:pPr>
    </w:p>
    <w:p w14:paraId="4CB0DE81" w14:textId="63A1A323" w:rsidR="00A51EC6" w:rsidRDefault="00A51EC6" w:rsidP="00EE4D23">
      <w:pPr>
        <w:jc w:val="center"/>
      </w:pPr>
    </w:p>
    <w:p w14:paraId="4AFC638F" w14:textId="2B88E086" w:rsidR="00A51EC6" w:rsidRDefault="00A51EC6" w:rsidP="00EE4D23">
      <w:pPr>
        <w:jc w:val="center"/>
      </w:pPr>
    </w:p>
    <w:p w14:paraId="3D1A48C0" w14:textId="771CA63C" w:rsidR="00A51EC6" w:rsidRDefault="00A51EC6" w:rsidP="00EE4D23">
      <w:pPr>
        <w:jc w:val="center"/>
      </w:pPr>
    </w:p>
    <w:p w14:paraId="21223FA3" w14:textId="3C437567" w:rsidR="00A51EC6" w:rsidRDefault="00A51EC6" w:rsidP="00EE4D23">
      <w:pPr>
        <w:jc w:val="center"/>
      </w:pPr>
    </w:p>
    <w:p w14:paraId="02FBCDB5" w14:textId="6EB57B90" w:rsidR="00A51EC6" w:rsidRDefault="00A51EC6" w:rsidP="00EE4D23">
      <w:pPr>
        <w:jc w:val="center"/>
      </w:pPr>
    </w:p>
    <w:p w14:paraId="43522EE9" w14:textId="09FB0196" w:rsidR="00A51EC6" w:rsidRDefault="00A51EC6" w:rsidP="00EE4D23">
      <w:pPr>
        <w:jc w:val="center"/>
      </w:pPr>
    </w:p>
    <w:p w14:paraId="7D789767" w14:textId="37E03D0F" w:rsidR="00A51EC6" w:rsidRDefault="00A51EC6" w:rsidP="00EE4D23">
      <w:pPr>
        <w:jc w:val="center"/>
      </w:pPr>
    </w:p>
    <w:p w14:paraId="30934CC8" w14:textId="1B29BE8B" w:rsidR="00A51EC6" w:rsidRDefault="00A51EC6" w:rsidP="00EE4D23">
      <w:pPr>
        <w:jc w:val="center"/>
      </w:pPr>
    </w:p>
    <w:p w14:paraId="2B7F885B" w14:textId="281F009A" w:rsidR="00A51EC6" w:rsidRDefault="00A51EC6" w:rsidP="00EE4D23">
      <w:pPr>
        <w:jc w:val="center"/>
      </w:pPr>
    </w:p>
    <w:p w14:paraId="4866D32F" w14:textId="0C85EA32" w:rsidR="00A51EC6" w:rsidRDefault="00A51EC6" w:rsidP="00EE4D23">
      <w:pPr>
        <w:jc w:val="center"/>
      </w:pPr>
    </w:p>
    <w:p w14:paraId="08763D9C" w14:textId="1AB6DCA2" w:rsidR="00A51EC6" w:rsidRDefault="00A51EC6" w:rsidP="00EE4D23">
      <w:pPr>
        <w:jc w:val="center"/>
      </w:pPr>
    </w:p>
    <w:p w14:paraId="743B01C0" w14:textId="6359DA59" w:rsidR="00A51EC6" w:rsidRDefault="00A51EC6" w:rsidP="00EE4D23">
      <w:pPr>
        <w:jc w:val="center"/>
      </w:pPr>
    </w:p>
    <w:p w14:paraId="091A6625" w14:textId="77777777" w:rsidR="00A51EC6" w:rsidRDefault="00A51EC6" w:rsidP="00EE4D23">
      <w:pPr>
        <w:jc w:val="center"/>
      </w:pPr>
    </w:p>
    <w:p w14:paraId="221ED45B" w14:textId="77777777" w:rsidR="001F216D" w:rsidRPr="005110D4" w:rsidRDefault="001F216D" w:rsidP="001F216D">
      <w:pPr>
        <w:spacing w:line="276" w:lineRule="auto"/>
        <w:jc w:val="center"/>
        <w:rPr>
          <w:rFonts w:eastAsia="Calibri"/>
          <w:b/>
          <w:sz w:val="32"/>
          <w:szCs w:val="32"/>
          <w:lang w:val="kk-KZ"/>
        </w:rPr>
      </w:pPr>
    </w:p>
    <w:p w14:paraId="63B372D1" w14:textId="045A24B1" w:rsidR="00D87659" w:rsidRPr="009E052F" w:rsidRDefault="00D87659" w:rsidP="00D876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center"/>
        <w:rPr>
          <w:b/>
          <w:bCs/>
          <w:color w:val="202124"/>
          <w:sz w:val="32"/>
          <w:szCs w:val="32"/>
          <w:lang w:val="kk-KZ"/>
        </w:rPr>
      </w:pPr>
      <w:r w:rsidRPr="00141BCD">
        <w:rPr>
          <w:b/>
          <w:bCs/>
          <w:color w:val="202124"/>
          <w:sz w:val="32"/>
          <w:szCs w:val="32"/>
          <w:lang w:val="kk-KZ"/>
        </w:rPr>
        <w:t>ӨЗІН</w:t>
      </w:r>
      <w:r w:rsidR="00141BCD" w:rsidRPr="009E052F">
        <w:rPr>
          <w:b/>
          <w:bCs/>
          <w:color w:val="202124"/>
          <w:sz w:val="32"/>
          <w:szCs w:val="32"/>
          <w:lang w:val="kk-KZ"/>
        </w:rPr>
        <w:t>-</w:t>
      </w:r>
      <w:r w:rsidRPr="00141BCD">
        <w:rPr>
          <w:b/>
          <w:bCs/>
          <w:color w:val="202124"/>
          <w:sz w:val="32"/>
          <w:szCs w:val="32"/>
          <w:lang w:val="kk-KZ"/>
        </w:rPr>
        <w:t>ӨЗІ БАҒАЛАУ</w:t>
      </w:r>
    </w:p>
    <w:p w14:paraId="68327239" w14:textId="77777777" w:rsidR="001F216D" w:rsidRPr="005110D4" w:rsidRDefault="001F216D" w:rsidP="001F216D">
      <w:pPr>
        <w:jc w:val="center"/>
        <w:rPr>
          <w:rFonts w:eastAsia="Calibri"/>
          <w:b/>
          <w:sz w:val="32"/>
          <w:szCs w:val="32"/>
          <w:lang w:val="kk-KZ"/>
        </w:rPr>
      </w:pPr>
      <w:r w:rsidRPr="005110D4">
        <w:rPr>
          <w:rFonts w:eastAsia="Calibri"/>
          <w:b/>
          <w:sz w:val="32"/>
          <w:szCs w:val="32"/>
          <w:lang w:val="kk-KZ"/>
        </w:rPr>
        <w:t>Қарағанды</w:t>
      </w:r>
      <w:r>
        <w:rPr>
          <w:rFonts w:eastAsia="Calibri"/>
          <w:b/>
          <w:sz w:val="32"/>
          <w:szCs w:val="32"/>
          <w:lang w:val="kk-KZ"/>
        </w:rPr>
        <w:t xml:space="preserve"> облысы білім басқармасының </w:t>
      </w:r>
    </w:p>
    <w:p w14:paraId="7254F090" w14:textId="77777777" w:rsidR="001F216D" w:rsidRPr="005110D4" w:rsidRDefault="001F216D" w:rsidP="001F216D">
      <w:pPr>
        <w:jc w:val="center"/>
        <w:rPr>
          <w:rFonts w:eastAsia="Calibri"/>
          <w:b/>
          <w:sz w:val="32"/>
          <w:szCs w:val="32"/>
          <w:lang w:val="kk-KZ"/>
        </w:rPr>
      </w:pPr>
      <w:r w:rsidRPr="005110D4">
        <w:rPr>
          <w:rFonts w:eastAsia="Calibri"/>
          <w:b/>
          <w:sz w:val="32"/>
          <w:szCs w:val="32"/>
          <w:lang w:val="kk-KZ"/>
        </w:rPr>
        <w:t>Қарағанды қаласының</w:t>
      </w:r>
      <w:r>
        <w:rPr>
          <w:rFonts w:eastAsia="Calibri"/>
          <w:b/>
          <w:sz w:val="32"/>
          <w:szCs w:val="32"/>
          <w:lang w:val="kk-KZ"/>
        </w:rPr>
        <w:t xml:space="preserve"> білім бөлімінің</w:t>
      </w:r>
    </w:p>
    <w:p w14:paraId="3F9DA7D1" w14:textId="4CA928B5" w:rsidR="001F216D" w:rsidRPr="001F216D" w:rsidRDefault="001F216D" w:rsidP="001F216D">
      <w:pPr>
        <w:jc w:val="center"/>
        <w:rPr>
          <w:b/>
          <w:bCs/>
          <w:sz w:val="32"/>
          <w:szCs w:val="32"/>
          <w:lang w:val="kk-KZ"/>
        </w:rPr>
      </w:pPr>
      <w:r w:rsidRPr="005110D4">
        <w:rPr>
          <w:rFonts w:eastAsia="Calibri"/>
          <w:b/>
          <w:sz w:val="32"/>
          <w:szCs w:val="32"/>
          <w:lang w:val="kk-KZ"/>
        </w:rPr>
        <w:t xml:space="preserve"> </w:t>
      </w:r>
      <w:r w:rsidR="00C86561">
        <w:rPr>
          <w:b/>
          <w:bCs/>
          <w:sz w:val="32"/>
          <w:szCs w:val="32"/>
          <w:lang w:val="kk-KZ"/>
        </w:rPr>
        <w:t>«№14</w:t>
      </w:r>
      <w:r>
        <w:rPr>
          <w:b/>
          <w:bCs/>
          <w:sz w:val="32"/>
          <w:szCs w:val="32"/>
          <w:lang w:val="kk-KZ"/>
        </w:rPr>
        <w:t xml:space="preserve"> </w:t>
      </w:r>
      <w:r w:rsidR="00C86561">
        <w:rPr>
          <w:b/>
          <w:bCs/>
          <w:sz w:val="32"/>
          <w:szCs w:val="32"/>
          <w:lang w:val="kk-KZ"/>
        </w:rPr>
        <w:t xml:space="preserve"> мектеп-гимназиясы</w:t>
      </w:r>
      <w:r w:rsidRPr="005110D4">
        <w:rPr>
          <w:b/>
          <w:bCs/>
          <w:sz w:val="32"/>
          <w:szCs w:val="32"/>
          <w:lang w:val="kk-KZ"/>
        </w:rPr>
        <w:t xml:space="preserve">» </w:t>
      </w:r>
      <w:r>
        <w:rPr>
          <w:b/>
          <w:bCs/>
          <w:sz w:val="32"/>
          <w:szCs w:val="32"/>
          <w:lang w:val="kk-KZ"/>
        </w:rPr>
        <w:t>КММ</w:t>
      </w:r>
    </w:p>
    <w:p w14:paraId="1E3BDF29" w14:textId="7F22406A" w:rsidR="001F216D" w:rsidRDefault="001F216D" w:rsidP="001F216D">
      <w:pPr>
        <w:jc w:val="center"/>
        <w:rPr>
          <w:b/>
          <w:bCs/>
          <w:sz w:val="32"/>
          <w:szCs w:val="32"/>
          <w:lang w:val="kk-KZ"/>
        </w:rPr>
      </w:pPr>
    </w:p>
    <w:p w14:paraId="676C79CF" w14:textId="77777777" w:rsidR="00EE4D23" w:rsidRPr="00A81079" w:rsidRDefault="00EE4D23" w:rsidP="00EE4D23">
      <w:pPr>
        <w:ind w:left="783" w:right="1092"/>
        <w:jc w:val="center"/>
        <w:rPr>
          <w:sz w:val="32"/>
          <w:lang w:val="kk-KZ"/>
        </w:rPr>
      </w:pPr>
    </w:p>
    <w:p w14:paraId="12DC78A7" w14:textId="77777777" w:rsidR="00EE4D23" w:rsidRPr="00A81079" w:rsidRDefault="00EE4D23" w:rsidP="00EE4D23">
      <w:pPr>
        <w:ind w:left="783" w:right="1092"/>
        <w:jc w:val="center"/>
        <w:rPr>
          <w:sz w:val="32"/>
          <w:lang w:val="kk-KZ"/>
        </w:rPr>
      </w:pPr>
    </w:p>
    <w:p w14:paraId="464C8DE5" w14:textId="77777777" w:rsidR="00EE4D23" w:rsidRDefault="00EE4D23" w:rsidP="00EE4D23">
      <w:pPr>
        <w:ind w:left="783" w:right="1092"/>
        <w:jc w:val="center"/>
        <w:rPr>
          <w:sz w:val="32"/>
          <w:lang w:val="kk-KZ"/>
        </w:rPr>
      </w:pPr>
    </w:p>
    <w:p w14:paraId="6FA499AE" w14:textId="77777777" w:rsidR="009C1230" w:rsidRDefault="009C1230" w:rsidP="00EE4D23">
      <w:pPr>
        <w:ind w:left="783" w:right="1092"/>
        <w:jc w:val="center"/>
        <w:rPr>
          <w:sz w:val="32"/>
          <w:lang w:val="kk-KZ"/>
        </w:rPr>
      </w:pPr>
    </w:p>
    <w:p w14:paraId="18A8A498" w14:textId="77777777" w:rsidR="009C1230" w:rsidRDefault="009C1230" w:rsidP="00EE4D23">
      <w:pPr>
        <w:ind w:left="783" w:right="1092"/>
        <w:jc w:val="center"/>
        <w:rPr>
          <w:sz w:val="32"/>
          <w:lang w:val="kk-KZ"/>
        </w:rPr>
      </w:pPr>
    </w:p>
    <w:p w14:paraId="34355B55" w14:textId="37E2D2F3" w:rsidR="009C1230" w:rsidRDefault="009C1230" w:rsidP="00EE4D23">
      <w:pPr>
        <w:ind w:left="783" w:right="1092"/>
        <w:jc w:val="center"/>
        <w:rPr>
          <w:sz w:val="32"/>
          <w:lang w:val="kk-KZ"/>
        </w:rPr>
      </w:pPr>
    </w:p>
    <w:p w14:paraId="13C38D4C" w14:textId="501047FE" w:rsidR="004D438A" w:rsidRDefault="004D438A" w:rsidP="00EE4D23">
      <w:pPr>
        <w:ind w:left="783" w:right="1092"/>
        <w:jc w:val="center"/>
        <w:rPr>
          <w:sz w:val="32"/>
          <w:lang w:val="kk-KZ"/>
        </w:rPr>
      </w:pPr>
    </w:p>
    <w:p w14:paraId="1BA6BBA2" w14:textId="6678FFF4" w:rsidR="004D438A" w:rsidRDefault="004D438A" w:rsidP="00EE4D23">
      <w:pPr>
        <w:ind w:left="783" w:right="1092"/>
        <w:jc w:val="center"/>
        <w:rPr>
          <w:sz w:val="32"/>
          <w:lang w:val="kk-KZ"/>
        </w:rPr>
      </w:pPr>
    </w:p>
    <w:p w14:paraId="1A60B04A" w14:textId="395E4649" w:rsidR="004D438A" w:rsidRDefault="004D438A" w:rsidP="00EE4D23">
      <w:pPr>
        <w:ind w:left="783" w:right="1092"/>
        <w:jc w:val="center"/>
        <w:rPr>
          <w:sz w:val="32"/>
          <w:lang w:val="kk-KZ"/>
        </w:rPr>
      </w:pPr>
    </w:p>
    <w:p w14:paraId="70BB2BB1" w14:textId="5C633335" w:rsidR="00A51EC6" w:rsidRDefault="00A51EC6" w:rsidP="00EE4D23">
      <w:pPr>
        <w:ind w:left="783" w:right="1092"/>
        <w:jc w:val="center"/>
        <w:rPr>
          <w:sz w:val="32"/>
          <w:lang w:val="kk-KZ"/>
        </w:rPr>
      </w:pPr>
    </w:p>
    <w:p w14:paraId="64B0601A" w14:textId="60C30B51" w:rsidR="00A51EC6" w:rsidRDefault="00A51EC6" w:rsidP="00EE4D23">
      <w:pPr>
        <w:ind w:left="783" w:right="1092"/>
        <w:jc w:val="center"/>
        <w:rPr>
          <w:sz w:val="32"/>
          <w:lang w:val="kk-KZ"/>
        </w:rPr>
      </w:pPr>
    </w:p>
    <w:p w14:paraId="35961267" w14:textId="4AD497A0" w:rsidR="00A51EC6" w:rsidRDefault="00A51EC6" w:rsidP="00EE4D23">
      <w:pPr>
        <w:ind w:left="783" w:right="1092"/>
        <w:jc w:val="center"/>
        <w:rPr>
          <w:sz w:val="32"/>
          <w:lang w:val="kk-KZ"/>
        </w:rPr>
      </w:pPr>
    </w:p>
    <w:p w14:paraId="58C9AB24" w14:textId="2EF278E7" w:rsidR="00A51EC6" w:rsidRDefault="00A51EC6" w:rsidP="00EE4D23">
      <w:pPr>
        <w:ind w:left="783" w:right="1092"/>
        <w:jc w:val="center"/>
        <w:rPr>
          <w:sz w:val="32"/>
          <w:lang w:val="kk-KZ"/>
        </w:rPr>
      </w:pPr>
    </w:p>
    <w:p w14:paraId="2714F48F" w14:textId="46833B44" w:rsidR="00A51EC6" w:rsidRDefault="00A51EC6" w:rsidP="00EE4D23">
      <w:pPr>
        <w:ind w:left="783" w:right="1092"/>
        <w:jc w:val="center"/>
        <w:rPr>
          <w:sz w:val="32"/>
          <w:lang w:val="kk-KZ"/>
        </w:rPr>
      </w:pPr>
    </w:p>
    <w:p w14:paraId="79BC1402" w14:textId="00772991" w:rsidR="00A51EC6" w:rsidRDefault="00A51EC6" w:rsidP="00EE4D23">
      <w:pPr>
        <w:ind w:left="783" w:right="1092"/>
        <w:jc w:val="center"/>
        <w:rPr>
          <w:sz w:val="32"/>
          <w:lang w:val="kk-KZ"/>
        </w:rPr>
      </w:pPr>
    </w:p>
    <w:p w14:paraId="63AEE06B" w14:textId="46E45465" w:rsidR="004D438A" w:rsidRDefault="004D438A" w:rsidP="00EE4D23">
      <w:pPr>
        <w:ind w:left="783" w:right="1092"/>
        <w:jc w:val="center"/>
        <w:rPr>
          <w:sz w:val="32"/>
          <w:lang w:val="kk-KZ"/>
        </w:rPr>
      </w:pPr>
    </w:p>
    <w:p w14:paraId="40867345" w14:textId="77777777" w:rsidR="004D438A" w:rsidRPr="009C1230" w:rsidRDefault="004D438A" w:rsidP="00EE4D23">
      <w:pPr>
        <w:ind w:left="783" w:right="1092"/>
        <w:jc w:val="center"/>
        <w:rPr>
          <w:sz w:val="32"/>
          <w:lang w:val="kk-KZ"/>
        </w:rPr>
      </w:pPr>
    </w:p>
    <w:p w14:paraId="01EC6888" w14:textId="77777777" w:rsidR="00EE4D23" w:rsidRPr="00A81079" w:rsidRDefault="00EE4D23" w:rsidP="00EE4D23">
      <w:pPr>
        <w:ind w:left="783" w:right="1092"/>
        <w:jc w:val="center"/>
        <w:rPr>
          <w:sz w:val="32"/>
          <w:lang w:val="kk-KZ"/>
        </w:rPr>
      </w:pPr>
    </w:p>
    <w:p w14:paraId="24B623AB" w14:textId="1C01EED2" w:rsidR="00EE4D23" w:rsidRDefault="00EE4D23" w:rsidP="00EE4D23">
      <w:pPr>
        <w:ind w:left="2466" w:right="2773"/>
        <w:jc w:val="center"/>
        <w:rPr>
          <w:b/>
          <w:sz w:val="32"/>
        </w:rPr>
      </w:pPr>
      <w:r>
        <w:rPr>
          <w:b/>
          <w:sz w:val="32"/>
        </w:rPr>
        <w:t>202</w:t>
      </w:r>
      <w:r w:rsidR="00C86561">
        <w:rPr>
          <w:b/>
          <w:sz w:val="32"/>
          <w:lang w:val="kk-KZ"/>
        </w:rPr>
        <w:t>6</w:t>
      </w:r>
      <w:r>
        <w:rPr>
          <w:b/>
          <w:sz w:val="32"/>
        </w:rPr>
        <w:t>-202</w:t>
      </w:r>
      <w:r w:rsidR="00C86561">
        <w:rPr>
          <w:b/>
          <w:sz w:val="32"/>
          <w:lang w:val="kk-KZ"/>
        </w:rPr>
        <w:t>7</w:t>
      </w:r>
      <w:r>
        <w:rPr>
          <w:b/>
          <w:spacing w:val="-3"/>
          <w:sz w:val="32"/>
        </w:rPr>
        <w:t xml:space="preserve"> </w:t>
      </w:r>
      <w:r w:rsidR="00387B16">
        <w:rPr>
          <w:b/>
          <w:sz w:val="32"/>
        </w:rPr>
        <w:t>о</w:t>
      </w:r>
      <w:r w:rsidR="00387B16">
        <w:rPr>
          <w:b/>
          <w:sz w:val="32"/>
          <w:lang w:val="kk-KZ"/>
        </w:rPr>
        <w:t>қ</w:t>
      </w:r>
      <w:r w:rsidR="00387B16">
        <w:rPr>
          <w:b/>
          <w:sz w:val="32"/>
        </w:rPr>
        <w:t>у жылы</w:t>
      </w:r>
    </w:p>
    <w:p w14:paraId="7A8326BB" w14:textId="77777777" w:rsidR="00EE4D23" w:rsidRDefault="00EE4D23" w:rsidP="00EE4D23">
      <w:pPr>
        <w:jc w:val="center"/>
        <w:rPr>
          <w:sz w:val="32"/>
        </w:rPr>
        <w:sectPr w:rsidR="00EE4D23" w:rsidSect="00141BCD">
          <w:footerReference w:type="default" r:id="rId8"/>
          <w:pgSz w:w="11910" w:h="16840"/>
          <w:pgMar w:top="1580" w:right="60" w:bottom="880" w:left="80" w:header="720" w:footer="700" w:gutter="0"/>
          <w:pgNumType w:start="1"/>
          <w:cols w:space="720"/>
        </w:sectPr>
      </w:pPr>
    </w:p>
    <w:p w14:paraId="1471C0B2" w14:textId="13A76371" w:rsidR="00EE4D23" w:rsidRPr="00C86561" w:rsidRDefault="00C86561" w:rsidP="00EE4D23">
      <w:pPr>
        <w:spacing w:before="73"/>
        <w:ind w:left="2466" w:right="2057"/>
        <w:jc w:val="center"/>
        <w:rPr>
          <w:b/>
          <w:sz w:val="32"/>
          <w:lang w:val="kk-KZ"/>
        </w:rPr>
      </w:pPr>
      <w:r>
        <w:rPr>
          <w:b/>
          <w:sz w:val="32"/>
          <w:lang w:val="kk-KZ"/>
        </w:rPr>
        <w:lastRenderedPageBreak/>
        <w:t>МАЗМҰНЫ</w:t>
      </w:r>
    </w:p>
    <w:p w14:paraId="6AFA25FB" w14:textId="77777777" w:rsidR="00EE4D23" w:rsidRDefault="00EE4D23" w:rsidP="00EE4D23">
      <w:pPr>
        <w:pStyle w:val="a5"/>
        <w:ind w:left="0"/>
        <w:rPr>
          <w:b/>
          <w:sz w:val="20"/>
        </w:rPr>
      </w:pPr>
    </w:p>
    <w:p w14:paraId="19900CAA" w14:textId="72D9D6F3" w:rsidR="00EE4D23" w:rsidRDefault="00C86561" w:rsidP="00C86561">
      <w:pPr>
        <w:pStyle w:val="a5"/>
        <w:tabs>
          <w:tab w:val="left" w:pos="6510"/>
        </w:tabs>
        <w:spacing w:before="4"/>
        <w:ind w:left="0"/>
        <w:rPr>
          <w:b/>
          <w:sz w:val="12"/>
        </w:rPr>
      </w:pPr>
      <w:r>
        <w:rPr>
          <w:b/>
          <w:sz w:val="12"/>
        </w:rPr>
        <w:tab/>
      </w:r>
    </w:p>
    <w:tbl>
      <w:tblPr>
        <w:tblStyle w:val="12"/>
        <w:tblW w:w="10490" w:type="dxa"/>
        <w:tblLayout w:type="fixed"/>
        <w:tblLook w:val="01E0" w:firstRow="1" w:lastRow="1" w:firstColumn="1" w:lastColumn="1" w:noHBand="0" w:noVBand="0"/>
      </w:tblPr>
      <w:tblGrid>
        <w:gridCol w:w="993"/>
        <w:gridCol w:w="7371"/>
        <w:gridCol w:w="2126"/>
      </w:tblGrid>
      <w:tr w:rsidR="0091628F" w:rsidRPr="007D3C71" w14:paraId="14F8A6E0" w14:textId="50BF47B7" w:rsidTr="00387B16">
        <w:trPr>
          <w:trHeight w:val="321"/>
        </w:trPr>
        <w:tc>
          <w:tcPr>
            <w:tcW w:w="993" w:type="dxa"/>
          </w:tcPr>
          <w:p w14:paraId="4642A09C" w14:textId="77777777" w:rsidR="0091628F" w:rsidRPr="00733DAA" w:rsidRDefault="0091628F" w:rsidP="00141BCD">
            <w:pPr>
              <w:pStyle w:val="TableParagraph"/>
              <w:spacing w:line="302" w:lineRule="exact"/>
              <w:ind w:left="11"/>
              <w:jc w:val="center"/>
              <w:rPr>
                <w:b/>
                <w:bCs/>
                <w:sz w:val="28"/>
                <w:szCs w:val="28"/>
              </w:rPr>
            </w:pPr>
            <w:r w:rsidRPr="00733DAA">
              <w:rPr>
                <w:b/>
                <w:bCs/>
                <w:sz w:val="28"/>
                <w:szCs w:val="28"/>
              </w:rPr>
              <w:t>I</w:t>
            </w:r>
          </w:p>
        </w:tc>
        <w:tc>
          <w:tcPr>
            <w:tcW w:w="7371" w:type="dxa"/>
          </w:tcPr>
          <w:p w14:paraId="05186C1F" w14:textId="6ABC9746" w:rsidR="0091628F" w:rsidRPr="007D3C71" w:rsidRDefault="00A51EC6" w:rsidP="00141BCD">
            <w:pPr>
              <w:pStyle w:val="TableParagraph"/>
              <w:spacing w:line="302" w:lineRule="exact"/>
              <w:ind w:left="107"/>
              <w:rPr>
                <w:bCs/>
                <w:sz w:val="28"/>
                <w:szCs w:val="28"/>
              </w:rPr>
            </w:pPr>
            <w:r w:rsidRPr="007D3C71">
              <w:rPr>
                <w:sz w:val="28"/>
                <w:szCs w:val="28"/>
              </w:rPr>
              <w:t>Білім беру ұйымдарының жалпы сипаттамасы</w:t>
            </w:r>
          </w:p>
        </w:tc>
        <w:tc>
          <w:tcPr>
            <w:tcW w:w="2126" w:type="dxa"/>
          </w:tcPr>
          <w:p w14:paraId="552F12AB" w14:textId="74AFECB8" w:rsidR="0091628F" w:rsidRPr="00733DAA" w:rsidRDefault="0091628F" w:rsidP="0091628F">
            <w:pPr>
              <w:pStyle w:val="TableParagraph"/>
              <w:spacing w:line="302" w:lineRule="exact"/>
              <w:ind w:left="107"/>
              <w:jc w:val="center"/>
              <w:rPr>
                <w:b/>
                <w:sz w:val="28"/>
                <w:szCs w:val="28"/>
              </w:rPr>
            </w:pPr>
            <w:r w:rsidRPr="00733DAA">
              <w:rPr>
                <w:b/>
                <w:sz w:val="28"/>
                <w:szCs w:val="28"/>
              </w:rPr>
              <w:t>3</w:t>
            </w:r>
            <w:r w:rsidR="008A0D30">
              <w:rPr>
                <w:b/>
                <w:sz w:val="28"/>
                <w:szCs w:val="28"/>
              </w:rPr>
              <w:t>-4</w:t>
            </w:r>
          </w:p>
        </w:tc>
      </w:tr>
      <w:tr w:rsidR="0091628F" w:rsidRPr="007D3C71" w14:paraId="05269C5D" w14:textId="09EC0623" w:rsidTr="00387B16">
        <w:trPr>
          <w:trHeight w:val="321"/>
        </w:trPr>
        <w:tc>
          <w:tcPr>
            <w:tcW w:w="993" w:type="dxa"/>
          </w:tcPr>
          <w:p w14:paraId="2226890A" w14:textId="77777777" w:rsidR="0091628F" w:rsidRPr="00733DAA" w:rsidRDefault="0091628F" w:rsidP="00141BCD">
            <w:pPr>
              <w:pStyle w:val="TableParagraph"/>
              <w:spacing w:line="301" w:lineRule="exact"/>
              <w:ind w:left="87" w:right="75"/>
              <w:jc w:val="center"/>
              <w:rPr>
                <w:b/>
                <w:bCs/>
                <w:sz w:val="28"/>
                <w:szCs w:val="28"/>
              </w:rPr>
            </w:pPr>
            <w:r w:rsidRPr="00733DAA">
              <w:rPr>
                <w:b/>
                <w:bCs/>
                <w:sz w:val="28"/>
                <w:szCs w:val="28"/>
              </w:rPr>
              <w:t>II</w:t>
            </w:r>
          </w:p>
        </w:tc>
        <w:tc>
          <w:tcPr>
            <w:tcW w:w="7371" w:type="dxa"/>
          </w:tcPr>
          <w:p w14:paraId="3B63F7CF" w14:textId="79B55AB4" w:rsidR="0091628F" w:rsidRPr="007D3C71" w:rsidRDefault="00A51EC6" w:rsidP="00141BCD">
            <w:pPr>
              <w:pStyle w:val="TableParagraph"/>
              <w:spacing w:line="301" w:lineRule="exact"/>
              <w:ind w:left="107"/>
              <w:rPr>
                <w:bCs/>
                <w:sz w:val="28"/>
                <w:szCs w:val="28"/>
              </w:rPr>
            </w:pPr>
            <w:r w:rsidRPr="007D3C71">
              <w:rPr>
                <w:sz w:val="28"/>
                <w:szCs w:val="28"/>
              </w:rPr>
              <w:t>Кадрлық құрамды талдау</w:t>
            </w:r>
          </w:p>
        </w:tc>
        <w:tc>
          <w:tcPr>
            <w:tcW w:w="2126" w:type="dxa"/>
          </w:tcPr>
          <w:p w14:paraId="3EB4224A" w14:textId="3AB5F9E6" w:rsidR="0091628F" w:rsidRPr="00733DAA" w:rsidRDefault="003840FB" w:rsidP="00F26B0C">
            <w:pPr>
              <w:pStyle w:val="TableParagraph"/>
              <w:spacing w:line="301" w:lineRule="exact"/>
              <w:ind w:left="107"/>
              <w:jc w:val="center"/>
              <w:rPr>
                <w:b/>
                <w:sz w:val="28"/>
                <w:szCs w:val="28"/>
              </w:rPr>
            </w:pPr>
            <w:r>
              <w:rPr>
                <w:b/>
                <w:sz w:val="28"/>
                <w:szCs w:val="28"/>
              </w:rPr>
              <w:t>5-30</w:t>
            </w:r>
          </w:p>
        </w:tc>
      </w:tr>
      <w:tr w:rsidR="0091628F" w:rsidRPr="007D3C71" w14:paraId="6CC1C414" w14:textId="1F9445DB" w:rsidTr="00387B16">
        <w:trPr>
          <w:trHeight w:val="323"/>
        </w:trPr>
        <w:tc>
          <w:tcPr>
            <w:tcW w:w="993" w:type="dxa"/>
          </w:tcPr>
          <w:p w14:paraId="35495F4C" w14:textId="77777777" w:rsidR="0091628F" w:rsidRPr="00733DAA" w:rsidRDefault="0091628F" w:rsidP="00141BCD">
            <w:pPr>
              <w:pStyle w:val="TableParagraph"/>
              <w:spacing w:line="304" w:lineRule="exact"/>
              <w:ind w:left="87" w:right="79"/>
              <w:jc w:val="center"/>
              <w:rPr>
                <w:b/>
                <w:bCs/>
                <w:sz w:val="28"/>
                <w:szCs w:val="28"/>
              </w:rPr>
            </w:pPr>
            <w:r w:rsidRPr="00733DAA">
              <w:rPr>
                <w:b/>
                <w:bCs/>
                <w:sz w:val="28"/>
                <w:szCs w:val="28"/>
              </w:rPr>
              <w:t>III</w:t>
            </w:r>
          </w:p>
        </w:tc>
        <w:tc>
          <w:tcPr>
            <w:tcW w:w="7371" w:type="dxa"/>
          </w:tcPr>
          <w:p w14:paraId="5AD9B356" w14:textId="3867C828" w:rsidR="0091628F" w:rsidRPr="007D3C71" w:rsidRDefault="00A51EC6" w:rsidP="00141BCD">
            <w:pPr>
              <w:pStyle w:val="TableParagraph"/>
              <w:spacing w:line="304" w:lineRule="exact"/>
              <w:ind w:left="107"/>
              <w:rPr>
                <w:bCs/>
                <w:sz w:val="28"/>
                <w:szCs w:val="28"/>
              </w:rPr>
            </w:pPr>
            <w:r w:rsidRPr="007D3C71">
              <w:rPr>
                <w:sz w:val="28"/>
                <w:szCs w:val="28"/>
              </w:rPr>
              <w:t>Білім алушылар контингенті</w:t>
            </w:r>
          </w:p>
        </w:tc>
        <w:tc>
          <w:tcPr>
            <w:tcW w:w="2126" w:type="dxa"/>
          </w:tcPr>
          <w:p w14:paraId="1648954A" w14:textId="3F8C02D2" w:rsidR="0091628F" w:rsidRPr="00733DAA" w:rsidRDefault="003840FB" w:rsidP="00F26B0C">
            <w:pPr>
              <w:pStyle w:val="TableParagraph"/>
              <w:spacing w:line="304" w:lineRule="exact"/>
              <w:ind w:left="107"/>
              <w:jc w:val="center"/>
              <w:rPr>
                <w:b/>
                <w:sz w:val="28"/>
                <w:szCs w:val="28"/>
              </w:rPr>
            </w:pPr>
            <w:r>
              <w:rPr>
                <w:b/>
                <w:sz w:val="28"/>
                <w:szCs w:val="28"/>
              </w:rPr>
              <w:t>31-34</w:t>
            </w:r>
          </w:p>
        </w:tc>
      </w:tr>
      <w:tr w:rsidR="0091628F" w:rsidRPr="007D3C71" w14:paraId="707B37C0" w14:textId="7993EA3B" w:rsidTr="00387B16">
        <w:trPr>
          <w:trHeight w:val="321"/>
        </w:trPr>
        <w:tc>
          <w:tcPr>
            <w:tcW w:w="993" w:type="dxa"/>
          </w:tcPr>
          <w:p w14:paraId="608C2B4D" w14:textId="77777777" w:rsidR="0091628F" w:rsidRPr="00733DAA" w:rsidRDefault="0091628F" w:rsidP="00141BCD">
            <w:pPr>
              <w:pStyle w:val="TableParagraph"/>
              <w:spacing w:line="301" w:lineRule="exact"/>
              <w:ind w:left="87" w:right="78"/>
              <w:jc w:val="center"/>
              <w:rPr>
                <w:b/>
                <w:bCs/>
                <w:sz w:val="28"/>
                <w:szCs w:val="28"/>
              </w:rPr>
            </w:pPr>
            <w:r w:rsidRPr="00733DAA">
              <w:rPr>
                <w:b/>
                <w:bCs/>
                <w:sz w:val="28"/>
                <w:szCs w:val="28"/>
              </w:rPr>
              <w:t>IV</w:t>
            </w:r>
          </w:p>
        </w:tc>
        <w:tc>
          <w:tcPr>
            <w:tcW w:w="7371" w:type="dxa"/>
          </w:tcPr>
          <w:p w14:paraId="7C660282" w14:textId="7B689304" w:rsidR="0091628F" w:rsidRPr="007D3C71" w:rsidRDefault="00A51EC6" w:rsidP="00141BCD">
            <w:pPr>
              <w:pStyle w:val="TableParagraph"/>
              <w:spacing w:line="301" w:lineRule="exact"/>
              <w:ind w:left="107"/>
              <w:rPr>
                <w:bCs/>
                <w:sz w:val="28"/>
                <w:szCs w:val="28"/>
                <w:lang w:val="kk-KZ"/>
              </w:rPr>
            </w:pPr>
            <w:r w:rsidRPr="007D3C71">
              <w:rPr>
                <w:sz w:val="28"/>
                <w:szCs w:val="28"/>
              </w:rPr>
              <w:t>Оқу-әдістемелік жұмыс</w:t>
            </w:r>
          </w:p>
        </w:tc>
        <w:tc>
          <w:tcPr>
            <w:tcW w:w="2126" w:type="dxa"/>
          </w:tcPr>
          <w:p w14:paraId="3A8DDC09" w14:textId="1DDE8AA2" w:rsidR="0091628F" w:rsidRPr="00733DAA" w:rsidRDefault="00281EC1" w:rsidP="00F26B0C">
            <w:pPr>
              <w:pStyle w:val="TableParagraph"/>
              <w:spacing w:line="301" w:lineRule="exact"/>
              <w:ind w:left="107"/>
              <w:jc w:val="center"/>
              <w:rPr>
                <w:b/>
                <w:sz w:val="28"/>
                <w:szCs w:val="28"/>
              </w:rPr>
            </w:pPr>
            <w:r>
              <w:rPr>
                <w:b/>
                <w:sz w:val="28"/>
                <w:szCs w:val="28"/>
              </w:rPr>
              <w:t>35-82</w:t>
            </w:r>
          </w:p>
        </w:tc>
      </w:tr>
      <w:tr w:rsidR="0091628F" w:rsidRPr="007D3C71" w14:paraId="0A4D06D0" w14:textId="6F3F0FD2" w:rsidTr="00387B16">
        <w:trPr>
          <w:trHeight w:val="321"/>
        </w:trPr>
        <w:tc>
          <w:tcPr>
            <w:tcW w:w="993" w:type="dxa"/>
          </w:tcPr>
          <w:p w14:paraId="7A7500FC" w14:textId="77777777" w:rsidR="0091628F" w:rsidRPr="00733DAA" w:rsidRDefault="0091628F" w:rsidP="00141BCD">
            <w:pPr>
              <w:pStyle w:val="TableParagraph"/>
              <w:spacing w:line="301" w:lineRule="exact"/>
              <w:ind w:left="8"/>
              <w:jc w:val="center"/>
              <w:rPr>
                <w:b/>
                <w:bCs/>
                <w:sz w:val="28"/>
                <w:szCs w:val="28"/>
              </w:rPr>
            </w:pPr>
            <w:r w:rsidRPr="00733DAA">
              <w:rPr>
                <w:b/>
                <w:bCs/>
                <w:sz w:val="28"/>
                <w:szCs w:val="28"/>
              </w:rPr>
              <w:t>V</w:t>
            </w:r>
          </w:p>
        </w:tc>
        <w:tc>
          <w:tcPr>
            <w:tcW w:w="7371" w:type="dxa"/>
          </w:tcPr>
          <w:p w14:paraId="75B3B5A9" w14:textId="6120A1F2" w:rsidR="0091628F" w:rsidRPr="007D3C71" w:rsidRDefault="00A51EC6" w:rsidP="00141BCD">
            <w:pPr>
              <w:pStyle w:val="TableParagraph"/>
              <w:spacing w:line="301" w:lineRule="exact"/>
              <w:ind w:left="107"/>
              <w:rPr>
                <w:bCs/>
                <w:sz w:val="28"/>
                <w:szCs w:val="28"/>
              </w:rPr>
            </w:pPr>
            <w:r w:rsidRPr="007D3C71">
              <w:rPr>
                <w:sz w:val="28"/>
                <w:szCs w:val="28"/>
              </w:rPr>
              <w:t>Тәрбие жұмысы</w:t>
            </w:r>
          </w:p>
        </w:tc>
        <w:tc>
          <w:tcPr>
            <w:tcW w:w="2126" w:type="dxa"/>
          </w:tcPr>
          <w:p w14:paraId="614EE139" w14:textId="607579E9" w:rsidR="0091628F" w:rsidRPr="00BE7D1A" w:rsidRDefault="00281EC1" w:rsidP="0091628F">
            <w:pPr>
              <w:pStyle w:val="TableParagraph"/>
              <w:spacing w:line="301" w:lineRule="exact"/>
              <w:ind w:left="107"/>
              <w:jc w:val="center"/>
              <w:rPr>
                <w:b/>
                <w:sz w:val="28"/>
                <w:szCs w:val="28"/>
                <w:lang w:val="kk-KZ"/>
              </w:rPr>
            </w:pPr>
            <w:r>
              <w:rPr>
                <w:b/>
                <w:sz w:val="28"/>
                <w:szCs w:val="28"/>
              </w:rPr>
              <w:t>82</w:t>
            </w:r>
            <w:r w:rsidR="003840FB">
              <w:rPr>
                <w:b/>
                <w:sz w:val="28"/>
                <w:szCs w:val="28"/>
              </w:rPr>
              <w:t>-</w:t>
            </w:r>
            <w:r w:rsidR="00F464E9">
              <w:rPr>
                <w:b/>
                <w:sz w:val="28"/>
                <w:szCs w:val="28"/>
                <w:lang w:val="kk-KZ"/>
              </w:rPr>
              <w:t>129</w:t>
            </w:r>
          </w:p>
        </w:tc>
      </w:tr>
      <w:tr w:rsidR="0091628F" w:rsidRPr="007D3C71" w14:paraId="774DEF2B" w14:textId="2A234450" w:rsidTr="00387B16">
        <w:trPr>
          <w:trHeight w:val="321"/>
        </w:trPr>
        <w:tc>
          <w:tcPr>
            <w:tcW w:w="993" w:type="dxa"/>
          </w:tcPr>
          <w:p w14:paraId="480B1B20" w14:textId="77777777" w:rsidR="0091628F" w:rsidRPr="00733DAA" w:rsidRDefault="0091628F" w:rsidP="00141BCD">
            <w:pPr>
              <w:pStyle w:val="TableParagraph"/>
              <w:spacing w:line="301" w:lineRule="exact"/>
              <w:ind w:left="85" w:right="80"/>
              <w:jc w:val="center"/>
              <w:rPr>
                <w:b/>
                <w:bCs/>
                <w:sz w:val="28"/>
                <w:szCs w:val="28"/>
              </w:rPr>
            </w:pPr>
            <w:r w:rsidRPr="00733DAA">
              <w:rPr>
                <w:b/>
                <w:bCs/>
                <w:sz w:val="28"/>
                <w:szCs w:val="28"/>
              </w:rPr>
              <w:t>VI</w:t>
            </w:r>
          </w:p>
        </w:tc>
        <w:tc>
          <w:tcPr>
            <w:tcW w:w="7371" w:type="dxa"/>
          </w:tcPr>
          <w:p w14:paraId="6D1C71FD" w14:textId="3BB6E6EE" w:rsidR="0091628F" w:rsidRPr="007D3C71" w:rsidRDefault="00C86561" w:rsidP="00141BCD">
            <w:pPr>
              <w:pStyle w:val="TableParagraph"/>
              <w:spacing w:line="301" w:lineRule="exact"/>
              <w:ind w:left="107"/>
              <w:rPr>
                <w:bCs/>
                <w:sz w:val="28"/>
                <w:szCs w:val="28"/>
              </w:rPr>
            </w:pPr>
            <w:r w:rsidRPr="007D3C71">
              <w:rPr>
                <w:sz w:val="28"/>
                <w:szCs w:val="28"/>
              </w:rPr>
              <w:t>Оқу-материалдық активтер</w:t>
            </w:r>
          </w:p>
        </w:tc>
        <w:tc>
          <w:tcPr>
            <w:tcW w:w="2126" w:type="dxa"/>
          </w:tcPr>
          <w:p w14:paraId="26008D87" w14:textId="723D47FB" w:rsidR="0091628F" w:rsidRPr="00BE7D1A" w:rsidRDefault="00F464E9" w:rsidP="0091628F">
            <w:pPr>
              <w:pStyle w:val="TableParagraph"/>
              <w:spacing w:line="301" w:lineRule="exact"/>
              <w:ind w:left="107"/>
              <w:jc w:val="center"/>
              <w:rPr>
                <w:b/>
                <w:sz w:val="28"/>
                <w:szCs w:val="28"/>
                <w:lang w:val="kk-KZ"/>
              </w:rPr>
            </w:pPr>
            <w:r>
              <w:rPr>
                <w:b/>
                <w:sz w:val="28"/>
                <w:szCs w:val="28"/>
                <w:lang w:val="kk-KZ"/>
              </w:rPr>
              <w:t>130-140</w:t>
            </w:r>
          </w:p>
        </w:tc>
      </w:tr>
      <w:tr w:rsidR="00C86561" w:rsidRPr="007D3C71" w14:paraId="10C91BB2" w14:textId="77777777" w:rsidTr="00387B16">
        <w:trPr>
          <w:trHeight w:val="321"/>
        </w:trPr>
        <w:tc>
          <w:tcPr>
            <w:tcW w:w="993" w:type="dxa"/>
          </w:tcPr>
          <w:p w14:paraId="1D35D0BB" w14:textId="6087C59C" w:rsidR="00C86561" w:rsidRPr="00733DAA" w:rsidRDefault="00C86561" w:rsidP="00141BCD">
            <w:pPr>
              <w:pStyle w:val="TableParagraph"/>
              <w:spacing w:line="301" w:lineRule="exact"/>
              <w:ind w:left="85" w:right="80"/>
              <w:jc w:val="center"/>
              <w:rPr>
                <w:b/>
                <w:bCs/>
                <w:sz w:val="28"/>
                <w:szCs w:val="28"/>
              </w:rPr>
            </w:pPr>
            <w:r w:rsidRPr="00733DAA">
              <w:rPr>
                <w:b/>
                <w:bCs/>
                <w:sz w:val="28"/>
                <w:szCs w:val="28"/>
              </w:rPr>
              <w:t>VI</w:t>
            </w:r>
          </w:p>
        </w:tc>
        <w:tc>
          <w:tcPr>
            <w:tcW w:w="7371" w:type="dxa"/>
          </w:tcPr>
          <w:p w14:paraId="34955001" w14:textId="55C80F39" w:rsidR="00C86561" w:rsidRPr="007D3C71" w:rsidRDefault="00C86561" w:rsidP="00141BCD">
            <w:pPr>
              <w:pStyle w:val="TableParagraph"/>
              <w:spacing w:line="301" w:lineRule="exact"/>
              <w:ind w:left="107"/>
              <w:rPr>
                <w:sz w:val="28"/>
                <w:szCs w:val="28"/>
              </w:rPr>
            </w:pPr>
            <w:r w:rsidRPr="007D3C71">
              <w:rPr>
                <w:sz w:val="28"/>
                <w:szCs w:val="28"/>
              </w:rPr>
              <w:t>Оқу-әдістемелік және ақпараттық ресурстар</w:t>
            </w:r>
          </w:p>
        </w:tc>
        <w:tc>
          <w:tcPr>
            <w:tcW w:w="2126" w:type="dxa"/>
          </w:tcPr>
          <w:p w14:paraId="5F2B076F" w14:textId="70E8FB2F" w:rsidR="00C86561" w:rsidRPr="00BC09A2" w:rsidRDefault="00F464E9" w:rsidP="0091628F">
            <w:pPr>
              <w:pStyle w:val="TableParagraph"/>
              <w:spacing w:line="301" w:lineRule="exact"/>
              <w:ind w:left="107"/>
              <w:jc w:val="center"/>
              <w:rPr>
                <w:b/>
                <w:sz w:val="28"/>
                <w:szCs w:val="28"/>
                <w:lang w:val="kk-KZ"/>
              </w:rPr>
            </w:pPr>
            <w:r>
              <w:rPr>
                <w:b/>
                <w:sz w:val="28"/>
                <w:szCs w:val="28"/>
                <w:lang w:val="kk-KZ"/>
              </w:rPr>
              <w:t>141-170</w:t>
            </w:r>
          </w:p>
        </w:tc>
      </w:tr>
      <w:tr w:rsidR="00C86561" w:rsidRPr="007D3C71" w14:paraId="2D58CB70" w14:textId="7E422D0F" w:rsidTr="00387B16">
        <w:trPr>
          <w:trHeight w:val="481"/>
        </w:trPr>
        <w:tc>
          <w:tcPr>
            <w:tcW w:w="993" w:type="dxa"/>
          </w:tcPr>
          <w:p w14:paraId="03DD32FF" w14:textId="77777777" w:rsidR="00C86561" w:rsidRPr="00733DAA" w:rsidRDefault="00C86561" w:rsidP="00C86561">
            <w:pPr>
              <w:pStyle w:val="TableParagraph"/>
              <w:ind w:left="87" w:right="78"/>
              <w:jc w:val="center"/>
              <w:rPr>
                <w:b/>
                <w:bCs/>
                <w:sz w:val="28"/>
                <w:szCs w:val="28"/>
              </w:rPr>
            </w:pPr>
            <w:r w:rsidRPr="00733DAA">
              <w:rPr>
                <w:b/>
                <w:bCs/>
                <w:sz w:val="28"/>
                <w:szCs w:val="28"/>
              </w:rPr>
              <w:t>VII</w:t>
            </w:r>
          </w:p>
        </w:tc>
        <w:tc>
          <w:tcPr>
            <w:tcW w:w="7371" w:type="dxa"/>
          </w:tcPr>
          <w:p w14:paraId="57FA032D" w14:textId="6754833A" w:rsidR="00C86561" w:rsidRPr="007D3C71" w:rsidRDefault="00C86561" w:rsidP="00C86561">
            <w:pPr>
              <w:pStyle w:val="TableParagraph"/>
              <w:ind w:left="107"/>
              <w:rPr>
                <w:sz w:val="28"/>
                <w:szCs w:val="28"/>
              </w:rPr>
            </w:pPr>
            <w:r w:rsidRPr="007D3C71">
              <w:rPr>
                <w:sz w:val="28"/>
                <w:szCs w:val="28"/>
              </w:rPr>
              <w:t>Компьютерлік тестілеу</w:t>
            </w:r>
          </w:p>
        </w:tc>
        <w:tc>
          <w:tcPr>
            <w:tcW w:w="2126" w:type="dxa"/>
          </w:tcPr>
          <w:p w14:paraId="4BC7A16B" w14:textId="3179900B" w:rsidR="00C86561" w:rsidRPr="00153E4C" w:rsidRDefault="00F464E9" w:rsidP="00C86561">
            <w:pPr>
              <w:pStyle w:val="TableParagraph"/>
              <w:ind w:left="107"/>
              <w:jc w:val="center"/>
              <w:rPr>
                <w:b/>
                <w:sz w:val="28"/>
                <w:szCs w:val="28"/>
                <w:lang w:val="kk-KZ"/>
              </w:rPr>
            </w:pPr>
            <w:r>
              <w:rPr>
                <w:b/>
                <w:sz w:val="28"/>
                <w:szCs w:val="28"/>
                <w:lang w:val="kk-KZ"/>
              </w:rPr>
              <w:t>170-171</w:t>
            </w:r>
          </w:p>
        </w:tc>
      </w:tr>
      <w:tr w:rsidR="00C86561" w:rsidRPr="007D3C71" w14:paraId="6704E6BF" w14:textId="77777777" w:rsidTr="00387B16">
        <w:trPr>
          <w:trHeight w:val="481"/>
        </w:trPr>
        <w:tc>
          <w:tcPr>
            <w:tcW w:w="993" w:type="dxa"/>
          </w:tcPr>
          <w:p w14:paraId="3D2EF5FF" w14:textId="480FB7E1" w:rsidR="00C86561" w:rsidRPr="00733DAA" w:rsidRDefault="00C86561" w:rsidP="00C86561">
            <w:pPr>
              <w:pStyle w:val="TableParagraph"/>
              <w:ind w:left="87" w:right="78"/>
              <w:jc w:val="center"/>
              <w:rPr>
                <w:b/>
                <w:bCs/>
                <w:sz w:val="28"/>
                <w:szCs w:val="28"/>
              </w:rPr>
            </w:pPr>
            <w:r w:rsidRPr="00733DAA">
              <w:rPr>
                <w:b/>
                <w:bCs/>
                <w:sz w:val="28"/>
                <w:szCs w:val="28"/>
              </w:rPr>
              <w:t>VIII</w:t>
            </w:r>
          </w:p>
        </w:tc>
        <w:tc>
          <w:tcPr>
            <w:tcW w:w="7371" w:type="dxa"/>
          </w:tcPr>
          <w:p w14:paraId="4DA01E70" w14:textId="42FF710B" w:rsidR="00C86561" w:rsidRPr="007D3C71" w:rsidRDefault="0017183A" w:rsidP="00C86561">
            <w:pPr>
              <w:pStyle w:val="a8"/>
              <w:rPr>
                <w:rFonts w:ascii="Times New Roman" w:hAnsi="Times New Roman" w:cs="Times New Roman"/>
                <w:bCs/>
                <w:sz w:val="28"/>
                <w:szCs w:val="28"/>
                <w:lang w:val="kk-KZ"/>
              </w:rPr>
            </w:pPr>
            <w:r>
              <w:rPr>
                <w:rFonts w:ascii="Times New Roman" w:hAnsi="Times New Roman" w:cs="Times New Roman"/>
                <w:sz w:val="28"/>
                <w:szCs w:val="28"/>
                <w:lang w:val="kk-KZ"/>
              </w:rPr>
              <w:t xml:space="preserve"> </w:t>
            </w:r>
            <w:r w:rsidR="00C86561" w:rsidRPr="007D3C71">
              <w:rPr>
                <w:rFonts w:ascii="Times New Roman" w:hAnsi="Times New Roman" w:cs="Times New Roman"/>
                <w:sz w:val="28"/>
                <w:szCs w:val="28"/>
              </w:rPr>
              <w:t>Кемшіліктер мен ескертулер, оларды жою жолдары</w:t>
            </w:r>
          </w:p>
        </w:tc>
        <w:tc>
          <w:tcPr>
            <w:tcW w:w="2126" w:type="dxa"/>
          </w:tcPr>
          <w:p w14:paraId="12BC909F" w14:textId="0F47E60B" w:rsidR="00C86561" w:rsidRPr="00B62EDD" w:rsidRDefault="00F464E9" w:rsidP="00C86561">
            <w:pPr>
              <w:pStyle w:val="TableParagraph"/>
              <w:ind w:left="107"/>
              <w:jc w:val="center"/>
              <w:rPr>
                <w:b/>
                <w:sz w:val="28"/>
                <w:szCs w:val="28"/>
                <w:lang w:val="kk-KZ"/>
              </w:rPr>
            </w:pPr>
            <w:r>
              <w:rPr>
                <w:b/>
                <w:sz w:val="28"/>
                <w:szCs w:val="28"/>
                <w:lang w:val="kk-KZ"/>
              </w:rPr>
              <w:t>171-182</w:t>
            </w:r>
          </w:p>
        </w:tc>
      </w:tr>
      <w:tr w:rsidR="00C86561" w:rsidRPr="007D3C71" w14:paraId="7F4626D7" w14:textId="77777777" w:rsidTr="00387B16">
        <w:trPr>
          <w:trHeight w:val="481"/>
        </w:trPr>
        <w:tc>
          <w:tcPr>
            <w:tcW w:w="993" w:type="dxa"/>
          </w:tcPr>
          <w:p w14:paraId="380469F0" w14:textId="3FDB9A58" w:rsidR="00C86561" w:rsidRPr="00733DAA" w:rsidRDefault="00C86561" w:rsidP="00C86561">
            <w:pPr>
              <w:pStyle w:val="TableParagraph"/>
              <w:ind w:left="87" w:right="78"/>
              <w:jc w:val="center"/>
              <w:rPr>
                <w:b/>
                <w:bCs/>
                <w:sz w:val="28"/>
                <w:szCs w:val="28"/>
              </w:rPr>
            </w:pPr>
            <w:r w:rsidRPr="00733DAA">
              <w:rPr>
                <w:b/>
                <w:bCs/>
                <w:sz w:val="28"/>
                <w:szCs w:val="28"/>
              </w:rPr>
              <w:t>IX</w:t>
            </w:r>
          </w:p>
        </w:tc>
        <w:tc>
          <w:tcPr>
            <w:tcW w:w="7371" w:type="dxa"/>
          </w:tcPr>
          <w:p w14:paraId="1C60FBE0" w14:textId="2A4B1522" w:rsidR="00C86561" w:rsidRPr="007D3C71" w:rsidRDefault="00C86561" w:rsidP="00C86561">
            <w:pPr>
              <w:pStyle w:val="TableParagraph"/>
              <w:ind w:left="107"/>
              <w:rPr>
                <w:bCs/>
                <w:sz w:val="28"/>
                <w:szCs w:val="28"/>
              </w:rPr>
            </w:pPr>
            <w:r w:rsidRPr="007D3C71">
              <w:rPr>
                <w:sz w:val="28"/>
                <w:szCs w:val="28"/>
              </w:rPr>
              <w:t>Қорытындылар мен ұсынымдар</w:t>
            </w:r>
          </w:p>
        </w:tc>
        <w:tc>
          <w:tcPr>
            <w:tcW w:w="2126" w:type="dxa"/>
          </w:tcPr>
          <w:p w14:paraId="4FAB7220" w14:textId="6D938F62" w:rsidR="00C86561" w:rsidRPr="00B62EDD" w:rsidRDefault="00512E9F" w:rsidP="00C86561">
            <w:pPr>
              <w:pStyle w:val="TableParagraph"/>
              <w:ind w:left="107"/>
              <w:jc w:val="center"/>
              <w:rPr>
                <w:b/>
                <w:sz w:val="28"/>
                <w:szCs w:val="28"/>
                <w:lang w:val="kk-KZ"/>
              </w:rPr>
            </w:pPr>
            <w:r>
              <w:rPr>
                <w:b/>
                <w:sz w:val="28"/>
                <w:szCs w:val="28"/>
                <w:lang w:val="kk-KZ"/>
              </w:rPr>
              <w:t>182</w:t>
            </w:r>
          </w:p>
        </w:tc>
      </w:tr>
    </w:tbl>
    <w:p w14:paraId="79B51008" w14:textId="3234FEB0" w:rsidR="005C635F" w:rsidRPr="007D3C71" w:rsidRDefault="005C635F"/>
    <w:p w14:paraId="361B827A" w14:textId="5869424F" w:rsidR="005C635F" w:rsidRPr="007D3C71" w:rsidRDefault="005C635F"/>
    <w:p w14:paraId="5921AF2F" w14:textId="7C4A79C8" w:rsidR="005C635F" w:rsidRDefault="005C635F"/>
    <w:p w14:paraId="502EFA72" w14:textId="27BFF74A" w:rsidR="005C635F" w:rsidRDefault="005C635F"/>
    <w:p w14:paraId="0A7E8836" w14:textId="3C319B36" w:rsidR="00485E2F" w:rsidRDefault="00485E2F"/>
    <w:p w14:paraId="561C2C60" w14:textId="11DF3CD7" w:rsidR="0091628F" w:rsidRDefault="0091628F"/>
    <w:p w14:paraId="3C2DAF0A" w14:textId="3FA0EF8B" w:rsidR="0091628F" w:rsidRDefault="0091628F"/>
    <w:p w14:paraId="1C128A54" w14:textId="0E518266" w:rsidR="0091628F" w:rsidRDefault="0091628F"/>
    <w:p w14:paraId="68043A46" w14:textId="053C8A9E" w:rsidR="0091628F" w:rsidRDefault="0091628F"/>
    <w:p w14:paraId="7E9E742F" w14:textId="1FDC3666" w:rsidR="0091628F" w:rsidRDefault="0091628F"/>
    <w:p w14:paraId="5E1F9C54" w14:textId="7DBD21F9" w:rsidR="0091628F" w:rsidRDefault="0091628F"/>
    <w:p w14:paraId="5BCD3708" w14:textId="6AC50532" w:rsidR="0091628F" w:rsidRDefault="0091628F"/>
    <w:p w14:paraId="23654075" w14:textId="7E66948D" w:rsidR="0091628F" w:rsidRDefault="0091628F"/>
    <w:p w14:paraId="405DF370" w14:textId="6F50E03C" w:rsidR="0091628F" w:rsidRDefault="0091628F"/>
    <w:p w14:paraId="0CB741C1" w14:textId="6D624893" w:rsidR="0091628F" w:rsidRDefault="0091628F"/>
    <w:p w14:paraId="6E8729D5" w14:textId="79AF8C68" w:rsidR="0091628F" w:rsidRDefault="0091628F"/>
    <w:p w14:paraId="5EAA5F66" w14:textId="491AC25E" w:rsidR="0091628F" w:rsidRDefault="0091628F"/>
    <w:p w14:paraId="229F62B9" w14:textId="579B0D20" w:rsidR="0091628F" w:rsidRDefault="0091628F"/>
    <w:p w14:paraId="72536E1F" w14:textId="05B491E1" w:rsidR="0091628F" w:rsidRDefault="0091628F"/>
    <w:p w14:paraId="7B4D0687" w14:textId="5500662C" w:rsidR="0091628F" w:rsidRDefault="0091628F"/>
    <w:p w14:paraId="0B5C8D04" w14:textId="789A7C8F" w:rsidR="0091628F" w:rsidRDefault="0091628F"/>
    <w:p w14:paraId="59A97D4C" w14:textId="5638B67B" w:rsidR="0091628F" w:rsidRDefault="0091628F"/>
    <w:p w14:paraId="58BD7FC6" w14:textId="78DBA8C4" w:rsidR="0091628F" w:rsidRDefault="0091628F"/>
    <w:p w14:paraId="1DE65F3E" w14:textId="29E080B3" w:rsidR="0091628F" w:rsidRDefault="0091628F"/>
    <w:p w14:paraId="24B62F31" w14:textId="7C3D2E4F" w:rsidR="0091628F" w:rsidRDefault="0091628F"/>
    <w:p w14:paraId="52267FCA" w14:textId="2A014239" w:rsidR="0091628F" w:rsidRDefault="0091628F"/>
    <w:p w14:paraId="0D565662" w14:textId="443CA0A1" w:rsidR="0091628F" w:rsidRDefault="0091628F"/>
    <w:p w14:paraId="64EB0EB6" w14:textId="77777777" w:rsidR="0091628F" w:rsidRDefault="0091628F"/>
    <w:p w14:paraId="25B7E5F5" w14:textId="1AFD9E1B" w:rsidR="00485E2F" w:rsidRDefault="00485E2F"/>
    <w:p w14:paraId="0EA72AD5" w14:textId="3E22E99F" w:rsidR="00485E2F" w:rsidRDefault="00485E2F"/>
    <w:p w14:paraId="5C695419" w14:textId="4FCC2D08" w:rsidR="00485E2F" w:rsidRDefault="00485E2F"/>
    <w:p w14:paraId="01B05628" w14:textId="77777777" w:rsidR="000F4209" w:rsidRDefault="000F4209"/>
    <w:p w14:paraId="64E5FE64" w14:textId="77777777" w:rsidR="000F4209" w:rsidRDefault="000F4209"/>
    <w:p w14:paraId="665D3591" w14:textId="77777777" w:rsidR="000F4209" w:rsidRDefault="000F4209"/>
    <w:p w14:paraId="20DCFA75" w14:textId="0E854F89" w:rsidR="000F4209" w:rsidRDefault="000F4209"/>
    <w:p w14:paraId="2B48EE3F" w14:textId="77777777" w:rsidR="008A0D30" w:rsidRDefault="008A0D30"/>
    <w:p w14:paraId="0AE3E0DB" w14:textId="3996E1DF" w:rsidR="007D4B0C" w:rsidRDefault="007D4B0C"/>
    <w:p w14:paraId="6C640C0A" w14:textId="750E5D58" w:rsidR="008A0D30" w:rsidRDefault="008A0D30"/>
    <w:p w14:paraId="431FF606" w14:textId="77777777" w:rsidR="008A0D30" w:rsidRDefault="008A0D30"/>
    <w:p w14:paraId="3211EB70" w14:textId="7481EABF" w:rsidR="00485E2F" w:rsidRDefault="00485E2F"/>
    <w:p w14:paraId="1C8F0F74" w14:textId="455B22E0" w:rsidR="00953F17" w:rsidRPr="008A0D30" w:rsidRDefault="00953F17" w:rsidP="008A0D30">
      <w:pPr>
        <w:spacing w:after="160" w:line="259" w:lineRule="auto"/>
        <w:ind w:left="284"/>
        <w:jc w:val="center"/>
        <w:rPr>
          <w:b/>
          <w:bCs/>
          <w:sz w:val="32"/>
          <w:szCs w:val="32"/>
          <w:lang w:val="kk-KZ"/>
        </w:rPr>
      </w:pPr>
      <w:r w:rsidRPr="00F16ABA">
        <w:rPr>
          <w:b/>
          <w:bCs/>
          <w:sz w:val="32"/>
          <w:szCs w:val="32"/>
          <w:lang w:val="kk-KZ"/>
        </w:rPr>
        <w:lastRenderedPageBreak/>
        <w:t>І. Білім беру ұйымдарының жалпы сипаттамасы.</w:t>
      </w:r>
    </w:p>
    <w:p w14:paraId="375095CE" w14:textId="77777777" w:rsidR="00953F17" w:rsidRPr="00953F17" w:rsidRDefault="00953F17" w:rsidP="009232A9">
      <w:pPr>
        <w:jc w:val="both"/>
        <w:rPr>
          <w:sz w:val="28"/>
          <w:szCs w:val="28"/>
          <w:lang w:val="kk-KZ"/>
        </w:rPr>
      </w:pPr>
      <w:r w:rsidRPr="00953F17">
        <w:rPr>
          <w:b/>
          <w:bCs/>
          <w:sz w:val="28"/>
          <w:szCs w:val="28"/>
          <w:lang w:val="kk-KZ"/>
        </w:rPr>
        <w:t>1.1.</w:t>
      </w:r>
      <w:r w:rsidRPr="00953F17">
        <w:rPr>
          <w:sz w:val="28"/>
          <w:szCs w:val="28"/>
          <w:lang w:val="kk-KZ"/>
        </w:rPr>
        <w:t xml:space="preserve">Қарағанды облысының білім басқармасы, Қарағанды қалалық білім бөлімінің № 14 мектеп-гимназиясы коммуналдық мемлекеттік мекемесі. </w:t>
      </w:r>
    </w:p>
    <w:p w14:paraId="298FD050" w14:textId="77777777" w:rsidR="00953F17" w:rsidRPr="00953F17" w:rsidRDefault="00953F17" w:rsidP="009232A9">
      <w:pPr>
        <w:jc w:val="both"/>
        <w:rPr>
          <w:bCs/>
          <w:sz w:val="28"/>
          <w:szCs w:val="28"/>
          <w:lang w:val="kk-KZ"/>
        </w:rPr>
      </w:pPr>
      <w:r w:rsidRPr="00953F17">
        <w:rPr>
          <w:b/>
          <w:sz w:val="28"/>
          <w:szCs w:val="28"/>
          <w:lang w:val="kk-KZ"/>
        </w:rPr>
        <w:t xml:space="preserve">Жобалық қуаты: </w:t>
      </w:r>
      <w:r w:rsidRPr="00953F17">
        <w:rPr>
          <w:bCs/>
          <w:sz w:val="28"/>
          <w:szCs w:val="28"/>
          <w:lang w:val="kk-KZ"/>
        </w:rPr>
        <w:t>600 орын.</w:t>
      </w:r>
    </w:p>
    <w:p w14:paraId="0D3743B0" w14:textId="77777777" w:rsidR="00953F17" w:rsidRPr="00953F17" w:rsidRDefault="00953F17" w:rsidP="009232A9">
      <w:pPr>
        <w:jc w:val="both"/>
        <w:rPr>
          <w:bCs/>
          <w:sz w:val="28"/>
          <w:szCs w:val="28"/>
          <w:lang w:val="kk-KZ"/>
        </w:rPr>
      </w:pPr>
    </w:p>
    <w:p w14:paraId="1C2C7A60" w14:textId="77777777" w:rsidR="00953F17" w:rsidRPr="00953F17" w:rsidRDefault="00953F17" w:rsidP="009232A9">
      <w:pPr>
        <w:widowControl/>
        <w:adjustRightInd w:val="0"/>
        <w:jc w:val="both"/>
        <w:rPr>
          <w:rFonts w:eastAsiaTheme="minorHAnsi"/>
          <w:b/>
          <w:bCs/>
          <w:sz w:val="28"/>
          <w:szCs w:val="28"/>
          <w:lang w:val="kk-KZ"/>
        </w:rPr>
      </w:pPr>
      <w:r w:rsidRPr="00953F17">
        <w:rPr>
          <w:rFonts w:eastAsiaTheme="minorHAnsi"/>
          <w:b/>
          <w:bCs/>
          <w:sz w:val="28"/>
          <w:szCs w:val="28"/>
          <w:lang w:val="kk-KZ"/>
        </w:rPr>
        <w:t>Заңды тұлғаны мемлекеттік тiркеу туралы.</w:t>
      </w:r>
    </w:p>
    <w:p w14:paraId="715F7AA1" w14:textId="77777777" w:rsidR="00953F17" w:rsidRPr="00953F17" w:rsidRDefault="00953F17" w:rsidP="009232A9">
      <w:pPr>
        <w:widowControl/>
        <w:adjustRightInd w:val="0"/>
        <w:jc w:val="both"/>
        <w:rPr>
          <w:rFonts w:eastAsiaTheme="minorHAnsi"/>
          <w:sz w:val="28"/>
          <w:szCs w:val="28"/>
          <w:lang w:val="kk-KZ"/>
        </w:rPr>
      </w:pPr>
      <w:r w:rsidRPr="00953F17">
        <w:rPr>
          <w:rFonts w:eastAsiaTheme="minorHAnsi"/>
          <w:sz w:val="28"/>
          <w:szCs w:val="28"/>
          <w:lang w:val="kk-KZ"/>
        </w:rPr>
        <w:t>БСН 220740002869, Қарағанды қаласы, 2022 жылғы 2 шілде</w:t>
      </w:r>
    </w:p>
    <w:p w14:paraId="020ADB03" w14:textId="19407E5C" w:rsidR="00953F17" w:rsidRPr="00881CE3" w:rsidRDefault="00953F17" w:rsidP="009232A9">
      <w:pPr>
        <w:widowControl/>
        <w:adjustRightInd w:val="0"/>
        <w:jc w:val="both"/>
        <w:rPr>
          <w:rFonts w:eastAsiaTheme="minorHAnsi"/>
          <w:b/>
          <w:bCs/>
          <w:sz w:val="28"/>
          <w:szCs w:val="28"/>
          <w:lang w:val="kk-KZ"/>
        </w:rPr>
      </w:pPr>
      <w:r w:rsidRPr="00953F17">
        <w:rPr>
          <w:rFonts w:eastAsiaTheme="minorHAnsi"/>
          <w:b/>
          <w:bCs/>
          <w:sz w:val="28"/>
          <w:szCs w:val="28"/>
          <w:lang w:val="kk-KZ"/>
        </w:rPr>
        <w:t xml:space="preserve">Құрылтайшы: </w:t>
      </w:r>
      <w:r w:rsidRPr="00953F17">
        <w:rPr>
          <w:rFonts w:eastAsiaTheme="minorHAnsi"/>
          <w:sz w:val="28"/>
          <w:szCs w:val="28"/>
          <w:lang w:val="kk-KZ"/>
        </w:rPr>
        <w:t>"Қарағанды облысы әкімінің аппараты"</w:t>
      </w:r>
      <w:r w:rsidRPr="00953F17">
        <w:rPr>
          <w:rFonts w:eastAsiaTheme="minorHAnsi"/>
          <w:b/>
          <w:bCs/>
          <w:sz w:val="28"/>
          <w:szCs w:val="28"/>
          <w:lang w:val="kk-KZ"/>
        </w:rPr>
        <w:t xml:space="preserve"> </w:t>
      </w:r>
      <w:r w:rsidRPr="00953F17">
        <w:rPr>
          <w:rFonts w:eastAsiaTheme="minorHAnsi"/>
          <w:sz w:val="28"/>
          <w:szCs w:val="28"/>
          <w:lang w:val="kk-KZ"/>
        </w:rPr>
        <w:t>мемлекеттік мекемесі</w:t>
      </w:r>
    </w:p>
    <w:p w14:paraId="6851AFDD" w14:textId="00E38AF6" w:rsidR="00953F17" w:rsidRPr="009232A9" w:rsidRDefault="00953F17" w:rsidP="009232A9">
      <w:pPr>
        <w:widowControl/>
        <w:adjustRightInd w:val="0"/>
        <w:jc w:val="both"/>
        <w:rPr>
          <w:rFonts w:eastAsiaTheme="minorHAnsi"/>
          <w:b/>
          <w:iCs/>
          <w:sz w:val="24"/>
          <w:szCs w:val="24"/>
          <w:lang w:val="kk-KZ"/>
        </w:rPr>
      </w:pPr>
    </w:p>
    <w:p w14:paraId="0795D108" w14:textId="77777777" w:rsidR="00881CE3" w:rsidRPr="00953F17" w:rsidRDefault="00881CE3" w:rsidP="009232A9">
      <w:pPr>
        <w:jc w:val="both"/>
        <w:rPr>
          <w:bCs/>
          <w:sz w:val="28"/>
          <w:szCs w:val="28"/>
          <w:lang w:val="kk-KZ"/>
        </w:rPr>
      </w:pPr>
    </w:p>
    <w:p w14:paraId="1579D5D5" w14:textId="77777777" w:rsidR="00953F17" w:rsidRPr="00953F17" w:rsidRDefault="00953F17" w:rsidP="009232A9">
      <w:pPr>
        <w:jc w:val="both"/>
        <w:rPr>
          <w:b/>
          <w:bCs/>
          <w:sz w:val="28"/>
          <w:szCs w:val="28"/>
          <w:lang w:val="kk-KZ"/>
        </w:rPr>
      </w:pPr>
      <w:r w:rsidRPr="00953F17">
        <w:rPr>
          <w:b/>
          <w:bCs/>
          <w:sz w:val="28"/>
          <w:szCs w:val="28"/>
          <w:lang w:val="kk-KZ"/>
        </w:rPr>
        <w:t xml:space="preserve">Заңды мекен-жайы: </w:t>
      </w:r>
    </w:p>
    <w:p w14:paraId="7E0D1787" w14:textId="77777777" w:rsidR="00953F17" w:rsidRPr="00953F17" w:rsidRDefault="00953F17" w:rsidP="009232A9">
      <w:pPr>
        <w:jc w:val="both"/>
        <w:rPr>
          <w:sz w:val="28"/>
          <w:szCs w:val="28"/>
          <w:lang w:val="kk-KZ"/>
        </w:rPr>
      </w:pPr>
      <w:r w:rsidRPr="00953F17">
        <w:rPr>
          <w:sz w:val="28"/>
          <w:szCs w:val="28"/>
          <w:lang w:val="kk-KZ"/>
        </w:rPr>
        <w:t>Қазақстан Республикасы, 100023,  Қарағанды облысы, Қарағанды қаласы, Әлихан Бөкейхан ауданы, Бирюзов көшесі 22А құрылыс.</w:t>
      </w:r>
    </w:p>
    <w:p w14:paraId="574C9D5D" w14:textId="77777777" w:rsidR="00953F17" w:rsidRPr="00953F17" w:rsidRDefault="00953F17" w:rsidP="009232A9">
      <w:pPr>
        <w:jc w:val="both"/>
        <w:rPr>
          <w:sz w:val="28"/>
          <w:szCs w:val="28"/>
          <w:lang w:val="kk-KZ"/>
        </w:rPr>
      </w:pPr>
      <w:r w:rsidRPr="00953F17">
        <w:rPr>
          <w:sz w:val="28"/>
          <w:szCs w:val="28"/>
          <w:lang w:val="kk-KZ"/>
        </w:rPr>
        <w:t>Телефон / факс: 8 (7212) 252649</w:t>
      </w:r>
    </w:p>
    <w:p w14:paraId="313DD46C" w14:textId="232B4D77" w:rsidR="00953F17" w:rsidRDefault="00953F17" w:rsidP="009232A9">
      <w:pPr>
        <w:jc w:val="both"/>
        <w:rPr>
          <w:sz w:val="28"/>
          <w:szCs w:val="28"/>
          <w:lang w:val="kk-KZ"/>
        </w:rPr>
      </w:pPr>
      <w:r w:rsidRPr="00953F17">
        <w:rPr>
          <w:sz w:val="28"/>
          <w:szCs w:val="28"/>
          <w:lang w:val="kk-KZ"/>
        </w:rPr>
        <w:t xml:space="preserve">Электрондық мекен-жайы: </w:t>
      </w:r>
      <w:r w:rsidR="006C03F0">
        <w:rPr>
          <w:sz w:val="28"/>
          <w:szCs w:val="28"/>
          <w:lang w:val="kk-KZ"/>
        </w:rPr>
        <w:t xml:space="preserve">: </w:t>
      </w:r>
      <w:hyperlink r:id="rId9" w:history="1">
        <w:r w:rsidR="006C03F0" w:rsidRPr="00371B3A">
          <w:rPr>
            <w:rStyle w:val="ae"/>
            <w:sz w:val="28"/>
            <w:szCs w:val="28"/>
            <w:lang w:val="kk-KZ"/>
          </w:rPr>
          <w:t>krg-oso-27929@bilim09.kz</w:t>
        </w:r>
      </w:hyperlink>
      <w:r w:rsidR="006C03F0">
        <w:rPr>
          <w:sz w:val="28"/>
          <w:szCs w:val="28"/>
          <w:lang w:val="kk-KZ"/>
        </w:rPr>
        <w:t xml:space="preserve"> </w:t>
      </w:r>
    </w:p>
    <w:p w14:paraId="06ECB5C3" w14:textId="47A49A15" w:rsidR="006C03F0" w:rsidRPr="00953F17" w:rsidRDefault="006C03F0" w:rsidP="009232A9">
      <w:pPr>
        <w:jc w:val="both"/>
        <w:rPr>
          <w:sz w:val="28"/>
          <w:szCs w:val="28"/>
          <w:lang w:val="kk-KZ"/>
        </w:rPr>
      </w:pPr>
      <w:r>
        <w:rPr>
          <w:sz w:val="28"/>
          <w:szCs w:val="28"/>
          <w:lang w:val="kk-KZ"/>
        </w:rPr>
        <w:t xml:space="preserve">Мектеп сайты:  </w:t>
      </w:r>
      <w:hyperlink r:id="rId10" w:history="1">
        <w:r w:rsidRPr="00371B3A">
          <w:rPr>
            <w:rStyle w:val="ae"/>
            <w:sz w:val="28"/>
            <w:szCs w:val="28"/>
            <w:lang w:val="kk-KZ"/>
          </w:rPr>
          <w:t>https://kargoo.kz/index/fromorg/231</w:t>
        </w:r>
      </w:hyperlink>
      <w:r>
        <w:rPr>
          <w:sz w:val="28"/>
          <w:szCs w:val="28"/>
          <w:lang w:val="kk-KZ"/>
        </w:rPr>
        <w:t xml:space="preserve"> </w:t>
      </w:r>
    </w:p>
    <w:p w14:paraId="2C0B12B2" w14:textId="77777777" w:rsidR="00953F17" w:rsidRPr="00953F17" w:rsidRDefault="00953F17" w:rsidP="009232A9">
      <w:pPr>
        <w:jc w:val="both"/>
        <w:rPr>
          <w:sz w:val="28"/>
          <w:szCs w:val="28"/>
          <w:lang w:val="kk-KZ"/>
        </w:rPr>
      </w:pPr>
      <w:r w:rsidRPr="00953F17">
        <w:rPr>
          <w:b/>
          <w:bCs/>
          <w:sz w:val="28"/>
          <w:szCs w:val="28"/>
          <w:lang w:val="kk-KZ"/>
        </w:rPr>
        <w:t>Директор:</w:t>
      </w:r>
      <w:r w:rsidRPr="00953F17">
        <w:rPr>
          <w:sz w:val="28"/>
          <w:szCs w:val="28"/>
          <w:lang w:val="kk-KZ"/>
        </w:rPr>
        <w:t xml:space="preserve"> Аринов Орикбай Серикович</w:t>
      </w:r>
    </w:p>
    <w:p w14:paraId="3FD8F9E0" w14:textId="2FD29452" w:rsidR="00953F17" w:rsidRPr="00881CE3" w:rsidRDefault="00953F17" w:rsidP="009232A9">
      <w:pPr>
        <w:jc w:val="both"/>
        <w:rPr>
          <w:sz w:val="28"/>
          <w:szCs w:val="28"/>
          <w:lang w:val="kk-KZ"/>
        </w:rPr>
      </w:pPr>
      <w:r w:rsidRPr="00953F17">
        <w:rPr>
          <w:sz w:val="28"/>
          <w:szCs w:val="28"/>
          <w:lang w:val="kk-KZ"/>
        </w:rPr>
        <w:t>Қалалық білім бөлімінің 2023 жылғы 01.03 күнгі №95 бұйрығы.</w:t>
      </w:r>
      <w:r w:rsidR="00881CE3" w:rsidRPr="00881CE3">
        <w:rPr>
          <w:sz w:val="28"/>
          <w:szCs w:val="28"/>
          <w:lang w:val="kk-KZ"/>
        </w:rPr>
        <w:t xml:space="preserve"> </w:t>
      </w:r>
    </w:p>
    <w:p w14:paraId="3C90C948" w14:textId="77777777" w:rsidR="00881CE3" w:rsidRPr="00881CE3" w:rsidRDefault="00881CE3" w:rsidP="009232A9">
      <w:pPr>
        <w:jc w:val="both"/>
        <w:rPr>
          <w:sz w:val="28"/>
          <w:szCs w:val="28"/>
          <w:lang w:val="kk-KZ"/>
        </w:rPr>
      </w:pPr>
    </w:p>
    <w:p w14:paraId="247C34D9" w14:textId="77777777" w:rsidR="00881CE3" w:rsidRPr="00881CE3" w:rsidRDefault="00881CE3" w:rsidP="009232A9">
      <w:pPr>
        <w:jc w:val="both"/>
        <w:rPr>
          <w:b/>
          <w:i/>
          <w:iCs/>
          <w:sz w:val="24"/>
          <w:szCs w:val="24"/>
          <w:lang w:val="kk-KZ"/>
        </w:rPr>
      </w:pPr>
    </w:p>
    <w:p w14:paraId="6C9BB8E2" w14:textId="77777777" w:rsidR="00953F17" w:rsidRPr="00953F17" w:rsidRDefault="00953F17" w:rsidP="009232A9">
      <w:pPr>
        <w:jc w:val="both"/>
        <w:rPr>
          <w:sz w:val="28"/>
          <w:szCs w:val="28"/>
          <w:lang w:val="kk-KZ"/>
        </w:rPr>
      </w:pPr>
      <w:r w:rsidRPr="00953F17">
        <w:rPr>
          <w:sz w:val="28"/>
          <w:szCs w:val="28"/>
          <w:lang w:val="kk-KZ"/>
        </w:rPr>
        <w:t xml:space="preserve">Білім беру қызметімен айналысуға лицензия: </w:t>
      </w:r>
    </w:p>
    <w:p w14:paraId="2D10B4A8" w14:textId="77777777" w:rsidR="00953F17" w:rsidRPr="00953F17" w:rsidRDefault="00953F17" w:rsidP="009232A9">
      <w:pPr>
        <w:widowControl/>
        <w:adjustRightInd w:val="0"/>
        <w:jc w:val="both"/>
        <w:rPr>
          <w:rFonts w:eastAsiaTheme="minorHAnsi"/>
          <w:sz w:val="28"/>
          <w:szCs w:val="28"/>
          <w:lang w:val="kk-KZ"/>
        </w:rPr>
      </w:pPr>
      <w:r w:rsidRPr="00953F17">
        <w:rPr>
          <w:rFonts w:eastAsiaTheme="minorHAnsi"/>
          <w:i/>
          <w:iCs/>
          <w:sz w:val="28"/>
          <w:szCs w:val="28"/>
          <w:lang w:val="kk-KZ"/>
        </w:rPr>
        <w:t>09.06.2025 ж.  / 28.03.2023 ж.</w:t>
      </w:r>
      <w:r w:rsidRPr="00953F17">
        <w:rPr>
          <w:i/>
          <w:iCs/>
          <w:sz w:val="28"/>
          <w:szCs w:val="28"/>
          <w:lang w:val="kk-KZ"/>
        </w:rPr>
        <w:t xml:space="preserve"> жылғы </w:t>
      </w:r>
      <w:r w:rsidRPr="00953F17">
        <w:rPr>
          <w:rFonts w:eastAsiaTheme="minorHAnsi"/>
          <w:i/>
          <w:iCs/>
          <w:sz w:val="28"/>
          <w:szCs w:val="28"/>
          <w:lang w:val="kk-KZ"/>
        </w:rPr>
        <w:t>№ KZ79LAM00005179</w:t>
      </w:r>
      <w:r w:rsidRPr="00953F17">
        <w:rPr>
          <w:i/>
          <w:iCs/>
          <w:sz w:val="28"/>
          <w:szCs w:val="28"/>
          <w:lang w:val="kk-KZ"/>
        </w:rPr>
        <w:t>.</w:t>
      </w:r>
      <w:r w:rsidRPr="00953F17">
        <w:rPr>
          <w:sz w:val="28"/>
          <w:szCs w:val="28"/>
          <w:lang w:val="kk-KZ"/>
        </w:rPr>
        <w:t xml:space="preserve"> Лицензиар: </w:t>
      </w:r>
      <w:r w:rsidRPr="00953F17">
        <w:rPr>
          <w:rFonts w:eastAsiaTheme="minorHAnsi"/>
          <w:sz w:val="28"/>
          <w:szCs w:val="28"/>
          <w:lang w:val="kk-KZ"/>
        </w:rPr>
        <w:t>«Қазақстан Республикасы Оқу-ағарту министрлігінің Білім саласында сапаны қамтамасыз ету комитетінің Қарағанды облысының білім саласында сапаны қамтамасыз ету департаменті» Мемлекеттік мекемесінен берілген.</w:t>
      </w:r>
    </w:p>
    <w:p w14:paraId="1EB30C65" w14:textId="798BC670" w:rsidR="00953F17" w:rsidRPr="009232A9" w:rsidRDefault="00953F17" w:rsidP="009232A9">
      <w:pPr>
        <w:jc w:val="both"/>
        <w:rPr>
          <w:b/>
          <w:i/>
          <w:iCs/>
          <w:sz w:val="28"/>
          <w:szCs w:val="28"/>
          <w:lang w:val="kk-KZ"/>
        </w:rPr>
      </w:pPr>
    </w:p>
    <w:p w14:paraId="44B2107F" w14:textId="77777777" w:rsidR="00881CE3" w:rsidRPr="00E40436" w:rsidRDefault="00881CE3" w:rsidP="009232A9">
      <w:pPr>
        <w:jc w:val="both"/>
        <w:rPr>
          <w:bCs/>
          <w:sz w:val="24"/>
          <w:szCs w:val="24"/>
          <w:lang w:val="kk-KZ"/>
        </w:rPr>
      </w:pPr>
    </w:p>
    <w:p w14:paraId="55EF408D" w14:textId="77777777" w:rsidR="00953F17" w:rsidRPr="00953F17" w:rsidRDefault="00953F17" w:rsidP="009232A9">
      <w:pPr>
        <w:ind w:firstLine="284"/>
        <w:jc w:val="both"/>
        <w:rPr>
          <w:sz w:val="28"/>
          <w:szCs w:val="28"/>
          <w:lang w:val="kk-KZ"/>
        </w:rPr>
      </w:pPr>
      <w:r w:rsidRPr="00953F17">
        <w:rPr>
          <w:sz w:val="28"/>
          <w:szCs w:val="28"/>
          <w:lang w:val="kk-KZ"/>
        </w:rPr>
        <w:t xml:space="preserve">«№ 14 мектеп-гимназиясы» КММ санитарлық-эпидемиологиялық қорытынды </w:t>
      </w:r>
      <w:r w:rsidRPr="00953F17">
        <w:rPr>
          <w:i/>
          <w:iCs/>
          <w:sz w:val="28"/>
          <w:szCs w:val="28"/>
          <w:lang w:val="kk-KZ"/>
        </w:rPr>
        <w:t>№ M.10.KZ34VWF0007549  19.09.2022 жыл.</w:t>
      </w:r>
      <w:r w:rsidRPr="00953F17">
        <w:rPr>
          <w:sz w:val="28"/>
          <w:szCs w:val="28"/>
          <w:lang w:val="kk-KZ"/>
        </w:rPr>
        <w:t xml:space="preserve"> Қарағанды қалалыс, Октябрь аудандық мемлекеттік бас санитарлық дәрігер С.А.Кыргизалиннің қолы қойылған. (тексеріс хаттамалары қоса берілді)</w:t>
      </w:r>
    </w:p>
    <w:p w14:paraId="60911AA4" w14:textId="2AD0FE0D" w:rsidR="00953F17" w:rsidRDefault="00953F17" w:rsidP="009232A9">
      <w:pPr>
        <w:jc w:val="both"/>
        <w:rPr>
          <w:i/>
          <w:iCs/>
          <w:sz w:val="28"/>
          <w:szCs w:val="28"/>
          <w:lang w:val="kk-KZ"/>
        </w:rPr>
      </w:pPr>
    </w:p>
    <w:p w14:paraId="05CA5FCE" w14:textId="77777777" w:rsidR="00881CE3" w:rsidRPr="00881CE3" w:rsidRDefault="00881CE3" w:rsidP="009232A9">
      <w:pPr>
        <w:jc w:val="both"/>
        <w:rPr>
          <w:lang w:val="kk-KZ"/>
        </w:rPr>
      </w:pPr>
    </w:p>
    <w:p w14:paraId="39B7F55F" w14:textId="5CAFDB34" w:rsidR="00953F17" w:rsidRPr="00953F17" w:rsidRDefault="00881CE3" w:rsidP="009232A9">
      <w:pPr>
        <w:jc w:val="both"/>
        <w:rPr>
          <w:sz w:val="28"/>
          <w:szCs w:val="28"/>
          <w:lang w:val="kk-KZ"/>
        </w:rPr>
      </w:pPr>
      <w:r w:rsidRPr="00953F17">
        <w:rPr>
          <w:sz w:val="28"/>
          <w:szCs w:val="28"/>
          <w:lang w:val="kk-KZ"/>
        </w:rPr>
        <w:t xml:space="preserve"> </w:t>
      </w:r>
      <w:r w:rsidR="00953F17" w:rsidRPr="00953F17">
        <w:rPr>
          <w:sz w:val="28"/>
          <w:szCs w:val="28"/>
          <w:lang w:val="kk-KZ"/>
        </w:rPr>
        <w:t xml:space="preserve">«Қарағанды облысының экономика басқармасы»  ММ-нің 2022 жылғы 20 маусымдағы  №14 «Қарағанды облысының Қарағанды қаласының білім беру ұйымдарының жарғыларын бекіту туралы» бұйрығына сәйкес жарғы бекітілді. </w:t>
      </w:r>
    </w:p>
    <w:p w14:paraId="614D17A6" w14:textId="34D3F1DD" w:rsidR="00953F17" w:rsidRDefault="00953F17" w:rsidP="009232A9">
      <w:pPr>
        <w:jc w:val="both"/>
        <w:rPr>
          <w:i/>
          <w:iCs/>
          <w:sz w:val="28"/>
          <w:szCs w:val="28"/>
          <w:highlight w:val="yellow"/>
          <w:lang w:val="kk-KZ"/>
        </w:rPr>
      </w:pPr>
    </w:p>
    <w:p w14:paraId="336F1CB3" w14:textId="77777777" w:rsidR="00881CE3" w:rsidRPr="00953F17" w:rsidRDefault="00881CE3" w:rsidP="009232A9">
      <w:pPr>
        <w:ind w:firstLine="284"/>
        <w:jc w:val="both"/>
        <w:rPr>
          <w:sz w:val="28"/>
          <w:szCs w:val="28"/>
          <w:lang w:val="kk-KZ"/>
        </w:rPr>
      </w:pPr>
    </w:p>
    <w:p w14:paraId="0CD8FC1B" w14:textId="77777777" w:rsidR="00953F17" w:rsidRPr="00953F17" w:rsidRDefault="00953F17" w:rsidP="009232A9">
      <w:pPr>
        <w:jc w:val="both"/>
        <w:rPr>
          <w:b/>
          <w:bCs/>
          <w:i/>
          <w:iCs/>
          <w:sz w:val="28"/>
          <w:szCs w:val="28"/>
          <w:lang w:val="kk-KZ"/>
        </w:rPr>
      </w:pPr>
      <w:r w:rsidRPr="00953F17">
        <w:rPr>
          <w:b/>
          <w:bCs/>
          <w:sz w:val="28"/>
          <w:szCs w:val="28"/>
          <w:lang w:val="kk-KZ"/>
        </w:rPr>
        <w:t xml:space="preserve">1.2.  </w:t>
      </w:r>
      <w:r w:rsidRPr="00953F17">
        <w:rPr>
          <w:b/>
          <w:bCs/>
          <w:i/>
          <w:iCs/>
          <w:sz w:val="28"/>
          <w:szCs w:val="28"/>
          <w:lang w:val="kk-KZ"/>
        </w:rPr>
        <w:t>Педагогикалық кеңес</w:t>
      </w:r>
    </w:p>
    <w:p w14:paraId="7B4C412A" w14:textId="321383C5" w:rsidR="00953F17" w:rsidRDefault="00953F17" w:rsidP="009232A9">
      <w:pPr>
        <w:ind w:firstLine="708"/>
        <w:jc w:val="both"/>
        <w:rPr>
          <w:sz w:val="28"/>
          <w:szCs w:val="28"/>
          <w:lang w:val="kk-KZ"/>
        </w:rPr>
      </w:pPr>
      <w:r w:rsidRPr="00953F17">
        <w:rPr>
          <w:sz w:val="28"/>
          <w:szCs w:val="28"/>
          <w:lang w:val="kk-KZ"/>
        </w:rPr>
        <w:t>2024-2025 оқу жылында Педагог</w:t>
      </w:r>
      <w:r w:rsidR="00955BEC">
        <w:rPr>
          <w:sz w:val="28"/>
          <w:szCs w:val="28"/>
          <w:lang w:val="kk-KZ"/>
        </w:rPr>
        <w:t>и</w:t>
      </w:r>
      <w:r w:rsidRPr="00953F17">
        <w:rPr>
          <w:sz w:val="28"/>
          <w:szCs w:val="28"/>
          <w:lang w:val="kk-KZ"/>
        </w:rPr>
        <w:t xml:space="preserve">калық  кеңестің құрамын бекіту  туралы мектеп басшысының </w:t>
      </w:r>
      <w:r w:rsidRPr="00953F17">
        <w:rPr>
          <w:i/>
          <w:iCs/>
          <w:sz w:val="28"/>
          <w:szCs w:val="28"/>
          <w:lang w:val="kk-KZ"/>
        </w:rPr>
        <w:t>27.08.2024 жылғы №156 бұйрығы</w:t>
      </w:r>
      <w:r w:rsidRPr="00953F17">
        <w:rPr>
          <w:sz w:val="28"/>
          <w:szCs w:val="28"/>
          <w:lang w:val="kk-KZ"/>
        </w:rPr>
        <w:t xml:space="preserve">, 2025-2026 оқу жылындағы </w:t>
      </w:r>
      <w:r w:rsidRPr="00953F17">
        <w:rPr>
          <w:i/>
          <w:iCs/>
          <w:sz w:val="28"/>
          <w:szCs w:val="28"/>
          <w:lang w:val="kk-KZ"/>
        </w:rPr>
        <w:t>29.08.2025 жылғы № 122 бұйрығы,</w:t>
      </w:r>
      <w:r w:rsidRPr="00953F17">
        <w:rPr>
          <w:sz w:val="28"/>
          <w:szCs w:val="28"/>
          <w:lang w:val="kk-KZ"/>
        </w:rPr>
        <w:t xml:space="preserve">  2026-2027 оқу жылы </w:t>
      </w:r>
      <w:r w:rsidRPr="00953F17">
        <w:rPr>
          <w:i/>
          <w:iCs/>
          <w:sz w:val="28"/>
          <w:szCs w:val="28"/>
          <w:lang w:val="kk-KZ"/>
        </w:rPr>
        <w:t>28.08.2026 жылғы № 104  бұйрығы</w:t>
      </w:r>
      <w:r w:rsidRPr="00953F17">
        <w:rPr>
          <w:sz w:val="28"/>
          <w:szCs w:val="28"/>
          <w:lang w:val="kk-KZ"/>
        </w:rPr>
        <w:t xml:space="preserve"> және бекітілген жұмыс жоспарлары, хаттамалары.</w:t>
      </w:r>
    </w:p>
    <w:p w14:paraId="6D43328A" w14:textId="77777777" w:rsidR="001C1ACE" w:rsidRDefault="001C1ACE" w:rsidP="009232A9">
      <w:pPr>
        <w:ind w:firstLine="708"/>
        <w:jc w:val="both"/>
        <w:rPr>
          <w:sz w:val="28"/>
          <w:szCs w:val="28"/>
          <w:lang w:val="kk-KZ"/>
        </w:rPr>
      </w:pPr>
    </w:p>
    <w:p w14:paraId="72126C6C" w14:textId="77F6C81F" w:rsidR="001C1ACE" w:rsidRPr="001C1ACE" w:rsidRDefault="001C1ACE" w:rsidP="001C1ACE">
      <w:pPr>
        <w:jc w:val="both"/>
        <w:rPr>
          <w:b/>
          <w:sz w:val="24"/>
          <w:szCs w:val="24"/>
          <w:lang w:val="kk-KZ"/>
        </w:rPr>
      </w:pPr>
    </w:p>
    <w:p w14:paraId="7C72120A" w14:textId="600F46F0" w:rsidR="00E40436" w:rsidRPr="007B1EE4" w:rsidRDefault="00E40436" w:rsidP="009232A9">
      <w:pPr>
        <w:jc w:val="both"/>
        <w:rPr>
          <w:bCs/>
          <w:iCs/>
          <w:sz w:val="24"/>
          <w:szCs w:val="24"/>
          <w:lang w:val="kk-KZ"/>
        </w:rPr>
      </w:pPr>
    </w:p>
    <w:p w14:paraId="156B5087" w14:textId="77777777" w:rsidR="00953F17" w:rsidRPr="00953F17" w:rsidRDefault="00953F17" w:rsidP="009232A9">
      <w:pPr>
        <w:jc w:val="both"/>
        <w:rPr>
          <w:b/>
          <w:bCs/>
          <w:color w:val="FF0000"/>
          <w:sz w:val="28"/>
          <w:szCs w:val="28"/>
          <w:lang w:val="kk-KZ"/>
        </w:rPr>
      </w:pPr>
      <w:r w:rsidRPr="00E40436">
        <w:rPr>
          <w:b/>
          <w:bCs/>
          <w:i/>
          <w:iCs/>
          <w:sz w:val="28"/>
          <w:szCs w:val="28"/>
          <w:lang w:val="kk-KZ"/>
        </w:rPr>
        <w:lastRenderedPageBreak/>
        <w:t>Әдістемелік кеңес</w:t>
      </w:r>
    </w:p>
    <w:p w14:paraId="50FCFB5F" w14:textId="77777777" w:rsidR="00953F17" w:rsidRPr="00953F17" w:rsidRDefault="00953F17" w:rsidP="009232A9">
      <w:pPr>
        <w:ind w:firstLine="708"/>
        <w:jc w:val="both"/>
        <w:rPr>
          <w:i/>
          <w:iCs/>
          <w:sz w:val="28"/>
          <w:szCs w:val="28"/>
          <w:lang w:val="kk-KZ"/>
        </w:rPr>
      </w:pPr>
      <w:r w:rsidRPr="00953F17">
        <w:rPr>
          <w:sz w:val="28"/>
          <w:szCs w:val="28"/>
          <w:lang w:val="kk-KZ"/>
        </w:rPr>
        <w:t xml:space="preserve">2024-2025 оқу жылында Әдістемелік кеңес құру туралы мектеп басшысының </w:t>
      </w:r>
      <w:r w:rsidRPr="00953F17">
        <w:rPr>
          <w:i/>
          <w:iCs/>
          <w:sz w:val="28"/>
          <w:szCs w:val="28"/>
          <w:lang w:val="kk-KZ"/>
        </w:rPr>
        <w:t>02.09.2024 жылғы №170 бұйрығы,</w:t>
      </w:r>
      <w:r w:rsidRPr="00953F17">
        <w:rPr>
          <w:sz w:val="28"/>
          <w:szCs w:val="28"/>
          <w:lang w:val="kk-KZ"/>
        </w:rPr>
        <w:t xml:space="preserve"> 2025-2026 оқу жылындағы </w:t>
      </w:r>
      <w:r w:rsidRPr="00953F17">
        <w:rPr>
          <w:i/>
          <w:iCs/>
          <w:sz w:val="28"/>
          <w:szCs w:val="28"/>
          <w:lang w:val="kk-KZ"/>
        </w:rPr>
        <w:t>28.08.2025 жылғы № 116 бұйрығы,</w:t>
      </w:r>
      <w:r w:rsidRPr="00953F17">
        <w:rPr>
          <w:sz w:val="28"/>
          <w:szCs w:val="28"/>
          <w:lang w:val="kk-KZ"/>
        </w:rPr>
        <w:t xml:space="preserve">  2026-2027 оқу жылы </w:t>
      </w:r>
      <w:r w:rsidRPr="00953F17">
        <w:rPr>
          <w:i/>
          <w:iCs/>
          <w:sz w:val="28"/>
          <w:szCs w:val="28"/>
          <w:lang w:val="kk-KZ"/>
        </w:rPr>
        <w:t xml:space="preserve">28.08.2026 жылғы </w:t>
      </w:r>
    </w:p>
    <w:p w14:paraId="14444B6C" w14:textId="77777777" w:rsidR="00953F17" w:rsidRPr="00953F17" w:rsidRDefault="00953F17" w:rsidP="009232A9">
      <w:pPr>
        <w:jc w:val="both"/>
        <w:rPr>
          <w:sz w:val="28"/>
          <w:szCs w:val="28"/>
          <w:lang w:val="kk-KZ"/>
        </w:rPr>
      </w:pPr>
      <w:r w:rsidRPr="00953F17">
        <w:rPr>
          <w:i/>
          <w:iCs/>
          <w:sz w:val="28"/>
          <w:szCs w:val="28"/>
          <w:lang w:val="kk-KZ"/>
        </w:rPr>
        <w:t xml:space="preserve">№ 102 бұйрығы </w:t>
      </w:r>
      <w:r w:rsidRPr="00953F17">
        <w:rPr>
          <w:sz w:val="28"/>
          <w:szCs w:val="28"/>
          <w:lang w:val="kk-KZ"/>
        </w:rPr>
        <w:t>және бекітілген жұмыс жоспарлары, хаттамалары.</w:t>
      </w:r>
    </w:p>
    <w:p w14:paraId="1B0E34E5" w14:textId="6435EE63" w:rsidR="00953F17" w:rsidRDefault="00953F17" w:rsidP="009232A9">
      <w:pPr>
        <w:jc w:val="both"/>
        <w:rPr>
          <w:i/>
          <w:iCs/>
          <w:sz w:val="28"/>
          <w:szCs w:val="28"/>
          <w:lang w:val="kk-KZ"/>
        </w:rPr>
      </w:pPr>
    </w:p>
    <w:p w14:paraId="798154BB" w14:textId="77777777" w:rsidR="00881CE3" w:rsidRPr="00E40436" w:rsidRDefault="00881CE3" w:rsidP="009232A9">
      <w:pPr>
        <w:ind w:firstLine="284"/>
        <w:jc w:val="both"/>
        <w:rPr>
          <w:i/>
          <w:iCs/>
          <w:sz w:val="28"/>
          <w:szCs w:val="28"/>
          <w:lang w:val="kk-KZ"/>
        </w:rPr>
      </w:pPr>
    </w:p>
    <w:p w14:paraId="7E0446C7" w14:textId="78B6DDCC" w:rsidR="00953F17" w:rsidRPr="00953F17" w:rsidRDefault="00955BEC" w:rsidP="009232A9">
      <w:pPr>
        <w:jc w:val="both"/>
        <w:outlineLvl w:val="2"/>
        <w:rPr>
          <w:b/>
          <w:bCs/>
          <w:sz w:val="28"/>
          <w:szCs w:val="28"/>
          <w:lang w:eastAsia="ru-RU"/>
        </w:rPr>
      </w:pPr>
      <w:r>
        <w:rPr>
          <w:b/>
          <w:bCs/>
          <w:i/>
          <w:iCs/>
          <w:sz w:val="28"/>
          <w:szCs w:val="28"/>
          <w:lang w:eastAsia="ru-RU"/>
        </w:rPr>
        <w:t>Қамқо</w:t>
      </w:r>
      <w:r w:rsidR="00953F17" w:rsidRPr="00E40436">
        <w:rPr>
          <w:b/>
          <w:bCs/>
          <w:i/>
          <w:iCs/>
          <w:sz w:val="28"/>
          <w:szCs w:val="28"/>
          <w:lang w:eastAsia="ru-RU"/>
        </w:rPr>
        <w:t>ршылық кеңес</w:t>
      </w:r>
    </w:p>
    <w:p w14:paraId="051C4811" w14:textId="77777777" w:rsidR="00953F17" w:rsidRPr="00953F17" w:rsidRDefault="00953F17" w:rsidP="00C427A3">
      <w:pPr>
        <w:widowControl/>
        <w:numPr>
          <w:ilvl w:val="0"/>
          <w:numId w:val="10"/>
        </w:numPr>
        <w:autoSpaceDE/>
        <w:autoSpaceDN/>
        <w:jc w:val="both"/>
        <w:rPr>
          <w:sz w:val="28"/>
          <w:szCs w:val="28"/>
          <w:lang w:eastAsia="ru-RU"/>
        </w:rPr>
      </w:pPr>
      <w:r w:rsidRPr="00953F17">
        <w:rPr>
          <w:b/>
          <w:bCs/>
          <w:sz w:val="28"/>
          <w:szCs w:val="28"/>
          <w:lang w:eastAsia="ru-RU"/>
        </w:rPr>
        <w:t>Негізгі құжат:</w:t>
      </w:r>
      <w:r w:rsidRPr="00953F17">
        <w:rPr>
          <w:sz w:val="28"/>
          <w:szCs w:val="28"/>
          <w:lang w:eastAsia="ru-RU"/>
        </w:rPr>
        <w:t xml:space="preserve"> Мектеп-гимназиясының </w:t>
      </w:r>
      <w:r w:rsidRPr="00953F17">
        <w:rPr>
          <w:b/>
          <w:bCs/>
          <w:sz w:val="28"/>
          <w:szCs w:val="28"/>
          <w:lang w:eastAsia="ru-RU"/>
        </w:rPr>
        <w:t>02.09.2024 жылғы №231 бұйрығы</w:t>
      </w:r>
      <w:r w:rsidRPr="00953F17">
        <w:rPr>
          <w:sz w:val="28"/>
          <w:szCs w:val="28"/>
          <w:lang w:eastAsia="ru-RU"/>
        </w:rPr>
        <w:t>.</w:t>
      </w:r>
    </w:p>
    <w:p w14:paraId="29056CC0" w14:textId="04C8CCD7" w:rsidR="00953F17" w:rsidRPr="00953F17" w:rsidRDefault="00953F17" w:rsidP="00C427A3">
      <w:pPr>
        <w:widowControl/>
        <w:numPr>
          <w:ilvl w:val="0"/>
          <w:numId w:val="10"/>
        </w:numPr>
        <w:autoSpaceDE/>
        <w:autoSpaceDN/>
        <w:jc w:val="both"/>
        <w:rPr>
          <w:sz w:val="28"/>
          <w:szCs w:val="28"/>
          <w:lang w:eastAsia="ru-RU"/>
        </w:rPr>
      </w:pPr>
      <w:r w:rsidRPr="00953F17">
        <w:rPr>
          <w:b/>
          <w:bCs/>
          <w:sz w:val="28"/>
          <w:szCs w:val="28"/>
          <w:lang w:eastAsia="ru-RU"/>
        </w:rPr>
        <w:t>Атқарылған іс:</w:t>
      </w:r>
      <w:r w:rsidRPr="00953F17">
        <w:rPr>
          <w:sz w:val="28"/>
          <w:szCs w:val="28"/>
          <w:lang w:eastAsia="ru-RU"/>
        </w:rPr>
        <w:t xml:space="preserve"> Осы бұйр</w:t>
      </w:r>
      <w:r w:rsidR="00F464E9">
        <w:rPr>
          <w:sz w:val="28"/>
          <w:szCs w:val="28"/>
          <w:lang w:eastAsia="ru-RU"/>
        </w:rPr>
        <w:t>ыққа сәйкес мектеп жанынан Қамқо</w:t>
      </w:r>
      <w:r w:rsidRPr="00953F17">
        <w:rPr>
          <w:sz w:val="28"/>
          <w:szCs w:val="28"/>
          <w:lang w:eastAsia="ru-RU"/>
        </w:rPr>
        <w:t>ршылық кеңесі ресми түрде құрылып, оның ережесі мен құрамы бекітілді.</w:t>
      </w:r>
    </w:p>
    <w:p w14:paraId="5029BA8C" w14:textId="5CEB8BEC" w:rsidR="00953F17" w:rsidRPr="00953F17" w:rsidRDefault="00953F17" w:rsidP="00C427A3">
      <w:pPr>
        <w:widowControl/>
        <w:numPr>
          <w:ilvl w:val="0"/>
          <w:numId w:val="10"/>
        </w:numPr>
        <w:autoSpaceDE/>
        <w:autoSpaceDN/>
        <w:jc w:val="both"/>
        <w:rPr>
          <w:sz w:val="28"/>
          <w:szCs w:val="28"/>
          <w:lang w:eastAsia="ru-RU"/>
        </w:rPr>
      </w:pPr>
      <w:r w:rsidRPr="00953F17">
        <w:rPr>
          <w:b/>
          <w:bCs/>
          <w:sz w:val="28"/>
          <w:szCs w:val="28"/>
          <w:lang w:eastAsia="ru-RU"/>
        </w:rPr>
        <w:t>Төрайымы:</w:t>
      </w:r>
      <w:r w:rsidRPr="00953F17">
        <w:rPr>
          <w:sz w:val="28"/>
          <w:szCs w:val="28"/>
          <w:lang w:eastAsia="ru-RU"/>
        </w:rPr>
        <w:t xml:space="preserve"> 2024-2025 оқу ж</w:t>
      </w:r>
      <w:r w:rsidR="00F464E9">
        <w:rPr>
          <w:sz w:val="28"/>
          <w:szCs w:val="28"/>
          <w:lang w:eastAsia="ru-RU"/>
        </w:rPr>
        <w:t>ылының басында Қамқо</w:t>
      </w:r>
      <w:r w:rsidRPr="00953F17">
        <w:rPr>
          <w:sz w:val="28"/>
          <w:szCs w:val="28"/>
          <w:lang w:eastAsia="ru-RU"/>
        </w:rPr>
        <w:t xml:space="preserve">ршылық кеңесінің төрайымы болып </w:t>
      </w:r>
      <w:r w:rsidRPr="00953F17">
        <w:rPr>
          <w:b/>
          <w:bCs/>
          <w:sz w:val="28"/>
          <w:szCs w:val="28"/>
          <w:lang w:eastAsia="ru-RU"/>
        </w:rPr>
        <w:t>Махатчина Мира Атамаловна</w:t>
      </w:r>
      <w:r w:rsidRPr="00953F17">
        <w:rPr>
          <w:sz w:val="28"/>
          <w:szCs w:val="28"/>
          <w:lang w:eastAsia="ru-RU"/>
        </w:rPr>
        <w:t xml:space="preserve"> сайланып, қызмет атқарды.</w:t>
      </w:r>
    </w:p>
    <w:p w14:paraId="6BE65A8F" w14:textId="77777777" w:rsidR="00953F17" w:rsidRPr="00953F17" w:rsidRDefault="00953F17" w:rsidP="009232A9">
      <w:pPr>
        <w:jc w:val="both"/>
        <w:outlineLvl w:val="2"/>
        <w:rPr>
          <w:b/>
          <w:bCs/>
          <w:sz w:val="28"/>
          <w:szCs w:val="28"/>
          <w:lang w:eastAsia="ru-RU"/>
        </w:rPr>
      </w:pPr>
      <w:r w:rsidRPr="00953F17">
        <w:rPr>
          <w:b/>
          <w:bCs/>
          <w:sz w:val="28"/>
          <w:szCs w:val="28"/>
          <w:lang w:eastAsia="ru-RU"/>
        </w:rPr>
        <w:t>2. Басшылықтың ауысуы мен қайта сайлануы (2025 жыл)</w:t>
      </w:r>
    </w:p>
    <w:p w14:paraId="7F2D07A5" w14:textId="77777777" w:rsidR="00953F17" w:rsidRPr="00953F17" w:rsidRDefault="00953F17" w:rsidP="00C427A3">
      <w:pPr>
        <w:widowControl/>
        <w:numPr>
          <w:ilvl w:val="0"/>
          <w:numId w:val="11"/>
        </w:numPr>
        <w:autoSpaceDE/>
        <w:autoSpaceDN/>
        <w:jc w:val="both"/>
        <w:rPr>
          <w:sz w:val="28"/>
          <w:szCs w:val="28"/>
          <w:lang w:eastAsia="ru-RU"/>
        </w:rPr>
      </w:pPr>
      <w:r w:rsidRPr="00953F17">
        <w:rPr>
          <w:b/>
          <w:bCs/>
          <w:sz w:val="28"/>
          <w:szCs w:val="28"/>
          <w:lang w:eastAsia="ru-RU"/>
        </w:rPr>
        <w:t>Негізгі құжат:</w:t>
      </w:r>
      <w:r w:rsidRPr="00953F17">
        <w:rPr>
          <w:sz w:val="28"/>
          <w:szCs w:val="28"/>
          <w:lang w:eastAsia="ru-RU"/>
        </w:rPr>
        <w:t xml:space="preserve"> Қарағанды қаласы Білім бөлімінің </w:t>
      </w:r>
      <w:r w:rsidRPr="00953F17">
        <w:rPr>
          <w:b/>
          <w:bCs/>
          <w:sz w:val="28"/>
          <w:szCs w:val="28"/>
          <w:lang w:eastAsia="ru-RU"/>
        </w:rPr>
        <w:t>28.10.2025 жылғы №609 н/қ бұйрығы</w:t>
      </w:r>
      <w:r w:rsidRPr="00953F17">
        <w:rPr>
          <w:sz w:val="28"/>
          <w:szCs w:val="28"/>
          <w:lang w:eastAsia="ru-RU"/>
        </w:rPr>
        <w:t>.</w:t>
      </w:r>
    </w:p>
    <w:p w14:paraId="7D8B5420" w14:textId="0B11A286" w:rsidR="00953F17" w:rsidRPr="00953F17" w:rsidRDefault="00953F17" w:rsidP="00C427A3">
      <w:pPr>
        <w:widowControl/>
        <w:numPr>
          <w:ilvl w:val="0"/>
          <w:numId w:val="11"/>
        </w:numPr>
        <w:autoSpaceDE/>
        <w:autoSpaceDN/>
        <w:jc w:val="both"/>
        <w:rPr>
          <w:sz w:val="28"/>
          <w:szCs w:val="28"/>
          <w:lang w:eastAsia="ru-RU"/>
        </w:rPr>
      </w:pPr>
      <w:r w:rsidRPr="00953F17">
        <w:rPr>
          <w:b/>
          <w:bCs/>
          <w:sz w:val="28"/>
          <w:szCs w:val="28"/>
          <w:lang w:eastAsia="ru-RU"/>
        </w:rPr>
        <w:t>Атқарылған іс:</w:t>
      </w:r>
      <w:r w:rsidRPr="00953F17">
        <w:rPr>
          <w:sz w:val="28"/>
          <w:szCs w:val="28"/>
          <w:lang w:eastAsia="ru-RU"/>
        </w:rPr>
        <w:t xml:space="preserve"> Білім бөлімінің бе</w:t>
      </w:r>
      <w:r w:rsidR="00F464E9">
        <w:rPr>
          <w:sz w:val="28"/>
          <w:szCs w:val="28"/>
          <w:lang w:eastAsia="ru-RU"/>
        </w:rPr>
        <w:t>кітілген бұйрығы негізінде Қамқо</w:t>
      </w:r>
      <w:r w:rsidRPr="00953F17">
        <w:rPr>
          <w:sz w:val="28"/>
          <w:szCs w:val="28"/>
          <w:lang w:eastAsia="ru-RU"/>
        </w:rPr>
        <w:t xml:space="preserve">ршылық кеңесінің жаңа төрағасы болып </w:t>
      </w:r>
      <w:r w:rsidRPr="00953F17">
        <w:rPr>
          <w:b/>
          <w:bCs/>
          <w:sz w:val="28"/>
          <w:szCs w:val="28"/>
          <w:lang w:eastAsia="ru-RU"/>
        </w:rPr>
        <w:t>Жұмағұлов Айтпай Ботпайұлы</w:t>
      </w:r>
      <w:r w:rsidRPr="00953F17">
        <w:rPr>
          <w:sz w:val="28"/>
          <w:szCs w:val="28"/>
          <w:lang w:eastAsia="ru-RU"/>
        </w:rPr>
        <w:t xml:space="preserve"> сайланды.</w:t>
      </w:r>
    </w:p>
    <w:p w14:paraId="65275452" w14:textId="77777777" w:rsidR="00953F17" w:rsidRPr="00953F17" w:rsidRDefault="00953F17" w:rsidP="009232A9">
      <w:pPr>
        <w:jc w:val="both"/>
        <w:outlineLvl w:val="2"/>
        <w:rPr>
          <w:b/>
          <w:bCs/>
          <w:sz w:val="28"/>
          <w:szCs w:val="28"/>
          <w:lang w:eastAsia="ru-RU"/>
        </w:rPr>
      </w:pPr>
      <w:r w:rsidRPr="00953F17">
        <w:rPr>
          <w:b/>
          <w:bCs/>
          <w:sz w:val="28"/>
          <w:szCs w:val="28"/>
          <w:lang w:eastAsia="ru-RU"/>
        </w:rPr>
        <w:t xml:space="preserve">3. </w:t>
      </w:r>
      <w:r w:rsidRPr="00953F17">
        <w:rPr>
          <w:b/>
          <w:bCs/>
          <w:sz w:val="28"/>
          <w:szCs w:val="28"/>
          <w:lang w:val="kk-KZ" w:eastAsia="ru-RU"/>
        </w:rPr>
        <w:t xml:space="preserve">Қамқоршылық кеңесінің төрағасының </w:t>
      </w:r>
      <w:r w:rsidRPr="00953F17">
        <w:rPr>
          <w:b/>
          <w:bCs/>
          <w:sz w:val="28"/>
          <w:szCs w:val="28"/>
          <w:lang w:eastAsia="ru-RU"/>
        </w:rPr>
        <w:t xml:space="preserve"> ұзартылуы (2026-2027 оқу жылы)</w:t>
      </w:r>
    </w:p>
    <w:p w14:paraId="30DAC201" w14:textId="23394C32" w:rsidR="00953F17" w:rsidRPr="00953F17" w:rsidRDefault="00953F17" w:rsidP="00C427A3">
      <w:pPr>
        <w:widowControl/>
        <w:numPr>
          <w:ilvl w:val="0"/>
          <w:numId w:val="12"/>
        </w:numPr>
        <w:autoSpaceDE/>
        <w:autoSpaceDN/>
        <w:jc w:val="both"/>
        <w:rPr>
          <w:sz w:val="28"/>
          <w:szCs w:val="28"/>
          <w:lang w:eastAsia="ru-RU"/>
        </w:rPr>
      </w:pPr>
      <w:r w:rsidRPr="00953F17">
        <w:rPr>
          <w:b/>
          <w:bCs/>
          <w:sz w:val="28"/>
          <w:szCs w:val="28"/>
          <w:lang w:eastAsia="ru-RU"/>
        </w:rPr>
        <w:t>Қазіргі мәртебесі:</w:t>
      </w:r>
      <w:r w:rsidR="00F464E9">
        <w:rPr>
          <w:sz w:val="28"/>
          <w:szCs w:val="28"/>
          <w:lang w:eastAsia="ru-RU"/>
        </w:rPr>
        <w:t xml:space="preserve"> 2026-2027 оқу жылында Қамқо</w:t>
      </w:r>
      <w:r w:rsidRPr="00953F17">
        <w:rPr>
          <w:sz w:val="28"/>
          <w:szCs w:val="28"/>
          <w:lang w:eastAsia="ru-RU"/>
        </w:rPr>
        <w:t xml:space="preserve">ршылық кеңесі өз қызметін 2025 жылы білім бөлімімен бекітілген </w:t>
      </w:r>
      <w:r w:rsidRPr="00953F17">
        <w:rPr>
          <w:b/>
          <w:bCs/>
          <w:sz w:val="28"/>
          <w:szCs w:val="28"/>
          <w:lang w:eastAsia="ru-RU"/>
        </w:rPr>
        <w:t>№609 н/қ бұйрығындағы тізім мен құрам негізінде</w:t>
      </w:r>
      <w:r w:rsidRPr="00953F17">
        <w:rPr>
          <w:sz w:val="28"/>
          <w:szCs w:val="28"/>
          <w:lang w:eastAsia="ru-RU"/>
        </w:rPr>
        <w:t xml:space="preserve"> өзгеріссіз одан әрі жалғастырады.</w:t>
      </w:r>
    </w:p>
    <w:p w14:paraId="53516FA3" w14:textId="6C6CB92B" w:rsidR="00953F17" w:rsidRPr="00953F17" w:rsidRDefault="00953F17" w:rsidP="00C427A3">
      <w:pPr>
        <w:widowControl/>
        <w:numPr>
          <w:ilvl w:val="0"/>
          <w:numId w:val="12"/>
        </w:numPr>
        <w:autoSpaceDE/>
        <w:autoSpaceDN/>
        <w:jc w:val="both"/>
        <w:rPr>
          <w:sz w:val="28"/>
          <w:szCs w:val="28"/>
          <w:lang w:eastAsia="ru-RU"/>
        </w:rPr>
      </w:pPr>
      <w:r w:rsidRPr="00953F17">
        <w:rPr>
          <w:b/>
          <w:bCs/>
          <w:sz w:val="28"/>
          <w:szCs w:val="28"/>
          <w:lang w:eastAsia="ru-RU"/>
        </w:rPr>
        <w:t>Төрағасы:</w:t>
      </w:r>
      <w:r w:rsidR="00F464E9">
        <w:rPr>
          <w:sz w:val="28"/>
          <w:szCs w:val="28"/>
          <w:lang w:eastAsia="ru-RU"/>
        </w:rPr>
        <w:t xml:space="preserve"> Қамқо</w:t>
      </w:r>
      <w:r w:rsidRPr="00953F17">
        <w:rPr>
          <w:sz w:val="28"/>
          <w:szCs w:val="28"/>
          <w:lang w:eastAsia="ru-RU"/>
        </w:rPr>
        <w:t xml:space="preserve">ршылық кеңесінің төрағасы лауазымында </w:t>
      </w:r>
      <w:r w:rsidRPr="00953F17">
        <w:rPr>
          <w:b/>
          <w:bCs/>
          <w:sz w:val="28"/>
          <w:szCs w:val="28"/>
          <w:lang w:eastAsia="ru-RU"/>
        </w:rPr>
        <w:t>Жұмағұлов Айтпай Ботпайұлы</w:t>
      </w:r>
      <w:r w:rsidRPr="00953F17">
        <w:rPr>
          <w:sz w:val="28"/>
          <w:szCs w:val="28"/>
          <w:lang w:eastAsia="ru-RU"/>
        </w:rPr>
        <w:t xml:space="preserve">  төраға болып қалды.</w:t>
      </w:r>
    </w:p>
    <w:p w14:paraId="47D83CB8" w14:textId="77777777" w:rsidR="00881CE3" w:rsidRPr="00E40436" w:rsidRDefault="00881CE3" w:rsidP="009232A9">
      <w:pPr>
        <w:jc w:val="both"/>
        <w:rPr>
          <w:color w:val="FF0000"/>
          <w:sz w:val="24"/>
          <w:szCs w:val="24"/>
          <w:lang w:val="kk-KZ"/>
        </w:rPr>
      </w:pPr>
    </w:p>
    <w:p w14:paraId="76111206" w14:textId="77777777" w:rsidR="00953F17" w:rsidRPr="00953F17" w:rsidRDefault="00953F17" w:rsidP="009232A9">
      <w:pPr>
        <w:ind w:firstLine="284"/>
        <w:jc w:val="both"/>
        <w:rPr>
          <w:b/>
          <w:bCs/>
          <w:sz w:val="28"/>
          <w:szCs w:val="28"/>
          <w:lang w:val="kk-KZ"/>
        </w:rPr>
      </w:pPr>
      <w:r w:rsidRPr="00953F17">
        <w:rPr>
          <w:b/>
          <w:bCs/>
          <w:sz w:val="28"/>
          <w:szCs w:val="28"/>
          <w:lang w:val="kk-KZ"/>
        </w:rPr>
        <w:t>1.3.</w:t>
      </w:r>
      <w:r w:rsidRPr="00953F17">
        <w:rPr>
          <w:sz w:val="28"/>
          <w:szCs w:val="28"/>
          <w:lang w:val="kk-KZ"/>
        </w:rPr>
        <w:t xml:space="preserve"> </w:t>
      </w:r>
      <w:r w:rsidRPr="00953F17">
        <w:rPr>
          <w:b/>
          <w:bCs/>
          <w:sz w:val="28"/>
          <w:szCs w:val="28"/>
          <w:lang w:val="kk-KZ"/>
        </w:rPr>
        <w:t>Басшының білімін, еңбек өтілін, санатын растайтын құжаттар.</w:t>
      </w:r>
    </w:p>
    <w:p w14:paraId="07ED6020" w14:textId="544BAF56" w:rsidR="00953F17" w:rsidRPr="00953F17" w:rsidRDefault="00953F17" w:rsidP="009232A9">
      <w:pPr>
        <w:ind w:firstLine="284"/>
        <w:jc w:val="both"/>
        <w:rPr>
          <w:b/>
          <w:bCs/>
          <w:sz w:val="28"/>
          <w:szCs w:val="28"/>
          <w:lang w:val="kk-KZ"/>
        </w:rPr>
      </w:pPr>
      <w:r w:rsidRPr="00953F17">
        <w:rPr>
          <w:sz w:val="28"/>
          <w:szCs w:val="28"/>
          <w:lang w:val="kk-KZ"/>
        </w:rPr>
        <w:t>Аринов Орикбай Серикович, білімі жоғары, «Қазақстан Ресей университеті» - 2008 жыл. І санатты басшы (ОББ 27.08.2025 ж, №139 бұйрық)</w:t>
      </w:r>
      <w:r w:rsidRPr="00953F17">
        <w:rPr>
          <w:b/>
          <w:bCs/>
          <w:sz w:val="28"/>
          <w:szCs w:val="28"/>
          <w:lang w:val="kk-KZ"/>
        </w:rPr>
        <w:t xml:space="preserve">. </w:t>
      </w:r>
      <w:r w:rsidR="00E40436">
        <w:rPr>
          <w:sz w:val="28"/>
          <w:szCs w:val="28"/>
          <w:lang w:val="kk-KZ"/>
        </w:rPr>
        <w:t>Қазақ тілі мен әдебиеті</w:t>
      </w:r>
      <w:r w:rsidRPr="00953F17">
        <w:rPr>
          <w:sz w:val="28"/>
          <w:szCs w:val="28"/>
          <w:lang w:val="kk-KZ"/>
        </w:rPr>
        <w:t xml:space="preserve"> пәнінің мұғалімі – педагог сарапшы (ҚББ 17.10.2023 ж. №317 бұйрығы), Еңбек өтілі – 20 жыл; </w:t>
      </w:r>
    </w:p>
    <w:p w14:paraId="35B97867" w14:textId="5FEC19EE" w:rsidR="00E40436" w:rsidRDefault="00E40436" w:rsidP="009232A9">
      <w:pPr>
        <w:jc w:val="both"/>
        <w:rPr>
          <w:b/>
          <w:sz w:val="24"/>
          <w:szCs w:val="24"/>
          <w:lang w:val="kk-KZ"/>
        </w:rPr>
      </w:pPr>
    </w:p>
    <w:p w14:paraId="24AE214A" w14:textId="4C7714DE" w:rsidR="00953F17" w:rsidRPr="00953F17" w:rsidRDefault="00E40436" w:rsidP="009232A9">
      <w:pPr>
        <w:ind w:firstLine="284"/>
        <w:jc w:val="both"/>
        <w:rPr>
          <w:sz w:val="28"/>
          <w:szCs w:val="28"/>
          <w:lang w:val="kk-KZ"/>
        </w:rPr>
      </w:pPr>
      <w:r>
        <w:rPr>
          <w:sz w:val="28"/>
          <w:szCs w:val="28"/>
          <w:lang w:val="kk-KZ"/>
        </w:rPr>
        <w:t xml:space="preserve"> </w:t>
      </w:r>
    </w:p>
    <w:p w14:paraId="473FD54C" w14:textId="76892260" w:rsidR="00953F17" w:rsidRPr="00953F17" w:rsidRDefault="00953F17" w:rsidP="009232A9">
      <w:pPr>
        <w:ind w:firstLine="284"/>
        <w:jc w:val="both"/>
        <w:rPr>
          <w:bCs/>
          <w:sz w:val="28"/>
          <w:szCs w:val="28"/>
          <w:lang w:val="kk-KZ"/>
        </w:rPr>
      </w:pPr>
      <w:r w:rsidRPr="00953F17">
        <w:rPr>
          <w:b/>
          <w:bCs/>
          <w:sz w:val="28"/>
          <w:szCs w:val="28"/>
          <w:lang w:val="kk-KZ"/>
        </w:rPr>
        <w:t xml:space="preserve">1.4. </w:t>
      </w:r>
      <w:r w:rsidRPr="00953F17">
        <w:rPr>
          <w:sz w:val="28"/>
          <w:szCs w:val="28"/>
          <w:lang w:val="kk-KZ"/>
        </w:rPr>
        <w:t>Мектептің даму жоспары</w:t>
      </w:r>
      <w:r w:rsidRPr="00953F17">
        <w:rPr>
          <w:b/>
          <w:sz w:val="28"/>
          <w:szCs w:val="28"/>
          <w:lang w:val="kk-KZ"/>
        </w:rPr>
        <w:t xml:space="preserve">. </w:t>
      </w:r>
      <w:r w:rsidRPr="00953F17">
        <w:rPr>
          <w:bCs/>
          <w:sz w:val="28"/>
          <w:szCs w:val="28"/>
          <w:lang w:val="kk-KZ"/>
        </w:rPr>
        <w:t>Мектептің даму жосп</w:t>
      </w:r>
      <w:r w:rsidR="00F464E9">
        <w:rPr>
          <w:bCs/>
          <w:sz w:val="28"/>
          <w:szCs w:val="28"/>
          <w:lang w:val="kk-KZ"/>
        </w:rPr>
        <w:t>ары 2024-2029 оқу жылдары аралығ</w:t>
      </w:r>
      <w:r w:rsidRPr="00953F17">
        <w:rPr>
          <w:bCs/>
          <w:sz w:val="28"/>
          <w:szCs w:val="28"/>
          <w:lang w:val="kk-KZ"/>
        </w:rPr>
        <w:t xml:space="preserve">ында жоспарланған.  Бұйрық №255. 29.08.2024 ж </w:t>
      </w:r>
    </w:p>
    <w:p w14:paraId="05E3EFC7" w14:textId="3B22EB40" w:rsidR="00953F17" w:rsidRDefault="00953F17" w:rsidP="009232A9">
      <w:pPr>
        <w:jc w:val="both"/>
        <w:rPr>
          <w:i/>
          <w:iCs/>
          <w:sz w:val="28"/>
          <w:szCs w:val="28"/>
          <w:lang w:val="kk-KZ"/>
        </w:rPr>
      </w:pPr>
    </w:p>
    <w:p w14:paraId="45A7DA6E" w14:textId="57D4D138" w:rsidR="00E40436" w:rsidRDefault="00E40436" w:rsidP="009232A9">
      <w:pPr>
        <w:jc w:val="both"/>
        <w:rPr>
          <w:b/>
          <w:iCs/>
          <w:sz w:val="24"/>
          <w:szCs w:val="24"/>
          <w:lang w:val="kk-KZ"/>
        </w:rPr>
      </w:pPr>
    </w:p>
    <w:p w14:paraId="0C317178" w14:textId="77777777" w:rsidR="00881CE3" w:rsidRPr="00A42A1B" w:rsidRDefault="00881CE3" w:rsidP="009232A9">
      <w:pPr>
        <w:jc w:val="both"/>
        <w:rPr>
          <w:b/>
          <w:iCs/>
          <w:sz w:val="24"/>
          <w:szCs w:val="24"/>
          <w:lang w:val="kk-KZ"/>
        </w:rPr>
      </w:pPr>
    </w:p>
    <w:p w14:paraId="1757227C" w14:textId="2640493E" w:rsidR="00AE564C" w:rsidRPr="00E40436" w:rsidRDefault="00AE564C" w:rsidP="00AE564C">
      <w:pPr>
        <w:pStyle w:val="a8"/>
        <w:rPr>
          <w:rFonts w:ascii="Times New Roman" w:hAnsi="Times New Roman" w:cs="Times New Roman"/>
          <w:b/>
          <w:bCs/>
          <w:sz w:val="28"/>
          <w:szCs w:val="28"/>
          <w:highlight w:val="cyan"/>
          <w:lang w:val="kk-KZ"/>
        </w:rPr>
      </w:pPr>
    </w:p>
    <w:p w14:paraId="0CBE72BE" w14:textId="77777777" w:rsidR="00414A67" w:rsidRDefault="00414A67" w:rsidP="00F16ABA">
      <w:pPr>
        <w:pStyle w:val="a8"/>
        <w:ind w:left="1277"/>
        <w:jc w:val="center"/>
        <w:rPr>
          <w:rFonts w:ascii="Times New Roman" w:hAnsi="Times New Roman" w:cs="Times New Roman"/>
          <w:b/>
          <w:sz w:val="32"/>
          <w:szCs w:val="32"/>
          <w:lang w:val="kk-KZ"/>
        </w:rPr>
      </w:pPr>
    </w:p>
    <w:p w14:paraId="469F7E9B" w14:textId="7A9DA48B" w:rsidR="005C635F" w:rsidRPr="00F16ABA" w:rsidRDefault="00F16ABA" w:rsidP="00F16ABA">
      <w:pPr>
        <w:pStyle w:val="a8"/>
        <w:ind w:left="1277"/>
        <w:jc w:val="center"/>
        <w:rPr>
          <w:rFonts w:ascii="Times New Roman" w:hAnsi="Times New Roman" w:cs="Times New Roman"/>
          <w:b/>
          <w:bCs/>
          <w:sz w:val="32"/>
          <w:szCs w:val="32"/>
          <w:lang w:val="kk-KZ"/>
        </w:rPr>
      </w:pPr>
      <w:r>
        <w:rPr>
          <w:rFonts w:ascii="Times New Roman" w:hAnsi="Times New Roman" w:cs="Times New Roman"/>
          <w:b/>
          <w:sz w:val="32"/>
          <w:szCs w:val="32"/>
          <w:lang w:val="kk-KZ"/>
        </w:rPr>
        <w:t xml:space="preserve">ІІ. </w:t>
      </w:r>
      <w:r w:rsidR="00C86561" w:rsidRPr="00F16ABA">
        <w:rPr>
          <w:rFonts w:ascii="Times New Roman" w:hAnsi="Times New Roman" w:cs="Times New Roman"/>
          <w:b/>
          <w:sz w:val="32"/>
          <w:szCs w:val="32"/>
          <w:lang w:val="kk-KZ"/>
        </w:rPr>
        <w:t>Кадрлық құрамды талдау</w:t>
      </w:r>
      <w:r>
        <w:rPr>
          <w:rFonts w:ascii="Times New Roman" w:hAnsi="Times New Roman" w:cs="Times New Roman"/>
          <w:b/>
          <w:bCs/>
          <w:sz w:val="32"/>
          <w:szCs w:val="32"/>
          <w:lang w:val="kk-KZ"/>
        </w:rPr>
        <w:t>.</w:t>
      </w:r>
    </w:p>
    <w:p w14:paraId="5AC7521A" w14:textId="7C6219BF" w:rsidR="004D438A" w:rsidRPr="00F16ABA" w:rsidRDefault="004D438A" w:rsidP="004D438A">
      <w:pPr>
        <w:pStyle w:val="a8"/>
        <w:jc w:val="center"/>
        <w:rPr>
          <w:rFonts w:ascii="Times New Roman" w:hAnsi="Times New Roman" w:cs="Times New Roman"/>
          <w:b/>
          <w:bCs/>
          <w:sz w:val="28"/>
          <w:szCs w:val="28"/>
          <w:lang w:val="kk-KZ"/>
        </w:rPr>
      </w:pPr>
    </w:p>
    <w:p w14:paraId="2C94B717" w14:textId="5E638408" w:rsidR="00C86561" w:rsidRPr="0056303A" w:rsidRDefault="00C86561" w:rsidP="00994C72">
      <w:pPr>
        <w:spacing w:after="80" w:line="252" w:lineRule="auto"/>
        <w:jc w:val="both"/>
        <w:rPr>
          <w:sz w:val="28"/>
          <w:szCs w:val="28"/>
          <w:lang w:val="kk-KZ"/>
        </w:rPr>
      </w:pPr>
      <w:r w:rsidRPr="00C86561">
        <w:rPr>
          <w:sz w:val="28"/>
          <w:szCs w:val="28"/>
          <w:lang w:val="kk-KZ"/>
        </w:rPr>
        <w:t xml:space="preserve">       </w:t>
      </w:r>
      <w:r w:rsidRPr="0056303A">
        <w:rPr>
          <w:sz w:val="28"/>
          <w:szCs w:val="28"/>
          <w:lang w:val="kk-KZ"/>
        </w:rPr>
        <w:t xml:space="preserve">Мектеп жұмысының негізгі бағыты: мектептің кадрлық әлеуетін дамытуға жағдай жасау, педагог қызметкерлердің біліктілігі мен кәсіби құзыреттілігін арттыру. Мұғалімдер педагог қызметкерлердің біліктілікті арттыру курстарынан өтуінің перспективалық жоспарына сәйкес біліктілікті арттыру курстарынан өтеді. Педагог кадрлардың сапалық құрамы Қазақстан Республикасы Оқу-ағарту министрінің 2022 </w:t>
      </w:r>
      <w:r w:rsidRPr="0056303A">
        <w:rPr>
          <w:sz w:val="28"/>
          <w:szCs w:val="28"/>
          <w:lang w:val="kk-KZ"/>
        </w:rPr>
        <w:lastRenderedPageBreak/>
        <w:t>жылғы 24 қарашадағы №473 бұйрығымен бекітілген білім беру ұйымдарының білім беру қызметіне қойылатын біліктілік талаптарына және оларға сәйкестікті растайтын құжаттар тізбесіне сәйкес келеді. Бұл оқу-тәрбие процесін нәтижелі жүзеге асыруға, педагогикалық шығармашылықты дамытуға және зерттеу жұмыстарымен айналысуға мүмкіндік береді.</w:t>
      </w:r>
    </w:p>
    <w:p w14:paraId="6040B822" w14:textId="77777777" w:rsidR="00C86561" w:rsidRPr="0090597A" w:rsidRDefault="00C86561" w:rsidP="00994C72">
      <w:pPr>
        <w:spacing w:after="80" w:line="252" w:lineRule="auto"/>
        <w:jc w:val="both"/>
        <w:rPr>
          <w:sz w:val="28"/>
          <w:szCs w:val="28"/>
          <w:lang w:val="kk-KZ"/>
        </w:rPr>
      </w:pPr>
      <w:r w:rsidRPr="0090597A">
        <w:rPr>
          <w:sz w:val="28"/>
          <w:szCs w:val="28"/>
          <w:lang w:val="kk-KZ"/>
        </w:rPr>
        <w:t>Кадрлық қамтамасыз етуді талдау барысында педагог қызметкерлердің сандық және сапалық құрамы бойынша төмендегідей нәтижелер алынды:</w:t>
      </w:r>
    </w:p>
    <w:p w14:paraId="118E198F" w14:textId="49FE7636" w:rsidR="00151416" w:rsidRDefault="00436D08" w:rsidP="00F060A1">
      <w:pPr>
        <w:spacing w:line="252" w:lineRule="auto"/>
        <w:ind w:right="37"/>
        <w:rPr>
          <w:sz w:val="28"/>
          <w:szCs w:val="28"/>
          <w:lang w:val="kk-KZ"/>
        </w:rPr>
      </w:pPr>
      <w:r w:rsidRPr="00436D08">
        <w:rPr>
          <w:sz w:val="28"/>
          <w:szCs w:val="28"/>
          <w:lang w:val="kk-KZ"/>
        </w:rPr>
        <w:t xml:space="preserve">7-қосымша </w:t>
      </w:r>
    </w:p>
    <w:p w14:paraId="4209C7D0" w14:textId="5BF27694" w:rsidR="00711455" w:rsidRPr="00711455" w:rsidRDefault="00711455" w:rsidP="00711455">
      <w:pPr>
        <w:spacing w:line="252" w:lineRule="auto"/>
        <w:ind w:left="108" w:right="37" w:hanging="250"/>
        <w:jc w:val="both"/>
        <w:rPr>
          <w:b/>
          <w:sz w:val="24"/>
          <w:szCs w:val="24"/>
          <w:lang w:val="kk-KZ"/>
        </w:rPr>
      </w:pPr>
      <w:r>
        <w:rPr>
          <w:b/>
          <w:sz w:val="24"/>
          <w:szCs w:val="24"/>
          <w:lang w:val="kk-KZ"/>
        </w:rPr>
        <w:t xml:space="preserve">  </w:t>
      </w:r>
    </w:p>
    <w:p w14:paraId="609B87B4" w14:textId="77777777" w:rsidR="00436D08" w:rsidRDefault="00436D08" w:rsidP="00994C72">
      <w:pPr>
        <w:spacing w:line="252" w:lineRule="auto"/>
        <w:ind w:left="108" w:right="37" w:firstLine="708"/>
        <w:jc w:val="both"/>
        <w:rPr>
          <w:lang w:val="kk-KZ"/>
        </w:rPr>
      </w:pPr>
    </w:p>
    <w:p w14:paraId="62CB1EA5" w14:textId="33C53C5D" w:rsidR="00151416" w:rsidRDefault="00151416" w:rsidP="00151416">
      <w:pPr>
        <w:spacing w:line="252" w:lineRule="auto"/>
        <w:ind w:left="108" w:right="37" w:hanging="108"/>
        <w:jc w:val="both"/>
        <w:rPr>
          <w:sz w:val="28"/>
          <w:szCs w:val="28"/>
          <w:lang w:val="kk-KZ"/>
        </w:rPr>
      </w:pPr>
      <w:r w:rsidRPr="00151416">
        <w:rPr>
          <w:sz w:val="28"/>
          <w:szCs w:val="28"/>
          <w:lang w:val="kk-KZ"/>
        </w:rPr>
        <w:t>Тарифтік тізім</w:t>
      </w:r>
    </w:p>
    <w:p w14:paraId="30A98777" w14:textId="77777777" w:rsidR="00151416" w:rsidRDefault="00151416" w:rsidP="00A42A1B">
      <w:pPr>
        <w:spacing w:line="252" w:lineRule="auto"/>
        <w:ind w:right="37"/>
        <w:jc w:val="both"/>
        <w:rPr>
          <w:sz w:val="28"/>
          <w:szCs w:val="28"/>
          <w:lang w:val="kk-KZ"/>
        </w:rPr>
      </w:pPr>
    </w:p>
    <w:p w14:paraId="18A7E301" w14:textId="3A15E406" w:rsidR="00151416" w:rsidRPr="00A42A1B" w:rsidRDefault="00711455" w:rsidP="00A42A1B">
      <w:pPr>
        <w:spacing w:line="252" w:lineRule="auto"/>
        <w:ind w:left="-142" w:right="37" w:hanging="108"/>
        <w:jc w:val="both"/>
        <w:rPr>
          <w:b/>
          <w:sz w:val="24"/>
          <w:szCs w:val="24"/>
          <w:lang w:val="kk-KZ"/>
        </w:rPr>
      </w:pPr>
      <w:r>
        <w:rPr>
          <w:b/>
          <w:sz w:val="24"/>
          <w:szCs w:val="24"/>
          <w:lang w:val="kk-KZ"/>
        </w:rPr>
        <w:t xml:space="preserve">   </w:t>
      </w:r>
    </w:p>
    <w:p w14:paraId="59F4A5EC" w14:textId="77777777" w:rsidR="00151416" w:rsidRPr="00151416" w:rsidRDefault="00151416" w:rsidP="00994C72">
      <w:pPr>
        <w:spacing w:line="252" w:lineRule="auto"/>
        <w:ind w:left="108" w:right="37" w:firstLine="708"/>
        <w:jc w:val="both"/>
        <w:rPr>
          <w:sz w:val="28"/>
          <w:szCs w:val="28"/>
          <w:lang w:val="kk-KZ"/>
        </w:rPr>
      </w:pPr>
    </w:p>
    <w:p w14:paraId="78E2D724" w14:textId="138E9516" w:rsidR="00151416" w:rsidRDefault="00151416" w:rsidP="00151416">
      <w:pPr>
        <w:spacing w:line="252" w:lineRule="auto"/>
        <w:ind w:left="108" w:right="37" w:hanging="108"/>
        <w:jc w:val="both"/>
        <w:rPr>
          <w:sz w:val="28"/>
          <w:szCs w:val="28"/>
          <w:lang w:val="kk-KZ"/>
        </w:rPr>
      </w:pPr>
      <w:r w:rsidRPr="00151416">
        <w:rPr>
          <w:sz w:val="28"/>
          <w:szCs w:val="28"/>
          <w:lang w:val="kk-KZ"/>
        </w:rPr>
        <w:t>Штаттық кесте</w:t>
      </w:r>
    </w:p>
    <w:p w14:paraId="5FFA32C0" w14:textId="77777777" w:rsidR="00F060A1" w:rsidRDefault="00F060A1" w:rsidP="00151416">
      <w:pPr>
        <w:spacing w:line="252" w:lineRule="auto"/>
        <w:ind w:left="108" w:right="37" w:hanging="108"/>
        <w:jc w:val="both"/>
        <w:rPr>
          <w:sz w:val="28"/>
          <w:szCs w:val="28"/>
          <w:lang w:val="kk-KZ"/>
        </w:rPr>
      </w:pPr>
    </w:p>
    <w:p w14:paraId="713271B9" w14:textId="542916FC" w:rsidR="00DF1E13" w:rsidRPr="007A2CE4" w:rsidRDefault="00DF1E13" w:rsidP="00994C72">
      <w:pPr>
        <w:widowControl/>
        <w:autoSpaceDE/>
        <w:autoSpaceDN/>
        <w:spacing w:before="100" w:beforeAutospacing="1" w:after="100" w:afterAutospacing="1"/>
        <w:jc w:val="both"/>
        <w:outlineLvl w:val="1"/>
        <w:rPr>
          <w:b/>
          <w:bCs/>
          <w:sz w:val="28"/>
          <w:szCs w:val="28"/>
          <w:lang w:val="kk-KZ" w:eastAsia="ru-RU"/>
        </w:rPr>
      </w:pPr>
      <w:r w:rsidRPr="007A2CE4">
        <w:rPr>
          <w:b/>
          <w:bCs/>
          <w:sz w:val="28"/>
          <w:szCs w:val="28"/>
          <w:lang w:val="kk-KZ" w:eastAsia="ru-RU"/>
        </w:rPr>
        <w:t>Педагогтердің тиісті бейіні бойынша педагогикалық және (немесе) кәсіптік біліміне қойылатын талаптарға сәйкестігі</w:t>
      </w:r>
    </w:p>
    <w:p w14:paraId="3741CD27" w14:textId="3E9D9D24" w:rsidR="00DF1E13" w:rsidRPr="007A2CE4" w:rsidRDefault="00DF1E13" w:rsidP="00994C72">
      <w:pPr>
        <w:widowControl/>
        <w:autoSpaceDE/>
        <w:autoSpaceDN/>
        <w:spacing w:before="100" w:beforeAutospacing="1" w:after="100" w:afterAutospacing="1"/>
        <w:jc w:val="both"/>
        <w:outlineLvl w:val="2"/>
        <w:rPr>
          <w:b/>
          <w:bCs/>
          <w:sz w:val="28"/>
          <w:szCs w:val="28"/>
          <w:lang w:val="kk-KZ" w:eastAsia="ru-RU"/>
        </w:rPr>
      </w:pPr>
      <w:r w:rsidRPr="007A2CE4">
        <w:rPr>
          <w:b/>
          <w:bCs/>
          <w:sz w:val="28"/>
          <w:szCs w:val="28"/>
          <w:lang w:val="kk-KZ" w:eastAsia="ru-RU"/>
        </w:rPr>
        <w:t>а) Педагогтердің білім деңгейі</w:t>
      </w:r>
    </w:p>
    <w:tbl>
      <w:tblPr>
        <w:tblStyle w:val="12"/>
        <w:tblW w:w="0" w:type="auto"/>
        <w:tblLook w:val="04A0" w:firstRow="1" w:lastRow="0" w:firstColumn="1" w:lastColumn="0" w:noHBand="0" w:noVBand="1"/>
      </w:tblPr>
      <w:tblGrid>
        <w:gridCol w:w="1668"/>
        <w:gridCol w:w="1938"/>
        <w:gridCol w:w="2053"/>
        <w:gridCol w:w="2705"/>
        <w:gridCol w:w="2199"/>
      </w:tblGrid>
      <w:tr w:rsidR="00DF1E13" w:rsidRPr="007A2CE4" w14:paraId="50B3894E" w14:textId="77777777" w:rsidTr="00231D38">
        <w:tc>
          <w:tcPr>
            <w:tcW w:w="1668" w:type="dxa"/>
            <w:hideMark/>
          </w:tcPr>
          <w:p w14:paraId="72683040" w14:textId="77777777" w:rsidR="00DF1E13" w:rsidRPr="007A2CE4" w:rsidRDefault="00DF1E13" w:rsidP="00994C72">
            <w:pPr>
              <w:widowControl/>
              <w:autoSpaceDE/>
              <w:autoSpaceDN/>
              <w:spacing w:before="100" w:beforeAutospacing="1" w:after="100" w:afterAutospacing="1"/>
              <w:jc w:val="both"/>
              <w:rPr>
                <w:b/>
                <w:bCs/>
                <w:sz w:val="28"/>
                <w:szCs w:val="28"/>
                <w:lang w:val="kk-KZ"/>
              </w:rPr>
            </w:pPr>
            <w:r w:rsidRPr="007A2CE4">
              <w:rPr>
                <w:b/>
                <w:bCs/>
                <w:sz w:val="28"/>
                <w:szCs w:val="28"/>
                <w:lang w:val="kk-KZ"/>
              </w:rPr>
              <w:t>Оқу жылы</w:t>
            </w:r>
          </w:p>
        </w:tc>
        <w:tc>
          <w:tcPr>
            <w:tcW w:w="1938" w:type="dxa"/>
            <w:hideMark/>
          </w:tcPr>
          <w:p w14:paraId="220FF459" w14:textId="77777777" w:rsidR="00DF1E13" w:rsidRPr="007A2CE4" w:rsidRDefault="00DF1E13" w:rsidP="00994C72">
            <w:pPr>
              <w:widowControl/>
              <w:autoSpaceDE/>
              <w:autoSpaceDN/>
              <w:spacing w:before="100" w:beforeAutospacing="1" w:after="100" w:afterAutospacing="1"/>
              <w:jc w:val="both"/>
              <w:rPr>
                <w:b/>
                <w:bCs/>
                <w:sz w:val="28"/>
                <w:szCs w:val="28"/>
                <w:lang w:val="kk-KZ"/>
              </w:rPr>
            </w:pPr>
            <w:r w:rsidRPr="007A2CE4">
              <w:rPr>
                <w:b/>
                <w:bCs/>
                <w:sz w:val="28"/>
                <w:szCs w:val="28"/>
                <w:lang w:val="kk-KZ"/>
              </w:rPr>
              <w:t>Педагогтер саны</w:t>
            </w:r>
          </w:p>
        </w:tc>
        <w:tc>
          <w:tcPr>
            <w:tcW w:w="0" w:type="auto"/>
            <w:hideMark/>
          </w:tcPr>
          <w:p w14:paraId="591DBFCA" w14:textId="77777777" w:rsidR="00DF1E13" w:rsidRPr="007A2CE4" w:rsidRDefault="00DF1E13" w:rsidP="00994C72">
            <w:pPr>
              <w:widowControl/>
              <w:autoSpaceDE/>
              <w:autoSpaceDN/>
              <w:spacing w:before="100" w:beforeAutospacing="1" w:after="100" w:afterAutospacing="1"/>
              <w:jc w:val="both"/>
              <w:rPr>
                <w:b/>
                <w:bCs/>
                <w:sz w:val="28"/>
                <w:szCs w:val="28"/>
                <w:lang w:val="kk-KZ"/>
              </w:rPr>
            </w:pPr>
            <w:r w:rsidRPr="007A2CE4">
              <w:rPr>
                <w:b/>
                <w:bCs/>
                <w:sz w:val="28"/>
                <w:szCs w:val="28"/>
                <w:lang w:val="kk-KZ"/>
              </w:rPr>
              <w:t>Жоғары білімді</w:t>
            </w:r>
          </w:p>
        </w:tc>
        <w:tc>
          <w:tcPr>
            <w:tcW w:w="0" w:type="auto"/>
            <w:hideMark/>
          </w:tcPr>
          <w:p w14:paraId="655390D5" w14:textId="77777777" w:rsidR="00DF1E13" w:rsidRPr="007A2CE4" w:rsidRDefault="00DF1E13" w:rsidP="00994C72">
            <w:pPr>
              <w:widowControl/>
              <w:autoSpaceDE/>
              <w:autoSpaceDN/>
              <w:spacing w:before="100" w:beforeAutospacing="1" w:after="100" w:afterAutospacing="1"/>
              <w:jc w:val="both"/>
              <w:rPr>
                <w:b/>
                <w:bCs/>
                <w:sz w:val="28"/>
                <w:szCs w:val="28"/>
                <w:lang w:val="kk-KZ"/>
              </w:rPr>
            </w:pPr>
            <w:r w:rsidRPr="007A2CE4">
              <w:rPr>
                <w:b/>
                <w:bCs/>
                <w:sz w:val="28"/>
                <w:szCs w:val="28"/>
                <w:lang w:val="kk-KZ"/>
              </w:rPr>
              <w:t>Арнаулы орта білімді</w:t>
            </w:r>
          </w:p>
        </w:tc>
        <w:tc>
          <w:tcPr>
            <w:tcW w:w="0" w:type="auto"/>
            <w:hideMark/>
          </w:tcPr>
          <w:p w14:paraId="51E81D29" w14:textId="77777777" w:rsidR="00DF1E13" w:rsidRPr="007A2CE4" w:rsidRDefault="00DF1E13" w:rsidP="00994C72">
            <w:pPr>
              <w:widowControl/>
              <w:autoSpaceDE/>
              <w:autoSpaceDN/>
              <w:spacing w:before="100" w:beforeAutospacing="1" w:after="100" w:afterAutospacing="1"/>
              <w:jc w:val="both"/>
              <w:rPr>
                <w:b/>
                <w:bCs/>
                <w:sz w:val="28"/>
                <w:szCs w:val="28"/>
                <w:lang w:val="kk-KZ"/>
              </w:rPr>
            </w:pPr>
            <w:r w:rsidRPr="007A2CE4">
              <w:rPr>
                <w:b/>
                <w:bCs/>
                <w:sz w:val="28"/>
                <w:szCs w:val="28"/>
                <w:lang w:val="kk-KZ"/>
              </w:rPr>
              <w:t>Магистранттар</w:t>
            </w:r>
          </w:p>
        </w:tc>
      </w:tr>
      <w:tr w:rsidR="00DF1E13" w:rsidRPr="007A2CE4" w14:paraId="5903CCD9" w14:textId="77777777" w:rsidTr="00714CBD">
        <w:tc>
          <w:tcPr>
            <w:tcW w:w="1668" w:type="dxa"/>
            <w:hideMark/>
          </w:tcPr>
          <w:p w14:paraId="12A76642" w14:textId="0329ADBF" w:rsidR="00DF1E13" w:rsidRPr="007A2CE4" w:rsidRDefault="00714CBD" w:rsidP="00994C72">
            <w:pPr>
              <w:widowControl/>
              <w:autoSpaceDE/>
              <w:autoSpaceDN/>
              <w:spacing w:before="100" w:beforeAutospacing="1" w:after="100" w:afterAutospacing="1"/>
              <w:jc w:val="both"/>
              <w:rPr>
                <w:sz w:val="28"/>
                <w:szCs w:val="28"/>
                <w:lang w:val="kk-KZ"/>
              </w:rPr>
            </w:pPr>
            <w:r w:rsidRPr="007A2CE4">
              <w:rPr>
                <w:sz w:val="28"/>
                <w:szCs w:val="28"/>
                <w:lang w:val="kk-KZ"/>
              </w:rPr>
              <w:t>2024–2025</w:t>
            </w:r>
          </w:p>
        </w:tc>
        <w:tc>
          <w:tcPr>
            <w:tcW w:w="1938" w:type="dxa"/>
          </w:tcPr>
          <w:p w14:paraId="3B0A9B30" w14:textId="411F2F28" w:rsidR="00DF1E13" w:rsidRPr="007A2CE4" w:rsidRDefault="007D3C71" w:rsidP="00994C72">
            <w:pPr>
              <w:widowControl/>
              <w:autoSpaceDE/>
              <w:autoSpaceDN/>
              <w:spacing w:before="100" w:beforeAutospacing="1" w:after="100" w:afterAutospacing="1"/>
              <w:jc w:val="both"/>
              <w:rPr>
                <w:sz w:val="28"/>
                <w:szCs w:val="28"/>
                <w:lang w:val="kk-KZ"/>
              </w:rPr>
            </w:pPr>
            <w:r>
              <w:rPr>
                <w:sz w:val="28"/>
                <w:szCs w:val="28"/>
                <w:lang w:val="kk-KZ"/>
              </w:rPr>
              <w:t>67</w:t>
            </w:r>
          </w:p>
        </w:tc>
        <w:tc>
          <w:tcPr>
            <w:tcW w:w="0" w:type="auto"/>
          </w:tcPr>
          <w:p w14:paraId="20F05688" w14:textId="6C0FAACB" w:rsidR="00DF1E13" w:rsidRPr="007A2CE4" w:rsidRDefault="007D3C71" w:rsidP="00994C72">
            <w:pPr>
              <w:widowControl/>
              <w:autoSpaceDE/>
              <w:autoSpaceDN/>
              <w:spacing w:before="100" w:beforeAutospacing="1" w:after="100" w:afterAutospacing="1"/>
              <w:jc w:val="both"/>
              <w:rPr>
                <w:sz w:val="28"/>
                <w:szCs w:val="28"/>
                <w:lang w:val="kk-KZ"/>
              </w:rPr>
            </w:pPr>
            <w:r>
              <w:rPr>
                <w:sz w:val="28"/>
                <w:szCs w:val="28"/>
                <w:lang w:val="kk-KZ"/>
              </w:rPr>
              <w:t>63 (94</w:t>
            </w:r>
            <w:r w:rsidR="004D4ECC">
              <w:rPr>
                <w:sz w:val="28"/>
                <w:szCs w:val="28"/>
                <w:lang w:val="en-US"/>
              </w:rPr>
              <w:t>%</w:t>
            </w:r>
            <w:r>
              <w:rPr>
                <w:sz w:val="28"/>
                <w:szCs w:val="28"/>
                <w:lang w:val="kk-KZ"/>
              </w:rPr>
              <w:t>)</w:t>
            </w:r>
          </w:p>
        </w:tc>
        <w:tc>
          <w:tcPr>
            <w:tcW w:w="0" w:type="auto"/>
          </w:tcPr>
          <w:p w14:paraId="3F346DEE" w14:textId="3C483EA7" w:rsidR="00DF1E13" w:rsidRPr="004D4ECC" w:rsidRDefault="007D3C71" w:rsidP="00994C72">
            <w:pPr>
              <w:widowControl/>
              <w:autoSpaceDE/>
              <w:autoSpaceDN/>
              <w:spacing w:before="100" w:beforeAutospacing="1" w:after="100" w:afterAutospacing="1"/>
              <w:jc w:val="both"/>
              <w:rPr>
                <w:sz w:val="28"/>
                <w:szCs w:val="28"/>
                <w:lang w:val="kk-KZ"/>
              </w:rPr>
            </w:pPr>
            <w:r>
              <w:rPr>
                <w:sz w:val="28"/>
                <w:szCs w:val="28"/>
                <w:lang w:val="kk-KZ"/>
              </w:rPr>
              <w:t>4</w:t>
            </w:r>
            <w:r w:rsidR="004D4ECC">
              <w:rPr>
                <w:sz w:val="28"/>
                <w:szCs w:val="28"/>
                <w:lang w:val="kk-KZ"/>
              </w:rPr>
              <w:t xml:space="preserve"> (5,9</w:t>
            </w:r>
            <w:r w:rsidR="004D4ECC">
              <w:rPr>
                <w:sz w:val="28"/>
                <w:szCs w:val="28"/>
                <w:lang w:val="en-US"/>
              </w:rPr>
              <w:t>%</w:t>
            </w:r>
            <w:r w:rsidR="004D4ECC">
              <w:rPr>
                <w:sz w:val="28"/>
                <w:szCs w:val="28"/>
                <w:lang w:val="kk-KZ"/>
              </w:rPr>
              <w:t>)</w:t>
            </w:r>
          </w:p>
        </w:tc>
        <w:tc>
          <w:tcPr>
            <w:tcW w:w="0" w:type="auto"/>
          </w:tcPr>
          <w:p w14:paraId="596A2B16" w14:textId="27013282" w:rsidR="00DF1E13" w:rsidRPr="004D4ECC" w:rsidRDefault="004D4ECC" w:rsidP="00994C72">
            <w:pPr>
              <w:widowControl/>
              <w:autoSpaceDE/>
              <w:autoSpaceDN/>
              <w:spacing w:before="100" w:beforeAutospacing="1" w:after="100" w:afterAutospacing="1"/>
              <w:jc w:val="both"/>
              <w:rPr>
                <w:sz w:val="28"/>
                <w:szCs w:val="28"/>
                <w:lang w:val="kk-KZ"/>
              </w:rPr>
            </w:pPr>
            <w:r>
              <w:rPr>
                <w:sz w:val="28"/>
                <w:szCs w:val="28"/>
                <w:lang w:val="kk-KZ"/>
              </w:rPr>
              <w:t>7 (10,4</w:t>
            </w:r>
            <w:r>
              <w:rPr>
                <w:sz w:val="28"/>
                <w:szCs w:val="28"/>
                <w:lang w:val="en-US"/>
              </w:rPr>
              <w:t>%</w:t>
            </w:r>
            <w:r>
              <w:rPr>
                <w:sz w:val="28"/>
                <w:szCs w:val="28"/>
                <w:lang w:val="kk-KZ"/>
              </w:rPr>
              <w:t>)</w:t>
            </w:r>
          </w:p>
        </w:tc>
      </w:tr>
      <w:tr w:rsidR="00DF1E13" w:rsidRPr="007A2CE4" w14:paraId="1BE49E02" w14:textId="77777777" w:rsidTr="00714CBD">
        <w:tc>
          <w:tcPr>
            <w:tcW w:w="1668" w:type="dxa"/>
            <w:hideMark/>
          </w:tcPr>
          <w:p w14:paraId="01D68338" w14:textId="4874EAB8" w:rsidR="00DF1E13" w:rsidRPr="007A2CE4" w:rsidRDefault="00714CBD" w:rsidP="00994C72">
            <w:pPr>
              <w:widowControl/>
              <w:autoSpaceDE/>
              <w:autoSpaceDN/>
              <w:spacing w:before="100" w:beforeAutospacing="1" w:after="100" w:afterAutospacing="1"/>
              <w:jc w:val="both"/>
              <w:rPr>
                <w:sz w:val="28"/>
                <w:szCs w:val="28"/>
                <w:lang w:val="kk-KZ"/>
              </w:rPr>
            </w:pPr>
            <w:r w:rsidRPr="007A2CE4">
              <w:rPr>
                <w:sz w:val="28"/>
                <w:szCs w:val="28"/>
                <w:lang w:val="kk-KZ"/>
              </w:rPr>
              <w:t>2025–2026</w:t>
            </w:r>
          </w:p>
        </w:tc>
        <w:tc>
          <w:tcPr>
            <w:tcW w:w="1938" w:type="dxa"/>
          </w:tcPr>
          <w:p w14:paraId="1D749B6A" w14:textId="4833E8B1" w:rsidR="00DF1E13" w:rsidRPr="00417480" w:rsidRDefault="00417480" w:rsidP="00994C72">
            <w:pPr>
              <w:widowControl/>
              <w:autoSpaceDE/>
              <w:autoSpaceDN/>
              <w:spacing w:before="100" w:beforeAutospacing="1" w:after="100" w:afterAutospacing="1"/>
              <w:jc w:val="both"/>
              <w:rPr>
                <w:sz w:val="28"/>
                <w:szCs w:val="28"/>
                <w:lang w:val="en-US"/>
              </w:rPr>
            </w:pPr>
            <w:r>
              <w:rPr>
                <w:sz w:val="28"/>
                <w:szCs w:val="28"/>
                <w:lang w:val="kk-KZ"/>
              </w:rPr>
              <w:t>7</w:t>
            </w:r>
            <w:r>
              <w:rPr>
                <w:sz w:val="28"/>
                <w:szCs w:val="28"/>
                <w:lang w:val="en-US"/>
              </w:rPr>
              <w:t>4</w:t>
            </w:r>
          </w:p>
        </w:tc>
        <w:tc>
          <w:tcPr>
            <w:tcW w:w="0" w:type="auto"/>
          </w:tcPr>
          <w:p w14:paraId="1D7B0176" w14:textId="4EADF01D" w:rsidR="00DF1E13" w:rsidRPr="007A2CE4" w:rsidRDefault="00417480" w:rsidP="00994C72">
            <w:pPr>
              <w:widowControl/>
              <w:autoSpaceDE/>
              <w:autoSpaceDN/>
              <w:spacing w:before="100" w:beforeAutospacing="1" w:after="100" w:afterAutospacing="1"/>
              <w:jc w:val="both"/>
              <w:rPr>
                <w:sz w:val="28"/>
                <w:szCs w:val="28"/>
                <w:lang w:val="kk-KZ"/>
              </w:rPr>
            </w:pPr>
            <w:r>
              <w:rPr>
                <w:sz w:val="28"/>
                <w:szCs w:val="28"/>
                <w:lang w:val="kk-KZ"/>
              </w:rPr>
              <w:t>70</w:t>
            </w:r>
            <w:r w:rsidR="00694EFC" w:rsidRPr="007A2CE4">
              <w:rPr>
                <w:sz w:val="28"/>
                <w:szCs w:val="28"/>
                <w:lang w:val="kk-KZ"/>
              </w:rPr>
              <w:t xml:space="preserve"> (94,6</w:t>
            </w:r>
            <w:r w:rsidR="00694EFC" w:rsidRPr="007A2CE4">
              <w:rPr>
                <w:sz w:val="28"/>
                <w:szCs w:val="28"/>
                <w:lang w:val="en-US"/>
              </w:rPr>
              <w:t>%</w:t>
            </w:r>
            <w:r w:rsidR="00694EFC" w:rsidRPr="007A2CE4">
              <w:rPr>
                <w:sz w:val="28"/>
                <w:szCs w:val="28"/>
                <w:lang w:val="kk-KZ"/>
              </w:rPr>
              <w:t>)</w:t>
            </w:r>
          </w:p>
        </w:tc>
        <w:tc>
          <w:tcPr>
            <w:tcW w:w="0" w:type="auto"/>
          </w:tcPr>
          <w:p w14:paraId="12F3CF15" w14:textId="22861897" w:rsidR="00DF1E13" w:rsidRPr="007A2CE4" w:rsidRDefault="00417480" w:rsidP="00994C72">
            <w:pPr>
              <w:widowControl/>
              <w:autoSpaceDE/>
              <w:autoSpaceDN/>
              <w:spacing w:before="100" w:beforeAutospacing="1" w:after="100" w:afterAutospacing="1"/>
              <w:jc w:val="both"/>
              <w:rPr>
                <w:sz w:val="28"/>
                <w:szCs w:val="28"/>
                <w:lang w:val="kk-KZ"/>
              </w:rPr>
            </w:pPr>
            <w:r>
              <w:rPr>
                <w:sz w:val="28"/>
                <w:szCs w:val="28"/>
                <w:lang w:val="kk-KZ"/>
              </w:rPr>
              <w:t>4 (5,4</w:t>
            </w:r>
            <w:r w:rsidR="00694EFC" w:rsidRPr="007A2CE4">
              <w:rPr>
                <w:sz w:val="28"/>
                <w:szCs w:val="28"/>
                <w:lang w:val="en-US"/>
              </w:rPr>
              <w:t>%</w:t>
            </w:r>
            <w:r w:rsidR="00694EFC" w:rsidRPr="007A2CE4">
              <w:rPr>
                <w:sz w:val="28"/>
                <w:szCs w:val="28"/>
                <w:lang w:val="kk-KZ"/>
              </w:rPr>
              <w:t>)</w:t>
            </w:r>
          </w:p>
        </w:tc>
        <w:tc>
          <w:tcPr>
            <w:tcW w:w="0" w:type="auto"/>
          </w:tcPr>
          <w:p w14:paraId="2E5C097C" w14:textId="474B08AE" w:rsidR="00DF1E13" w:rsidRPr="007A2CE4" w:rsidRDefault="00694EFC" w:rsidP="00994C72">
            <w:pPr>
              <w:widowControl/>
              <w:autoSpaceDE/>
              <w:autoSpaceDN/>
              <w:spacing w:before="100" w:beforeAutospacing="1" w:after="100" w:afterAutospacing="1"/>
              <w:jc w:val="both"/>
              <w:rPr>
                <w:sz w:val="28"/>
                <w:szCs w:val="28"/>
                <w:lang w:val="kk-KZ"/>
              </w:rPr>
            </w:pPr>
            <w:r w:rsidRPr="007A2CE4">
              <w:rPr>
                <w:sz w:val="28"/>
                <w:szCs w:val="28"/>
                <w:lang w:val="kk-KZ"/>
              </w:rPr>
              <w:t>9 (12</w:t>
            </w:r>
            <w:r w:rsidRPr="007A2CE4">
              <w:rPr>
                <w:sz w:val="28"/>
                <w:szCs w:val="28"/>
                <w:lang w:val="en-US"/>
              </w:rPr>
              <w:t>%</w:t>
            </w:r>
            <w:r w:rsidRPr="007A2CE4">
              <w:rPr>
                <w:sz w:val="28"/>
                <w:szCs w:val="28"/>
                <w:lang w:val="kk-KZ"/>
              </w:rPr>
              <w:t>)</w:t>
            </w:r>
          </w:p>
        </w:tc>
      </w:tr>
      <w:tr w:rsidR="00DF1E13" w:rsidRPr="007A2CE4" w14:paraId="2C94DC50" w14:textId="77777777" w:rsidTr="00231D38">
        <w:tc>
          <w:tcPr>
            <w:tcW w:w="1668" w:type="dxa"/>
            <w:hideMark/>
          </w:tcPr>
          <w:p w14:paraId="2C8E82E7" w14:textId="0E7A3810" w:rsidR="00DF1E13" w:rsidRPr="007A2CE4" w:rsidRDefault="00714CBD" w:rsidP="00994C72">
            <w:pPr>
              <w:widowControl/>
              <w:autoSpaceDE/>
              <w:autoSpaceDN/>
              <w:spacing w:before="100" w:beforeAutospacing="1" w:after="100" w:afterAutospacing="1"/>
              <w:jc w:val="both"/>
              <w:rPr>
                <w:sz w:val="28"/>
                <w:szCs w:val="28"/>
                <w:lang w:val="kk-KZ"/>
              </w:rPr>
            </w:pPr>
            <w:r w:rsidRPr="007A2CE4">
              <w:rPr>
                <w:sz w:val="28"/>
                <w:szCs w:val="28"/>
              </w:rPr>
              <w:t>202</w:t>
            </w:r>
            <w:r w:rsidRPr="007A2CE4">
              <w:rPr>
                <w:sz w:val="28"/>
                <w:szCs w:val="28"/>
                <w:lang w:val="kk-KZ"/>
              </w:rPr>
              <w:t>6</w:t>
            </w:r>
            <w:r w:rsidRPr="007A2CE4">
              <w:rPr>
                <w:sz w:val="28"/>
                <w:szCs w:val="28"/>
              </w:rPr>
              <w:t>–202</w:t>
            </w:r>
            <w:r w:rsidRPr="007A2CE4">
              <w:rPr>
                <w:sz w:val="28"/>
                <w:szCs w:val="28"/>
                <w:lang w:val="kk-KZ"/>
              </w:rPr>
              <w:t>7</w:t>
            </w:r>
          </w:p>
        </w:tc>
        <w:tc>
          <w:tcPr>
            <w:tcW w:w="1938" w:type="dxa"/>
            <w:hideMark/>
          </w:tcPr>
          <w:p w14:paraId="72409907" w14:textId="778E59A5" w:rsidR="00DF1E13" w:rsidRPr="007A2CE4" w:rsidRDefault="00E5619F" w:rsidP="00994C72">
            <w:pPr>
              <w:widowControl/>
              <w:autoSpaceDE/>
              <w:autoSpaceDN/>
              <w:spacing w:before="100" w:beforeAutospacing="1" w:after="100" w:afterAutospacing="1"/>
              <w:jc w:val="both"/>
              <w:rPr>
                <w:sz w:val="28"/>
                <w:szCs w:val="28"/>
                <w:lang w:val="kk-KZ"/>
              </w:rPr>
            </w:pPr>
            <w:r>
              <w:rPr>
                <w:sz w:val="28"/>
                <w:szCs w:val="28"/>
                <w:lang w:val="kk-KZ"/>
              </w:rPr>
              <w:t>77</w:t>
            </w:r>
          </w:p>
        </w:tc>
        <w:tc>
          <w:tcPr>
            <w:tcW w:w="0" w:type="auto"/>
            <w:hideMark/>
          </w:tcPr>
          <w:p w14:paraId="333B9BD4" w14:textId="2D1E550F" w:rsidR="00DF1E13" w:rsidRPr="007A2CE4" w:rsidRDefault="00E5619F" w:rsidP="00994C72">
            <w:pPr>
              <w:widowControl/>
              <w:autoSpaceDE/>
              <w:autoSpaceDN/>
              <w:spacing w:before="100" w:beforeAutospacing="1" w:after="100" w:afterAutospacing="1"/>
              <w:jc w:val="both"/>
              <w:rPr>
                <w:sz w:val="28"/>
                <w:szCs w:val="28"/>
              </w:rPr>
            </w:pPr>
            <w:r>
              <w:rPr>
                <w:sz w:val="28"/>
                <w:szCs w:val="28"/>
              </w:rPr>
              <w:t>72 (93,5</w:t>
            </w:r>
            <w:r w:rsidR="00DF1E13" w:rsidRPr="007A2CE4">
              <w:rPr>
                <w:sz w:val="28"/>
                <w:szCs w:val="28"/>
              </w:rPr>
              <w:t>%)</w:t>
            </w:r>
          </w:p>
        </w:tc>
        <w:tc>
          <w:tcPr>
            <w:tcW w:w="0" w:type="auto"/>
            <w:hideMark/>
          </w:tcPr>
          <w:p w14:paraId="10D5D847" w14:textId="0B593772" w:rsidR="00DF1E13" w:rsidRPr="007A2CE4" w:rsidRDefault="00714CBD" w:rsidP="00994C72">
            <w:pPr>
              <w:widowControl/>
              <w:autoSpaceDE/>
              <w:autoSpaceDN/>
              <w:spacing w:before="100" w:beforeAutospacing="1" w:after="100" w:afterAutospacing="1"/>
              <w:jc w:val="both"/>
              <w:rPr>
                <w:sz w:val="28"/>
                <w:szCs w:val="28"/>
              </w:rPr>
            </w:pPr>
            <w:r w:rsidRPr="007A2CE4">
              <w:rPr>
                <w:sz w:val="28"/>
                <w:szCs w:val="28"/>
              </w:rPr>
              <w:t>5 (6,5</w:t>
            </w:r>
            <w:r w:rsidR="00DF1E13" w:rsidRPr="007A2CE4">
              <w:rPr>
                <w:sz w:val="28"/>
                <w:szCs w:val="28"/>
              </w:rPr>
              <w:t>%)</w:t>
            </w:r>
          </w:p>
        </w:tc>
        <w:tc>
          <w:tcPr>
            <w:tcW w:w="0" w:type="auto"/>
            <w:hideMark/>
          </w:tcPr>
          <w:p w14:paraId="76D6E179" w14:textId="7BC3F9C2" w:rsidR="00DF1E13" w:rsidRPr="007A2CE4" w:rsidRDefault="00714CBD" w:rsidP="00994C72">
            <w:pPr>
              <w:widowControl/>
              <w:autoSpaceDE/>
              <w:autoSpaceDN/>
              <w:spacing w:before="100" w:beforeAutospacing="1" w:after="100" w:afterAutospacing="1"/>
              <w:jc w:val="both"/>
              <w:rPr>
                <w:sz w:val="28"/>
                <w:szCs w:val="28"/>
              </w:rPr>
            </w:pPr>
            <w:r w:rsidRPr="007A2CE4">
              <w:rPr>
                <w:sz w:val="28"/>
                <w:szCs w:val="28"/>
              </w:rPr>
              <w:t>8</w:t>
            </w:r>
            <w:r w:rsidR="00DF1E13" w:rsidRPr="007A2CE4">
              <w:rPr>
                <w:sz w:val="28"/>
                <w:szCs w:val="28"/>
              </w:rPr>
              <w:t xml:space="preserve"> (10</w:t>
            </w:r>
            <w:r w:rsidR="00E5619F">
              <w:rPr>
                <w:sz w:val="28"/>
                <w:szCs w:val="28"/>
                <w:lang w:val="kk-KZ"/>
              </w:rPr>
              <w:t>,4</w:t>
            </w:r>
            <w:r w:rsidR="00DF1E13" w:rsidRPr="007A2CE4">
              <w:rPr>
                <w:sz w:val="28"/>
                <w:szCs w:val="28"/>
              </w:rPr>
              <w:t>%)</w:t>
            </w:r>
          </w:p>
        </w:tc>
      </w:tr>
    </w:tbl>
    <w:p w14:paraId="65D4BE8E" w14:textId="551E688C" w:rsidR="00DF1E13" w:rsidRPr="007A2CE4" w:rsidRDefault="00714CBD" w:rsidP="00994C72">
      <w:pPr>
        <w:widowControl/>
        <w:autoSpaceDE/>
        <w:autoSpaceDN/>
        <w:spacing w:before="100" w:beforeAutospacing="1" w:after="100" w:afterAutospacing="1"/>
        <w:jc w:val="both"/>
        <w:rPr>
          <w:sz w:val="28"/>
          <w:szCs w:val="28"/>
          <w:lang w:val="kk-KZ" w:eastAsia="ru-RU"/>
        </w:rPr>
      </w:pPr>
      <w:r w:rsidRPr="007A2CE4">
        <w:rPr>
          <w:sz w:val="28"/>
          <w:szCs w:val="28"/>
          <w:lang w:eastAsia="ru-RU"/>
        </w:rPr>
        <w:t>Талдау: 2026–2027</w:t>
      </w:r>
      <w:r w:rsidR="00DF1E13" w:rsidRPr="007A2CE4">
        <w:rPr>
          <w:sz w:val="28"/>
          <w:szCs w:val="28"/>
          <w:lang w:eastAsia="ru-RU"/>
        </w:rPr>
        <w:t xml:space="preserve"> оқу </w:t>
      </w:r>
      <w:r w:rsidR="00EA34A1">
        <w:rPr>
          <w:sz w:val="28"/>
          <w:szCs w:val="28"/>
          <w:lang w:eastAsia="ru-RU"/>
        </w:rPr>
        <w:t>жылында мектепте барлығы 7</w:t>
      </w:r>
      <w:r w:rsidR="00EA34A1">
        <w:rPr>
          <w:sz w:val="28"/>
          <w:szCs w:val="28"/>
          <w:lang w:val="kk-KZ" w:eastAsia="ru-RU"/>
        </w:rPr>
        <w:t>7</w:t>
      </w:r>
      <w:r w:rsidR="00DF1E13" w:rsidRPr="007A2CE4">
        <w:rPr>
          <w:sz w:val="28"/>
          <w:szCs w:val="28"/>
          <w:lang w:eastAsia="ru-RU"/>
        </w:rPr>
        <w:t xml:space="preserve"> педагог</w:t>
      </w:r>
      <w:r w:rsidR="00E5619F">
        <w:rPr>
          <w:sz w:val="28"/>
          <w:szCs w:val="28"/>
          <w:lang w:eastAsia="ru-RU"/>
        </w:rPr>
        <w:t xml:space="preserve"> қызмет атқарды. Оның ішінде 72</w:t>
      </w:r>
      <w:r w:rsidR="007E2254">
        <w:rPr>
          <w:sz w:val="28"/>
          <w:szCs w:val="28"/>
          <w:lang w:eastAsia="ru-RU"/>
        </w:rPr>
        <w:t xml:space="preserve"> педагогтің (93,4</w:t>
      </w:r>
      <w:r w:rsidRPr="007A2CE4">
        <w:rPr>
          <w:sz w:val="28"/>
          <w:szCs w:val="28"/>
          <w:lang w:eastAsia="ru-RU"/>
        </w:rPr>
        <w:t>%) жоғары білімі, 5 педагогтің (6,5</w:t>
      </w:r>
      <w:r w:rsidR="00DF1E45" w:rsidRPr="007A2CE4">
        <w:rPr>
          <w:sz w:val="28"/>
          <w:szCs w:val="28"/>
          <w:lang w:eastAsia="ru-RU"/>
        </w:rPr>
        <w:t>%) арнаулы орта білімі,</w:t>
      </w:r>
      <w:r w:rsidR="00EA34A1">
        <w:rPr>
          <w:sz w:val="28"/>
          <w:szCs w:val="28"/>
          <w:lang w:val="kk-KZ" w:eastAsia="ru-RU"/>
        </w:rPr>
        <w:t xml:space="preserve"> 8 педагогтің (10,4</w:t>
      </w:r>
      <w:r w:rsidRPr="007A2CE4">
        <w:rPr>
          <w:sz w:val="28"/>
          <w:szCs w:val="28"/>
          <w:lang w:eastAsia="ru-RU"/>
        </w:rPr>
        <w:t>%</w:t>
      </w:r>
      <w:r w:rsidRPr="007A2CE4">
        <w:rPr>
          <w:sz w:val="28"/>
          <w:szCs w:val="28"/>
          <w:lang w:val="kk-KZ" w:eastAsia="ru-RU"/>
        </w:rPr>
        <w:t>) педагогика ғылымдарының маги</w:t>
      </w:r>
      <w:r w:rsidR="00DF1E45" w:rsidRPr="007A2CE4">
        <w:rPr>
          <w:sz w:val="28"/>
          <w:szCs w:val="28"/>
          <w:lang w:val="kk-KZ" w:eastAsia="ru-RU"/>
        </w:rPr>
        <w:t>стр білімі бар.</w:t>
      </w:r>
    </w:p>
    <w:p w14:paraId="4F2B2196" w14:textId="200C961B" w:rsidR="00DF1E13" w:rsidRPr="007A2CE4" w:rsidRDefault="00DF1E13" w:rsidP="00994C72">
      <w:pPr>
        <w:widowControl/>
        <w:autoSpaceDE/>
        <w:autoSpaceDN/>
        <w:spacing w:before="100" w:beforeAutospacing="1" w:after="100" w:afterAutospacing="1"/>
        <w:jc w:val="both"/>
        <w:outlineLvl w:val="2"/>
        <w:rPr>
          <w:b/>
          <w:bCs/>
          <w:sz w:val="28"/>
          <w:szCs w:val="28"/>
          <w:lang w:val="kk-KZ" w:eastAsia="ru-RU"/>
        </w:rPr>
      </w:pPr>
      <w:r w:rsidRPr="007A2CE4">
        <w:rPr>
          <w:b/>
          <w:bCs/>
          <w:sz w:val="28"/>
          <w:szCs w:val="28"/>
          <w:lang w:val="kk-KZ" w:eastAsia="ru-RU"/>
        </w:rPr>
        <w:t>ә) Педагогтердің мамандығына сәйкестігі</w:t>
      </w:r>
    </w:p>
    <w:p w14:paraId="2443D6D5" w14:textId="40118AB8" w:rsidR="003B07CB" w:rsidRDefault="003B07CB" w:rsidP="00994C72">
      <w:pPr>
        <w:widowControl/>
        <w:autoSpaceDE/>
        <w:autoSpaceDN/>
        <w:spacing w:before="100" w:beforeAutospacing="1" w:after="100" w:afterAutospacing="1"/>
        <w:jc w:val="both"/>
        <w:rPr>
          <w:sz w:val="28"/>
          <w:szCs w:val="28"/>
          <w:lang w:val="kk-KZ" w:eastAsia="ru-RU"/>
        </w:rPr>
      </w:pPr>
      <w:r w:rsidRPr="007A2CE4">
        <w:rPr>
          <w:sz w:val="28"/>
          <w:szCs w:val="28"/>
          <w:lang w:val="kk-KZ" w:eastAsia="ru-RU"/>
        </w:rPr>
        <w:t>Сыздыкова Айгуль Шакирбековнаның білімі мен оқытатын пәнінің сәйкестігі туралы талдау. Педагог Е.А. Бөкетов атындағы Қарағанды мемлекеттік университетін «Экология және табиғатты пайдалану» мамандығы бойынша тәмамдаған. Диплом қосымшасына сәйкес жоғары білім алу барысында «Биология пәнін оқыту әдістемесі», «Жалпы биология» пәндерін, сондай-ақ биологиялық пәндер циклін оқып, меңгерген.</w:t>
      </w:r>
      <w:r w:rsidR="00F464E9">
        <w:rPr>
          <w:sz w:val="28"/>
          <w:szCs w:val="28"/>
          <w:lang w:val="kk-KZ" w:eastAsia="ru-RU"/>
        </w:rPr>
        <w:t xml:space="preserve"> </w:t>
      </w:r>
      <w:r w:rsidRPr="007A2CE4">
        <w:rPr>
          <w:sz w:val="28"/>
          <w:szCs w:val="28"/>
          <w:lang w:val="kk-KZ" w:eastAsia="ru-RU"/>
        </w:rPr>
        <w:t>Аталған пәндердің мазмұны биология пәнімен тікелей байланысты және педагогтің биология саласындағы теориялық білімі мен пәндік даярлығының қалыптасқанын көрсетеді.</w:t>
      </w:r>
      <w:r w:rsidR="00F464E9">
        <w:rPr>
          <w:sz w:val="28"/>
          <w:szCs w:val="28"/>
          <w:lang w:val="kk-KZ" w:eastAsia="ru-RU"/>
        </w:rPr>
        <w:t xml:space="preserve"> </w:t>
      </w:r>
      <w:r w:rsidRPr="007A2CE4">
        <w:rPr>
          <w:sz w:val="28"/>
          <w:szCs w:val="28"/>
          <w:lang w:val="kk-KZ" w:eastAsia="ru-RU"/>
        </w:rPr>
        <w:t>Осыған байланысты педагогтің жоғары білім алу барысында меңгерген пәндері биология пәнінің мазмұнымен сабақтас екені анықталд</w:t>
      </w:r>
      <w:r w:rsidR="00F464E9">
        <w:rPr>
          <w:sz w:val="28"/>
          <w:szCs w:val="28"/>
          <w:lang w:val="kk-KZ" w:eastAsia="ru-RU"/>
        </w:rPr>
        <w:t>ы, және сол пәннен бере алатынын</w:t>
      </w:r>
      <w:r w:rsidRPr="007A2CE4">
        <w:rPr>
          <w:sz w:val="28"/>
          <w:szCs w:val="28"/>
          <w:lang w:val="kk-KZ" w:eastAsia="ru-RU"/>
        </w:rPr>
        <w:t xml:space="preserve"> білдіреді.</w:t>
      </w:r>
    </w:p>
    <w:p w14:paraId="7CA9094C" w14:textId="003A28AF" w:rsidR="008B2180" w:rsidRDefault="00052FBE" w:rsidP="00994C72">
      <w:pPr>
        <w:widowControl/>
        <w:autoSpaceDE/>
        <w:autoSpaceDN/>
        <w:spacing w:before="100" w:beforeAutospacing="1" w:after="100" w:afterAutospacing="1"/>
        <w:jc w:val="both"/>
        <w:rPr>
          <w:sz w:val="28"/>
          <w:szCs w:val="28"/>
          <w:lang w:val="kk-KZ" w:eastAsia="ru-RU"/>
        </w:rPr>
      </w:pPr>
      <w:r>
        <w:rPr>
          <w:sz w:val="28"/>
          <w:szCs w:val="28"/>
          <w:lang w:val="kk-KZ" w:eastAsia="ru-RU"/>
        </w:rPr>
        <w:t>Дәлелдейтін құжат</w:t>
      </w:r>
    </w:p>
    <w:p w14:paraId="5F9AAFD1" w14:textId="5E3F7D16" w:rsidR="008B2180" w:rsidRPr="008B2180" w:rsidRDefault="008B2180" w:rsidP="00994C72">
      <w:pPr>
        <w:widowControl/>
        <w:autoSpaceDE/>
        <w:autoSpaceDN/>
        <w:spacing w:before="100" w:beforeAutospacing="1" w:after="100" w:afterAutospacing="1"/>
        <w:jc w:val="both"/>
        <w:rPr>
          <w:b/>
          <w:sz w:val="24"/>
          <w:szCs w:val="24"/>
          <w:lang w:val="kk-KZ" w:eastAsia="ru-RU"/>
        </w:rPr>
      </w:pPr>
    </w:p>
    <w:p w14:paraId="3BF92E5F" w14:textId="69723614" w:rsidR="003B07CB" w:rsidRPr="007A2CE4" w:rsidRDefault="00DF1E13" w:rsidP="00994C72">
      <w:pPr>
        <w:widowControl/>
        <w:autoSpaceDE/>
        <w:autoSpaceDN/>
        <w:spacing w:before="100" w:beforeAutospacing="1" w:after="100" w:afterAutospacing="1"/>
        <w:jc w:val="both"/>
        <w:rPr>
          <w:sz w:val="28"/>
          <w:szCs w:val="28"/>
          <w:lang w:val="kk-KZ" w:eastAsia="ru-RU"/>
        </w:rPr>
      </w:pPr>
      <w:r w:rsidRPr="007A2CE4">
        <w:rPr>
          <w:sz w:val="28"/>
          <w:szCs w:val="28"/>
          <w:lang w:val="kk-KZ" w:eastAsia="ru-RU"/>
        </w:rPr>
        <w:t>Мектепте қызмет атқаратын барлық педагогтердің білімі оқытатын пәндерінің бейініне сәйкес келеді. Тиісті бейіні бойынша педагогикалық білімі жоқ педагогтер анықталған жоқ.</w:t>
      </w:r>
    </w:p>
    <w:p w14:paraId="408767BE" w14:textId="7A9A42C7" w:rsidR="00DF1E13" w:rsidRPr="007A2CE4" w:rsidRDefault="00231D38" w:rsidP="00994C72">
      <w:pPr>
        <w:widowControl/>
        <w:autoSpaceDE/>
        <w:autoSpaceDN/>
        <w:spacing w:before="100" w:beforeAutospacing="1" w:after="100" w:afterAutospacing="1"/>
        <w:jc w:val="both"/>
        <w:outlineLvl w:val="2"/>
        <w:rPr>
          <w:b/>
          <w:bCs/>
          <w:sz w:val="28"/>
          <w:szCs w:val="28"/>
          <w:lang w:val="kk-KZ" w:eastAsia="ru-RU"/>
        </w:rPr>
      </w:pPr>
      <w:r w:rsidRPr="007A2CE4">
        <w:rPr>
          <w:b/>
          <w:bCs/>
          <w:sz w:val="28"/>
          <w:szCs w:val="28"/>
          <w:lang w:val="kk-KZ" w:eastAsia="ru-RU"/>
        </w:rPr>
        <w:t xml:space="preserve">б) </w:t>
      </w:r>
      <w:r w:rsidR="00DF1E13" w:rsidRPr="007A2CE4">
        <w:rPr>
          <w:b/>
          <w:bCs/>
          <w:sz w:val="28"/>
          <w:szCs w:val="28"/>
          <w:lang w:val="kk-KZ" w:eastAsia="ru-RU"/>
        </w:rPr>
        <w:t>Қоса атқарушы педагогтер туралы мәліметтер</w:t>
      </w:r>
    </w:p>
    <w:tbl>
      <w:tblPr>
        <w:tblStyle w:val="12"/>
        <w:tblW w:w="0" w:type="auto"/>
        <w:tblLook w:val="04A0" w:firstRow="1" w:lastRow="0" w:firstColumn="1" w:lastColumn="0" w:noHBand="0" w:noVBand="1"/>
      </w:tblPr>
      <w:tblGrid>
        <w:gridCol w:w="498"/>
        <w:gridCol w:w="1860"/>
        <w:gridCol w:w="1835"/>
        <w:gridCol w:w="4518"/>
        <w:gridCol w:w="1852"/>
      </w:tblGrid>
      <w:tr w:rsidR="00DF1E13" w:rsidRPr="007A2CE4" w14:paraId="1372CCC9" w14:textId="77777777" w:rsidTr="00231D38">
        <w:tc>
          <w:tcPr>
            <w:tcW w:w="0" w:type="auto"/>
            <w:hideMark/>
          </w:tcPr>
          <w:p w14:paraId="25A3B5C6" w14:textId="77777777" w:rsidR="00DF1E13" w:rsidRPr="007A2CE4" w:rsidRDefault="00DF1E13" w:rsidP="00994C72">
            <w:pPr>
              <w:widowControl/>
              <w:autoSpaceDE/>
              <w:autoSpaceDN/>
              <w:spacing w:before="100" w:beforeAutospacing="1" w:after="100" w:afterAutospacing="1"/>
              <w:jc w:val="both"/>
              <w:rPr>
                <w:b/>
                <w:bCs/>
                <w:sz w:val="28"/>
                <w:szCs w:val="28"/>
              </w:rPr>
            </w:pPr>
            <w:r w:rsidRPr="007A2CE4">
              <w:rPr>
                <w:b/>
                <w:bCs/>
                <w:sz w:val="28"/>
                <w:szCs w:val="28"/>
              </w:rPr>
              <w:t>№</w:t>
            </w:r>
          </w:p>
        </w:tc>
        <w:tc>
          <w:tcPr>
            <w:tcW w:w="0" w:type="auto"/>
            <w:hideMark/>
          </w:tcPr>
          <w:p w14:paraId="148126ED" w14:textId="77777777" w:rsidR="00DF1E13" w:rsidRPr="007A2CE4" w:rsidRDefault="00DF1E13" w:rsidP="00994C72">
            <w:pPr>
              <w:widowControl/>
              <w:autoSpaceDE/>
              <w:autoSpaceDN/>
              <w:spacing w:before="100" w:beforeAutospacing="1" w:after="100" w:afterAutospacing="1"/>
              <w:jc w:val="both"/>
              <w:rPr>
                <w:b/>
                <w:bCs/>
                <w:sz w:val="28"/>
                <w:szCs w:val="28"/>
              </w:rPr>
            </w:pPr>
            <w:r w:rsidRPr="007A2CE4">
              <w:rPr>
                <w:b/>
                <w:bCs/>
                <w:sz w:val="28"/>
                <w:szCs w:val="28"/>
              </w:rPr>
              <w:t>Педагогтің аты-жөні</w:t>
            </w:r>
          </w:p>
        </w:tc>
        <w:tc>
          <w:tcPr>
            <w:tcW w:w="0" w:type="auto"/>
            <w:hideMark/>
          </w:tcPr>
          <w:p w14:paraId="39BF1C34" w14:textId="77777777" w:rsidR="00DF1E13" w:rsidRPr="007A2CE4" w:rsidRDefault="00DF1E13" w:rsidP="00994C72">
            <w:pPr>
              <w:widowControl/>
              <w:autoSpaceDE/>
              <w:autoSpaceDN/>
              <w:spacing w:before="100" w:beforeAutospacing="1" w:after="100" w:afterAutospacing="1"/>
              <w:jc w:val="both"/>
              <w:rPr>
                <w:b/>
                <w:bCs/>
                <w:sz w:val="28"/>
                <w:szCs w:val="28"/>
              </w:rPr>
            </w:pPr>
            <w:r w:rsidRPr="007A2CE4">
              <w:rPr>
                <w:b/>
                <w:bCs/>
                <w:sz w:val="28"/>
                <w:szCs w:val="28"/>
              </w:rPr>
              <w:t>Оқытатын пәні</w:t>
            </w:r>
          </w:p>
        </w:tc>
        <w:tc>
          <w:tcPr>
            <w:tcW w:w="0" w:type="auto"/>
            <w:hideMark/>
          </w:tcPr>
          <w:p w14:paraId="73A9C304" w14:textId="77777777" w:rsidR="00DF1E13" w:rsidRPr="007A2CE4" w:rsidRDefault="00DF1E13" w:rsidP="00994C72">
            <w:pPr>
              <w:widowControl/>
              <w:autoSpaceDE/>
              <w:autoSpaceDN/>
              <w:spacing w:before="100" w:beforeAutospacing="1" w:after="100" w:afterAutospacing="1"/>
              <w:jc w:val="both"/>
              <w:rPr>
                <w:b/>
                <w:bCs/>
                <w:sz w:val="28"/>
                <w:szCs w:val="28"/>
              </w:rPr>
            </w:pPr>
            <w:r w:rsidRPr="007A2CE4">
              <w:rPr>
                <w:b/>
                <w:bCs/>
                <w:sz w:val="28"/>
                <w:szCs w:val="28"/>
              </w:rPr>
              <w:t>Негізгі жұмыс орны</w:t>
            </w:r>
          </w:p>
        </w:tc>
        <w:tc>
          <w:tcPr>
            <w:tcW w:w="0" w:type="auto"/>
            <w:hideMark/>
          </w:tcPr>
          <w:p w14:paraId="52AB5F45" w14:textId="77777777" w:rsidR="00DF1E13" w:rsidRPr="007A2CE4" w:rsidRDefault="00DF1E13" w:rsidP="00994C72">
            <w:pPr>
              <w:widowControl/>
              <w:autoSpaceDE/>
              <w:autoSpaceDN/>
              <w:spacing w:before="100" w:beforeAutospacing="1" w:after="100" w:afterAutospacing="1"/>
              <w:jc w:val="both"/>
              <w:rPr>
                <w:b/>
                <w:bCs/>
                <w:sz w:val="28"/>
                <w:szCs w:val="28"/>
              </w:rPr>
            </w:pPr>
            <w:r w:rsidRPr="007A2CE4">
              <w:rPr>
                <w:b/>
                <w:bCs/>
                <w:sz w:val="28"/>
                <w:szCs w:val="28"/>
              </w:rPr>
              <w:t>Апталық оқу жүктемесі</w:t>
            </w:r>
          </w:p>
        </w:tc>
      </w:tr>
      <w:tr w:rsidR="00DF1E13" w:rsidRPr="007A2CE4" w14:paraId="3AA44D55" w14:textId="77777777" w:rsidTr="00231D38">
        <w:tc>
          <w:tcPr>
            <w:tcW w:w="0" w:type="auto"/>
            <w:hideMark/>
          </w:tcPr>
          <w:p w14:paraId="3626F205" w14:textId="77777777" w:rsidR="00DF1E13" w:rsidRPr="007A2CE4" w:rsidRDefault="00DF1E13" w:rsidP="00994C72">
            <w:pPr>
              <w:widowControl/>
              <w:autoSpaceDE/>
              <w:autoSpaceDN/>
              <w:spacing w:before="100" w:beforeAutospacing="1" w:after="100" w:afterAutospacing="1"/>
              <w:jc w:val="both"/>
              <w:rPr>
                <w:sz w:val="28"/>
                <w:szCs w:val="28"/>
              </w:rPr>
            </w:pPr>
            <w:r w:rsidRPr="007A2CE4">
              <w:rPr>
                <w:sz w:val="28"/>
                <w:szCs w:val="28"/>
              </w:rPr>
              <w:t>1</w:t>
            </w:r>
          </w:p>
        </w:tc>
        <w:tc>
          <w:tcPr>
            <w:tcW w:w="0" w:type="auto"/>
            <w:hideMark/>
          </w:tcPr>
          <w:p w14:paraId="0F1F69BC" w14:textId="567427B9" w:rsidR="00DF1E13" w:rsidRPr="007A2CE4" w:rsidRDefault="00231D38" w:rsidP="00994C72">
            <w:pPr>
              <w:widowControl/>
              <w:autoSpaceDE/>
              <w:autoSpaceDN/>
              <w:jc w:val="both"/>
              <w:rPr>
                <w:sz w:val="28"/>
                <w:szCs w:val="28"/>
                <w:lang w:val="kk-KZ"/>
              </w:rPr>
            </w:pPr>
            <w:r w:rsidRPr="007A2CE4">
              <w:rPr>
                <w:sz w:val="28"/>
                <w:szCs w:val="28"/>
                <w:lang w:val="kk-KZ"/>
              </w:rPr>
              <w:t>Жумагулов А.Б.</w:t>
            </w:r>
          </w:p>
        </w:tc>
        <w:tc>
          <w:tcPr>
            <w:tcW w:w="0" w:type="auto"/>
            <w:hideMark/>
          </w:tcPr>
          <w:p w14:paraId="43280273" w14:textId="0541ED0A" w:rsidR="00DF1E13" w:rsidRPr="007A2CE4" w:rsidRDefault="00231D38" w:rsidP="00994C72">
            <w:pPr>
              <w:widowControl/>
              <w:autoSpaceDE/>
              <w:autoSpaceDN/>
              <w:jc w:val="both"/>
              <w:rPr>
                <w:sz w:val="28"/>
                <w:szCs w:val="28"/>
                <w:lang w:val="kk-KZ"/>
              </w:rPr>
            </w:pPr>
            <w:r w:rsidRPr="007A2CE4">
              <w:rPr>
                <w:sz w:val="28"/>
                <w:szCs w:val="28"/>
                <w:lang w:val="kk-KZ"/>
              </w:rPr>
              <w:t>Қосымшы білім беру</w:t>
            </w:r>
          </w:p>
        </w:tc>
        <w:tc>
          <w:tcPr>
            <w:tcW w:w="0" w:type="auto"/>
            <w:hideMark/>
          </w:tcPr>
          <w:p w14:paraId="0DCABE2B" w14:textId="77777777" w:rsidR="00A65890" w:rsidRPr="007A2CE4" w:rsidRDefault="00A65890" w:rsidP="00994C72">
            <w:pPr>
              <w:widowControl/>
              <w:autoSpaceDE/>
              <w:autoSpaceDN/>
              <w:jc w:val="both"/>
              <w:rPr>
                <w:sz w:val="28"/>
                <w:szCs w:val="28"/>
                <w:lang w:val="kk-KZ"/>
              </w:rPr>
            </w:pPr>
            <w:r w:rsidRPr="007A2CE4">
              <w:rPr>
                <w:sz w:val="28"/>
                <w:szCs w:val="28"/>
                <w:lang w:val="kk-KZ"/>
              </w:rPr>
              <w:t>Академик Е.А.Бөкетов атындағы Қарағанды ұлттық зерттеу университеті Қазақ әдебиеті кафедрасы</w:t>
            </w:r>
          </w:p>
          <w:p w14:paraId="70F2D59C" w14:textId="35EE2866" w:rsidR="00DF1E13" w:rsidRPr="007A2CE4" w:rsidRDefault="00A65890" w:rsidP="00994C72">
            <w:pPr>
              <w:widowControl/>
              <w:autoSpaceDE/>
              <w:autoSpaceDN/>
              <w:jc w:val="both"/>
              <w:rPr>
                <w:sz w:val="28"/>
                <w:szCs w:val="28"/>
              </w:rPr>
            </w:pPr>
            <w:r w:rsidRPr="007A2CE4">
              <w:rPr>
                <w:sz w:val="28"/>
                <w:szCs w:val="28"/>
              </w:rPr>
              <w:t>Қауымдастырылған профессор, филология ғылымдарының кандидаты</w:t>
            </w:r>
          </w:p>
        </w:tc>
        <w:tc>
          <w:tcPr>
            <w:tcW w:w="0" w:type="auto"/>
            <w:hideMark/>
          </w:tcPr>
          <w:p w14:paraId="2EF9A7BA" w14:textId="753A9C70" w:rsidR="00DF1E13" w:rsidRPr="007A2CE4" w:rsidRDefault="00231D38" w:rsidP="00994C72">
            <w:pPr>
              <w:widowControl/>
              <w:autoSpaceDE/>
              <w:autoSpaceDN/>
              <w:jc w:val="both"/>
              <w:rPr>
                <w:sz w:val="28"/>
                <w:szCs w:val="28"/>
                <w:lang w:val="kk-KZ"/>
              </w:rPr>
            </w:pPr>
            <w:r w:rsidRPr="007A2CE4">
              <w:rPr>
                <w:sz w:val="28"/>
                <w:szCs w:val="28"/>
                <w:lang w:val="kk-KZ"/>
              </w:rPr>
              <w:t>0,5 бірлік</w:t>
            </w:r>
          </w:p>
        </w:tc>
      </w:tr>
    </w:tbl>
    <w:p w14:paraId="53E308BA" w14:textId="5B9E7EDD" w:rsidR="00DF1E13" w:rsidRPr="007A2CE4" w:rsidRDefault="00231D38" w:rsidP="00994C72">
      <w:pPr>
        <w:widowControl/>
        <w:autoSpaceDE/>
        <w:autoSpaceDN/>
        <w:spacing w:before="100" w:beforeAutospacing="1" w:after="100" w:afterAutospacing="1"/>
        <w:jc w:val="both"/>
        <w:outlineLvl w:val="2"/>
        <w:rPr>
          <w:b/>
          <w:bCs/>
          <w:sz w:val="28"/>
          <w:szCs w:val="28"/>
          <w:lang w:eastAsia="ru-RU"/>
        </w:rPr>
      </w:pPr>
      <w:r w:rsidRPr="007A2CE4">
        <w:rPr>
          <w:b/>
          <w:bCs/>
          <w:sz w:val="27"/>
          <w:szCs w:val="27"/>
          <w:lang w:val="kk-KZ" w:eastAsia="ru-RU"/>
        </w:rPr>
        <w:t>в)</w:t>
      </w:r>
      <w:r w:rsidR="00DF1E13" w:rsidRPr="007A2CE4">
        <w:rPr>
          <w:b/>
          <w:bCs/>
          <w:sz w:val="27"/>
          <w:szCs w:val="27"/>
          <w:lang w:eastAsia="ru-RU"/>
        </w:rPr>
        <w:t xml:space="preserve"> </w:t>
      </w:r>
      <w:r w:rsidR="00DF1E13" w:rsidRPr="007A2CE4">
        <w:rPr>
          <w:b/>
          <w:bCs/>
          <w:sz w:val="28"/>
          <w:szCs w:val="28"/>
          <w:lang w:eastAsia="ru-RU"/>
        </w:rPr>
        <w:t>Мектеп басшысының аттестаттаудан өтуі</w:t>
      </w:r>
    </w:p>
    <w:p w14:paraId="216A1C7C" w14:textId="59868563" w:rsidR="000F4209" w:rsidRPr="00780B99" w:rsidRDefault="00231D38" w:rsidP="00780B99">
      <w:pPr>
        <w:widowControl/>
        <w:autoSpaceDE/>
        <w:autoSpaceDN/>
        <w:spacing w:before="100" w:beforeAutospacing="1" w:after="100" w:afterAutospacing="1"/>
        <w:jc w:val="both"/>
        <w:rPr>
          <w:sz w:val="28"/>
          <w:szCs w:val="28"/>
          <w:lang w:eastAsia="ru-RU"/>
        </w:rPr>
      </w:pPr>
      <w:r w:rsidRPr="007A2CE4">
        <w:rPr>
          <w:sz w:val="28"/>
          <w:szCs w:val="28"/>
          <w:lang w:eastAsia="ru-RU"/>
        </w:rPr>
        <w:t xml:space="preserve"> «№14 мектеп-гимназиясы</w:t>
      </w:r>
      <w:r w:rsidR="00DF1E13" w:rsidRPr="007A2CE4">
        <w:rPr>
          <w:sz w:val="28"/>
          <w:szCs w:val="28"/>
          <w:lang w:eastAsia="ru-RU"/>
        </w:rPr>
        <w:t xml:space="preserve">» КММ директоры </w:t>
      </w:r>
      <w:r w:rsidRPr="007A2CE4">
        <w:rPr>
          <w:sz w:val="28"/>
          <w:szCs w:val="28"/>
          <w:lang w:val="kk-KZ" w:eastAsia="ru-RU"/>
        </w:rPr>
        <w:t>Аринов Орикбай Серикович</w:t>
      </w:r>
      <w:r w:rsidRPr="007A2CE4">
        <w:rPr>
          <w:sz w:val="28"/>
          <w:szCs w:val="28"/>
          <w:lang w:eastAsia="ru-RU"/>
        </w:rPr>
        <w:t xml:space="preserve"> жоғары білімі және 20</w:t>
      </w:r>
      <w:r w:rsidR="00DF1E13" w:rsidRPr="007A2CE4">
        <w:rPr>
          <w:sz w:val="28"/>
          <w:szCs w:val="28"/>
          <w:lang w:eastAsia="ru-RU"/>
        </w:rPr>
        <w:t xml:space="preserve"> жыл педагогикалық еңбек өтілі бар. Мектеп басшысы аттестаттау нәтижесінде «бірінші санатты басшы» біліктілік санатын алған.</w:t>
      </w:r>
    </w:p>
    <w:p w14:paraId="5924208D" w14:textId="6044BAAC" w:rsidR="00197680" w:rsidRPr="00231D38" w:rsidRDefault="00231D38" w:rsidP="00994C72">
      <w:pPr>
        <w:pStyle w:val="TableParagraph"/>
        <w:jc w:val="both"/>
        <w:rPr>
          <w:b/>
          <w:bCs/>
          <w:sz w:val="28"/>
          <w:szCs w:val="28"/>
          <w:lang w:val="kk-KZ" w:eastAsia="ru-RU"/>
        </w:rPr>
      </w:pPr>
      <w:r w:rsidRPr="00231D38">
        <w:rPr>
          <w:b/>
          <w:bCs/>
          <w:sz w:val="28"/>
          <w:szCs w:val="28"/>
          <w:lang w:val="kk-KZ" w:eastAsia="ru-RU"/>
        </w:rPr>
        <w:t>2.</w:t>
      </w:r>
      <w:r w:rsidR="00197680" w:rsidRPr="00231D38">
        <w:rPr>
          <w:b/>
          <w:bCs/>
          <w:sz w:val="28"/>
          <w:szCs w:val="28"/>
          <w:lang w:val="kk-KZ" w:eastAsia="ru-RU"/>
        </w:rPr>
        <w:t xml:space="preserve"> Педагогикалық шеберлік деңгейі бойынша</w:t>
      </w:r>
    </w:p>
    <w:p w14:paraId="4F41E80C" w14:textId="77777777" w:rsidR="00197680" w:rsidRPr="00231D38" w:rsidRDefault="00197680" w:rsidP="00994C72">
      <w:pPr>
        <w:pStyle w:val="TableParagraph"/>
        <w:jc w:val="both"/>
        <w:rPr>
          <w:b/>
          <w:bCs/>
          <w:sz w:val="28"/>
          <w:szCs w:val="28"/>
          <w:lang w:val="kk-KZ" w:eastAsia="ru-RU"/>
        </w:rPr>
      </w:pPr>
    </w:p>
    <w:tbl>
      <w:tblPr>
        <w:tblStyle w:val="12"/>
        <w:tblW w:w="10314" w:type="dxa"/>
        <w:tblLook w:val="04A0" w:firstRow="1" w:lastRow="0" w:firstColumn="1" w:lastColumn="0" w:noHBand="0" w:noVBand="1"/>
      </w:tblPr>
      <w:tblGrid>
        <w:gridCol w:w="3367"/>
        <w:gridCol w:w="2128"/>
        <w:gridCol w:w="2268"/>
        <w:gridCol w:w="2551"/>
      </w:tblGrid>
      <w:tr w:rsidR="00197680" w:rsidRPr="00231D38" w14:paraId="2DAC1B2C" w14:textId="77777777" w:rsidTr="00197680">
        <w:tc>
          <w:tcPr>
            <w:tcW w:w="0" w:type="auto"/>
            <w:hideMark/>
          </w:tcPr>
          <w:p w14:paraId="5A01B523" w14:textId="77777777" w:rsidR="00197680" w:rsidRPr="00231D38" w:rsidRDefault="00197680" w:rsidP="00994C72">
            <w:pPr>
              <w:pStyle w:val="TableParagraph"/>
              <w:jc w:val="both"/>
              <w:rPr>
                <w:b/>
                <w:bCs/>
                <w:sz w:val="28"/>
                <w:szCs w:val="28"/>
                <w:lang w:val="kk-KZ"/>
              </w:rPr>
            </w:pPr>
            <w:r w:rsidRPr="00231D38">
              <w:rPr>
                <w:b/>
                <w:bCs/>
                <w:sz w:val="28"/>
                <w:szCs w:val="28"/>
                <w:lang w:val="kk-KZ"/>
              </w:rPr>
              <w:t>Біліктілік санаты</w:t>
            </w:r>
          </w:p>
        </w:tc>
        <w:tc>
          <w:tcPr>
            <w:tcW w:w="2128" w:type="dxa"/>
            <w:hideMark/>
          </w:tcPr>
          <w:p w14:paraId="0E8ED97B" w14:textId="1ECE3500" w:rsidR="00197680" w:rsidRPr="00231D38" w:rsidRDefault="00197680" w:rsidP="00994C72">
            <w:pPr>
              <w:pStyle w:val="TableParagraph"/>
              <w:jc w:val="both"/>
              <w:rPr>
                <w:b/>
                <w:bCs/>
                <w:sz w:val="28"/>
                <w:szCs w:val="28"/>
                <w:lang w:val="kk-KZ"/>
              </w:rPr>
            </w:pPr>
            <w:r w:rsidRPr="00231D38">
              <w:rPr>
                <w:b/>
                <w:bCs/>
                <w:sz w:val="28"/>
                <w:szCs w:val="28"/>
                <w:lang w:val="kk-KZ"/>
              </w:rPr>
              <w:t>2024–2025</w:t>
            </w:r>
          </w:p>
        </w:tc>
        <w:tc>
          <w:tcPr>
            <w:tcW w:w="2268" w:type="dxa"/>
            <w:hideMark/>
          </w:tcPr>
          <w:p w14:paraId="193A0E64" w14:textId="7373D649" w:rsidR="00197680" w:rsidRPr="00231D38" w:rsidRDefault="00197680" w:rsidP="00994C72">
            <w:pPr>
              <w:pStyle w:val="TableParagraph"/>
              <w:jc w:val="both"/>
              <w:rPr>
                <w:b/>
                <w:bCs/>
                <w:sz w:val="28"/>
                <w:szCs w:val="28"/>
                <w:lang w:val="kk-KZ"/>
              </w:rPr>
            </w:pPr>
            <w:r w:rsidRPr="00231D38">
              <w:rPr>
                <w:b/>
                <w:bCs/>
                <w:sz w:val="28"/>
                <w:szCs w:val="28"/>
                <w:lang w:val="kk-KZ"/>
              </w:rPr>
              <w:t>2025–2026</w:t>
            </w:r>
          </w:p>
        </w:tc>
        <w:tc>
          <w:tcPr>
            <w:tcW w:w="2551" w:type="dxa"/>
            <w:hideMark/>
          </w:tcPr>
          <w:p w14:paraId="6346C979" w14:textId="47E7E290" w:rsidR="00197680" w:rsidRPr="00231D38" w:rsidRDefault="00197680" w:rsidP="00994C72">
            <w:pPr>
              <w:pStyle w:val="TableParagraph"/>
              <w:jc w:val="both"/>
              <w:rPr>
                <w:b/>
                <w:bCs/>
                <w:sz w:val="28"/>
                <w:szCs w:val="28"/>
                <w:lang w:val="kk-KZ"/>
              </w:rPr>
            </w:pPr>
            <w:r w:rsidRPr="00231D38">
              <w:rPr>
                <w:b/>
                <w:bCs/>
                <w:sz w:val="28"/>
                <w:szCs w:val="28"/>
                <w:lang w:val="kk-KZ"/>
              </w:rPr>
              <w:t>2026–2027</w:t>
            </w:r>
          </w:p>
        </w:tc>
      </w:tr>
      <w:tr w:rsidR="00197680" w:rsidRPr="00231D38" w14:paraId="597280EE" w14:textId="77777777" w:rsidTr="00197680">
        <w:tc>
          <w:tcPr>
            <w:tcW w:w="0" w:type="auto"/>
            <w:hideMark/>
          </w:tcPr>
          <w:p w14:paraId="3E9B3642" w14:textId="77777777" w:rsidR="00197680" w:rsidRPr="00231D38" w:rsidRDefault="00197680" w:rsidP="00994C72">
            <w:pPr>
              <w:pStyle w:val="TableParagraph"/>
              <w:jc w:val="both"/>
              <w:rPr>
                <w:sz w:val="28"/>
                <w:szCs w:val="28"/>
                <w:lang w:val="kk-KZ"/>
              </w:rPr>
            </w:pPr>
            <w:r w:rsidRPr="00231D38">
              <w:rPr>
                <w:sz w:val="28"/>
                <w:szCs w:val="28"/>
                <w:lang w:val="kk-KZ"/>
              </w:rPr>
              <w:t>Педагог-шебер</w:t>
            </w:r>
          </w:p>
        </w:tc>
        <w:tc>
          <w:tcPr>
            <w:tcW w:w="2128" w:type="dxa"/>
          </w:tcPr>
          <w:p w14:paraId="637D628F" w14:textId="3C0B129C" w:rsidR="00197680" w:rsidRPr="00231D38" w:rsidRDefault="004D4ECC" w:rsidP="00994C72">
            <w:pPr>
              <w:pStyle w:val="TableParagraph"/>
              <w:jc w:val="both"/>
              <w:rPr>
                <w:sz w:val="28"/>
                <w:szCs w:val="28"/>
                <w:lang w:val="kk-KZ"/>
              </w:rPr>
            </w:pPr>
            <w:r>
              <w:rPr>
                <w:sz w:val="28"/>
                <w:szCs w:val="28"/>
                <w:lang w:val="kk-KZ"/>
              </w:rPr>
              <w:t>0</w:t>
            </w:r>
          </w:p>
        </w:tc>
        <w:tc>
          <w:tcPr>
            <w:tcW w:w="2268" w:type="dxa"/>
          </w:tcPr>
          <w:p w14:paraId="5C3AE6F5" w14:textId="30A2B6EB" w:rsidR="00197680" w:rsidRPr="00DA7579" w:rsidRDefault="00694EFC" w:rsidP="00994C72">
            <w:pPr>
              <w:pStyle w:val="TableParagraph"/>
              <w:jc w:val="both"/>
              <w:rPr>
                <w:sz w:val="28"/>
                <w:szCs w:val="28"/>
                <w:lang w:val="kk-KZ"/>
              </w:rPr>
            </w:pPr>
            <w:r w:rsidRPr="00DA7579">
              <w:rPr>
                <w:sz w:val="28"/>
                <w:szCs w:val="28"/>
                <w:lang w:val="kk-KZ"/>
              </w:rPr>
              <w:t>0</w:t>
            </w:r>
          </w:p>
        </w:tc>
        <w:tc>
          <w:tcPr>
            <w:tcW w:w="2551" w:type="dxa"/>
          </w:tcPr>
          <w:p w14:paraId="5ABB2B21" w14:textId="3D86369D" w:rsidR="00197680" w:rsidRPr="00DA7579" w:rsidRDefault="00197680" w:rsidP="00994C72">
            <w:pPr>
              <w:pStyle w:val="TableParagraph"/>
              <w:jc w:val="both"/>
              <w:rPr>
                <w:sz w:val="28"/>
                <w:szCs w:val="28"/>
                <w:lang w:val="kk-KZ"/>
              </w:rPr>
            </w:pPr>
            <w:r w:rsidRPr="00DA7579">
              <w:rPr>
                <w:sz w:val="28"/>
                <w:szCs w:val="28"/>
                <w:lang w:val="kk-KZ"/>
              </w:rPr>
              <w:t>0</w:t>
            </w:r>
          </w:p>
        </w:tc>
      </w:tr>
      <w:tr w:rsidR="00197680" w:rsidRPr="00231D38" w14:paraId="10AE848B" w14:textId="77777777" w:rsidTr="00197680">
        <w:tc>
          <w:tcPr>
            <w:tcW w:w="0" w:type="auto"/>
            <w:hideMark/>
          </w:tcPr>
          <w:p w14:paraId="18C9128A" w14:textId="77777777" w:rsidR="00197680" w:rsidRPr="00231D38" w:rsidRDefault="00197680" w:rsidP="00994C72">
            <w:pPr>
              <w:pStyle w:val="TableParagraph"/>
              <w:jc w:val="both"/>
              <w:rPr>
                <w:sz w:val="28"/>
                <w:szCs w:val="28"/>
                <w:lang w:val="kk-KZ"/>
              </w:rPr>
            </w:pPr>
            <w:r w:rsidRPr="00231D38">
              <w:rPr>
                <w:sz w:val="28"/>
                <w:szCs w:val="28"/>
                <w:lang w:val="kk-KZ"/>
              </w:rPr>
              <w:t>Педагог-зерттеуші</w:t>
            </w:r>
          </w:p>
        </w:tc>
        <w:tc>
          <w:tcPr>
            <w:tcW w:w="2128" w:type="dxa"/>
          </w:tcPr>
          <w:p w14:paraId="74D8F712" w14:textId="3E792FA7" w:rsidR="00197680" w:rsidRPr="00231D38" w:rsidRDefault="004D4ECC" w:rsidP="00994C72">
            <w:pPr>
              <w:pStyle w:val="TableParagraph"/>
              <w:jc w:val="both"/>
              <w:rPr>
                <w:sz w:val="28"/>
                <w:szCs w:val="28"/>
                <w:lang w:val="kk-KZ"/>
              </w:rPr>
            </w:pPr>
            <w:r>
              <w:rPr>
                <w:sz w:val="28"/>
                <w:szCs w:val="28"/>
                <w:lang w:val="kk-KZ"/>
              </w:rPr>
              <w:t>14</w:t>
            </w:r>
          </w:p>
        </w:tc>
        <w:tc>
          <w:tcPr>
            <w:tcW w:w="2268" w:type="dxa"/>
          </w:tcPr>
          <w:p w14:paraId="428B5D8F" w14:textId="21CB5662" w:rsidR="00197680" w:rsidRPr="00DA7579" w:rsidRDefault="006D212D" w:rsidP="00994C72">
            <w:pPr>
              <w:pStyle w:val="TableParagraph"/>
              <w:jc w:val="both"/>
              <w:rPr>
                <w:sz w:val="28"/>
                <w:szCs w:val="28"/>
                <w:lang w:val="kk-KZ"/>
              </w:rPr>
            </w:pPr>
            <w:r w:rsidRPr="00DA7579">
              <w:rPr>
                <w:sz w:val="28"/>
                <w:szCs w:val="28"/>
                <w:lang w:val="kk-KZ"/>
              </w:rPr>
              <w:t>15</w:t>
            </w:r>
          </w:p>
        </w:tc>
        <w:tc>
          <w:tcPr>
            <w:tcW w:w="2551" w:type="dxa"/>
          </w:tcPr>
          <w:p w14:paraId="7790FFB4" w14:textId="70BF81DF" w:rsidR="00197680" w:rsidRPr="00DA7579" w:rsidRDefault="00197680" w:rsidP="00994C72">
            <w:pPr>
              <w:pStyle w:val="TableParagraph"/>
              <w:jc w:val="both"/>
              <w:rPr>
                <w:sz w:val="28"/>
                <w:szCs w:val="28"/>
                <w:lang w:val="kk-KZ"/>
              </w:rPr>
            </w:pPr>
            <w:r w:rsidRPr="00DA7579">
              <w:rPr>
                <w:sz w:val="28"/>
                <w:szCs w:val="28"/>
                <w:lang w:val="kk-KZ"/>
              </w:rPr>
              <w:t>14</w:t>
            </w:r>
          </w:p>
        </w:tc>
      </w:tr>
      <w:tr w:rsidR="00197680" w:rsidRPr="00197680" w14:paraId="565A577E" w14:textId="77777777" w:rsidTr="00197680">
        <w:tc>
          <w:tcPr>
            <w:tcW w:w="0" w:type="auto"/>
            <w:hideMark/>
          </w:tcPr>
          <w:p w14:paraId="121F8E8F" w14:textId="77777777" w:rsidR="00197680" w:rsidRPr="00231D38" w:rsidRDefault="00197680" w:rsidP="00994C72">
            <w:pPr>
              <w:pStyle w:val="TableParagraph"/>
              <w:jc w:val="both"/>
              <w:rPr>
                <w:sz w:val="28"/>
                <w:szCs w:val="28"/>
                <w:lang w:val="kk-KZ"/>
              </w:rPr>
            </w:pPr>
            <w:r w:rsidRPr="00231D38">
              <w:rPr>
                <w:sz w:val="28"/>
                <w:szCs w:val="28"/>
                <w:lang w:val="kk-KZ"/>
              </w:rPr>
              <w:t>Педагог-сарапшы</w:t>
            </w:r>
          </w:p>
        </w:tc>
        <w:tc>
          <w:tcPr>
            <w:tcW w:w="2128" w:type="dxa"/>
          </w:tcPr>
          <w:p w14:paraId="5FACB10E" w14:textId="377DB125" w:rsidR="00197680" w:rsidRPr="00231D38" w:rsidRDefault="004D4ECC" w:rsidP="00994C72">
            <w:pPr>
              <w:pStyle w:val="TableParagraph"/>
              <w:jc w:val="both"/>
              <w:rPr>
                <w:sz w:val="28"/>
                <w:szCs w:val="28"/>
                <w:lang w:val="kk-KZ"/>
              </w:rPr>
            </w:pPr>
            <w:r>
              <w:rPr>
                <w:sz w:val="28"/>
                <w:szCs w:val="28"/>
                <w:lang w:val="kk-KZ"/>
              </w:rPr>
              <w:t>20</w:t>
            </w:r>
          </w:p>
        </w:tc>
        <w:tc>
          <w:tcPr>
            <w:tcW w:w="2268" w:type="dxa"/>
          </w:tcPr>
          <w:p w14:paraId="7F114D42" w14:textId="04DC6A16" w:rsidR="00197680" w:rsidRPr="00DA7579" w:rsidRDefault="006D212D" w:rsidP="00994C72">
            <w:pPr>
              <w:pStyle w:val="TableParagraph"/>
              <w:jc w:val="both"/>
              <w:rPr>
                <w:sz w:val="28"/>
                <w:szCs w:val="28"/>
                <w:lang w:val="kk-KZ"/>
              </w:rPr>
            </w:pPr>
            <w:r w:rsidRPr="00DA7579">
              <w:rPr>
                <w:sz w:val="28"/>
                <w:szCs w:val="28"/>
                <w:lang w:val="kk-KZ"/>
              </w:rPr>
              <w:t>21</w:t>
            </w:r>
          </w:p>
        </w:tc>
        <w:tc>
          <w:tcPr>
            <w:tcW w:w="2551" w:type="dxa"/>
          </w:tcPr>
          <w:p w14:paraId="55CDE1C0" w14:textId="4040C2BA" w:rsidR="00197680" w:rsidRPr="00DA7579" w:rsidRDefault="00E5619F" w:rsidP="00994C72">
            <w:pPr>
              <w:pStyle w:val="TableParagraph"/>
              <w:jc w:val="both"/>
              <w:rPr>
                <w:sz w:val="28"/>
                <w:szCs w:val="28"/>
                <w:lang w:val="kk-KZ"/>
              </w:rPr>
            </w:pPr>
            <w:r>
              <w:rPr>
                <w:sz w:val="28"/>
                <w:szCs w:val="28"/>
                <w:lang w:val="kk-KZ"/>
              </w:rPr>
              <w:t>22 (</w:t>
            </w:r>
            <w:r w:rsidR="00197680" w:rsidRPr="00DA7579">
              <w:rPr>
                <w:sz w:val="28"/>
                <w:szCs w:val="28"/>
                <w:lang w:val="kk-KZ"/>
              </w:rPr>
              <w:t>1 қоса атқа</w:t>
            </w:r>
            <w:r w:rsidR="00197680" w:rsidRPr="00DA7579">
              <w:rPr>
                <w:sz w:val="28"/>
                <w:szCs w:val="28"/>
              </w:rPr>
              <w:t>рушы)</w:t>
            </w:r>
          </w:p>
        </w:tc>
      </w:tr>
      <w:tr w:rsidR="00197680" w:rsidRPr="00197680" w14:paraId="357ACB29" w14:textId="77777777" w:rsidTr="00197680">
        <w:tc>
          <w:tcPr>
            <w:tcW w:w="0" w:type="auto"/>
            <w:hideMark/>
          </w:tcPr>
          <w:p w14:paraId="62DB6752" w14:textId="77777777" w:rsidR="00197680" w:rsidRPr="00197680" w:rsidRDefault="00197680" w:rsidP="00994C72">
            <w:pPr>
              <w:pStyle w:val="TableParagraph"/>
              <w:jc w:val="both"/>
              <w:rPr>
                <w:sz w:val="28"/>
                <w:szCs w:val="28"/>
              </w:rPr>
            </w:pPr>
            <w:r w:rsidRPr="00197680">
              <w:rPr>
                <w:sz w:val="28"/>
                <w:szCs w:val="28"/>
              </w:rPr>
              <w:t>Педагог-модератор</w:t>
            </w:r>
          </w:p>
        </w:tc>
        <w:tc>
          <w:tcPr>
            <w:tcW w:w="2128" w:type="dxa"/>
          </w:tcPr>
          <w:p w14:paraId="161799DF" w14:textId="4A68EAA9" w:rsidR="00197680" w:rsidRPr="004D4ECC" w:rsidRDefault="004D4ECC" w:rsidP="00994C72">
            <w:pPr>
              <w:pStyle w:val="TableParagraph"/>
              <w:jc w:val="both"/>
              <w:rPr>
                <w:sz w:val="28"/>
                <w:szCs w:val="28"/>
                <w:lang w:val="kk-KZ"/>
              </w:rPr>
            </w:pPr>
            <w:r>
              <w:rPr>
                <w:sz w:val="28"/>
                <w:szCs w:val="28"/>
                <w:lang w:val="kk-KZ"/>
              </w:rPr>
              <w:t>20</w:t>
            </w:r>
          </w:p>
        </w:tc>
        <w:tc>
          <w:tcPr>
            <w:tcW w:w="2268" w:type="dxa"/>
          </w:tcPr>
          <w:p w14:paraId="2276B4C3" w14:textId="31FFB096" w:rsidR="00197680" w:rsidRPr="00DA7579" w:rsidRDefault="002C1E83" w:rsidP="00994C72">
            <w:pPr>
              <w:pStyle w:val="TableParagraph"/>
              <w:jc w:val="both"/>
              <w:rPr>
                <w:sz w:val="28"/>
                <w:szCs w:val="28"/>
                <w:lang w:val="kk-KZ"/>
              </w:rPr>
            </w:pPr>
            <w:r w:rsidRPr="00DA7579">
              <w:rPr>
                <w:sz w:val="28"/>
                <w:szCs w:val="28"/>
                <w:lang w:val="kk-KZ"/>
              </w:rPr>
              <w:t>22</w:t>
            </w:r>
          </w:p>
        </w:tc>
        <w:tc>
          <w:tcPr>
            <w:tcW w:w="2551" w:type="dxa"/>
          </w:tcPr>
          <w:p w14:paraId="3F0171E2" w14:textId="1A312147" w:rsidR="00197680" w:rsidRPr="00DA7579" w:rsidRDefault="007E2254" w:rsidP="00994C72">
            <w:pPr>
              <w:pStyle w:val="TableParagraph"/>
              <w:ind w:left="349" w:hanging="349"/>
              <w:jc w:val="both"/>
              <w:rPr>
                <w:sz w:val="28"/>
                <w:szCs w:val="28"/>
                <w:lang w:val="kk-KZ"/>
              </w:rPr>
            </w:pPr>
            <w:r w:rsidRPr="00DA7579">
              <w:rPr>
                <w:sz w:val="28"/>
                <w:szCs w:val="28"/>
                <w:lang w:val="kk-KZ"/>
              </w:rPr>
              <w:t>28</w:t>
            </w:r>
          </w:p>
        </w:tc>
      </w:tr>
      <w:tr w:rsidR="00197680" w:rsidRPr="00197680" w14:paraId="0E9AF581" w14:textId="77777777" w:rsidTr="00197680">
        <w:tc>
          <w:tcPr>
            <w:tcW w:w="0" w:type="auto"/>
            <w:hideMark/>
          </w:tcPr>
          <w:p w14:paraId="42D0B87D" w14:textId="77777777" w:rsidR="00197680" w:rsidRPr="00197680" w:rsidRDefault="00197680" w:rsidP="00994C72">
            <w:pPr>
              <w:pStyle w:val="TableParagraph"/>
              <w:jc w:val="both"/>
              <w:rPr>
                <w:sz w:val="28"/>
                <w:szCs w:val="28"/>
              </w:rPr>
            </w:pPr>
            <w:r w:rsidRPr="00197680">
              <w:rPr>
                <w:sz w:val="28"/>
                <w:szCs w:val="28"/>
              </w:rPr>
              <w:t>Педагог (санаты жоқ)</w:t>
            </w:r>
          </w:p>
        </w:tc>
        <w:tc>
          <w:tcPr>
            <w:tcW w:w="2128" w:type="dxa"/>
          </w:tcPr>
          <w:p w14:paraId="5C427005" w14:textId="5988FC86" w:rsidR="00197680" w:rsidRPr="004D4ECC" w:rsidRDefault="00E2396C" w:rsidP="00994C72">
            <w:pPr>
              <w:pStyle w:val="TableParagraph"/>
              <w:jc w:val="both"/>
              <w:rPr>
                <w:sz w:val="28"/>
                <w:szCs w:val="28"/>
                <w:lang w:val="kk-KZ"/>
              </w:rPr>
            </w:pPr>
            <w:r>
              <w:rPr>
                <w:sz w:val="28"/>
                <w:szCs w:val="28"/>
                <w:lang w:val="kk-KZ"/>
              </w:rPr>
              <w:t>13</w:t>
            </w:r>
          </w:p>
        </w:tc>
        <w:tc>
          <w:tcPr>
            <w:tcW w:w="2268" w:type="dxa"/>
          </w:tcPr>
          <w:p w14:paraId="7BD05D22" w14:textId="60B29A44" w:rsidR="00197680" w:rsidRPr="00DA7579" w:rsidRDefault="00417480" w:rsidP="00994C72">
            <w:pPr>
              <w:pStyle w:val="TableParagraph"/>
              <w:jc w:val="both"/>
              <w:rPr>
                <w:sz w:val="28"/>
                <w:szCs w:val="28"/>
                <w:lang w:val="kk-KZ"/>
              </w:rPr>
            </w:pPr>
            <w:r w:rsidRPr="00DA7579">
              <w:rPr>
                <w:sz w:val="28"/>
                <w:szCs w:val="28"/>
                <w:lang w:val="kk-KZ"/>
              </w:rPr>
              <w:t>16</w:t>
            </w:r>
          </w:p>
        </w:tc>
        <w:tc>
          <w:tcPr>
            <w:tcW w:w="2551" w:type="dxa"/>
          </w:tcPr>
          <w:p w14:paraId="0391E215" w14:textId="3B90D49D" w:rsidR="00197680" w:rsidRPr="00DA7579" w:rsidRDefault="007E2254" w:rsidP="00994C72">
            <w:pPr>
              <w:pStyle w:val="TableParagraph"/>
              <w:jc w:val="both"/>
              <w:rPr>
                <w:sz w:val="28"/>
                <w:szCs w:val="28"/>
                <w:lang w:val="kk-KZ"/>
              </w:rPr>
            </w:pPr>
            <w:r w:rsidRPr="00DA7579">
              <w:rPr>
                <w:sz w:val="28"/>
                <w:szCs w:val="28"/>
                <w:lang w:val="kk-KZ"/>
              </w:rPr>
              <w:t>13</w:t>
            </w:r>
          </w:p>
        </w:tc>
      </w:tr>
      <w:tr w:rsidR="00197680" w:rsidRPr="00197680" w14:paraId="51793602" w14:textId="77777777" w:rsidTr="00197680">
        <w:tc>
          <w:tcPr>
            <w:tcW w:w="0" w:type="auto"/>
            <w:hideMark/>
          </w:tcPr>
          <w:p w14:paraId="69C92057" w14:textId="77777777" w:rsidR="00197680" w:rsidRPr="00197680" w:rsidRDefault="00197680" w:rsidP="00994C72">
            <w:pPr>
              <w:pStyle w:val="TableParagraph"/>
              <w:jc w:val="both"/>
              <w:rPr>
                <w:sz w:val="28"/>
                <w:szCs w:val="28"/>
              </w:rPr>
            </w:pPr>
            <w:r w:rsidRPr="00197680">
              <w:rPr>
                <w:sz w:val="28"/>
                <w:szCs w:val="28"/>
              </w:rPr>
              <w:t>Жоғары санат</w:t>
            </w:r>
          </w:p>
        </w:tc>
        <w:tc>
          <w:tcPr>
            <w:tcW w:w="2128" w:type="dxa"/>
          </w:tcPr>
          <w:p w14:paraId="63EA9893" w14:textId="3AF81D5B" w:rsidR="00197680" w:rsidRPr="00332380" w:rsidRDefault="00332380" w:rsidP="00994C72">
            <w:pPr>
              <w:pStyle w:val="TableParagraph"/>
              <w:jc w:val="both"/>
              <w:rPr>
                <w:sz w:val="28"/>
                <w:szCs w:val="28"/>
                <w:lang w:val="kk-KZ"/>
              </w:rPr>
            </w:pPr>
            <w:r>
              <w:rPr>
                <w:sz w:val="28"/>
                <w:szCs w:val="28"/>
                <w:lang w:val="kk-KZ"/>
              </w:rPr>
              <w:t>0</w:t>
            </w:r>
          </w:p>
        </w:tc>
        <w:tc>
          <w:tcPr>
            <w:tcW w:w="2268" w:type="dxa"/>
          </w:tcPr>
          <w:p w14:paraId="39EC199E" w14:textId="3F55E4A3" w:rsidR="00197680" w:rsidRPr="00DA7579" w:rsidRDefault="00332380" w:rsidP="00994C72">
            <w:pPr>
              <w:pStyle w:val="TableParagraph"/>
              <w:jc w:val="both"/>
              <w:rPr>
                <w:sz w:val="28"/>
                <w:szCs w:val="28"/>
                <w:lang w:val="kk-KZ"/>
              </w:rPr>
            </w:pPr>
            <w:r w:rsidRPr="00DA7579">
              <w:rPr>
                <w:sz w:val="28"/>
                <w:szCs w:val="28"/>
                <w:lang w:val="kk-KZ"/>
              </w:rPr>
              <w:t>0</w:t>
            </w:r>
          </w:p>
        </w:tc>
        <w:tc>
          <w:tcPr>
            <w:tcW w:w="2551" w:type="dxa"/>
          </w:tcPr>
          <w:p w14:paraId="319F908D" w14:textId="38B3E88E" w:rsidR="00197680" w:rsidRPr="00DA7579" w:rsidRDefault="002437DA" w:rsidP="00994C72">
            <w:pPr>
              <w:pStyle w:val="TableParagraph"/>
              <w:jc w:val="both"/>
              <w:rPr>
                <w:sz w:val="28"/>
                <w:szCs w:val="28"/>
                <w:lang w:val="kk-KZ"/>
              </w:rPr>
            </w:pPr>
            <w:r w:rsidRPr="00DA7579">
              <w:rPr>
                <w:sz w:val="28"/>
                <w:szCs w:val="28"/>
                <w:lang w:val="kk-KZ"/>
              </w:rPr>
              <w:t>0</w:t>
            </w:r>
          </w:p>
        </w:tc>
      </w:tr>
      <w:tr w:rsidR="00197680" w:rsidRPr="00197680" w14:paraId="7A66C21B" w14:textId="77777777" w:rsidTr="00197680">
        <w:tc>
          <w:tcPr>
            <w:tcW w:w="0" w:type="auto"/>
            <w:hideMark/>
          </w:tcPr>
          <w:p w14:paraId="3219BAD3" w14:textId="77777777" w:rsidR="00197680" w:rsidRPr="00197680" w:rsidRDefault="00197680" w:rsidP="00994C72">
            <w:pPr>
              <w:pStyle w:val="TableParagraph"/>
              <w:jc w:val="both"/>
              <w:rPr>
                <w:sz w:val="28"/>
                <w:szCs w:val="28"/>
              </w:rPr>
            </w:pPr>
            <w:r w:rsidRPr="00197680">
              <w:rPr>
                <w:sz w:val="28"/>
                <w:szCs w:val="28"/>
              </w:rPr>
              <w:t>Бірінші санат</w:t>
            </w:r>
          </w:p>
        </w:tc>
        <w:tc>
          <w:tcPr>
            <w:tcW w:w="2128" w:type="dxa"/>
          </w:tcPr>
          <w:p w14:paraId="2021112A" w14:textId="763FC89D" w:rsidR="00197680" w:rsidRPr="00332380" w:rsidRDefault="00332380" w:rsidP="00994C72">
            <w:pPr>
              <w:pStyle w:val="TableParagraph"/>
              <w:jc w:val="both"/>
              <w:rPr>
                <w:sz w:val="28"/>
                <w:szCs w:val="28"/>
                <w:lang w:val="kk-KZ"/>
              </w:rPr>
            </w:pPr>
            <w:r>
              <w:rPr>
                <w:sz w:val="28"/>
                <w:szCs w:val="28"/>
                <w:lang w:val="kk-KZ"/>
              </w:rPr>
              <w:t>0</w:t>
            </w:r>
          </w:p>
        </w:tc>
        <w:tc>
          <w:tcPr>
            <w:tcW w:w="2268" w:type="dxa"/>
          </w:tcPr>
          <w:p w14:paraId="2F9C29F0" w14:textId="3571CFFD" w:rsidR="00197680" w:rsidRPr="00DA7579" w:rsidRDefault="00332380" w:rsidP="00994C72">
            <w:pPr>
              <w:pStyle w:val="TableParagraph"/>
              <w:jc w:val="both"/>
              <w:rPr>
                <w:sz w:val="28"/>
                <w:szCs w:val="28"/>
                <w:lang w:val="kk-KZ"/>
              </w:rPr>
            </w:pPr>
            <w:r w:rsidRPr="00DA7579">
              <w:rPr>
                <w:sz w:val="28"/>
                <w:szCs w:val="28"/>
                <w:lang w:val="kk-KZ"/>
              </w:rPr>
              <w:t>0</w:t>
            </w:r>
          </w:p>
        </w:tc>
        <w:tc>
          <w:tcPr>
            <w:tcW w:w="2551" w:type="dxa"/>
          </w:tcPr>
          <w:p w14:paraId="1501A013" w14:textId="0ADC495C" w:rsidR="00197680" w:rsidRPr="00DA7579" w:rsidRDefault="002437DA" w:rsidP="00994C72">
            <w:pPr>
              <w:pStyle w:val="TableParagraph"/>
              <w:jc w:val="both"/>
              <w:rPr>
                <w:sz w:val="28"/>
                <w:szCs w:val="28"/>
                <w:lang w:val="kk-KZ"/>
              </w:rPr>
            </w:pPr>
            <w:r w:rsidRPr="00DA7579">
              <w:rPr>
                <w:sz w:val="28"/>
                <w:szCs w:val="28"/>
                <w:lang w:val="kk-KZ"/>
              </w:rPr>
              <w:t>0</w:t>
            </w:r>
          </w:p>
        </w:tc>
      </w:tr>
      <w:tr w:rsidR="00197680" w:rsidRPr="00197680" w14:paraId="63C691AC" w14:textId="77777777" w:rsidTr="00197680">
        <w:tc>
          <w:tcPr>
            <w:tcW w:w="0" w:type="auto"/>
            <w:hideMark/>
          </w:tcPr>
          <w:p w14:paraId="53317168" w14:textId="77777777" w:rsidR="00197680" w:rsidRPr="00197680" w:rsidRDefault="00197680" w:rsidP="00994C72">
            <w:pPr>
              <w:pStyle w:val="TableParagraph"/>
              <w:jc w:val="both"/>
              <w:rPr>
                <w:sz w:val="28"/>
                <w:szCs w:val="28"/>
              </w:rPr>
            </w:pPr>
            <w:r w:rsidRPr="00197680">
              <w:rPr>
                <w:sz w:val="28"/>
                <w:szCs w:val="28"/>
              </w:rPr>
              <w:t>Екінші санат</w:t>
            </w:r>
          </w:p>
        </w:tc>
        <w:tc>
          <w:tcPr>
            <w:tcW w:w="2128" w:type="dxa"/>
          </w:tcPr>
          <w:p w14:paraId="2AD87654" w14:textId="6854E860" w:rsidR="00197680" w:rsidRPr="00332380" w:rsidRDefault="00332380" w:rsidP="00994C72">
            <w:pPr>
              <w:pStyle w:val="TableParagraph"/>
              <w:jc w:val="both"/>
              <w:rPr>
                <w:sz w:val="28"/>
                <w:szCs w:val="28"/>
                <w:lang w:val="kk-KZ"/>
              </w:rPr>
            </w:pPr>
            <w:r>
              <w:rPr>
                <w:sz w:val="28"/>
                <w:szCs w:val="28"/>
                <w:lang w:val="kk-KZ"/>
              </w:rPr>
              <w:t>0</w:t>
            </w:r>
          </w:p>
        </w:tc>
        <w:tc>
          <w:tcPr>
            <w:tcW w:w="2268" w:type="dxa"/>
          </w:tcPr>
          <w:p w14:paraId="4D403C4C" w14:textId="72D88778" w:rsidR="00197680" w:rsidRPr="00DA7579" w:rsidRDefault="00332380" w:rsidP="00994C72">
            <w:pPr>
              <w:pStyle w:val="TableParagraph"/>
              <w:jc w:val="both"/>
              <w:rPr>
                <w:sz w:val="28"/>
                <w:szCs w:val="28"/>
                <w:lang w:val="kk-KZ"/>
              </w:rPr>
            </w:pPr>
            <w:r w:rsidRPr="00DA7579">
              <w:rPr>
                <w:sz w:val="28"/>
                <w:szCs w:val="28"/>
                <w:lang w:val="kk-KZ"/>
              </w:rPr>
              <w:t>0</w:t>
            </w:r>
          </w:p>
        </w:tc>
        <w:tc>
          <w:tcPr>
            <w:tcW w:w="2551" w:type="dxa"/>
          </w:tcPr>
          <w:p w14:paraId="345609E6" w14:textId="191C080C" w:rsidR="00197680" w:rsidRPr="00DA7579" w:rsidRDefault="002437DA" w:rsidP="00994C72">
            <w:pPr>
              <w:pStyle w:val="TableParagraph"/>
              <w:jc w:val="both"/>
              <w:rPr>
                <w:sz w:val="28"/>
                <w:szCs w:val="28"/>
                <w:lang w:val="kk-KZ"/>
              </w:rPr>
            </w:pPr>
            <w:r w:rsidRPr="00DA7579">
              <w:rPr>
                <w:sz w:val="28"/>
                <w:szCs w:val="28"/>
                <w:lang w:val="kk-KZ"/>
              </w:rPr>
              <w:t>0</w:t>
            </w:r>
          </w:p>
        </w:tc>
      </w:tr>
      <w:tr w:rsidR="00197680" w:rsidRPr="00197680" w14:paraId="1F22E568" w14:textId="77777777" w:rsidTr="00197680">
        <w:tc>
          <w:tcPr>
            <w:tcW w:w="0" w:type="auto"/>
            <w:hideMark/>
          </w:tcPr>
          <w:p w14:paraId="53CF5A83" w14:textId="77777777" w:rsidR="00197680" w:rsidRPr="00197680" w:rsidRDefault="00197680" w:rsidP="00994C72">
            <w:pPr>
              <w:pStyle w:val="TableParagraph"/>
              <w:jc w:val="both"/>
              <w:rPr>
                <w:sz w:val="28"/>
                <w:szCs w:val="28"/>
              </w:rPr>
            </w:pPr>
            <w:r w:rsidRPr="00197680">
              <w:rPr>
                <w:sz w:val="28"/>
                <w:szCs w:val="28"/>
              </w:rPr>
              <w:t>Басшының үшінші санаты</w:t>
            </w:r>
          </w:p>
        </w:tc>
        <w:tc>
          <w:tcPr>
            <w:tcW w:w="2128" w:type="dxa"/>
          </w:tcPr>
          <w:p w14:paraId="54D02410" w14:textId="613A18FE" w:rsidR="00197680" w:rsidRPr="00332380" w:rsidRDefault="00332380" w:rsidP="00994C72">
            <w:pPr>
              <w:pStyle w:val="TableParagraph"/>
              <w:jc w:val="both"/>
              <w:rPr>
                <w:sz w:val="28"/>
                <w:szCs w:val="28"/>
                <w:lang w:val="kk-KZ"/>
              </w:rPr>
            </w:pPr>
            <w:r>
              <w:rPr>
                <w:sz w:val="28"/>
                <w:szCs w:val="28"/>
                <w:lang w:val="kk-KZ"/>
              </w:rPr>
              <w:t>3</w:t>
            </w:r>
          </w:p>
        </w:tc>
        <w:tc>
          <w:tcPr>
            <w:tcW w:w="2268" w:type="dxa"/>
          </w:tcPr>
          <w:p w14:paraId="500456CC" w14:textId="651DAF87" w:rsidR="00197680" w:rsidRPr="00DA7579" w:rsidRDefault="00332380" w:rsidP="00994C72">
            <w:pPr>
              <w:pStyle w:val="TableParagraph"/>
              <w:jc w:val="both"/>
              <w:rPr>
                <w:sz w:val="28"/>
                <w:szCs w:val="28"/>
                <w:lang w:val="kk-KZ"/>
              </w:rPr>
            </w:pPr>
            <w:r w:rsidRPr="00DA7579">
              <w:rPr>
                <w:sz w:val="28"/>
                <w:szCs w:val="28"/>
                <w:lang w:val="kk-KZ"/>
              </w:rPr>
              <w:t>1</w:t>
            </w:r>
          </w:p>
        </w:tc>
        <w:tc>
          <w:tcPr>
            <w:tcW w:w="2551" w:type="dxa"/>
          </w:tcPr>
          <w:p w14:paraId="5182B9E8" w14:textId="7FA788F7" w:rsidR="00197680" w:rsidRPr="00DA7579" w:rsidRDefault="002437DA" w:rsidP="00994C72">
            <w:pPr>
              <w:pStyle w:val="TableParagraph"/>
              <w:jc w:val="both"/>
              <w:rPr>
                <w:sz w:val="28"/>
                <w:szCs w:val="28"/>
                <w:lang w:val="kk-KZ"/>
              </w:rPr>
            </w:pPr>
            <w:r w:rsidRPr="00DA7579">
              <w:rPr>
                <w:sz w:val="28"/>
                <w:szCs w:val="28"/>
                <w:lang w:val="kk-KZ"/>
              </w:rPr>
              <w:t>1</w:t>
            </w:r>
          </w:p>
        </w:tc>
      </w:tr>
      <w:tr w:rsidR="00197680" w:rsidRPr="00197680" w14:paraId="232DF1E1" w14:textId="77777777" w:rsidTr="00197680">
        <w:tc>
          <w:tcPr>
            <w:tcW w:w="0" w:type="auto"/>
            <w:hideMark/>
          </w:tcPr>
          <w:p w14:paraId="18C77E61" w14:textId="77777777" w:rsidR="00197680" w:rsidRPr="00197680" w:rsidRDefault="00197680" w:rsidP="00994C72">
            <w:pPr>
              <w:pStyle w:val="TableParagraph"/>
              <w:jc w:val="both"/>
              <w:rPr>
                <w:sz w:val="28"/>
                <w:szCs w:val="28"/>
              </w:rPr>
            </w:pPr>
            <w:r w:rsidRPr="00197680">
              <w:rPr>
                <w:sz w:val="28"/>
                <w:szCs w:val="28"/>
              </w:rPr>
              <w:t>Басшының екінші санаты</w:t>
            </w:r>
          </w:p>
        </w:tc>
        <w:tc>
          <w:tcPr>
            <w:tcW w:w="2128" w:type="dxa"/>
          </w:tcPr>
          <w:p w14:paraId="38482089" w14:textId="06599867" w:rsidR="00197680" w:rsidRPr="00332380" w:rsidRDefault="00332380" w:rsidP="00994C72">
            <w:pPr>
              <w:pStyle w:val="TableParagraph"/>
              <w:jc w:val="both"/>
              <w:rPr>
                <w:sz w:val="28"/>
                <w:szCs w:val="28"/>
                <w:lang w:val="kk-KZ"/>
              </w:rPr>
            </w:pPr>
            <w:r>
              <w:rPr>
                <w:sz w:val="28"/>
                <w:szCs w:val="28"/>
                <w:lang w:val="kk-KZ"/>
              </w:rPr>
              <w:t>1</w:t>
            </w:r>
          </w:p>
        </w:tc>
        <w:tc>
          <w:tcPr>
            <w:tcW w:w="2268" w:type="dxa"/>
          </w:tcPr>
          <w:p w14:paraId="421504AE" w14:textId="678C4461" w:rsidR="00197680" w:rsidRPr="00DA7579" w:rsidRDefault="00332380" w:rsidP="00994C72">
            <w:pPr>
              <w:pStyle w:val="TableParagraph"/>
              <w:jc w:val="both"/>
              <w:rPr>
                <w:sz w:val="28"/>
                <w:szCs w:val="28"/>
                <w:lang w:val="kk-KZ"/>
              </w:rPr>
            </w:pPr>
            <w:r w:rsidRPr="00DA7579">
              <w:rPr>
                <w:sz w:val="28"/>
                <w:szCs w:val="28"/>
                <w:lang w:val="kk-KZ"/>
              </w:rPr>
              <w:t>4</w:t>
            </w:r>
          </w:p>
        </w:tc>
        <w:tc>
          <w:tcPr>
            <w:tcW w:w="2551" w:type="dxa"/>
          </w:tcPr>
          <w:p w14:paraId="3B616A0B" w14:textId="04A98AC7" w:rsidR="00197680" w:rsidRPr="00DA7579" w:rsidRDefault="002437DA" w:rsidP="00994C72">
            <w:pPr>
              <w:pStyle w:val="TableParagraph"/>
              <w:jc w:val="both"/>
              <w:rPr>
                <w:sz w:val="28"/>
                <w:szCs w:val="28"/>
                <w:lang w:val="kk-KZ"/>
              </w:rPr>
            </w:pPr>
            <w:r w:rsidRPr="00DA7579">
              <w:rPr>
                <w:sz w:val="28"/>
                <w:szCs w:val="28"/>
                <w:lang w:val="kk-KZ"/>
              </w:rPr>
              <w:t>4</w:t>
            </w:r>
          </w:p>
        </w:tc>
      </w:tr>
    </w:tbl>
    <w:p w14:paraId="73ECACF9" w14:textId="77777777" w:rsidR="0051012E" w:rsidRDefault="0051012E" w:rsidP="00994C72">
      <w:pPr>
        <w:pStyle w:val="TableParagraph"/>
        <w:jc w:val="both"/>
        <w:rPr>
          <w:sz w:val="28"/>
          <w:szCs w:val="28"/>
          <w:lang w:eastAsia="ru-RU"/>
        </w:rPr>
      </w:pPr>
    </w:p>
    <w:p w14:paraId="34A4FBF6" w14:textId="50441B25" w:rsidR="00197680" w:rsidRPr="00197680" w:rsidRDefault="00197680" w:rsidP="00994C72">
      <w:pPr>
        <w:pStyle w:val="TableParagraph"/>
        <w:jc w:val="both"/>
        <w:rPr>
          <w:sz w:val="28"/>
          <w:szCs w:val="28"/>
          <w:lang w:eastAsia="ru-RU"/>
        </w:rPr>
      </w:pPr>
      <w:r w:rsidRPr="00197680">
        <w:rPr>
          <w:sz w:val="28"/>
          <w:szCs w:val="28"/>
          <w:lang w:eastAsia="ru-RU"/>
        </w:rPr>
        <w:t xml:space="preserve">Талдау: Педагогикалық ұжымның жалпы саны шамалы ауытқулармен салыстырмалы түрде тұрақты сақталған. </w:t>
      </w:r>
    </w:p>
    <w:p w14:paraId="3862E130" w14:textId="06F36B3E" w:rsidR="00197680" w:rsidRPr="004D4ECC" w:rsidRDefault="00197680" w:rsidP="00994C72">
      <w:pPr>
        <w:pStyle w:val="TableParagraph"/>
        <w:jc w:val="both"/>
        <w:rPr>
          <w:sz w:val="28"/>
          <w:szCs w:val="28"/>
          <w:lang w:eastAsia="ru-RU"/>
        </w:rPr>
      </w:pPr>
      <w:r w:rsidRPr="00197680">
        <w:rPr>
          <w:sz w:val="28"/>
          <w:szCs w:val="28"/>
          <w:lang w:eastAsia="ru-RU"/>
        </w:rPr>
        <w:t>Педагог-модерато</w:t>
      </w:r>
      <w:r w:rsidR="006161B2">
        <w:rPr>
          <w:sz w:val="28"/>
          <w:szCs w:val="28"/>
          <w:lang w:eastAsia="ru-RU"/>
        </w:rPr>
        <w:t xml:space="preserve">рлар. Сандық динамикасы: </w:t>
      </w:r>
      <w:r w:rsidR="00E2396C">
        <w:rPr>
          <w:sz w:val="28"/>
          <w:szCs w:val="28"/>
          <w:lang w:eastAsia="ru-RU"/>
        </w:rPr>
        <w:t>20</w:t>
      </w:r>
      <w:r w:rsidR="006161B2" w:rsidRPr="004D4ECC">
        <w:rPr>
          <w:sz w:val="28"/>
          <w:szCs w:val="28"/>
          <w:lang w:eastAsia="ru-RU"/>
        </w:rPr>
        <w:t xml:space="preserve"> →</w:t>
      </w:r>
      <w:r w:rsidR="006161B2" w:rsidRPr="004D4ECC">
        <w:rPr>
          <w:sz w:val="28"/>
          <w:szCs w:val="28"/>
          <w:lang w:val="kk-KZ" w:eastAsia="ru-RU"/>
        </w:rPr>
        <w:t xml:space="preserve"> </w:t>
      </w:r>
      <w:r w:rsidR="007E2254" w:rsidRPr="004D4ECC">
        <w:rPr>
          <w:sz w:val="28"/>
          <w:szCs w:val="28"/>
          <w:lang w:eastAsia="ru-RU"/>
        </w:rPr>
        <w:t>22 → 28</w:t>
      </w:r>
      <w:r w:rsidRPr="004D4ECC">
        <w:rPr>
          <w:sz w:val="28"/>
          <w:szCs w:val="28"/>
          <w:lang w:eastAsia="ru-RU"/>
        </w:rPr>
        <w:t xml:space="preserve"> адам. Бұл педагогикалық ұжымдағы ең</w:t>
      </w:r>
      <w:r w:rsidR="006161B2" w:rsidRPr="004D4ECC">
        <w:rPr>
          <w:sz w:val="28"/>
          <w:szCs w:val="28"/>
          <w:lang w:eastAsia="ru-RU"/>
        </w:rPr>
        <w:t xml:space="preserve"> көп және өсу қарқыны жоғары</w:t>
      </w:r>
      <w:r w:rsidRPr="004D4ECC">
        <w:rPr>
          <w:sz w:val="28"/>
          <w:szCs w:val="28"/>
          <w:lang w:eastAsia="ru-RU"/>
        </w:rPr>
        <w:t xml:space="preserve">. Соңғы жылы олардың </w:t>
      </w:r>
      <w:r w:rsidR="00240292">
        <w:rPr>
          <w:sz w:val="28"/>
          <w:szCs w:val="28"/>
          <w:lang w:eastAsia="ru-RU"/>
        </w:rPr>
        <w:t>санының 6</w:t>
      </w:r>
      <w:r w:rsidRPr="004D4ECC">
        <w:rPr>
          <w:sz w:val="28"/>
          <w:szCs w:val="28"/>
          <w:lang w:eastAsia="ru-RU"/>
        </w:rPr>
        <w:t xml:space="preserve"> адамға артуы педагогтердің кәсіби құзыреттілігінің белсенді дамып келе жатқанын көрсетеді.</w:t>
      </w:r>
    </w:p>
    <w:p w14:paraId="4465B997" w14:textId="7113C17C" w:rsidR="00197680" w:rsidRPr="00197680" w:rsidRDefault="00197680" w:rsidP="00994C72">
      <w:pPr>
        <w:pStyle w:val="TableParagraph"/>
        <w:jc w:val="both"/>
        <w:rPr>
          <w:sz w:val="28"/>
          <w:szCs w:val="28"/>
          <w:lang w:eastAsia="ru-RU"/>
        </w:rPr>
      </w:pPr>
      <w:r w:rsidRPr="004D4ECC">
        <w:rPr>
          <w:sz w:val="28"/>
          <w:szCs w:val="28"/>
          <w:lang w:eastAsia="ru-RU"/>
        </w:rPr>
        <w:lastRenderedPageBreak/>
        <w:t>Педагог-зерттеуш</w:t>
      </w:r>
      <w:r w:rsidR="006161B2" w:rsidRPr="004D4ECC">
        <w:rPr>
          <w:sz w:val="28"/>
          <w:szCs w:val="28"/>
          <w:lang w:eastAsia="ru-RU"/>
        </w:rPr>
        <w:t xml:space="preserve">ілер. Сандық динамикасы: </w:t>
      </w:r>
      <w:r w:rsidR="004D4ECC" w:rsidRPr="004D4ECC">
        <w:rPr>
          <w:sz w:val="28"/>
          <w:szCs w:val="28"/>
          <w:lang w:eastAsia="ru-RU"/>
        </w:rPr>
        <w:t>14</w:t>
      </w:r>
      <w:r w:rsidR="006161B2">
        <w:rPr>
          <w:sz w:val="28"/>
          <w:szCs w:val="28"/>
          <w:lang w:eastAsia="ru-RU"/>
        </w:rPr>
        <w:t xml:space="preserve"> → </w:t>
      </w:r>
      <w:r w:rsidR="007E2254" w:rsidRPr="004D4ECC">
        <w:rPr>
          <w:sz w:val="28"/>
          <w:szCs w:val="28"/>
          <w:lang w:eastAsia="ru-RU"/>
        </w:rPr>
        <w:t>15</w:t>
      </w:r>
      <w:r w:rsidR="006161B2" w:rsidRPr="004D4ECC">
        <w:rPr>
          <w:sz w:val="28"/>
          <w:szCs w:val="28"/>
          <w:lang w:eastAsia="ru-RU"/>
        </w:rPr>
        <w:t xml:space="preserve"> → 1</w:t>
      </w:r>
      <w:r w:rsidRPr="004D4ECC">
        <w:rPr>
          <w:sz w:val="28"/>
          <w:szCs w:val="28"/>
          <w:lang w:eastAsia="ru-RU"/>
        </w:rPr>
        <w:t>4</w:t>
      </w:r>
      <w:r w:rsidRPr="00197680">
        <w:rPr>
          <w:sz w:val="28"/>
          <w:szCs w:val="28"/>
          <w:lang w:eastAsia="ru-RU"/>
        </w:rPr>
        <w:t xml:space="preserve"> адам. Бұл көрсеткіш аздаған төмендеумен салыстырмалы тұрақтылықты көрсетеді. Аталған топ зерттеу, жобалау, эксперименттік қызметпен және инновацияларды енгізумен айналысатын педагогтердің тұрақты кәсіби негізін құрайды.</w:t>
      </w:r>
    </w:p>
    <w:p w14:paraId="0D8DB6D1" w14:textId="6CE2A134" w:rsidR="00197680" w:rsidRPr="00197680" w:rsidRDefault="00197680" w:rsidP="00994C72">
      <w:pPr>
        <w:pStyle w:val="TableParagraph"/>
        <w:jc w:val="both"/>
        <w:rPr>
          <w:sz w:val="28"/>
          <w:szCs w:val="28"/>
          <w:lang w:eastAsia="ru-RU"/>
        </w:rPr>
      </w:pPr>
      <w:r w:rsidRPr="00197680">
        <w:rPr>
          <w:sz w:val="28"/>
          <w:szCs w:val="28"/>
          <w:lang w:eastAsia="ru-RU"/>
        </w:rPr>
        <w:t>Педагог-сарапш</w:t>
      </w:r>
      <w:r w:rsidR="006161B2">
        <w:rPr>
          <w:sz w:val="28"/>
          <w:szCs w:val="28"/>
          <w:lang w:eastAsia="ru-RU"/>
        </w:rPr>
        <w:t xml:space="preserve">ылар. Сандық динамикасы: </w:t>
      </w:r>
      <w:r w:rsidR="004D4ECC" w:rsidRPr="004D4ECC">
        <w:rPr>
          <w:sz w:val="28"/>
          <w:szCs w:val="28"/>
          <w:lang w:eastAsia="ru-RU"/>
        </w:rPr>
        <w:t>20</w:t>
      </w:r>
      <w:r w:rsidR="006161B2">
        <w:rPr>
          <w:sz w:val="28"/>
          <w:szCs w:val="28"/>
          <w:lang w:eastAsia="ru-RU"/>
        </w:rPr>
        <w:t xml:space="preserve"> → </w:t>
      </w:r>
      <w:r w:rsidR="006161B2" w:rsidRPr="004D4ECC">
        <w:rPr>
          <w:sz w:val="28"/>
          <w:szCs w:val="28"/>
          <w:lang w:eastAsia="ru-RU"/>
        </w:rPr>
        <w:t>21 → 22</w:t>
      </w:r>
      <w:r w:rsidR="007A2CE4">
        <w:rPr>
          <w:sz w:val="28"/>
          <w:szCs w:val="28"/>
          <w:lang w:eastAsia="ru-RU"/>
        </w:rPr>
        <w:t xml:space="preserve"> адам. Бұл санат бойынша о</w:t>
      </w:r>
      <w:r w:rsidR="007A2CE4">
        <w:rPr>
          <w:sz w:val="28"/>
          <w:szCs w:val="28"/>
          <w:lang w:val="kk-KZ" w:eastAsia="ru-RU"/>
        </w:rPr>
        <w:t>ң</w:t>
      </w:r>
      <w:r w:rsidRPr="00197680">
        <w:rPr>
          <w:sz w:val="28"/>
          <w:szCs w:val="28"/>
          <w:lang w:eastAsia="ru-RU"/>
        </w:rPr>
        <w:t xml:space="preserve"> динамика байқалады. </w:t>
      </w:r>
    </w:p>
    <w:p w14:paraId="10AB250E" w14:textId="77777777" w:rsidR="00197680" w:rsidRPr="00197680" w:rsidRDefault="00197680" w:rsidP="00994C72">
      <w:pPr>
        <w:pStyle w:val="TableParagraph"/>
        <w:jc w:val="both"/>
        <w:rPr>
          <w:sz w:val="28"/>
          <w:szCs w:val="28"/>
          <w:lang w:eastAsia="ru-RU"/>
        </w:rPr>
      </w:pPr>
      <w:r w:rsidRPr="00197680">
        <w:rPr>
          <w:sz w:val="28"/>
          <w:szCs w:val="28"/>
          <w:lang w:eastAsia="ru-RU"/>
        </w:rPr>
        <w:t>Негізгі себептері:</w:t>
      </w:r>
    </w:p>
    <w:p w14:paraId="10B9353F" w14:textId="77777777" w:rsidR="00197680" w:rsidRPr="00197680" w:rsidRDefault="00197680" w:rsidP="00994C72">
      <w:pPr>
        <w:pStyle w:val="TableParagraph"/>
        <w:jc w:val="both"/>
        <w:rPr>
          <w:sz w:val="28"/>
          <w:szCs w:val="28"/>
          <w:lang w:eastAsia="ru-RU"/>
        </w:rPr>
      </w:pPr>
      <w:r w:rsidRPr="00197680">
        <w:rPr>
          <w:sz w:val="28"/>
          <w:szCs w:val="28"/>
          <w:lang w:eastAsia="ru-RU"/>
        </w:rPr>
        <w:t>педагогтердің бір бөлігінің «педагог-модератор» санатына ауысуы;</w:t>
      </w:r>
    </w:p>
    <w:p w14:paraId="2C3C7D57" w14:textId="77777777" w:rsidR="00197680" w:rsidRPr="00197680" w:rsidRDefault="00197680" w:rsidP="00994C72">
      <w:pPr>
        <w:pStyle w:val="TableParagraph"/>
        <w:jc w:val="both"/>
        <w:rPr>
          <w:sz w:val="28"/>
          <w:szCs w:val="28"/>
          <w:lang w:eastAsia="ru-RU"/>
        </w:rPr>
      </w:pPr>
      <w:r w:rsidRPr="00197680">
        <w:rPr>
          <w:sz w:val="28"/>
          <w:szCs w:val="28"/>
          <w:lang w:eastAsia="ru-RU"/>
        </w:rPr>
        <w:t>«педагог-сарапшы» санатын алу және растау талаптарының күшейтілуі, кейбір педагогтердің аталған талаптарды орындай алмауы.</w:t>
      </w:r>
    </w:p>
    <w:p w14:paraId="27A14913" w14:textId="4E886549" w:rsidR="00197680" w:rsidRPr="00197680" w:rsidRDefault="00197680" w:rsidP="00994C72">
      <w:pPr>
        <w:pStyle w:val="TableParagraph"/>
        <w:jc w:val="both"/>
        <w:rPr>
          <w:sz w:val="28"/>
          <w:szCs w:val="28"/>
          <w:lang w:eastAsia="ru-RU"/>
        </w:rPr>
      </w:pPr>
      <w:r w:rsidRPr="00197680">
        <w:rPr>
          <w:sz w:val="28"/>
          <w:szCs w:val="28"/>
          <w:lang w:eastAsia="ru-RU"/>
        </w:rPr>
        <w:t>Біліктілік санаты жоқ педаго</w:t>
      </w:r>
      <w:r w:rsidR="007A2CE4">
        <w:rPr>
          <w:sz w:val="28"/>
          <w:szCs w:val="28"/>
          <w:lang w:eastAsia="ru-RU"/>
        </w:rPr>
        <w:t xml:space="preserve">гтер. Сандық динамикасы: </w:t>
      </w:r>
      <w:r w:rsidR="00E2396C">
        <w:rPr>
          <w:sz w:val="28"/>
          <w:szCs w:val="28"/>
          <w:lang w:eastAsia="ru-RU"/>
        </w:rPr>
        <w:t>13</w:t>
      </w:r>
      <w:r w:rsidR="004D4ECC" w:rsidRPr="004D4ECC">
        <w:rPr>
          <w:sz w:val="28"/>
          <w:szCs w:val="28"/>
          <w:lang w:eastAsia="ru-RU"/>
        </w:rPr>
        <w:t xml:space="preserve"> → 16</w:t>
      </w:r>
      <w:r w:rsidR="007A2CE4" w:rsidRPr="004D4ECC">
        <w:rPr>
          <w:sz w:val="28"/>
          <w:szCs w:val="28"/>
          <w:lang w:eastAsia="ru-RU"/>
        </w:rPr>
        <w:t xml:space="preserve"> → 13</w:t>
      </w:r>
      <w:r w:rsidRPr="00197680">
        <w:rPr>
          <w:sz w:val="28"/>
          <w:szCs w:val="28"/>
          <w:lang w:eastAsia="ru-RU"/>
        </w:rPr>
        <w:t xml:space="preserve"> адам. Бұл топтың тұрақты қысқаруы педагогтердің кәсіби дамуын қамтамасыз ету жүйесінің тиімділігін көрсетеді. Жас мамандар мен жаңадан қабылданған педагогтер аттестаттаудан өтіп, біліктілік санаттарын алуда.</w:t>
      </w:r>
    </w:p>
    <w:p w14:paraId="3DF94807" w14:textId="2599CE28" w:rsidR="004D438A" w:rsidRPr="00E2396C" w:rsidRDefault="00197680" w:rsidP="00E2396C">
      <w:pPr>
        <w:pStyle w:val="TableParagraph"/>
        <w:jc w:val="both"/>
        <w:rPr>
          <w:sz w:val="28"/>
          <w:szCs w:val="28"/>
          <w:lang w:eastAsia="ru-RU"/>
        </w:rPr>
      </w:pPr>
      <w:r w:rsidRPr="00197680">
        <w:rPr>
          <w:sz w:val="28"/>
          <w:szCs w:val="28"/>
          <w:lang w:eastAsia="ru-RU"/>
        </w:rPr>
        <w:t>Үш жыл ішінде</w:t>
      </w:r>
      <w:r w:rsidR="00E2396C">
        <w:rPr>
          <w:sz w:val="28"/>
          <w:szCs w:val="28"/>
          <w:lang w:eastAsia="ru-RU"/>
        </w:rPr>
        <w:t xml:space="preserve"> санаты жоқ педагогтер санының 4</w:t>
      </w:r>
      <w:r w:rsidRPr="00197680">
        <w:rPr>
          <w:sz w:val="28"/>
          <w:szCs w:val="28"/>
          <w:lang w:eastAsia="ru-RU"/>
        </w:rPr>
        <w:t xml:space="preserve"> адамға қысқаруы мектепте жас мамандарды бейімдеу және тәлімгерлік жүйесінің тиімді ұйымдастырылғанын көрсетеді.</w:t>
      </w:r>
    </w:p>
    <w:p w14:paraId="1F4D064B" w14:textId="67CE4E91" w:rsidR="004D438A" w:rsidRPr="006161B2" w:rsidRDefault="006161B2" w:rsidP="00994C72">
      <w:pPr>
        <w:pStyle w:val="a8"/>
        <w:jc w:val="both"/>
        <w:rPr>
          <w:rFonts w:ascii="Times New Roman" w:hAnsi="Times New Roman" w:cs="Times New Roman"/>
          <w:b/>
          <w:i/>
          <w:iCs/>
          <w:sz w:val="28"/>
          <w:szCs w:val="28"/>
          <w:lang w:val="kk-KZ"/>
        </w:rPr>
      </w:pPr>
      <w:r>
        <w:rPr>
          <w:rFonts w:ascii="Times New Roman" w:hAnsi="Times New Roman" w:cs="Times New Roman"/>
          <w:b/>
          <w:i/>
          <w:iCs/>
          <w:sz w:val="28"/>
          <w:szCs w:val="28"/>
          <w:lang w:val="kk-KZ"/>
        </w:rPr>
        <w:t xml:space="preserve"> </w:t>
      </w:r>
    </w:p>
    <w:p w14:paraId="0EE82F44" w14:textId="651DDCEF" w:rsidR="002C1E83" w:rsidRPr="007A2CE4" w:rsidRDefault="002C1E83" w:rsidP="00994C72">
      <w:pPr>
        <w:pStyle w:val="TableParagraph"/>
        <w:jc w:val="both"/>
        <w:rPr>
          <w:b/>
          <w:sz w:val="28"/>
          <w:szCs w:val="28"/>
          <w:lang w:val="kk-KZ" w:eastAsia="ru-RU"/>
        </w:rPr>
      </w:pPr>
      <w:r w:rsidRPr="007A2CE4">
        <w:rPr>
          <w:b/>
          <w:sz w:val="28"/>
          <w:szCs w:val="28"/>
          <w:lang w:val="kk-KZ" w:eastAsia="ru-RU"/>
        </w:rPr>
        <w:t>2026-2027 оқу жылында біліктілік санаты жоқ педагогтер туралы мәліметтер және талдау.</w:t>
      </w:r>
    </w:p>
    <w:p w14:paraId="7C6A0AE2" w14:textId="3B1F80BF" w:rsidR="002C1E83" w:rsidRPr="007A2CE4" w:rsidRDefault="002C1E83" w:rsidP="00994C72">
      <w:pPr>
        <w:pStyle w:val="TableParagraph"/>
        <w:jc w:val="both"/>
        <w:rPr>
          <w:sz w:val="28"/>
          <w:szCs w:val="28"/>
          <w:lang w:val="kk-KZ" w:eastAsia="ru-RU"/>
        </w:rPr>
      </w:pPr>
      <w:r w:rsidRPr="007A2CE4">
        <w:rPr>
          <w:sz w:val="28"/>
          <w:szCs w:val="28"/>
          <w:lang w:val="kk-KZ" w:eastAsia="ru-RU"/>
        </w:rPr>
        <w:t>Біліктілік санаты ж</w:t>
      </w:r>
      <w:r w:rsidR="00240292">
        <w:rPr>
          <w:sz w:val="28"/>
          <w:szCs w:val="28"/>
          <w:lang w:val="kk-KZ" w:eastAsia="ru-RU"/>
        </w:rPr>
        <w:t>оқ педагогтердің жалпы саны – 13</w:t>
      </w:r>
      <w:r w:rsidRPr="007A2CE4">
        <w:rPr>
          <w:sz w:val="28"/>
          <w:szCs w:val="28"/>
          <w:lang w:val="kk-KZ" w:eastAsia="ru-RU"/>
        </w:rPr>
        <w:t xml:space="preserve"> адам. Оның ішінде:</w:t>
      </w:r>
    </w:p>
    <w:p w14:paraId="0B306F60" w14:textId="185125E9" w:rsidR="002C1E83" w:rsidRPr="007A2CE4" w:rsidRDefault="002C1E83" w:rsidP="00387B16">
      <w:pPr>
        <w:pStyle w:val="TableParagraph"/>
        <w:jc w:val="both"/>
        <w:rPr>
          <w:sz w:val="28"/>
          <w:szCs w:val="28"/>
          <w:lang w:val="kk-KZ" w:eastAsia="ru-RU"/>
        </w:rPr>
      </w:pPr>
      <w:r w:rsidRPr="007A2CE4">
        <w:rPr>
          <w:sz w:val="28"/>
          <w:szCs w:val="28"/>
          <w:lang w:val="kk-KZ" w:eastAsia="ru-RU"/>
        </w:rPr>
        <w:t>1. Аттестаттау рәсіміне қатысып, мәлімделген «педагог-модератор» біліктілік санатын ала алмаған педагогтер – 2 адам пилоттық жоба бойынша өтетін болды.</w:t>
      </w:r>
    </w:p>
    <w:p w14:paraId="71A5B40B" w14:textId="135C5037" w:rsidR="002C1E83" w:rsidRPr="007A2CE4" w:rsidRDefault="002C1E83" w:rsidP="00387B16">
      <w:pPr>
        <w:pStyle w:val="TableParagraph"/>
        <w:jc w:val="both"/>
        <w:rPr>
          <w:sz w:val="28"/>
          <w:szCs w:val="28"/>
          <w:lang w:val="kk-KZ" w:eastAsia="ru-RU"/>
        </w:rPr>
      </w:pPr>
      <w:r w:rsidRPr="007A2CE4">
        <w:rPr>
          <w:sz w:val="28"/>
          <w:szCs w:val="28"/>
          <w:lang w:val="kk-KZ" w:eastAsia="ru-RU"/>
        </w:rPr>
        <w:t>Айтқожина Ш.М.</w:t>
      </w:r>
    </w:p>
    <w:p w14:paraId="577E07C0" w14:textId="4601CC16" w:rsidR="002C1E83" w:rsidRPr="007A2CE4" w:rsidRDefault="002C1E83" w:rsidP="00387B16">
      <w:pPr>
        <w:pStyle w:val="TableParagraph"/>
        <w:jc w:val="both"/>
        <w:rPr>
          <w:sz w:val="28"/>
          <w:szCs w:val="28"/>
          <w:lang w:val="kk-KZ" w:eastAsia="ru-RU"/>
        </w:rPr>
      </w:pPr>
      <w:r w:rsidRPr="007A2CE4">
        <w:rPr>
          <w:sz w:val="28"/>
          <w:szCs w:val="28"/>
          <w:lang w:val="kk-KZ" w:eastAsia="ru-RU"/>
        </w:rPr>
        <w:t>Сыздыкова А.Ш.</w:t>
      </w:r>
    </w:p>
    <w:p w14:paraId="1C698FF0" w14:textId="2DCF94E3" w:rsidR="002C1E83" w:rsidRPr="007A2CE4" w:rsidRDefault="00387B16" w:rsidP="00387B16">
      <w:pPr>
        <w:pStyle w:val="TableParagraph"/>
        <w:jc w:val="both"/>
        <w:rPr>
          <w:sz w:val="28"/>
          <w:szCs w:val="28"/>
          <w:lang w:val="kk-KZ" w:eastAsia="ru-RU"/>
        </w:rPr>
      </w:pPr>
      <w:r>
        <w:rPr>
          <w:sz w:val="28"/>
          <w:szCs w:val="28"/>
          <w:lang w:val="kk-KZ" w:eastAsia="ru-RU"/>
        </w:rPr>
        <w:t xml:space="preserve">            </w:t>
      </w:r>
      <w:r w:rsidR="002C1E83" w:rsidRPr="007A2CE4">
        <w:rPr>
          <w:sz w:val="28"/>
          <w:szCs w:val="28"/>
          <w:lang w:val="kk-KZ" w:eastAsia="ru-RU"/>
        </w:rPr>
        <w:t>Педагогикалық еңбек ө</w:t>
      </w:r>
      <w:r w:rsidR="00F31867" w:rsidRPr="007A2CE4">
        <w:rPr>
          <w:sz w:val="28"/>
          <w:szCs w:val="28"/>
          <w:lang w:val="kk-KZ" w:eastAsia="ru-RU"/>
        </w:rPr>
        <w:t>тілі 3 жылдан кем педагогтер – 5</w:t>
      </w:r>
      <w:r w:rsidR="002C1E83" w:rsidRPr="007A2CE4">
        <w:rPr>
          <w:sz w:val="28"/>
          <w:szCs w:val="28"/>
          <w:lang w:val="kk-KZ" w:eastAsia="ru-RU"/>
        </w:rPr>
        <w:t xml:space="preserve"> адам:</w:t>
      </w:r>
    </w:p>
    <w:p w14:paraId="18C3BD49" w14:textId="6C17834E" w:rsidR="002C1E83" w:rsidRPr="007A2CE4" w:rsidRDefault="00F31867" w:rsidP="00387B16">
      <w:pPr>
        <w:pStyle w:val="TableParagraph"/>
        <w:jc w:val="both"/>
        <w:rPr>
          <w:sz w:val="28"/>
          <w:szCs w:val="28"/>
          <w:lang w:val="kk-KZ" w:eastAsia="ru-RU"/>
        </w:rPr>
      </w:pPr>
      <w:r w:rsidRPr="007A2CE4">
        <w:rPr>
          <w:sz w:val="28"/>
          <w:szCs w:val="28"/>
          <w:lang w:val="kk-KZ" w:eastAsia="ru-RU"/>
        </w:rPr>
        <w:t>Абдугалиева Ф.Д. педагог-ассистент 2025 жылдан бастап 1 жыл жұмыс істеді</w:t>
      </w:r>
      <w:r w:rsidR="002C1E83" w:rsidRPr="007A2CE4">
        <w:rPr>
          <w:sz w:val="28"/>
          <w:szCs w:val="28"/>
          <w:lang w:val="kk-KZ" w:eastAsia="ru-RU"/>
        </w:rPr>
        <w:t xml:space="preserve"> </w:t>
      </w:r>
    </w:p>
    <w:p w14:paraId="28415DDB" w14:textId="40982C09" w:rsidR="002C1E83" w:rsidRPr="007A2CE4" w:rsidRDefault="00F31867" w:rsidP="00387B16">
      <w:pPr>
        <w:pStyle w:val="TableParagraph"/>
        <w:jc w:val="both"/>
        <w:rPr>
          <w:sz w:val="28"/>
          <w:szCs w:val="28"/>
          <w:lang w:val="kk-KZ" w:eastAsia="ru-RU"/>
        </w:rPr>
      </w:pPr>
      <w:r w:rsidRPr="007A2CE4">
        <w:rPr>
          <w:sz w:val="28"/>
          <w:szCs w:val="28"/>
          <w:lang w:val="kk-KZ" w:eastAsia="ru-RU"/>
        </w:rPr>
        <w:t xml:space="preserve">Аманбай А.Ж. көркем еңбек мұғалімі 2026 жылы сәуір айынан бастап жұмысқа кірді. Еңбек өтілі </w:t>
      </w:r>
      <w:r w:rsidR="0004056C" w:rsidRPr="007A2CE4">
        <w:rPr>
          <w:sz w:val="28"/>
          <w:szCs w:val="28"/>
          <w:lang w:val="kk-KZ" w:eastAsia="ru-RU"/>
        </w:rPr>
        <w:t>4 ай</w:t>
      </w:r>
    </w:p>
    <w:p w14:paraId="4A6A9B72" w14:textId="05DC12B9" w:rsidR="00F31867" w:rsidRPr="007A2CE4" w:rsidRDefault="00F31867" w:rsidP="00387B16">
      <w:pPr>
        <w:pStyle w:val="TableParagraph"/>
        <w:jc w:val="both"/>
        <w:rPr>
          <w:sz w:val="28"/>
          <w:szCs w:val="28"/>
          <w:lang w:val="kk-KZ" w:eastAsia="ru-RU"/>
        </w:rPr>
      </w:pPr>
      <w:r w:rsidRPr="007A2CE4">
        <w:rPr>
          <w:sz w:val="28"/>
          <w:szCs w:val="28"/>
          <w:lang w:val="kk-KZ" w:eastAsia="ru-RU"/>
        </w:rPr>
        <w:t>Кошенова Ш.Т. қазақ тілі мұғалімі 2025 жылдың қараша айынан бастап жұмысқа кірді.</w:t>
      </w:r>
      <w:r w:rsidR="0004056C" w:rsidRPr="007A2CE4">
        <w:rPr>
          <w:sz w:val="28"/>
          <w:szCs w:val="28"/>
          <w:lang w:val="kk-KZ" w:eastAsia="ru-RU"/>
        </w:rPr>
        <w:t xml:space="preserve"> Еңбек өтілі 2 жыл</w:t>
      </w:r>
    </w:p>
    <w:p w14:paraId="3AA31F95" w14:textId="43DA4905" w:rsidR="00F31867" w:rsidRPr="007A2CE4" w:rsidRDefault="00F31867" w:rsidP="00387B16">
      <w:pPr>
        <w:pStyle w:val="TableParagraph"/>
        <w:jc w:val="both"/>
        <w:rPr>
          <w:sz w:val="28"/>
          <w:szCs w:val="28"/>
          <w:lang w:val="kk-KZ" w:eastAsia="ru-RU"/>
        </w:rPr>
      </w:pPr>
      <w:r w:rsidRPr="007A2CE4">
        <w:rPr>
          <w:sz w:val="28"/>
          <w:szCs w:val="28"/>
          <w:lang w:val="kk-KZ" w:eastAsia="ru-RU"/>
        </w:rPr>
        <w:t>Құдакелді М.Қ. математика мұғалімі 2025 жылдың қыркүйегінен бастап жұмыс істейді.</w:t>
      </w:r>
      <w:r w:rsidR="0004056C" w:rsidRPr="007A2CE4">
        <w:rPr>
          <w:lang w:val="kk-KZ"/>
        </w:rPr>
        <w:t xml:space="preserve"> </w:t>
      </w:r>
      <w:r w:rsidR="0004056C" w:rsidRPr="007A2CE4">
        <w:rPr>
          <w:sz w:val="28"/>
          <w:szCs w:val="28"/>
          <w:lang w:val="kk-KZ" w:eastAsia="ru-RU"/>
        </w:rPr>
        <w:t>Еңбек өтілі 2 жыл</w:t>
      </w:r>
    </w:p>
    <w:p w14:paraId="28C19FBF" w14:textId="1986051D" w:rsidR="00F31867" w:rsidRPr="007A2CE4" w:rsidRDefault="00F31867" w:rsidP="00387B16">
      <w:pPr>
        <w:pStyle w:val="TableParagraph"/>
        <w:jc w:val="both"/>
        <w:rPr>
          <w:sz w:val="28"/>
          <w:szCs w:val="28"/>
          <w:lang w:val="kk-KZ" w:eastAsia="ru-RU"/>
        </w:rPr>
      </w:pPr>
      <w:r w:rsidRPr="007A2CE4">
        <w:rPr>
          <w:sz w:val="28"/>
          <w:szCs w:val="28"/>
          <w:lang w:val="kk-KZ" w:eastAsia="ru-RU"/>
        </w:rPr>
        <w:t>Өсерәлі Д.Б. бастауыш сынып мұғалімі 2026 жылдың қыркүйегінен бастап жұмыс істейді.</w:t>
      </w:r>
      <w:r w:rsidR="0004056C" w:rsidRPr="007A2CE4">
        <w:rPr>
          <w:sz w:val="28"/>
          <w:szCs w:val="28"/>
          <w:lang w:val="kk-KZ" w:eastAsia="ru-RU"/>
        </w:rPr>
        <w:t xml:space="preserve"> Еңбек өтілі 1 жыл 10 ай.</w:t>
      </w:r>
    </w:p>
    <w:p w14:paraId="457EEA46" w14:textId="2A16EC84" w:rsidR="0004056C" w:rsidRPr="007A2CE4" w:rsidRDefault="00387B16" w:rsidP="00387B16">
      <w:pPr>
        <w:pStyle w:val="TableParagraph"/>
        <w:jc w:val="both"/>
        <w:rPr>
          <w:sz w:val="28"/>
          <w:szCs w:val="28"/>
          <w:lang w:val="kk-KZ" w:eastAsia="ru-RU"/>
        </w:rPr>
      </w:pPr>
      <w:r>
        <w:rPr>
          <w:sz w:val="28"/>
          <w:szCs w:val="28"/>
          <w:lang w:val="kk-KZ" w:eastAsia="ru-RU"/>
        </w:rPr>
        <w:t xml:space="preserve">           </w:t>
      </w:r>
      <w:r w:rsidR="0004056C" w:rsidRPr="007A2CE4">
        <w:rPr>
          <w:sz w:val="28"/>
          <w:szCs w:val="28"/>
          <w:lang w:val="kk-KZ" w:eastAsia="ru-RU"/>
        </w:rPr>
        <w:t>Декреттік демалыстан 2 педагог былтырғы оқу жылында жұмысқа шығып биылғы оқу жылында пилоттық жобаға «педагог-модератор» санатына өтініш білдіріп отыр.</w:t>
      </w:r>
    </w:p>
    <w:p w14:paraId="1E61CDA7" w14:textId="48F84230" w:rsidR="002C1E83" w:rsidRPr="007A2CE4" w:rsidRDefault="00387B16" w:rsidP="00387B16">
      <w:pPr>
        <w:pStyle w:val="TableParagraph"/>
        <w:jc w:val="both"/>
        <w:rPr>
          <w:sz w:val="28"/>
          <w:szCs w:val="28"/>
          <w:lang w:val="kk-KZ" w:eastAsia="ru-RU"/>
        </w:rPr>
      </w:pPr>
      <w:r>
        <w:rPr>
          <w:sz w:val="28"/>
          <w:szCs w:val="28"/>
          <w:lang w:val="kk-KZ" w:eastAsia="ru-RU"/>
        </w:rPr>
        <w:t xml:space="preserve">            </w:t>
      </w:r>
      <w:r w:rsidR="0004056C" w:rsidRPr="007A2CE4">
        <w:rPr>
          <w:sz w:val="28"/>
          <w:szCs w:val="28"/>
          <w:lang w:val="kk-KZ" w:eastAsia="ru-RU"/>
        </w:rPr>
        <w:t>Қалған 4</w:t>
      </w:r>
      <w:r w:rsidR="002C1E83" w:rsidRPr="007A2CE4">
        <w:rPr>
          <w:sz w:val="28"/>
          <w:szCs w:val="28"/>
          <w:lang w:val="kk-KZ" w:eastAsia="ru-RU"/>
        </w:rPr>
        <w:t xml:space="preserve"> педагог педагогикалық қызметін қайта бастаған немесе бала күтіміне байланысты демалыста жүрген педагогтер болып табылады:</w:t>
      </w:r>
    </w:p>
    <w:p w14:paraId="4CB599EA" w14:textId="269726A4" w:rsidR="0004056C" w:rsidRPr="007A2CE4" w:rsidRDefault="0004056C" w:rsidP="00387B16">
      <w:pPr>
        <w:pStyle w:val="TableParagraph"/>
        <w:jc w:val="both"/>
        <w:rPr>
          <w:sz w:val="28"/>
          <w:szCs w:val="28"/>
          <w:lang w:val="kk-KZ" w:eastAsia="ru-RU"/>
        </w:rPr>
      </w:pPr>
      <w:r w:rsidRPr="007A2CE4">
        <w:rPr>
          <w:sz w:val="28"/>
          <w:szCs w:val="28"/>
          <w:lang w:val="kk-KZ" w:eastAsia="ru-RU"/>
        </w:rPr>
        <w:t>Бейсенбаева Н.С. математика мұғалімі;</w:t>
      </w:r>
    </w:p>
    <w:p w14:paraId="00291A66" w14:textId="093C0D26" w:rsidR="0004056C" w:rsidRPr="007A2CE4" w:rsidRDefault="0004056C" w:rsidP="00387B16">
      <w:pPr>
        <w:pStyle w:val="TableParagraph"/>
        <w:jc w:val="both"/>
        <w:rPr>
          <w:sz w:val="28"/>
          <w:szCs w:val="28"/>
          <w:lang w:val="kk-KZ" w:eastAsia="ru-RU"/>
        </w:rPr>
      </w:pPr>
      <w:r w:rsidRPr="007A2CE4">
        <w:rPr>
          <w:sz w:val="28"/>
          <w:szCs w:val="28"/>
          <w:lang w:val="kk-KZ" w:eastAsia="ru-RU"/>
        </w:rPr>
        <w:t>Маратова А.Н. бастауыш сынып мұғалімі;</w:t>
      </w:r>
    </w:p>
    <w:p w14:paraId="5FD10EEB" w14:textId="43F1851F" w:rsidR="0004056C" w:rsidRPr="007A2CE4" w:rsidRDefault="0004056C" w:rsidP="00387B16">
      <w:pPr>
        <w:pStyle w:val="TableParagraph"/>
        <w:jc w:val="both"/>
        <w:rPr>
          <w:sz w:val="28"/>
          <w:szCs w:val="28"/>
          <w:lang w:val="kk-KZ" w:eastAsia="ru-RU"/>
        </w:rPr>
      </w:pPr>
      <w:r w:rsidRPr="007A2CE4">
        <w:rPr>
          <w:sz w:val="28"/>
          <w:szCs w:val="28"/>
          <w:lang w:val="kk-KZ" w:eastAsia="ru-RU"/>
        </w:rPr>
        <w:t>Серикова А.А. география мұғалімі;</w:t>
      </w:r>
    </w:p>
    <w:p w14:paraId="59E28B07" w14:textId="1C47C9EE" w:rsidR="0004056C" w:rsidRPr="007A2CE4" w:rsidRDefault="0004056C" w:rsidP="00387B16">
      <w:pPr>
        <w:pStyle w:val="TableParagraph"/>
        <w:jc w:val="both"/>
        <w:rPr>
          <w:sz w:val="28"/>
          <w:szCs w:val="28"/>
          <w:lang w:val="kk-KZ" w:eastAsia="ru-RU"/>
        </w:rPr>
      </w:pPr>
      <w:r w:rsidRPr="007A2CE4">
        <w:rPr>
          <w:sz w:val="28"/>
          <w:szCs w:val="28"/>
          <w:lang w:val="kk-KZ" w:eastAsia="ru-RU"/>
        </w:rPr>
        <w:t xml:space="preserve">Толеубекова Г.Г. </w:t>
      </w:r>
      <w:r w:rsidR="00666922" w:rsidRPr="007A2CE4">
        <w:rPr>
          <w:sz w:val="28"/>
          <w:szCs w:val="28"/>
          <w:lang w:val="kk-KZ" w:eastAsia="ru-RU"/>
        </w:rPr>
        <w:t>бастауыш сынып мұғалімі.</w:t>
      </w:r>
    </w:p>
    <w:p w14:paraId="6DFD0D48" w14:textId="512C814D" w:rsidR="002C1E83" w:rsidRPr="007A2CE4" w:rsidRDefault="00387B16" w:rsidP="00387B16">
      <w:pPr>
        <w:pStyle w:val="TableParagraph"/>
        <w:jc w:val="both"/>
        <w:rPr>
          <w:sz w:val="28"/>
          <w:szCs w:val="28"/>
          <w:lang w:val="kk-KZ" w:eastAsia="ru-RU"/>
        </w:rPr>
      </w:pPr>
      <w:r>
        <w:rPr>
          <w:sz w:val="28"/>
          <w:szCs w:val="28"/>
          <w:lang w:val="kk-KZ" w:eastAsia="ru-RU"/>
        </w:rPr>
        <w:t xml:space="preserve">            </w:t>
      </w:r>
      <w:r w:rsidR="001B26EF">
        <w:rPr>
          <w:sz w:val="28"/>
          <w:szCs w:val="28"/>
          <w:lang w:val="kk-KZ" w:eastAsia="ru-RU"/>
        </w:rPr>
        <w:t>№14</w:t>
      </w:r>
      <w:r>
        <w:rPr>
          <w:sz w:val="28"/>
          <w:szCs w:val="28"/>
          <w:lang w:val="kk-KZ" w:eastAsia="ru-RU"/>
        </w:rPr>
        <w:t xml:space="preserve"> </w:t>
      </w:r>
      <w:r w:rsidR="00666922" w:rsidRPr="007A2CE4">
        <w:rPr>
          <w:sz w:val="28"/>
          <w:szCs w:val="28"/>
          <w:lang w:val="kk-KZ" w:eastAsia="ru-RU"/>
        </w:rPr>
        <w:t>Мектеп-гимназияда</w:t>
      </w:r>
      <w:r w:rsidR="002C1E83" w:rsidRPr="007A2CE4">
        <w:rPr>
          <w:sz w:val="28"/>
          <w:szCs w:val="28"/>
          <w:lang w:val="kk-KZ" w:eastAsia="ru-RU"/>
        </w:rPr>
        <w:t xml:space="preserve"> жоғары, бірінші және екінші біліктілік санаттары бар педагогтер жоқ. Бұл білім беру ұйымының педагогтердің біліктілігін бағалаудың </w:t>
      </w:r>
      <w:r w:rsidR="002C1E83" w:rsidRPr="007A2CE4">
        <w:rPr>
          <w:sz w:val="28"/>
          <w:szCs w:val="28"/>
          <w:lang w:val="kk-KZ" w:eastAsia="ru-RU"/>
        </w:rPr>
        <w:lastRenderedPageBreak/>
        <w:t>жаңа жүйесіне, яғни «педагог-зерттеуші», «педагог-сарапшы», «педагог-модератор» санаттарына толық көшкенін көрсетеді.</w:t>
      </w:r>
    </w:p>
    <w:p w14:paraId="1FF36251" w14:textId="46C40279" w:rsidR="002C1E83" w:rsidRPr="007A2CE4" w:rsidRDefault="00387B16" w:rsidP="00387B16">
      <w:pPr>
        <w:pStyle w:val="TableParagraph"/>
        <w:jc w:val="both"/>
        <w:rPr>
          <w:sz w:val="28"/>
          <w:szCs w:val="28"/>
          <w:lang w:val="kk-KZ" w:eastAsia="ru-RU"/>
        </w:rPr>
      </w:pPr>
      <w:r>
        <w:rPr>
          <w:sz w:val="28"/>
          <w:szCs w:val="28"/>
          <w:lang w:val="kk-KZ" w:eastAsia="ru-RU"/>
        </w:rPr>
        <w:t xml:space="preserve">            </w:t>
      </w:r>
      <w:r w:rsidR="002C1E83" w:rsidRPr="007A2CE4">
        <w:rPr>
          <w:sz w:val="28"/>
          <w:szCs w:val="28"/>
          <w:lang w:val="kk-KZ" w:eastAsia="ru-RU"/>
        </w:rPr>
        <w:t>Басшының біліктілік санаты бойынша үшінші санаттан екінші санатқа өсу байқалады. Алайда бұл көрсеткіштің сандық үлесі мен өзгеру динамикасы жалпы жағдайға айтарлықтай әсер етпейді.</w:t>
      </w:r>
    </w:p>
    <w:p w14:paraId="570F8B46" w14:textId="2FEDECCD" w:rsidR="002C1E83" w:rsidRPr="007A2CE4" w:rsidRDefault="002C1E83" w:rsidP="00387B16">
      <w:pPr>
        <w:pStyle w:val="TableParagraph"/>
        <w:jc w:val="both"/>
        <w:rPr>
          <w:sz w:val="28"/>
          <w:szCs w:val="28"/>
          <w:lang w:val="kk-KZ" w:eastAsia="ru-RU"/>
        </w:rPr>
      </w:pPr>
      <w:r w:rsidRPr="007A2CE4">
        <w:rPr>
          <w:sz w:val="28"/>
          <w:szCs w:val="28"/>
          <w:lang w:val="kk-KZ" w:eastAsia="ru-RU"/>
        </w:rPr>
        <w:t>Қорытынды</w:t>
      </w:r>
    </w:p>
    <w:p w14:paraId="0A5EF212" w14:textId="18DA8618" w:rsidR="002C1E83" w:rsidRPr="007A2CE4" w:rsidRDefault="00387B16" w:rsidP="00387B16">
      <w:pPr>
        <w:pStyle w:val="TableParagraph"/>
        <w:jc w:val="both"/>
        <w:rPr>
          <w:sz w:val="28"/>
          <w:szCs w:val="28"/>
          <w:lang w:val="kk-KZ" w:eastAsia="ru-RU"/>
        </w:rPr>
      </w:pPr>
      <w:r>
        <w:rPr>
          <w:sz w:val="28"/>
          <w:szCs w:val="28"/>
          <w:lang w:val="kk-KZ" w:eastAsia="ru-RU"/>
        </w:rPr>
        <w:t xml:space="preserve">            </w:t>
      </w:r>
      <w:r w:rsidR="002C1E83" w:rsidRPr="007A2CE4">
        <w:rPr>
          <w:sz w:val="28"/>
          <w:szCs w:val="28"/>
          <w:lang w:val="kk-KZ" w:eastAsia="ru-RU"/>
        </w:rPr>
        <w:t>Педагогтердің біліктілігін бағалаудың жаңа жүйесі қалыптасты. Педагогикалық ұжым нақты кәсіби біліктілік деңгейлеріне («педагог-зерттеуші», «педагог-сарапшы», «педагог-модератор») негізделген жаңа жүйе аясында табысты жұмыс атқаруда.</w:t>
      </w:r>
    </w:p>
    <w:p w14:paraId="777956C1" w14:textId="4A6D7788" w:rsidR="002C1E83" w:rsidRPr="007A2CE4" w:rsidRDefault="00387B16" w:rsidP="00387B16">
      <w:pPr>
        <w:pStyle w:val="TableParagraph"/>
        <w:jc w:val="both"/>
        <w:rPr>
          <w:sz w:val="28"/>
          <w:szCs w:val="28"/>
          <w:lang w:val="kk-KZ" w:eastAsia="ru-RU"/>
        </w:rPr>
      </w:pPr>
      <w:r>
        <w:rPr>
          <w:sz w:val="28"/>
          <w:szCs w:val="28"/>
          <w:lang w:val="kk-KZ" w:eastAsia="ru-RU"/>
        </w:rPr>
        <w:t xml:space="preserve">            </w:t>
      </w:r>
      <w:r w:rsidR="002C1E83" w:rsidRPr="007A2CE4">
        <w:rPr>
          <w:sz w:val="28"/>
          <w:szCs w:val="28"/>
          <w:lang w:val="kk-KZ" w:eastAsia="ru-RU"/>
        </w:rPr>
        <w:t>Жас мамандармен жүйелі жұмыс жүргізілуде. Жас педагогтерді кәсіби ортаға бейімдеу, әдістемелік қолдау көрсету және кәсіби дамуына жағдай жасау біліктілік санаты жоқ педагогтер санын кезең-кезеңімен азайтуға ықпал етеді.</w:t>
      </w:r>
    </w:p>
    <w:p w14:paraId="05022F7D" w14:textId="4F9C9593" w:rsidR="002C1E83" w:rsidRPr="007A2CE4" w:rsidRDefault="00387B16" w:rsidP="00387B16">
      <w:pPr>
        <w:pStyle w:val="TableParagraph"/>
        <w:jc w:val="both"/>
        <w:rPr>
          <w:sz w:val="28"/>
          <w:szCs w:val="28"/>
          <w:lang w:val="kk-KZ" w:eastAsia="ru-RU"/>
        </w:rPr>
      </w:pPr>
      <w:r>
        <w:rPr>
          <w:sz w:val="28"/>
          <w:szCs w:val="28"/>
          <w:lang w:val="kk-KZ" w:eastAsia="ru-RU"/>
        </w:rPr>
        <w:t xml:space="preserve">           </w:t>
      </w:r>
      <w:r w:rsidR="002C1E83" w:rsidRPr="007A2CE4">
        <w:rPr>
          <w:sz w:val="28"/>
          <w:szCs w:val="28"/>
          <w:lang w:val="kk-KZ" w:eastAsia="ru-RU"/>
        </w:rPr>
        <w:t>«Педагог-модератор» санатындағы педагогтер санының артуы білім беру ұйымында кәсіби көшбасшылықты дамытуға, тәжірибе алмасуға, коучинг жұмыстарын ұйымдастыруға және инновациялық әдістерді таратуға бағытталған жұмыстың нәтижесін көрсетеді.</w:t>
      </w:r>
    </w:p>
    <w:p w14:paraId="3FE48E2D" w14:textId="47BCBE6B" w:rsidR="002C1E83" w:rsidRPr="007A2CE4" w:rsidRDefault="00387B16" w:rsidP="00387B16">
      <w:pPr>
        <w:pStyle w:val="TableParagraph"/>
        <w:jc w:val="both"/>
        <w:rPr>
          <w:sz w:val="28"/>
          <w:szCs w:val="28"/>
          <w:lang w:val="kk-KZ" w:eastAsia="ru-RU"/>
        </w:rPr>
      </w:pPr>
      <w:r>
        <w:rPr>
          <w:sz w:val="28"/>
          <w:szCs w:val="28"/>
          <w:lang w:val="kk-KZ" w:eastAsia="ru-RU"/>
        </w:rPr>
        <w:t xml:space="preserve">            </w:t>
      </w:r>
      <w:r w:rsidR="002C1E83" w:rsidRPr="007A2CE4">
        <w:rPr>
          <w:sz w:val="28"/>
          <w:szCs w:val="28"/>
          <w:lang w:val="kk-KZ" w:eastAsia="ru-RU"/>
        </w:rPr>
        <w:t>«Педагог-</w:t>
      </w:r>
      <w:r w:rsidR="00666922" w:rsidRPr="007A2CE4">
        <w:rPr>
          <w:sz w:val="28"/>
          <w:szCs w:val="28"/>
          <w:lang w:val="kk-KZ" w:eastAsia="ru-RU"/>
        </w:rPr>
        <w:t>сарапшы</w:t>
      </w:r>
      <w:r w:rsidR="002C1E83" w:rsidRPr="007A2CE4">
        <w:rPr>
          <w:sz w:val="28"/>
          <w:szCs w:val="28"/>
          <w:lang w:val="kk-KZ" w:eastAsia="ru-RU"/>
        </w:rPr>
        <w:t>» санатындағы педагогтер құрамының тұрақтылығы білім беру ұйымында инновациялық және ғылыми-әдістемелік қызметтің сабақтастығын қамтамасыз етеді.</w:t>
      </w:r>
    </w:p>
    <w:p w14:paraId="3E2F1DED" w14:textId="77777777" w:rsidR="002C1E83" w:rsidRPr="007A2CE4" w:rsidRDefault="002C1E83" w:rsidP="00387B16">
      <w:pPr>
        <w:pStyle w:val="TableParagraph"/>
        <w:jc w:val="both"/>
        <w:rPr>
          <w:sz w:val="28"/>
          <w:szCs w:val="28"/>
          <w:lang w:val="kk-KZ" w:eastAsia="ru-RU"/>
        </w:rPr>
      </w:pPr>
      <w:r w:rsidRPr="007A2CE4">
        <w:rPr>
          <w:sz w:val="28"/>
          <w:szCs w:val="28"/>
          <w:lang w:val="kk-KZ" w:eastAsia="ru-RU"/>
        </w:rPr>
        <w:t>Жалпы қорытынды:</w:t>
      </w:r>
    </w:p>
    <w:p w14:paraId="309BF52D" w14:textId="3D576414" w:rsidR="002C1E83" w:rsidRPr="007A2CE4" w:rsidRDefault="00387B16" w:rsidP="00387B16">
      <w:pPr>
        <w:pStyle w:val="TableParagraph"/>
        <w:jc w:val="both"/>
        <w:rPr>
          <w:sz w:val="28"/>
          <w:szCs w:val="28"/>
          <w:lang w:val="kk-KZ" w:eastAsia="ru-RU"/>
        </w:rPr>
      </w:pPr>
      <w:r>
        <w:rPr>
          <w:sz w:val="28"/>
          <w:szCs w:val="28"/>
          <w:lang w:val="kk-KZ" w:eastAsia="ru-RU"/>
        </w:rPr>
        <w:t xml:space="preserve">             №14 м</w:t>
      </w:r>
      <w:r w:rsidR="002C1E83" w:rsidRPr="007A2CE4">
        <w:rPr>
          <w:sz w:val="28"/>
          <w:szCs w:val="28"/>
          <w:lang w:val="kk-KZ" w:eastAsia="ru-RU"/>
        </w:rPr>
        <w:t>ектеп-</w:t>
      </w:r>
      <w:r w:rsidR="001B26EF">
        <w:rPr>
          <w:sz w:val="28"/>
          <w:szCs w:val="28"/>
          <w:lang w:val="kk-KZ" w:eastAsia="ru-RU"/>
        </w:rPr>
        <w:t>гимназиясының</w:t>
      </w:r>
      <w:r w:rsidR="002C1E83" w:rsidRPr="007A2CE4">
        <w:rPr>
          <w:sz w:val="28"/>
          <w:szCs w:val="28"/>
          <w:lang w:val="kk-KZ" w:eastAsia="ru-RU"/>
        </w:rPr>
        <w:t xml:space="preserve"> педагогикалық ұжымы кәсіби әлеуеті жоғары, тұрақты дамып келе жатқан ұжым болып табылады. Білім беру ұйымында педагогтердің кәсіби өсуінің жаңа жүйесіне көшу жұмыстары жүзеге асырылған.</w:t>
      </w:r>
    </w:p>
    <w:p w14:paraId="56581BDC" w14:textId="4D6F310D" w:rsidR="0051012E" w:rsidRPr="0051012E" w:rsidRDefault="00387B16" w:rsidP="0051012E">
      <w:pPr>
        <w:pStyle w:val="TableParagraph"/>
        <w:jc w:val="both"/>
        <w:rPr>
          <w:sz w:val="28"/>
          <w:szCs w:val="28"/>
          <w:lang w:val="kk-KZ" w:eastAsia="ru-RU"/>
        </w:rPr>
      </w:pPr>
      <w:r>
        <w:rPr>
          <w:sz w:val="28"/>
          <w:szCs w:val="28"/>
          <w:lang w:val="kk-KZ" w:eastAsia="ru-RU"/>
        </w:rPr>
        <w:t xml:space="preserve">             </w:t>
      </w:r>
      <w:r w:rsidR="002C1E83" w:rsidRPr="007A2CE4">
        <w:rPr>
          <w:sz w:val="28"/>
          <w:szCs w:val="28"/>
          <w:lang w:val="kk-KZ" w:eastAsia="ru-RU"/>
        </w:rPr>
        <w:t>Алдағы кезеңдегі н</w:t>
      </w:r>
      <w:r w:rsidR="00666922" w:rsidRPr="007A2CE4">
        <w:rPr>
          <w:sz w:val="28"/>
          <w:szCs w:val="28"/>
          <w:lang w:val="kk-KZ" w:eastAsia="ru-RU"/>
        </w:rPr>
        <w:t>егізгі міндет – «педагог-зерттеуші</w:t>
      </w:r>
      <w:r w:rsidR="002C1E83" w:rsidRPr="007A2CE4">
        <w:rPr>
          <w:sz w:val="28"/>
          <w:szCs w:val="28"/>
          <w:lang w:val="kk-KZ" w:eastAsia="ru-RU"/>
        </w:rPr>
        <w:t>» санатындағы педагогтер үлесін арттыру, олардың кәсіби құзыреттілігін жетілдіру, пәндік және әдістемелік білімдерін дамыту, сондай-ақ біліктілік санаты жоқ педагогтерді аттестаттауға жүйелі түрде даярлау.</w:t>
      </w:r>
    </w:p>
    <w:p w14:paraId="45424685" w14:textId="77777777" w:rsidR="0051012E" w:rsidRDefault="0051012E" w:rsidP="00994C72">
      <w:pPr>
        <w:pStyle w:val="ds-markdown-paragraph"/>
        <w:shd w:val="clear" w:color="auto" w:fill="FFFFFF"/>
        <w:spacing w:after="0" w:afterAutospacing="0"/>
        <w:contextualSpacing/>
        <w:jc w:val="both"/>
        <w:rPr>
          <w:b/>
          <w:sz w:val="28"/>
          <w:szCs w:val="28"/>
          <w:lang w:val="kk-KZ"/>
        </w:rPr>
      </w:pPr>
    </w:p>
    <w:p w14:paraId="0645E52A" w14:textId="77777777" w:rsidR="0051012E" w:rsidRDefault="0051012E" w:rsidP="00994C72">
      <w:pPr>
        <w:pStyle w:val="ds-markdown-paragraph"/>
        <w:shd w:val="clear" w:color="auto" w:fill="FFFFFF"/>
        <w:spacing w:after="0" w:afterAutospacing="0"/>
        <w:contextualSpacing/>
        <w:jc w:val="both"/>
        <w:rPr>
          <w:b/>
          <w:sz w:val="28"/>
          <w:szCs w:val="28"/>
          <w:lang w:val="kk-KZ"/>
        </w:rPr>
      </w:pPr>
    </w:p>
    <w:p w14:paraId="73BB3F73" w14:textId="3DA646FE" w:rsidR="0051012E" w:rsidRDefault="0051012E" w:rsidP="00994C72">
      <w:pPr>
        <w:pStyle w:val="ds-markdown-paragraph"/>
        <w:shd w:val="clear" w:color="auto" w:fill="FFFFFF"/>
        <w:spacing w:after="0" w:afterAutospacing="0"/>
        <w:contextualSpacing/>
        <w:jc w:val="both"/>
        <w:rPr>
          <w:b/>
          <w:sz w:val="28"/>
          <w:szCs w:val="28"/>
          <w:lang w:val="kk-KZ"/>
        </w:rPr>
      </w:pPr>
    </w:p>
    <w:p w14:paraId="5F94FA9E" w14:textId="77777777" w:rsidR="0051012E" w:rsidRDefault="0051012E" w:rsidP="00994C72">
      <w:pPr>
        <w:pStyle w:val="ds-markdown-paragraph"/>
        <w:shd w:val="clear" w:color="auto" w:fill="FFFFFF"/>
        <w:spacing w:after="0" w:afterAutospacing="0"/>
        <w:contextualSpacing/>
        <w:jc w:val="both"/>
        <w:rPr>
          <w:b/>
          <w:sz w:val="28"/>
          <w:szCs w:val="28"/>
          <w:lang w:val="kk-KZ"/>
        </w:rPr>
      </w:pPr>
    </w:p>
    <w:p w14:paraId="0D588D0F" w14:textId="3BC49EF2" w:rsidR="0051012E" w:rsidRPr="0051012E" w:rsidRDefault="00666922" w:rsidP="00994C72">
      <w:pPr>
        <w:pStyle w:val="ds-markdown-paragraph"/>
        <w:shd w:val="clear" w:color="auto" w:fill="FFFFFF"/>
        <w:spacing w:after="0" w:afterAutospacing="0"/>
        <w:contextualSpacing/>
        <w:jc w:val="both"/>
        <w:rPr>
          <w:b/>
          <w:sz w:val="28"/>
          <w:szCs w:val="28"/>
          <w:lang w:val="kk-KZ"/>
        </w:rPr>
      </w:pPr>
      <w:r w:rsidRPr="007A2CE4">
        <w:rPr>
          <w:b/>
          <w:sz w:val="28"/>
          <w:szCs w:val="28"/>
          <w:lang w:val="kk-KZ"/>
        </w:rPr>
        <w:t>Оқыту деңгейлері бойынша мұғалімдердің кәсіби біліктілік көрсеткіштері (2024–2027 жж.)</w:t>
      </w:r>
    </w:p>
    <w:p w14:paraId="1B8EAFD0" w14:textId="77777777" w:rsidR="00D82224" w:rsidRPr="007A2CE4" w:rsidRDefault="00D82224" w:rsidP="00994C72">
      <w:pPr>
        <w:pStyle w:val="ds-markdown-paragraph"/>
        <w:shd w:val="clear" w:color="auto" w:fill="FFFFFF"/>
        <w:spacing w:after="0" w:afterAutospacing="0"/>
        <w:contextualSpacing/>
        <w:jc w:val="both"/>
        <w:rPr>
          <w:b/>
          <w:bCs/>
          <w:i/>
          <w:iCs/>
          <w:color w:val="0F1115"/>
          <w:sz w:val="28"/>
          <w:szCs w:val="28"/>
          <w:lang w:val="kk-KZ"/>
        </w:rPr>
      </w:pPr>
    </w:p>
    <w:tbl>
      <w:tblPr>
        <w:tblStyle w:val="12"/>
        <w:tblW w:w="0" w:type="auto"/>
        <w:tblLayout w:type="fixed"/>
        <w:tblLook w:val="04A0" w:firstRow="1" w:lastRow="0" w:firstColumn="1" w:lastColumn="0" w:noHBand="0" w:noVBand="1"/>
      </w:tblPr>
      <w:tblGrid>
        <w:gridCol w:w="2376"/>
        <w:gridCol w:w="1560"/>
        <w:gridCol w:w="1986"/>
        <w:gridCol w:w="2550"/>
        <w:gridCol w:w="1701"/>
      </w:tblGrid>
      <w:tr w:rsidR="004D438A" w:rsidRPr="007A2CE4" w14:paraId="702CB949" w14:textId="77777777" w:rsidTr="00D82224">
        <w:trPr>
          <w:trHeight w:val="1132"/>
        </w:trPr>
        <w:tc>
          <w:tcPr>
            <w:tcW w:w="2376" w:type="dxa"/>
            <w:hideMark/>
          </w:tcPr>
          <w:p w14:paraId="64F020E7" w14:textId="09A22F28" w:rsidR="004D438A" w:rsidRPr="007A2CE4" w:rsidRDefault="00D82224" w:rsidP="00994C72">
            <w:pPr>
              <w:spacing w:line="375" w:lineRule="atLeast"/>
              <w:jc w:val="both"/>
              <w:rPr>
                <w:b/>
                <w:bCs/>
                <w:sz w:val="28"/>
                <w:szCs w:val="28"/>
                <w:lang w:val="kk-KZ"/>
              </w:rPr>
            </w:pPr>
            <w:r w:rsidRPr="007A2CE4">
              <w:rPr>
                <w:b/>
                <w:bCs/>
                <w:sz w:val="28"/>
                <w:szCs w:val="28"/>
                <w:lang w:val="kk-KZ"/>
              </w:rPr>
              <w:t>Оқыту деңгейі</w:t>
            </w:r>
          </w:p>
        </w:tc>
        <w:tc>
          <w:tcPr>
            <w:tcW w:w="1560" w:type="dxa"/>
            <w:hideMark/>
          </w:tcPr>
          <w:p w14:paraId="6B2B2DB5" w14:textId="7C1AAC22" w:rsidR="004D438A" w:rsidRPr="007A2CE4" w:rsidRDefault="00D82224" w:rsidP="00994C72">
            <w:pPr>
              <w:spacing w:line="375" w:lineRule="atLeast"/>
              <w:jc w:val="both"/>
              <w:rPr>
                <w:b/>
                <w:bCs/>
                <w:sz w:val="28"/>
                <w:szCs w:val="28"/>
                <w:lang w:val="kk-KZ"/>
              </w:rPr>
            </w:pPr>
            <w:r w:rsidRPr="007A2CE4">
              <w:rPr>
                <w:b/>
                <w:bCs/>
                <w:sz w:val="28"/>
                <w:szCs w:val="28"/>
                <w:lang w:val="kk-KZ"/>
              </w:rPr>
              <w:t xml:space="preserve">оқу жылы </w:t>
            </w:r>
          </w:p>
        </w:tc>
        <w:tc>
          <w:tcPr>
            <w:tcW w:w="1986" w:type="dxa"/>
            <w:hideMark/>
          </w:tcPr>
          <w:p w14:paraId="72857941" w14:textId="5DCB93C5" w:rsidR="004D438A" w:rsidRPr="007A2CE4" w:rsidRDefault="00D82224" w:rsidP="00994C72">
            <w:pPr>
              <w:contextualSpacing/>
              <w:jc w:val="both"/>
              <w:rPr>
                <w:b/>
                <w:bCs/>
                <w:sz w:val="28"/>
                <w:szCs w:val="28"/>
                <w:lang w:val="kk-KZ"/>
              </w:rPr>
            </w:pPr>
            <w:r w:rsidRPr="007A2CE4">
              <w:rPr>
                <w:b/>
                <w:bCs/>
                <w:sz w:val="28"/>
                <w:szCs w:val="28"/>
                <w:lang w:val="kk-KZ"/>
              </w:rPr>
              <w:t>Мұғалімдердің жалпы саны</w:t>
            </w:r>
          </w:p>
        </w:tc>
        <w:tc>
          <w:tcPr>
            <w:tcW w:w="2550" w:type="dxa"/>
            <w:hideMark/>
          </w:tcPr>
          <w:p w14:paraId="0BD4EDC0" w14:textId="40A364C4" w:rsidR="004D438A" w:rsidRPr="007A2CE4" w:rsidRDefault="00D82224" w:rsidP="00994C72">
            <w:pPr>
              <w:contextualSpacing/>
              <w:jc w:val="both"/>
              <w:rPr>
                <w:b/>
                <w:bCs/>
                <w:sz w:val="28"/>
                <w:szCs w:val="28"/>
                <w:lang w:val="kk-KZ"/>
              </w:rPr>
            </w:pPr>
            <w:r w:rsidRPr="007A2CE4">
              <w:rPr>
                <w:b/>
                <w:sz w:val="28"/>
                <w:szCs w:val="28"/>
                <w:lang w:val="kk-KZ"/>
              </w:rPr>
              <w:t>Оның ішінде «педагог-зерттеуші», «педагог-сарапшы» санаты бар мұғалімдер саны</w:t>
            </w:r>
          </w:p>
        </w:tc>
        <w:tc>
          <w:tcPr>
            <w:tcW w:w="1701" w:type="dxa"/>
            <w:hideMark/>
          </w:tcPr>
          <w:p w14:paraId="02B18AF6" w14:textId="72BA117E" w:rsidR="004D438A" w:rsidRPr="007A2CE4" w:rsidRDefault="00D82224" w:rsidP="00994C72">
            <w:pPr>
              <w:spacing w:line="375" w:lineRule="atLeast"/>
              <w:jc w:val="both"/>
              <w:rPr>
                <w:b/>
                <w:bCs/>
                <w:sz w:val="28"/>
                <w:szCs w:val="28"/>
              </w:rPr>
            </w:pPr>
            <w:r w:rsidRPr="007A2CE4">
              <w:rPr>
                <w:b/>
                <w:bCs/>
                <w:sz w:val="28"/>
                <w:szCs w:val="28"/>
                <w:lang w:val="kk-KZ"/>
              </w:rPr>
              <w:t>Үлесі</w:t>
            </w:r>
            <w:r w:rsidRPr="007A2CE4">
              <w:rPr>
                <w:b/>
                <w:bCs/>
                <w:sz w:val="28"/>
                <w:szCs w:val="28"/>
              </w:rPr>
              <w:t xml:space="preserve"> (</w:t>
            </w:r>
            <w:r w:rsidR="004D438A" w:rsidRPr="007A2CE4">
              <w:rPr>
                <w:b/>
                <w:bCs/>
                <w:sz w:val="28"/>
                <w:szCs w:val="28"/>
              </w:rPr>
              <w:t xml:space="preserve"> %)</w:t>
            </w:r>
          </w:p>
        </w:tc>
      </w:tr>
      <w:tr w:rsidR="004D438A" w:rsidRPr="007A2CE4" w14:paraId="517FFA7A" w14:textId="77777777" w:rsidTr="00D82224">
        <w:tc>
          <w:tcPr>
            <w:tcW w:w="2376" w:type="dxa"/>
            <w:vMerge w:val="restart"/>
            <w:hideMark/>
          </w:tcPr>
          <w:p w14:paraId="7ECD0F04" w14:textId="0F061148" w:rsidR="004D438A" w:rsidRPr="007A2CE4" w:rsidRDefault="00D82224" w:rsidP="00994C72">
            <w:pPr>
              <w:spacing w:line="375" w:lineRule="atLeast"/>
              <w:jc w:val="both"/>
              <w:rPr>
                <w:sz w:val="28"/>
                <w:szCs w:val="28"/>
                <w:lang w:val="kk-KZ"/>
              </w:rPr>
            </w:pPr>
            <w:r w:rsidRPr="007A2CE4">
              <w:rPr>
                <w:b/>
                <w:bCs/>
                <w:sz w:val="28"/>
                <w:szCs w:val="28"/>
                <w:lang w:val="kk-KZ"/>
              </w:rPr>
              <w:t>Бастауыш буын</w:t>
            </w:r>
          </w:p>
        </w:tc>
        <w:tc>
          <w:tcPr>
            <w:tcW w:w="1560" w:type="dxa"/>
          </w:tcPr>
          <w:p w14:paraId="1BC61A25" w14:textId="5E2035B1" w:rsidR="004D438A" w:rsidRPr="007A2CE4" w:rsidRDefault="00666922" w:rsidP="00994C72">
            <w:pPr>
              <w:spacing w:line="375" w:lineRule="atLeast"/>
              <w:jc w:val="both"/>
              <w:rPr>
                <w:sz w:val="28"/>
                <w:szCs w:val="28"/>
                <w:lang w:val="kk-KZ"/>
              </w:rPr>
            </w:pPr>
            <w:r w:rsidRPr="007A2CE4">
              <w:rPr>
                <w:sz w:val="28"/>
                <w:szCs w:val="28"/>
                <w:lang w:val="kk-KZ"/>
              </w:rPr>
              <w:t>2024-2025</w:t>
            </w:r>
          </w:p>
        </w:tc>
        <w:tc>
          <w:tcPr>
            <w:tcW w:w="1986" w:type="dxa"/>
          </w:tcPr>
          <w:p w14:paraId="19E5C381" w14:textId="43302C4C" w:rsidR="004D438A" w:rsidRPr="007A2CE4" w:rsidRDefault="0060059C" w:rsidP="00994C72">
            <w:pPr>
              <w:spacing w:line="375" w:lineRule="atLeast"/>
              <w:jc w:val="both"/>
              <w:rPr>
                <w:sz w:val="28"/>
                <w:szCs w:val="28"/>
                <w:lang w:val="kk-KZ"/>
              </w:rPr>
            </w:pPr>
            <w:r w:rsidRPr="007A2CE4">
              <w:rPr>
                <w:sz w:val="28"/>
                <w:szCs w:val="28"/>
                <w:lang w:val="kk-KZ"/>
              </w:rPr>
              <w:t>29</w:t>
            </w:r>
          </w:p>
        </w:tc>
        <w:tc>
          <w:tcPr>
            <w:tcW w:w="2550" w:type="dxa"/>
          </w:tcPr>
          <w:p w14:paraId="1E89D8F9" w14:textId="4CA9F62E" w:rsidR="004D438A" w:rsidRPr="007A2CE4" w:rsidRDefault="0060059C" w:rsidP="00994C72">
            <w:pPr>
              <w:spacing w:line="375" w:lineRule="atLeast"/>
              <w:jc w:val="both"/>
              <w:rPr>
                <w:sz w:val="28"/>
                <w:szCs w:val="28"/>
                <w:lang w:val="kk-KZ"/>
              </w:rPr>
            </w:pPr>
            <w:r w:rsidRPr="007A2CE4">
              <w:rPr>
                <w:sz w:val="28"/>
                <w:szCs w:val="28"/>
                <w:lang w:val="kk-KZ"/>
              </w:rPr>
              <w:t>14</w:t>
            </w:r>
          </w:p>
        </w:tc>
        <w:tc>
          <w:tcPr>
            <w:tcW w:w="1701" w:type="dxa"/>
          </w:tcPr>
          <w:p w14:paraId="29558946" w14:textId="3A05D10A" w:rsidR="004D438A" w:rsidRPr="007A2CE4" w:rsidRDefault="0060059C" w:rsidP="00994C72">
            <w:pPr>
              <w:spacing w:line="375" w:lineRule="atLeast"/>
              <w:jc w:val="both"/>
              <w:rPr>
                <w:sz w:val="28"/>
                <w:szCs w:val="28"/>
              </w:rPr>
            </w:pPr>
            <w:r w:rsidRPr="007A2CE4">
              <w:rPr>
                <w:sz w:val="28"/>
                <w:szCs w:val="28"/>
              </w:rPr>
              <w:t>48</w:t>
            </w:r>
            <w:r w:rsidR="004D438A" w:rsidRPr="007A2CE4">
              <w:rPr>
                <w:sz w:val="28"/>
                <w:szCs w:val="28"/>
              </w:rPr>
              <w:t>%</w:t>
            </w:r>
          </w:p>
        </w:tc>
      </w:tr>
      <w:tr w:rsidR="004D438A" w:rsidRPr="007A2CE4" w14:paraId="0E985554" w14:textId="77777777" w:rsidTr="00D82224">
        <w:tc>
          <w:tcPr>
            <w:tcW w:w="2376" w:type="dxa"/>
            <w:vMerge/>
            <w:hideMark/>
          </w:tcPr>
          <w:p w14:paraId="35B8EF11" w14:textId="77777777" w:rsidR="004D438A" w:rsidRPr="007A2CE4" w:rsidRDefault="004D438A" w:rsidP="00994C72">
            <w:pPr>
              <w:spacing w:line="375" w:lineRule="atLeast"/>
              <w:jc w:val="both"/>
              <w:rPr>
                <w:sz w:val="28"/>
                <w:szCs w:val="28"/>
              </w:rPr>
            </w:pPr>
          </w:p>
        </w:tc>
        <w:tc>
          <w:tcPr>
            <w:tcW w:w="1560" w:type="dxa"/>
          </w:tcPr>
          <w:p w14:paraId="12B8235D" w14:textId="2292F05F" w:rsidR="004D438A" w:rsidRPr="007A2CE4" w:rsidRDefault="00666922" w:rsidP="00994C72">
            <w:pPr>
              <w:spacing w:line="375" w:lineRule="atLeast"/>
              <w:jc w:val="both"/>
              <w:rPr>
                <w:sz w:val="28"/>
                <w:szCs w:val="28"/>
                <w:lang w:val="kk-KZ"/>
              </w:rPr>
            </w:pPr>
            <w:r w:rsidRPr="007A2CE4">
              <w:rPr>
                <w:sz w:val="28"/>
                <w:szCs w:val="28"/>
                <w:lang w:val="kk-KZ"/>
              </w:rPr>
              <w:t>2025-2026</w:t>
            </w:r>
          </w:p>
        </w:tc>
        <w:tc>
          <w:tcPr>
            <w:tcW w:w="1986" w:type="dxa"/>
          </w:tcPr>
          <w:p w14:paraId="3D316580" w14:textId="4AB4A390" w:rsidR="004D438A" w:rsidRPr="007A2CE4" w:rsidRDefault="0060059C" w:rsidP="00994C72">
            <w:pPr>
              <w:spacing w:line="375" w:lineRule="atLeast"/>
              <w:jc w:val="both"/>
              <w:rPr>
                <w:sz w:val="28"/>
                <w:szCs w:val="28"/>
                <w:lang w:val="kk-KZ"/>
              </w:rPr>
            </w:pPr>
            <w:r w:rsidRPr="007A2CE4">
              <w:rPr>
                <w:sz w:val="28"/>
                <w:szCs w:val="28"/>
                <w:lang w:val="kk-KZ"/>
              </w:rPr>
              <w:t>33</w:t>
            </w:r>
          </w:p>
        </w:tc>
        <w:tc>
          <w:tcPr>
            <w:tcW w:w="2550" w:type="dxa"/>
          </w:tcPr>
          <w:p w14:paraId="2B0FBA9D" w14:textId="057F6509" w:rsidR="004D438A" w:rsidRPr="007A2CE4" w:rsidRDefault="0060059C" w:rsidP="00994C72">
            <w:pPr>
              <w:spacing w:line="375" w:lineRule="atLeast"/>
              <w:jc w:val="both"/>
              <w:rPr>
                <w:sz w:val="28"/>
                <w:szCs w:val="28"/>
                <w:lang w:val="kk-KZ"/>
              </w:rPr>
            </w:pPr>
            <w:r w:rsidRPr="007A2CE4">
              <w:rPr>
                <w:sz w:val="28"/>
                <w:szCs w:val="28"/>
                <w:lang w:val="kk-KZ"/>
              </w:rPr>
              <w:t>16</w:t>
            </w:r>
          </w:p>
        </w:tc>
        <w:tc>
          <w:tcPr>
            <w:tcW w:w="1701" w:type="dxa"/>
          </w:tcPr>
          <w:p w14:paraId="1576EE15" w14:textId="5EA2CDB2" w:rsidR="004D438A" w:rsidRPr="007A2CE4" w:rsidRDefault="0060059C" w:rsidP="00994C72">
            <w:pPr>
              <w:spacing w:line="375" w:lineRule="atLeast"/>
              <w:jc w:val="both"/>
              <w:rPr>
                <w:sz w:val="28"/>
                <w:szCs w:val="28"/>
              </w:rPr>
            </w:pPr>
            <w:r w:rsidRPr="007A2CE4">
              <w:rPr>
                <w:sz w:val="28"/>
                <w:szCs w:val="28"/>
              </w:rPr>
              <w:t>48</w:t>
            </w:r>
            <w:r w:rsidR="004D438A" w:rsidRPr="007A2CE4">
              <w:rPr>
                <w:sz w:val="28"/>
                <w:szCs w:val="28"/>
              </w:rPr>
              <w:t>%</w:t>
            </w:r>
          </w:p>
        </w:tc>
      </w:tr>
      <w:tr w:rsidR="004D438A" w:rsidRPr="007A2CE4" w14:paraId="5DB9FEC7" w14:textId="77777777" w:rsidTr="00D82224">
        <w:tc>
          <w:tcPr>
            <w:tcW w:w="2376" w:type="dxa"/>
            <w:vMerge/>
          </w:tcPr>
          <w:p w14:paraId="050E25C0" w14:textId="77777777" w:rsidR="004D438A" w:rsidRPr="007A2CE4" w:rsidRDefault="004D438A" w:rsidP="00994C72">
            <w:pPr>
              <w:spacing w:line="375" w:lineRule="atLeast"/>
              <w:jc w:val="both"/>
              <w:rPr>
                <w:sz w:val="28"/>
                <w:szCs w:val="28"/>
              </w:rPr>
            </w:pPr>
          </w:p>
        </w:tc>
        <w:tc>
          <w:tcPr>
            <w:tcW w:w="1560" w:type="dxa"/>
          </w:tcPr>
          <w:p w14:paraId="0ACAED00" w14:textId="330CBA9C" w:rsidR="004D438A" w:rsidRPr="007A2CE4" w:rsidRDefault="00666922" w:rsidP="00994C72">
            <w:pPr>
              <w:spacing w:line="375" w:lineRule="atLeast"/>
              <w:jc w:val="both"/>
              <w:rPr>
                <w:sz w:val="28"/>
                <w:szCs w:val="28"/>
                <w:lang w:val="kk-KZ"/>
              </w:rPr>
            </w:pPr>
            <w:r w:rsidRPr="007A2CE4">
              <w:rPr>
                <w:sz w:val="28"/>
                <w:szCs w:val="28"/>
                <w:lang w:val="kk-KZ"/>
              </w:rPr>
              <w:t>2026-2027</w:t>
            </w:r>
          </w:p>
        </w:tc>
        <w:tc>
          <w:tcPr>
            <w:tcW w:w="1986" w:type="dxa"/>
          </w:tcPr>
          <w:p w14:paraId="25F2DFF6" w14:textId="6D3BC84E" w:rsidR="004D438A" w:rsidRPr="007A2CE4" w:rsidRDefault="00666922" w:rsidP="00994C72">
            <w:pPr>
              <w:spacing w:line="375" w:lineRule="atLeast"/>
              <w:jc w:val="both"/>
              <w:rPr>
                <w:sz w:val="28"/>
                <w:szCs w:val="28"/>
                <w:lang w:val="kk-KZ"/>
              </w:rPr>
            </w:pPr>
            <w:r w:rsidRPr="007A2CE4">
              <w:rPr>
                <w:sz w:val="28"/>
                <w:szCs w:val="28"/>
                <w:lang w:val="kk-KZ"/>
              </w:rPr>
              <w:t>38</w:t>
            </w:r>
          </w:p>
        </w:tc>
        <w:tc>
          <w:tcPr>
            <w:tcW w:w="2550" w:type="dxa"/>
          </w:tcPr>
          <w:p w14:paraId="7186945D" w14:textId="75AB1D26" w:rsidR="004D438A" w:rsidRPr="007A2CE4" w:rsidRDefault="00666922" w:rsidP="00994C72">
            <w:pPr>
              <w:spacing w:line="375" w:lineRule="atLeast"/>
              <w:jc w:val="both"/>
              <w:rPr>
                <w:sz w:val="28"/>
                <w:szCs w:val="28"/>
                <w:lang w:val="kk-KZ"/>
              </w:rPr>
            </w:pPr>
            <w:r w:rsidRPr="007A2CE4">
              <w:rPr>
                <w:sz w:val="28"/>
                <w:szCs w:val="28"/>
                <w:lang w:val="kk-KZ"/>
              </w:rPr>
              <w:t>19</w:t>
            </w:r>
          </w:p>
        </w:tc>
        <w:tc>
          <w:tcPr>
            <w:tcW w:w="1701" w:type="dxa"/>
          </w:tcPr>
          <w:p w14:paraId="52F6B63C" w14:textId="065A7690" w:rsidR="004D438A" w:rsidRPr="007A2CE4" w:rsidRDefault="00666922" w:rsidP="00994C72">
            <w:pPr>
              <w:spacing w:line="375" w:lineRule="atLeast"/>
              <w:jc w:val="both"/>
              <w:rPr>
                <w:sz w:val="28"/>
                <w:szCs w:val="28"/>
              </w:rPr>
            </w:pPr>
            <w:r w:rsidRPr="007A2CE4">
              <w:rPr>
                <w:sz w:val="28"/>
                <w:szCs w:val="28"/>
              </w:rPr>
              <w:t>50</w:t>
            </w:r>
            <w:r w:rsidR="004D438A" w:rsidRPr="007A2CE4">
              <w:rPr>
                <w:sz w:val="28"/>
                <w:szCs w:val="28"/>
              </w:rPr>
              <w:t>%</w:t>
            </w:r>
          </w:p>
        </w:tc>
      </w:tr>
      <w:tr w:rsidR="00666922" w:rsidRPr="007A2CE4" w14:paraId="14230803" w14:textId="77777777" w:rsidTr="00D82224">
        <w:tc>
          <w:tcPr>
            <w:tcW w:w="2376" w:type="dxa"/>
            <w:vMerge w:val="restart"/>
            <w:hideMark/>
          </w:tcPr>
          <w:p w14:paraId="436FF01C" w14:textId="5576818C" w:rsidR="00666922" w:rsidRPr="007A2CE4" w:rsidRDefault="00D82224" w:rsidP="00994C72">
            <w:pPr>
              <w:contextualSpacing/>
              <w:jc w:val="both"/>
              <w:rPr>
                <w:sz w:val="28"/>
                <w:szCs w:val="28"/>
                <w:lang w:val="kk-KZ"/>
              </w:rPr>
            </w:pPr>
            <w:r w:rsidRPr="007A2CE4">
              <w:rPr>
                <w:b/>
                <w:bCs/>
                <w:sz w:val="28"/>
                <w:szCs w:val="28"/>
                <w:lang w:val="kk-KZ"/>
              </w:rPr>
              <w:t>Орта буын</w:t>
            </w:r>
          </w:p>
        </w:tc>
        <w:tc>
          <w:tcPr>
            <w:tcW w:w="1560" w:type="dxa"/>
          </w:tcPr>
          <w:p w14:paraId="385B3784" w14:textId="084BDBE8" w:rsidR="00666922" w:rsidRPr="007A2CE4" w:rsidRDefault="00666922" w:rsidP="00994C72">
            <w:pPr>
              <w:spacing w:line="375" w:lineRule="atLeast"/>
              <w:jc w:val="both"/>
              <w:rPr>
                <w:sz w:val="28"/>
                <w:szCs w:val="28"/>
              </w:rPr>
            </w:pPr>
            <w:r w:rsidRPr="007A2CE4">
              <w:rPr>
                <w:sz w:val="28"/>
                <w:szCs w:val="28"/>
                <w:lang w:val="kk-KZ"/>
              </w:rPr>
              <w:t>2024-2025</w:t>
            </w:r>
          </w:p>
        </w:tc>
        <w:tc>
          <w:tcPr>
            <w:tcW w:w="1986" w:type="dxa"/>
          </w:tcPr>
          <w:p w14:paraId="1E6D9886" w14:textId="4F117875" w:rsidR="00666922" w:rsidRPr="007A2CE4" w:rsidRDefault="0060059C" w:rsidP="00994C72">
            <w:pPr>
              <w:spacing w:line="375" w:lineRule="atLeast"/>
              <w:jc w:val="both"/>
              <w:rPr>
                <w:sz w:val="28"/>
                <w:szCs w:val="28"/>
                <w:lang w:val="kk-KZ"/>
              </w:rPr>
            </w:pPr>
            <w:r w:rsidRPr="007A2CE4">
              <w:rPr>
                <w:sz w:val="28"/>
                <w:szCs w:val="28"/>
                <w:lang w:val="kk-KZ"/>
              </w:rPr>
              <w:t>36</w:t>
            </w:r>
          </w:p>
        </w:tc>
        <w:tc>
          <w:tcPr>
            <w:tcW w:w="2550" w:type="dxa"/>
          </w:tcPr>
          <w:p w14:paraId="6D8110C9" w14:textId="62B4CEB4" w:rsidR="00666922" w:rsidRPr="007A2CE4" w:rsidRDefault="0060059C" w:rsidP="00994C72">
            <w:pPr>
              <w:spacing w:line="375" w:lineRule="atLeast"/>
              <w:jc w:val="both"/>
              <w:rPr>
                <w:sz w:val="28"/>
                <w:szCs w:val="28"/>
                <w:lang w:val="kk-KZ"/>
              </w:rPr>
            </w:pPr>
            <w:r w:rsidRPr="007A2CE4">
              <w:rPr>
                <w:sz w:val="28"/>
                <w:szCs w:val="28"/>
                <w:lang w:val="kk-KZ"/>
              </w:rPr>
              <w:t>18</w:t>
            </w:r>
          </w:p>
        </w:tc>
        <w:tc>
          <w:tcPr>
            <w:tcW w:w="1701" w:type="dxa"/>
          </w:tcPr>
          <w:p w14:paraId="0B6DF37F" w14:textId="4F25C5D2" w:rsidR="00666922" w:rsidRPr="007A2CE4" w:rsidRDefault="0060059C" w:rsidP="00994C72">
            <w:pPr>
              <w:spacing w:line="375" w:lineRule="atLeast"/>
              <w:jc w:val="both"/>
              <w:rPr>
                <w:sz w:val="28"/>
                <w:szCs w:val="28"/>
              </w:rPr>
            </w:pPr>
            <w:r w:rsidRPr="007A2CE4">
              <w:rPr>
                <w:sz w:val="28"/>
                <w:szCs w:val="28"/>
              </w:rPr>
              <w:t>50</w:t>
            </w:r>
            <w:r w:rsidR="00666922" w:rsidRPr="007A2CE4">
              <w:rPr>
                <w:sz w:val="28"/>
                <w:szCs w:val="28"/>
              </w:rPr>
              <w:t>%</w:t>
            </w:r>
          </w:p>
        </w:tc>
      </w:tr>
      <w:tr w:rsidR="00666922" w:rsidRPr="007A2CE4" w14:paraId="2AC4E4B3" w14:textId="77777777" w:rsidTr="00D82224">
        <w:tc>
          <w:tcPr>
            <w:tcW w:w="2376" w:type="dxa"/>
            <w:vMerge/>
          </w:tcPr>
          <w:p w14:paraId="1EF70966" w14:textId="77777777" w:rsidR="00666922" w:rsidRPr="007A2CE4" w:rsidRDefault="00666922" w:rsidP="00994C72">
            <w:pPr>
              <w:contextualSpacing/>
              <w:jc w:val="both"/>
              <w:rPr>
                <w:b/>
                <w:bCs/>
                <w:sz w:val="28"/>
                <w:szCs w:val="28"/>
              </w:rPr>
            </w:pPr>
          </w:p>
        </w:tc>
        <w:tc>
          <w:tcPr>
            <w:tcW w:w="1560" w:type="dxa"/>
          </w:tcPr>
          <w:p w14:paraId="06304B46" w14:textId="6140125F" w:rsidR="00666922" w:rsidRPr="007A2CE4" w:rsidRDefault="00666922" w:rsidP="00994C72">
            <w:pPr>
              <w:spacing w:line="375" w:lineRule="atLeast"/>
              <w:jc w:val="both"/>
              <w:rPr>
                <w:sz w:val="28"/>
                <w:szCs w:val="28"/>
              </w:rPr>
            </w:pPr>
            <w:r w:rsidRPr="007A2CE4">
              <w:rPr>
                <w:sz w:val="28"/>
                <w:szCs w:val="28"/>
                <w:lang w:val="kk-KZ"/>
              </w:rPr>
              <w:t>2025-2026</w:t>
            </w:r>
          </w:p>
        </w:tc>
        <w:tc>
          <w:tcPr>
            <w:tcW w:w="1986" w:type="dxa"/>
          </w:tcPr>
          <w:p w14:paraId="05C47F45" w14:textId="6357C434" w:rsidR="00666922" w:rsidRPr="007A2CE4" w:rsidRDefault="0060059C" w:rsidP="00994C72">
            <w:pPr>
              <w:spacing w:line="375" w:lineRule="atLeast"/>
              <w:jc w:val="both"/>
              <w:rPr>
                <w:sz w:val="28"/>
                <w:szCs w:val="28"/>
                <w:lang w:val="kk-KZ"/>
              </w:rPr>
            </w:pPr>
            <w:r w:rsidRPr="007A2CE4">
              <w:rPr>
                <w:sz w:val="28"/>
                <w:szCs w:val="28"/>
                <w:lang w:val="kk-KZ"/>
              </w:rPr>
              <w:t>39</w:t>
            </w:r>
          </w:p>
        </w:tc>
        <w:tc>
          <w:tcPr>
            <w:tcW w:w="2550" w:type="dxa"/>
          </w:tcPr>
          <w:p w14:paraId="5E532E71" w14:textId="5D3D93C2" w:rsidR="00666922" w:rsidRPr="007A2CE4" w:rsidRDefault="0060059C" w:rsidP="00994C72">
            <w:pPr>
              <w:spacing w:line="375" w:lineRule="atLeast"/>
              <w:jc w:val="both"/>
              <w:rPr>
                <w:sz w:val="28"/>
                <w:szCs w:val="28"/>
                <w:lang w:val="kk-KZ"/>
              </w:rPr>
            </w:pPr>
            <w:r w:rsidRPr="007A2CE4">
              <w:rPr>
                <w:sz w:val="28"/>
                <w:szCs w:val="28"/>
                <w:lang w:val="kk-KZ"/>
              </w:rPr>
              <w:t>19</w:t>
            </w:r>
          </w:p>
        </w:tc>
        <w:tc>
          <w:tcPr>
            <w:tcW w:w="1701" w:type="dxa"/>
          </w:tcPr>
          <w:p w14:paraId="38297D9E" w14:textId="1FAA3DD8" w:rsidR="00666922" w:rsidRPr="007A2CE4" w:rsidRDefault="0060059C" w:rsidP="00994C72">
            <w:pPr>
              <w:spacing w:line="375" w:lineRule="atLeast"/>
              <w:jc w:val="both"/>
              <w:rPr>
                <w:sz w:val="28"/>
                <w:szCs w:val="28"/>
              </w:rPr>
            </w:pPr>
            <w:r w:rsidRPr="007A2CE4">
              <w:rPr>
                <w:sz w:val="28"/>
                <w:szCs w:val="28"/>
              </w:rPr>
              <w:t>48</w:t>
            </w:r>
            <w:r w:rsidR="00666922" w:rsidRPr="007A2CE4">
              <w:rPr>
                <w:sz w:val="28"/>
                <w:szCs w:val="28"/>
              </w:rPr>
              <w:t>%</w:t>
            </w:r>
          </w:p>
        </w:tc>
      </w:tr>
      <w:tr w:rsidR="00666922" w:rsidRPr="007A2CE4" w14:paraId="3D75766B" w14:textId="77777777" w:rsidTr="00D82224">
        <w:tc>
          <w:tcPr>
            <w:tcW w:w="2376" w:type="dxa"/>
            <w:vMerge/>
          </w:tcPr>
          <w:p w14:paraId="5E8679BF" w14:textId="77777777" w:rsidR="00666922" w:rsidRPr="007A2CE4" w:rsidRDefault="00666922" w:rsidP="00994C72">
            <w:pPr>
              <w:contextualSpacing/>
              <w:jc w:val="both"/>
              <w:rPr>
                <w:b/>
                <w:bCs/>
                <w:sz w:val="28"/>
                <w:szCs w:val="28"/>
              </w:rPr>
            </w:pPr>
          </w:p>
        </w:tc>
        <w:tc>
          <w:tcPr>
            <w:tcW w:w="1560" w:type="dxa"/>
          </w:tcPr>
          <w:p w14:paraId="67F9829B" w14:textId="720D9E1A" w:rsidR="00666922" w:rsidRPr="007A2CE4" w:rsidRDefault="00666922" w:rsidP="00994C72">
            <w:pPr>
              <w:spacing w:line="375" w:lineRule="atLeast"/>
              <w:jc w:val="both"/>
              <w:rPr>
                <w:sz w:val="28"/>
                <w:szCs w:val="28"/>
              </w:rPr>
            </w:pPr>
            <w:r w:rsidRPr="007A2CE4">
              <w:rPr>
                <w:sz w:val="28"/>
                <w:szCs w:val="28"/>
                <w:lang w:val="kk-KZ"/>
              </w:rPr>
              <w:t>2026-2027</w:t>
            </w:r>
          </w:p>
        </w:tc>
        <w:tc>
          <w:tcPr>
            <w:tcW w:w="1986" w:type="dxa"/>
          </w:tcPr>
          <w:p w14:paraId="6A145590" w14:textId="2B2CE3A6" w:rsidR="00666922" w:rsidRPr="007A2CE4" w:rsidRDefault="00666922" w:rsidP="00994C72">
            <w:pPr>
              <w:spacing w:line="375" w:lineRule="atLeast"/>
              <w:jc w:val="both"/>
              <w:rPr>
                <w:sz w:val="28"/>
                <w:szCs w:val="28"/>
                <w:lang w:val="kk-KZ"/>
              </w:rPr>
            </w:pPr>
            <w:r w:rsidRPr="007A2CE4">
              <w:rPr>
                <w:sz w:val="28"/>
                <w:szCs w:val="28"/>
                <w:lang w:val="kk-KZ"/>
              </w:rPr>
              <w:t>42</w:t>
            </w:r>
          </w:p>
        </w:tc>
        <w:tc>
          <w:tcPr>
            <w:tcW w:w="2550" w:type="dxa"/>
          </w:tcPr>
          <w:p w14:paraId="29236CAD" w14:textId="6D4C1998" w:rsidR="00666922" w:rsidRPr="007A2CE4" w:rsidRDefault="00666922" w:rsidP="00994C72">
            <w:pPr>
              <w:spacing w:line="375" w:lineRule="atLeast"/>
              <w:jc w:val="both"/>
              <w:rPr>
                <w:sz w:val="28"/>
                <w:szCs w:val="28"/>
                <w:lang w:val="kk-KZ"/>
              </w:rPr>
            </w:pPr>
            <w:r w:rsidRPr="007A2CE4">
              <w:rPr>
                <w:sz w:val="28"/>
                <w:szCs w:val="28"/>
                <w:lang w:val="kk-KZ"/>
              </w:rPr>
              <w:t>21</w:t>
            </w:r>
          </w:p>
        </w:tc>
        <w:tc>
          <w:tcPr>
            <w:tcW w:w="1701" w:type="dxa"/>
          </w:tcPr>
          <w:p w14:paraId="4F0CE9E3" w14:textId="64DE2B62" w:rsidR="00666922" w:rsidRPr="007A2CE4" w:rsidRDefault="00666922" w:rsidP="00994C72">
            <w:pPr>
              <w:spacing w:line="375" w:lineRule="atLeast"/>
              <w:jc w:val="both"/>
              <w:rPr>
                <w:sz w:val="28"/>
                <w:szCs w:val="28"/>
              </w:rPr>
            </w:pPr>
            <w:r w:rsidRPr="007A2CE4">
              <w:rPr>
                <w:sz w:val="28"/>
                <w:szCs w:val="28"/>
              </w:rPr>
              <w:t>50%</w:t>
            </w:r>
          </w:p>
        </w:tc>
      </w:tr>
      <w:tr w:rsidR="00666922" w:rsidRPr="007A2CE4" w14:paraId="5491374B" w14:textId="77777777" w:rsidTr="00D82224">
        <w:tc>
          <w:tcPr>
            <w:tcW w:w="2376" w:type="dxa"/>
            <w:vMerge w:val="restart"/>
          </w:tcPr>
          <w:p w14:paraId="5E4CAF40" w14:textId="4E1FFEAD" w:rsidR="00666922" w:rsidRPr="007A2CE4" w:rsidRDefault="00D82224" w:rsidP="00994C72">
            <w:pPr>
              <w:contextualSpacing/>
              <w:jc w:val="both"/>
              <w:rPr>
                <w:b/>
                <w:bCs/>
                <w:sz w:val="28"/>
                <w:szCs w:val="28"/>
                <w:lang w:val="kk-KZ"/>
              </w:rPr>
            </w:pPr>
            <w:r w:rsidRPr="007A2CE4">
              <w:rPr>
                <w:b/>
                <w:bCs/>
                <w:sz w:val="28"/>
                <w:szCs w:val="28"/>
                <w:lang w:val="kk-KZ"/>
              </w:rPr>
              <w:t>Жоғары буын</w:t>
            </w:r>
          </w:p>
        </w:tc>
        <w:tc>
          <w:tcPr>
            <w:tcW w:w="1560" w:type="dxa"/>
          </w:tcPr>
          <w:p w14:paraId="3EEC15EC" w14:textId="746547B1" w:rsidR="00666922" w:rsidRPr="007A2CE4" w:rsidRDefault="00666922" w:rsidP="00994C72">
            <w:pPr>
              <w:spacing w:line="375" w:lineRule="atLeast"/>
              <w:jc w:val="both"/>
              <w:rPr>
                <w:sz w:val="28"/>
                <w:szCs w:val="28"/>
              </w:rPr>
            </w:pPr>
            <w:r w:rsidRPr="007A2CE4">
              <w:rPr>
                <w:sz w:val="28"/>
                <w:szCs w:val="28"/>
                <w:lang w:val="kk-KZ"/>
              </w:rPr>
              <w:t>2024-2025</w:t>
            </w:r>
          </w:p>
        </w:tc>
        <w:tc>
          <w:tcPr>
            <w:tcW w:w="1986" w:type="dxa"/>
          </w:tcPr>
          <w:p w14:paraId="0211D940" w14:textId="7199E232" w:rsidR="00666922" w:rsidRPr="007A2CE4" w:rsidRDefault="0060059C" w:rsidP="00994C72">
            <w:pPr>
              <w:spacing w:line="375" w:lineRule="atLeast"/>
              <w:jc w:val="both"/>
              <w:rPr>
                <w:sz w:val="28"/>
                <w:szCs w:val="28"/>
                <w:lang w:val="kk-KZ"/>
              </w:rPr>
            </w:pPr>
            <w:r w:rsidRPr="007A2CE4">
              <w:rPr>
                <w:sz w:val="28"/>
                <w:szCs w:val="28"/>
                <w:lang w:val="kk-KZ"/>
              </w:rPr>
              <w:t>16</w:t>
            </w:r>
          </w:p>
        </w:tc>
        <w:tc>
          <w:tcPr>
            <w:tcW w:w="2550" w:type="dxa"/>
          </w:tcPr>
          <w:p w14:paraId="01C82FEA" w14:textId="3983EEFA" w:rsidR="00666922" w:rsidRPr="007A2CE4" w:rsidRDefault="0060059C" w:rsidP="00994C72">
            <w:pPr>
              <w:spacing w:line="375" w:lineRule="atLeast"/>
              <w:jc w:val="both"/>
              <w:rPr>
                <w:sz w:val="28"/>
                <w:szCs w:val="28"/>
                <w:lang w:val="kk-KZ"/>
              </w:rPr>
            </w:pPr>
            <w:r w:rsidRPr="007A2CE4">
              <w:rPr>
                <w:sz w:val="28"/>
                <w:szCs w:val="28"/>
                <w:lang w:val="kk-KZ"/>
              </w:rPr>
              <w:t>8</w:t>
            </w:r>
          </w:p>
        </w:tc>
        <w:tc>
          <w:tcPr>
            <w:tcW w:w="1701" w:type="dxa"/>
          </w:tcPr>
          <w:p w14:paraId="77E2D84F" w14:textId="6215960D" w:rsidR="00666922" w:rsidRPr="007A2CE4" w:rsidRDefault="0060059C" w:rsidP="00994C72">
            <w:pPr>
              <w:spacing w:line="375" w:lineRule="atLeast"/>
              <w:jc w:val="both"/>
              <w:rPr>
                <w:sz w:val="28"/>
                <w:szCs w:val="28"/>
              </w:rPr>
            </w:pPr>
            <w:r w:rsidRPr="007A2CE4">
              <w:rPr>
                <w:sz w:val="28"/>
                <w:szCs w:val="28"/>
              </w:rPr>
              <w:t>50</w:t>
            </w:r>
            <w:r w:rsidR="00666922" w:rsidRPr="007A2CE4">
              <w:rPr>
                <w:sz w:val="28"/>
                <w:szCs w:val="28"/>
              </w:rPr>
              <w:t>%</w:t>
            </w:r>
          </w:p>
        </w:tc>
      </w:tr>
      <w:tr w:rsidR="00666922" w:rsidRPr="007A2CE4" w14:paraId="0922096A" w14:textId="77777777" w:rsidTr="00D82224">
        <w:tc>
          <w:tcPr>
            <w:tcW w:w="2376" w:type="dxa"/>
            <w:vMerge/>
            <w:hideMark/>
          </w:tcPr>
          <w:p w14:paraId="62032078" w14:textId="77777777" w:rsidR="00666922" w:rsidRPr="007A2CE4" w:rsidRDefault="00666922" w:rsidP="00994C72">
            <w:pPr>
              <w:spacing w:line="375" w:lineRule="atLeast"/>
              <w:jc w:val="both"/>
              <w:rPr>
                <w:sz w:val="28"/>
                <w:szCs w:val="28"/>
              </w:rPr>
            </w:pPr>
          </w:p>
        </w:tc>
        <w:tc>
          <w:tcPr>
            <w:tcW w:w="1560" w:type="dxa"/>
          </w:tcPr>
          <w:p w14:paraId="2D018ED6" w14:textId="6C7C4716" w:rsidR="00666922" w:rsidRPr="007A2CE4" w:rsidRDefault="00666922" w:rsidP="00994C72">
            <w:pPr>
              <w:spacing w:line="375" w:lineRule="atLeast"/>
              <w:jc w:val="both"/>
              <w:rPr>
                <w:sz w:val="28"/>
                <w:szCs w:val="28"/>
              </w:rPr>
            </w:pPr>
            <w:r w:rsidRPr="007A2CE4">
              <w:rPr>
                <w:sz w:val="28"/>
                <w:szCs w:val="28"/>
                <w:lang w:val="kk-KZ"/>
              </w:rPr>
              <w:t>2025-2026</w:t>
            </w:r>
          </w:p>
        </w:tc>
        <w:tc>
          <w:tcPr>
            <w:tcW w:w="1986" w:type="dxa"/>
          </w:tcPr>
          <w:p w14:paraId="2FD16928" w14:textId="5F507E63" w:rsidR="00666922" w:rsidRPr="007A2CE4" w:rsidRDefault="0060059C" w:rsidP="00994C72">
            <w:pPr>
              <w:spacing w:line="375" w:lineRule="atLeast"/>
              <w:jc w:val="both"/>
              <w:rPr>
                <w:sz w:val="28"/>
                <w:szCs w:val="28"/>
                <w:lang w:val="kk-KZ"/>
              </w:rPr>
            </w:pPr>
            <w:r w:rsidRPr="007A2CE4">
              <w:rPr>
                <w:sz w:val="28"/>
                <w:szCs w:val="28"/>
                <w:lang w:val="kk-KZ"/>
              </w:rPr>
              <w:t>18</w:t>
            </w:r>
          </w:p>
        </w:tc>
        <w:tc>
          <w:tcPr>
            <w:tcW w:w="2550" w:type="dxa"/>
          </w:tcPr>
          <w:p w14:paraId="0FBBECF7" w14:textId="6ACE9589" w:rsidR="00666922" w:rsidRPr="007A2CE4" w:rsidRDefault="0060059C" w:rsidP="00994C72">
            <w:pPr>
              <w:spacing w:line="375" w:lineRule="atLeast"/>
              <w:jc w:val="both"/>
              <w:rPr>
                <w:sz w:val="28"/>
                <w:szCs w:val="28"/>
                <w:lang w:val="kk-KZ"/>
              </w:rPr>
            </w:pPr>
            <w:r w:rsidRPr="007A2CE4">
              <w:rPr>
                <w:sz w:val="28"/>
                <w:szCs w:val="28"/>
                <w:lang w:val="kk-KZ"/>
              </w:rPr>
              <w:t>9</w:t>
            </w:r>
          </w:p>
        </w:tc>
        <w:tc>
          <w:tcPr>
            <w:tcW w:w="1701" w:type="dxa"/>
          </w:tcPr>
          <w:p w14:paraId="377E7382" w14:textId="29BAC5B6" w:rsidR="00666922" w:rsidRPr="007A2CE4" w:rsidRDefault="0060059C" w:rsidP="00994C72">
            <w:pPr>
              <w:spacing w:line="375" w:lineRule="atLeast"/>
              <w:jc w:val="both"/>
              <w:rPr>
                <w:sz w:val="28"/>
                <w:szCs w:val="28"/>
              </w:rPr>
            </w:pPr>
            <w:r w:rsidRPr="007A2CE4">
              <w:rPr>
                <w:sz w:val="28"/>
                <w:szCs w:val="28"/>
              </w:rPr>
              <w:t>50</w:t>
            </w:r>
            <w:r w:rsidR="00666922" w:rsidRPr="007A2CE4">
              <w:rPr>
                <w:sz w:val="28"/>
                <w:szCs w:val="28"/>
              </w:rPr>
              <w:t>%</w:t>
            </w:r>
          </w:p>
        </w:tc>
      </w:tr>
      <w:tr w:rsidR="00666922" w:rsidRPr="007A2CE4" w14:paraId="309BAF86" w14:textId="77777777" w:rsidTr="00D82224">
        <w:tc>
          <w:tcPr>
            <w:tcW w:w="2376" w:type="dxa"/>
            <w:vMerge/>
          </w:tcPr>
          <w:p w14:paraId="79CFCA0C" w14:textId="77777777" w:rsidR="00666922" w:rsidRPr="007A2CE4" w:rsidRDefault="00666922" w:rsidP="00994C72">
            <w:pPr>
              <w:spacing w:line="375" w:lineRule="atLeast"/>
              <w:jc w:val="both"/>
              <w:rPr>
                <w:sz w:val="28"/>
                <w:szCs w:val="28"/>
              </w:rPr>
            </w:pPr>
          </w:p>
        </w:tc>
        <w:tc>
          <w:tcPr>
            <w:tcW w:w="1560" w:type="dxa"/>
          </w:tcPr>
          <w:p w14:paraId="33872473" w14:textId="76C00582" w:rsidR="00666922" w:rsidRPr="007A2CE4" w:rsidRDefault="00666922" w:rsidP="00994C72">
            <w:pPr>
              <w:spacing w:line="375" w:lineRule="atLeast"/>
              <w:jc w:val="both"/>
              <w:rPr>
                <w:sz w:val="28"/>
                <w:szCs w:val="28"/>
              </w:rPr>
            </w:pPr>
            <w:r w:rsidRPr="007A2CE4">
              <w:rPr>
                <w:sz w:val="28"/>
                <w:szCs w:val="28"/>
                <w:lang w:val="kk-KZ"/>
              </w:rPr>
              <w:t>2026-2027</w:t>
            </w:r>
          </w:p>
        </w:tc>
        <w:tc>
          <w:tcPr>
            <w:tcW w:w="1986" w:type="dxa"/>
          </w:tcPr>
          <w:p w14:paraId="628E0D71" w14:textId="56A24B9C" w:rsidR="00666922" w:rsidRPr="007A2CE4" w:rsidRDefault="00666922" w:rsidP="00994C72">
            <w:pPr>
              <w:spacing w:line="375" w:lineRule="atLeast"/>
              <w:jc w:val="both"/>
              <w:rPr>
                <w:sz w:val="28"/>
                <w:szCs w:val="28"/>
                <w:lang w:val="kk-KZ"/>
              </w:rPr>
            </w:pPr>
            <w:r w:rsidRPr="007A2CE4">
              <w:rPr>
                <w:sz w:val="28"/>
                <w:szCs w:val="28"/>
                <w:lang w:val="kk-KZ"/>
              </w:rPr>
              <w:t>20</w:t>
            </w:r>
          </w:p>
        </w:tc>
        <w:tc>
          <w:tcPr>
            <w:tcW w:w="2550" w:type="dxa"/>
          </w:tcPr>
          <w:p w14:paraId="7EA694B1" w14:textId="5230C081" w:rsidR="00666922" w:rsidRPr="007A2CE4" w:rsidRDefault="00666922" w:rsidP="00994C72">
            <w:pPr>
              <w:spacing w:line="375" w:lineRule="atLeast"/>
              <w:jc w:val="both"/>
              <w:rPr>
                <w:sz w:val="28"/>
                <w:szCs w:val="28"/>
                <w:lang w:val="kk-KZ"/>
              </w:rPr>
            </w:pPr>
            <w:r w:rsidRPr="007A2CE4">
              <w:rPr>
                <w:sz w:val="28"/>
                <w:szCs w:val="28"/>
                <w:lang w:val="kk-KZ"/>
              </w:rPr>
              <w:t>10</w:t>
            </w:r>
          </w:p>
        </w:tc>
        <w:tc>
          <w:tcPr>
            <w:tcW w:w="1701" w:type="dxa"/>
          </w:tcPr>
          <w:p w14:paraId="57A3590A" w14:textId="515CA254" w:rsidR="00666922" w:rsidRPr="007A2CE4" w:rsidRDefault="00666922" w:rsidP="00994C72">
            <w:pPr>
              <w:spacing w:line="375" w:lineRule="atLeast"/>
              <w:jc w:val="both"/>
              <w:rPr>
                <w:sz w:val="28"/>
                <w:szCs w:val="28"/>
              </w:rPr>
            </w:pPr>
            <w:r w:rsidRPr="007A2CE4">
              <w:rPr>
                <w:sz w:val="28"/>
                <w:szCs w:val="28"/>
              </w:rPr>
              <w:t>50%</w:t>
            </w:r>
          </w:p>
        </w:tc>
      </w:tr>
    </w:tbl>
    <w:p w14:paraId="51BA2031" w14:textId="56DB2145" w:rsidR="00D82224" w:rsidRPr="007A2CE4" w:rsidRDefault="00D82224" w:rsidP="00994C72">
      <w:pPr>
        <w:widowControl/>
        <w:autoSpaceDE/>
        <w:autoSpaceDN/>
        <w:spacing w:before="100" w:beforeAutospacing="1" w:after="100" w:afterAutospacing="1"/>
        <w:jc w:val="both"/>
        <w:rPr>
          <w:sz w:val="28"/>
          <w:szCs w:val="28"/>
          <w:lang w:eastAsia="ru-RU"/>
        </w:rPr>
      </w:pPr>
      <w:r w:rsidRPr="007A2CE4">
        <w:rPr>
          <w:sz w:val="28"/>
          <w:szCs w:val="28"/>
          <w:lang w:eastAsia="ru-RU"/>
        </w:rPr>
        <w:t>2024–2027 оқу жылдары аралығында мектеп-</w:t>
      </w:r>
      <w:r w:rsidRPr="007A2CE4">
        <w:rPr>
          <w:sz w:val="28"/>
          <w:szCs w:val="28"/>
          <w:lang w:val="kk-KZ" w:eastAsia="ru-RU"/>
        </w:rPr>
        <w:t xml:space="preserve">гимназияда </w:t>
      </w:r>
      <w:r w:rsidRPr="007A2CE4">
        <w:rPr>
          <w:sz w:val="28"/>
          <w:szCs w:val="28"/>
          <w:lang w:eastAsia="ru-RU"/>
        </w:rPr>
        <w:t>оқыту деңгейлері бойынша педагогтердің кәсіби біліктілік көрсеткіштеріне салыстырмалы талдау жүргізілді.</w:t>
      </w:r>
    </w:p>
    <w:p w14:paraId="6C71D9BB" w14:textId="77777777" w:rsidR="00D82224" w:rsidRPr="007A2CE4" w:rsidRDefault="00D82224" w:rsidP="00994C72">
      <w:pPr>
        <w:widowControl/>
        <w:autoSpaceDE/>
        <w:autoSpaceDN/>
        <w:spacing w:before="100" w:beforeAutospacing="1" w:after="100" w:afterAutospacing="1"/>
        <w:jc w:val="both"/>
        <w:rPr>
          <w:sz w:val="28"/>
          <w:szCs w:val="28"/>
          <w:lang w:eastAsia="ru-RU"/>
        </w:rPr>
      </w:pPr>
      <w:r w:rsidRPr="007A2CE4">
        <w:rPr>
          <w:b/>
          <w:bCs/>
          <w:sz w:val="28"/>
          <w:szCs w:val="28"/>
          <w:lang w:eastAsia="ru-RU"/>
        </w:rPr>
        <w:t>Бастауыш білім беру деңгейі бойынша</w:t>
      </w:r>
      <w:r w:rsidRPr="007A2CE4">
        <w:rPr>
          <w:sz w:val="28"/>
          <w:szCs w:val="28"/>
          <w:lang w:eastAsia="ru-RU"/>
        </w:rPr>
        <w:t xml:space="preserve"> 2024–2025 оқу жылында 29 мұғалімнің 14-і (48%), 2025–2026 оқу жылында 33 мұғалімнің 16-сы (48%), 2026–2027 оқу жылында 38 мұғалімнің 19-ы (50%) «педагог-зерттеуші» және «педагог-сарапшы» біліктілік санаттарына ие. Үш оқу жылы ішінде аталған санаттары бар педагогтер саны 5 адамға артып, үлесі 2 пайыздық тармаққа өскен.</w:t>
      </w:r>
    </w:p>
    <w:p w14:paraId="66BAC448" w14:textId="2A56DE25" w:rsidR="00D82224" w:rsidRPr="007A2CE4" w:rsidRDefault="00D82224" w:rsidP="00994C72">
      <w:pPr>
        <w:widowControl/>
        <w:autoSpaceDE/>
        <w:autoSpaceDN/>
        <w:spacing w:before="100" w:beforeAutospacing="1" w:after="100" w:afterAutospacing="1"/>
        <w:jc w:val="both"/>
        <w:rPr>
          <w:sz w:val="28"/>
          <w:szCs w:val="28"/>
          <w:lang w:eastAsia="ru-RU"/>
        </w:rPr>
      </w:pPr>
      <w:r w:rsidRPr="007A2CE4">
        <w:rPr>
          <w:b/>
          <w:bCs/>
          <w:sz w:val="28"/>
          <w:szCs w:val="28"/>
          <w:lang w:eastAsia="ru-RU"/>
        </w:rPr>
        <w:t>Негізгі орта білім беру деңгейі бойынша</w:t>
      </w:r>
      <w:r w:rsidRPr="007A2CE4">
        <w:rPr>
          <w:sz w:val="28"/>
          <w:szCs w:val="28"/>
          <w:lang w:eastAsia="ru-RU"/>
        </w:rPr>
        <w:t xml:space="preserve"> 2024–2025 оқу жылында 36 мұғалімнің 18-і (50%), 2025–2026 оқ</w:t>
      </w:r>
      <w:r w:rsidR="00EA34A1">
        <w:rPr>
          <w:sz w:val="28"/>
          <w:szCs w:val="28"/>
          <w:lang w:eastAsia="ru-RU"/>
        </w:rPr>
        <w:t>у жылында 39 мұғалімнің 19-ы (48</w:t>
      </w:r>
      <w:r w:rsidRPr="007A2CE4">
        <w:rPr>
          <w:sz w:val="28"/>
          <w:szCs w:val="28"/>
          <w:lang w:eastAsia="ru-RU"/>
        </w:rPr>
        <w:t>%), 2026–2027 оқу жылында 42 мұғалімнің 21-і (50%) жоғарыда аталған біліктілік санаттарына ие. Көрсеткіштерді салыстыру нәтижесінде педагогтердің кәсіби біліктілік деңгейі жалпы алғанда тұрақты сақталғаны байқалады.</w:t>
      </w:r>
    </w:p>
    <w:p w14:paraId="2608E6FC" w14:textId="77777777" w:rsidR="00D82224" w:rsidRPr="007A2CE4" w:rsidRDefault="00D82224" w:rsidP="00994C72">
      <w:pPr>
        <w:widowControl/>
        <w:autoSpaceDE/>
        <w:autoSpaceDN/>
        <w:spacing w:before="100" w:beforeAutospacing="1" w:after="100" w:afterAutospacing="1"/>
        <w:jc w:val="both"/>
        <w:rPr>
          <w:sz w:val="28"/>
          <w:szCs w:val="28"/>
          <w:lang w:eastAsia="ru-RU"/>
        </w:rPr>
      </w:pPr>
      <w:r w:rsidRPr="007A2CE4">
        <w:rPr>
          <w:b/>
          <w:bCs/>
          <w:sz w:val="28"/>
          <w:szCs w:val="28"/>
          <w:lang w:eastAsia="ru-RU"/>
        </w:rPr>
        <w:t>Жалпы орта білім беру деңгейі бойынша</w:t>
      </w:r>
      <w:r w:rsidRPr="007A2CE4">
        <w:rPr>
          <w:sz w:val="28"/>
          <w:szCs w:val="28"/>
          <w:lang w:eastAsia="ru-RU"/>
        </w:rPr>
        <w:t xml:space="preserve"> 2024–2025 оқу жылында 16 мұғалімнің 8-і (50%), 2025–2026 оқу жылында 18 мұғалімнің 9-ы (50%), 2026–2027 оқу жылында 20 мұғалімнің 10-ы (50%) «педагог-зерттеуші» және «педагог-сарапшы» санаттарына ие. Аталған кезеңде біліктілік санаттары бар педагогтердің саны 2 адамға артқанымен, олардың жалпы үлесі 50% деңгейінде тұрақты сақталған.</w:t>
      </w:r>
    </w:p>
    <w:p w14:paraId="3E920972" w14:textId="77777777" w:rsidR="00D82224" w:rsidRPr="007A2CE4" w:rsidRDefault="00D82224" w:rsidP="00994C72">
      <w:pPr>
        <w:widowControl/>
        <w:autoSpaceDE/>
        <w:autoSpaceDN/>
        <w:spacing w:before="100" w:beforeAutospacing="1" w:after="100" w:afterAutospacing="1"/>
        <w:jc w:val="both"/>
        <w:rPr>
          <w:sz w:val="28"/>
          <w:szCs w:val="28"/>
          <w:lang w:eastAsia="ru-RU"/>
        </w:rPr>
      </w:pPr>
      <w:r w:rsidRPr="007A2CE4">
        <w:rPr>
          <w:b/>
          <w:bCs/>
          <w:sz w:val="28"/>
          <w:szCs w:val="28"/>
          <w:lang w:eastAsia="ru-RU"/>
        </w:rPr>
        <w:t>Қорытынды:</w:t>
      </w:r>
    </w:p>
    <w:p w14:paraId="0D8F3A59" w14:textId="0876A095" w:rsidR="00D82224" w:rsidRPr="00F464E9" w:rsidRDefault="00D82224" w:rsidP="0051012E">
      <w:pPr>
        <w:widowControl/>
        <w:autoSpaceDE/>
        <w:autoSpaceDN/>
        <w:spacing w:before="100" w:beforeAutospacing="1" w:after="100" w:afterAutospacing="1"/>
        <w:jc w:val="both"/>
        <w:rPr>
          <w:sz w:val="28"/>
          <w:szCs w:val="28"/>
          <w:lang w:val="kk-KZ" w:eastAsia="ru-RU"/>
        </w:rPr>
      </w:pPr>
      <w:r w:rsidRPr="007A2CE4">
        <w:rPr>
          <w:sz w:val="28"/>
          <w:szCs w:val="28"/>
          <w:lang w:eastAsia="ru-RU"/>
        </w:rPr>
        <w:t>Жүргізілген салыстырмалы талдау нәтижесінде 2024–2027 оқу жылдары аралығында мектеп-</w:t>
      </w:r>
      <w:r w:rsidR="00C369CF">
        <w:rPr>
          <w:sz w:val="28"/>
          <w:szCs w:val="28"/>
          <w:lang w:val="kk-KZ" w:eastAsia="ru-RU"/>
        </w:rPr>
        <w:t>гимназияның</w:t>
      </w:r>
      <w:r w:rsidRPr="007A2CE4">
        <w:rPr>
          <w:sz w:val="28"/>
          <w:szCs w:val="28"/>
          <w:lang w:eastAsia="ru-RU"/>
        </w:rPr>
        <w:t xml:space="preserve"> барлық білім беру деңгейлерінде «педагог-зерттеуші» және «педагог-сарапшы» санаттары бар педагогтер санының артқаны байқалады. Бастауыш білім беру деңгейінде оң динамика қалыптасқан, ал негізгі орта және жалпы орта білім беру деңгейлерінде біліктілік көрсеткіштері тұрақты сақталған.</w:t>
      </w:r>
      <w:r w:rsidR="00F464E9">
        <w:rPr>
          <w:sz w:val="28"/>
          <w:szCs w:val="28"/>
          <w:lang w:val="kk-KZ" w:eastAsia="ru-RU"/>
        </w:rPr>
        <w:t xml:space="preserve"> </w:t>
      </w:r>
      <w:r w:rsidRPr="00F464E9">
        <w:rPr>
          <w:sz w:val="28"/>
          <w:szCs w:val="28"/>
          <w:lang w:val="kk-KZ" w:eastAsia="ru-RU"/>
        </w:rPr>
        <w:t>Бұл көрсеткіштер мектеп-</w:t>
      </w:r>
      <w:r w:rsidR="00C369CF">
        <w:rPr>
          <w:sz w:val="28"/>
          <w:szCs w:val="28"/>
          <w:lang w:val="kk-KZ" w:eastAsia="ru-RU"/>
        </w:rPr>
        <w:t>гимназияның</w:t>
      </w:r>
      <w:r w:rsidRPr="00F464E9">
        <w:rPr>
          <w:sz w:val="28"/>
          <w:szCs w:val="28"/>
          <w:lang w:val="kk-KZ" w:eastAsia="ru-RU"/>
        </w:rPr>
        <w:t xml:space="preserve"> педагогикалық ұжымында кәсіби әлеуеттің сақталғанын және біліктілік санаттары бар педагогтер санының біртіндеп артып келе жатқанын көрсетеді.</w:t>
      </w:r>
      <w:r w:rsidR="00F464E9">
        <w:rPr>
          <w:sz w:val="28"/>
          <w:szCs w:val="28"/>
          <w:lang w:val="kk-KZ" w:eastAsia="ru-RU"/>
        </w:rPr>
        <w:t xml:space="preserve"> </w:t>
      </w:r>
      <w:r w:rsidRPr="00F464E9">
        <w:rPr>
          <w:sz w:val="28"/>
          <w:szCs w:val="28"/>
          <w:lang w:val="kk-KZ" w:eastAsia="ru-RU"/>
        </w:rPr>
        <w:t>Алдағы уақытта педагогтердің кәсіби құзыреттілігін жетілдіру, біліктілік санаттарын арттыруға бағытталған әдістемелік қолдауды күшейту және жоғары біліктілік санаттары бар педагогтердің үлесін ұлғайту жұмыстары жалғастырылатын болады.</w:t>
      </w:r>
    </w:p>
    <w:p w14:paraId="49566EB3" w14:textId="45634D09" w:rsidR="004D438A" w:rsidRPr="00881CE3" w:rsidRDefault="004D438A" w:rsidP="00994C72">
      <w:pPr>
        <w:jc w:val="both"/>
        <w:rPr>
          <w:b/>
          <w:i/>
          <w:iCs/>
          <w:lang w:val="kk-KZ"/>
        </w:rPr>
      </w:pPr>
      <w:r w:rsidRPr="00F464E9">
        <w:rPr>
          <w:b/>
          <w:i/>
          <w:iCs/>
          <w:sz w:val="28"/>
          <w:szCs w:val="28"/>
          <w:lang w:val="kk-KZ"/>
        </w:rPr>
        <w:t xml:space="preserve"> </w:t>
      </w:r>
      <w:r w:rsidR="00BD30A3" w:rsidRPr="00881CE3">
        <w:rPr>
          <w:b/>
          <w:sz w:val="28"/>
          <w:szCs w:val="28"/>
          <w:lang w:val="kk-KZ"/>
        </w:rPr>
        <w:t>Мектеп әкімшілігінің сандық және сапалық құрамы</w:t>
      </w:r>
    </w:p>
    <w:p w14:paraId="13E19F1F" w14:textId="77777777" w:rsidR="004D438A" w:rsidRPr="00881CE3" w:rsidRDefault="004D438A" w:rsidP="00994C72">
      <w:pPr>
        <w:jc w:val="both"/>
        <w:rPr>
          <w:lang w:val="kk-KZ"/>
        </w:rPr>
      </w:pPr>
    </w:p>
    <w:p w14:paraId="571CA4A5" w14:textId="226484FD" w:rsidR="004D438A" w:rsidRPr="007A2CE4" w:rsidRDefault="00BD30A3" w:rsidP="00994C72">
      <w:pPr>
        <w:jc w:val="both"/>
        <w:rPr>
          <w:sz w:val="28"/>
          <w:szCs w:val="28"/>
        </w:rPr>
      </w:pPr>
      <w:r w:rsidRPr="007A2CE4">
        <w:rPr>
          <w:sz w:val="28"/>
          <w:szCs w:val="28"/>
        </w:rPr>
        <w:lastRenderedPageBreak/>
        <w:t xml:space="preserve">Мектеп директоры </w:t>
      </w:r>
      <w:r w:rsidRPr="007A2CE4">
        <w:rPr>
          <w:sz w:val="28"/>
          <w:szCs w:val="28"/>
          <w:lang w:val="kk-KZ"/>
        </w:rPr>
        <w:t>Аринов Орикбай Серикович</w:t>
      </w:r>
      <w:r w:rsidRPr="007A2CE4">
        <w:rPr>
          <w:sz w:val="28"/>
          <w:szCs w:val="28"/>
        </w:rPr>
        <w:t xml:space="preserve"> – 45 жаста, жоғары білімді (академиялық дәрежесі жоқ). Педагогикалық еңбек өтілі – 20 жыл. Басшылық лауазымы бойынша «</w:t>
      </w:r>
      <w:r w:rsidRPr="007A2CE4">
        <w:rPr>
          <w:sz w:val="28"/>
          <w:szCs w:val="28"/>
          <w:lang w:val="kk-KZ"/>
        </w:rPr>
        <w:t>бірінші</w:t>
      </w:r>
      <w:r w:rsidRPr="007A2CE4">
        <w:rPr>
          <w:sz w:val="28"/>
          <w:szCs w:val="28"/>
        </w:rPr>
        <w:t xml:space="preserve"> санатты басшы» біліктілік санаты бар.</w:t>
      </w:r>
    </w:p>
    <w:p w14:paraId="0D2BE44E" w14:textId="77777777" w:rsidR="0090597A" w:rsidRDefault="0090597A" w:rsidP="00994C72">
      <w:pPr>
        <w:jc w:val="both"/>
        <w:rPr>
          <w:b/>
          <w:sz w:val="28"/>
          <w:szCs w:val="28"/>
        </w:rPr>
      </w:pPr>
    </w:p>
    <w:p w14:paraId="00E52FCD" w14:textId="22A77478" w:rsidR="004D438A" w:rsidRPr="007A2CE4" w:rsidRDefault="00C92736" w:rsidP="00994C72">
      <w:pPr>
        <w:jc w:val="both"/>
        <w:rPr>
          <w:b/>
          <w:i/>
          <w:iCs/>
          <w:sz w:val="28"/>
          <w:szCs w:val="28"/>
        </w:rPr>
      </w:pPr>
      <w:r w:rsidRPr="007A2CE4">
        <w:rPr>
          <w:b/>
          <w:sz w:val="28"/>
          <w:szCs w:val="28"/>
        </w:rPr>
        <w:t>Директор орынбасарларының сандық және сапалық құрамы</w:t>
      </w:r>
    </w:p>
    <w:p w14:paraId="7367877D" w14:textId="77777777" w:rsidR="004D438A" w:rsidRPr="007A2CE4" w:rsidRDefault="004D438A" w:rsidP="00994C72">
      <w:pPr>
        <w:tabs>
          <w:tab w:val="left" w:pos="9921"/>
        </w:tabs>
        <w:spacing w:line="239" w:lineRule="auto"/>
        <w:ind w:right="140" w:firstLine="706"/>
        <w:jc w:val="both"/>
        <w:rPr>
          <w:rFonts w:eastAsia="Segoe UI"/>
          <w:color w:val="000000"/>
          <w:sz w:val="28"/>
          <w:szCs w:val="28"/>
        </w:rPr>
      </w:pPr>
    </w:p>
    <w:tbl>
      <w:tblPr>
        <w:tblStyle w:val="a7"/>
        <w:tblW w:w="10472" w:type="dxa"/>
        <w:jc w:val="center"/>
        <w:tblLayout w:type="fixed"/>
        <w:tblLook w:val="04A0" w:firstRow="1" w:lastRow="0" w:firstColumn="1" w:lastColumn="0" w:noHBand="0" w:noVBand="1"/>
      </w:tblPr>
      <w:tblGrid>
        <w:gridCol w:w="691"/>
        <w:gridCol w:w="2552"/>
        <w:gridCol w:w="2268"/>
        <w:gridCol w:w="992"/>
        <w:gridCol w:w="2268"/>
        <w:gridCol w:w="1701"/>
      </w:tblGrid>
      <w:tr w:rsidR="00C92736" w:rsidRPr="007A2CE4" w14:paraId="73697BF2" w14:textId="77777777" w:rsidTr="001B26EF">
        <w:trPr>
          <w:trHeight w:val="929"/>
          <w:jc w:val="center"/>
        </w:trPr>
        <w:tc>
          <w:tcPr>
            <w:tcW w:w="691" w:type="dxa"/>
            <w:shd w:val="clear" w:color="auto" w:fill="B4C6E7" w:themeFill="accent1" w:themeFillTint="66"/>
          </w:tcPr>
          <w:p w14:paraId="65C5B335" w14:textId="77777777" w:rsidR="00C92736" w:rsidRPr="007A2CE4" w:rsidRDefault="00C92736" w:rsidP="00994C72">
            <w:pPr>
              <w:pStyle w:val="a8"/>
              <w:jc w:val="both"/>
              <w:rPr>
                <w:rFonts w:ascii="Times New Roman" w:hAnsi="Times New Roman" w:cs="Times New Roman"/>
                <w:b/>
                <w:bCs/>
                <w:sz w:val="28"/>
                <w:szCs w:val="28"/>
                <w:lang w:val="kk-KZ"/>
              </w:rPr>
            </w:pPr>
            <w:r w:rsidRPr="007A2CE4">
              <w:rPr>
                <w:rFonts w:ascii="Times New Roman" w:hAnsi="Times New Roman" w:cs="Times New Roman"/>
                <w:b/>
                <w:bCs/>
                <w:sz w:val="28"/>
                <w:szCs w:val="28"/>
                <w:lang w:val="kk-KZ"/>
              </w:rPr>
              <w:t>№</w:t>
            </w:r>
          </w:p>
        </w:tc>
        <w:tc>
          <w:tcPr>
            <w:tcW w:w="2552" w:type="dxa"/>
            <w:shd w:val="clear" w:color="auto" w:fill="B4C6E7" w:themeFill="accent1" w:themeFillTint="66"/>
          </w:tcPr>
          <w:p w14:paraId="6C78D3BD" w14:textId="2CEA44C4" w:rsidR="00C92736" w:rsidRPr="007A2CE4" w:rsidRDefault="00C92736" w:rsidP="00994C72">
            <w:pPr>
              <w:pStyle w:val="a8"/>
              <w:jc w:val="both"/>
              <w:rPr>
                <w:rFonts w:ascii="Times New Roman" w:hAnsi="Times New Roman" w:cs="Times New Roman"/>
                <w:b/>
                <w:bCs/>
                <w:sz w:val="28"/>
                <w:szCs w:val="28"/>
                <w:lang w:val="kk-KZ"/>
              </w:rPr>
            </w:pPr>
            <w:r w:rsidRPr="007A2CE4">
              <w:rPr>
                <w:rFonts w:ascii="Times New Roman" w:hAnsi="Times New Roman" w:cs="Times New Roman"/>
                <w:b/>
                <w:bCs/>
                <w:sz w:val="28"/>
                <w:szCs w:val="28"/>
                <w:lang w:val="kk-KZ"/>
              </w:rPr>
              <w:t>Аты жөні</w:t>
            </w:r>
          </w:p>
        </w:tc>
        <w:tc>
          <w:tcPr>
            <w:tcW w:w="2268" w:type="dxa"/>
            <w:shd w:val="clear" w:color="auto" w:fill="B4C6E7" w:themeFill="accent1" w:themeFillTint="66"/>
          </w:tcPr>
          <w:p w14:paraId="725FF18B" w14:textId="50A4E8C2" w:rsidR="00C92736" w:rsidRPr="007A2CE4" w:rsidRDefault="00C92736" w:rsidP="00994C72">
            <w:pPr>
              <w:pStyle w:val="a8"/>
              <w:jc w:val="both"/>
              <w:rPr>
                <w:rFonts w:ascii="Times New Roman" w:hAnsi="Times New Roman" w:cs="Times New Roman"/>
                <w:b/>
                <w:bCs/>
                <w:sz w:val="28"/>
                <w:szCs w:val="28"/>
                <w:lang w:val="kk-KZ"/>
              </w:rPr>
            </w:pPr>
            <w:r w:rsidRPr="007A2CE4">
              <w:rPr>
                <w:rFonts w:ascii="Times New Roman" w:hAnsi="Times New Roman" w:cs="Times New Roman"/>
                <w:b/>
                <w:bCs/>
                <w:sz w:val="28"/>
                <w:szCs w:val="28"/>
                <w:lang w:val="kk-KZ"/>
              </w:rPr>
              <w:t>Лауазымы</w:t>
            </w:r>
          </w:p>
        </w:tc>
        <w:tc>
          <w:tcPr>
            <w:tcW w:w="992" w:type="dxa"/>
            <w:shd w:val="clear" w:color="auto" w:fill="B4C6E7" w:themeFill="accent1" w:themeFillTint="66"/>
          </w:tcPr>
          <w:p w14:paraId="6B02FA9A" w14:textId="11C9C666" w:rsidR="00C92736" w:rsidRPr="007A2CE4" w:rsidRDefault="00C92736" w:rsidP="00994C72">
            <w:pPr>
              <w:pStyle w:val="a8"/>
              <w:jc w:val="both"/>
              <w:rPr>
                <w:rFonts w:ascii="Times New Roman" w:hAnsi="Times New Roman" w:cs="Times New Roman"/>
                <w:b/>
                <w:bCs/>
                <w:sz w:val="28"/>
                <w:szCs w:val="28"/>
                <w:lang w:val="kk-KZ"/>
              </w:rPr>
            </w:pPr>
            <w:r w:rsidRPr="007A2CE4">
              <w:rPr>
                <w:rFonts w:ascii="Times New Roman" w:hAnsi="Times New Roman" w:cs="Times New Roman"/>
                <w:b/>
                <w:bCs/>
                <w:sz w:val="28"/>
                <w:szCs w:val="28"/>
                <w:lang w:val="kk-KZ"/>
              </w:rPr>
              <w:t>Еңбек өтілі</w:t>
            </w:r>
          </w:p>
          <w:p w14:paraId="6C54DE47" w14:textId="77777777" w:rsidR="00C92736" w:rsidRPr="007A2CE4" w:rsidRDefault="00C92736" w:rsidP="00994C72">
            <w:pPr>
              <w:pStyle w:val="a8"/>
              <w:jc w:val="both"/>
              <w:rPr>
                <w:rFonts w:ascii="Times New Roman" w:hAnsi="Times New Roman" w:cs="Times New Roman"/>
                <w:b/>
                <w:bCs/>
                <w:sz w:val="28"/>
                <w:szCs w:val="28"/>
                <w:lang w:val="kk-KZ"/>
              </w:rPr>
            </w:pPr>
          </w:p>
        </w:tc>
        <w:tc>
          <w:tcPr>
            <w:tcW w:w="2268" w:type="dxa"/>
            <w:shd w:val="clear" w:color="auto" w:fill="B4C6E7" w:themeFill="accent1" w:themeFillTint="66"/>
          </w:tcPr>
          <w:p w14:paraId="0EE03F35" w14:textId="78E49F55" w:rsidR="00C92736" w:rsidRPr="007A2CE4" w:rsidRDefault="00C92736" w:rsidP="00994C72">
            <w:pPr>
              <w:pStyle w:val="a8"/>
              <w:jc w:val="both"/>
              <w:rPr>
                <w:rFonts w:ascii="Times New Roman" w:hAnsi="Times New Roman" w:cs="Times New Roman"/>
                <w:b/>
                <w:bCs/>
                <w:sz w:val="28"/>
                <w:szCs w:val="28"/>
                <w:lang w:val="kk-KZ"/>
              </w:rPr>
            </w:pPr>
            <w:r w:rsidRPr="007A2CE4">
              <w:rPr>
                <w:rFonts w:ascii="Times New Roman" w:hAnsi="Times New Roman" w:cs="Times New Roman"/>
                <w:b/>
                <w:bCs/>
                <w:sz w:val="28"/>
                <w:szCs w:val="28"/>
                <w:lang w:val="kk-KZ"/>
              </w:rPr>
              <w:t>Біліктілік санаты</w:t>
            </w:r>
          </w:p>
        </w:tc>
        <w:tc>
          <w:tcPr>
            <w:tcW w:w="1701" w:type="dxa"/>
            <w:shd w:val="clear" w:color="auto" w:fill="B4C6E7" w:themeFill="accent1" w:themeFillTint="66"/>
          </w:tcPr>
          <w:p w14:paraId="433838B4" w14:textId="33ED4575" w:rsidR="00C92736" w:rsidRPr="007A2CE4" w:rsidRDefault="00C92736" w:rsidP="00994C72">
            <w:pPr>
              <w:pStyle w:val="a8"/>
              <w:jc w:val="both"/>
              <w:rPr>
                <w:rFonts w:ascii="Times New Roman" w:hAnsi="Times New Roman" w:cs="Times New Roman"/>
                <w:b/>
                <w:bCs/>
                <w:sz w:val="28"/>
                <w:szCs w:val="28"/>
                <w:lang w:val="kk-KZ"/>
              </w:rPr>
            </w:pPr>
            <w:r w:rsidRPr="007A2CE4">
              <w:rPr>
                <w:rFonts w:ascii="Times New Roman" w:hAnsi="Times New Roman" w:cs="Times New Roman"/>
                <w:b/>
                <w:bCs/>
                <w:sz w:val="28"/>
                <w:szCs w:val="28"/>
                <w:lang w:val="kk-KZ"/>
              </w:rPr>
              <w:t>Алған уақыты</w:t>
            </w:r>
          </w:p>
        </w:tc>
      </w:tr>
      <w:tr w:rsidR="00C92736" w:rsidRPr="007A2CE4" w14:paraId="0DC56455" w14:textId="77777777" w:rsidTr="001B26EF">
        <w:trPr>
          <w:trHeight w:val="616"/>
          <w:jc w:val="center"/>
        </w:trPr>
        <w:tc>
          <w:tcPr>
            <w:tcW w:w="691" w:type="dxa"/>
          </w:tcPr>
          <w:p w14:paraId="30C4EEEC" w14:textId="77777777" w:rsidR="00C92736" w:rsidRPr="007A2CE4" w:rsidRDefault="00C92736" w:rsidP="00994C72">
            <w:pPr>
              <w:pStyle w:val="a8"/>
              <w:jc w:val="both"/>
              <w:rPr>
                <w:rFonts w:ascii="Times New Roman" w:hAnsi="Times New Roman" w:cs="Times New Roman"/>
                <w:sz w:val="28"/>
                <w:szCs w:val="28"/>
                <w:lang w:val="kk-KZ"/>
              </w:rPr>
            </w:pPr>
            <w:r w:rsidRPr="007A2CE4">
              <w:rPr>
                <w:rFonts w:ascii="Times New Roman" w:hAnsi="Times New Roman" w:cs="Times New Roman"/>
                <w:sz w:val="28"/>
                <w:szCs w:val="28"/>
                <w:lang w:val="kk-KZ"/>
              </w:rPr>
              <w:t>1.</w:t>
            </w:r>
          </w:p>
        </w:tc>
        <w:tc>
          <w:tcPr>
            <w:tcW w:w="2552" w:type="dxa"/>
          </w:tcPr>
          <w:p w14:paraId="0E0E9EE4" w14:textId="75FF2DDC" w:rsidR="00C92736" w:rsidRPr="007A2CE4" w:rsidRDefault="00C92736" w:rsidP="00994C72">
            <w:pPr>
              <w:pStyle w:val="a8"/>
              <w:jc w:val="both"/>
              <w:rPr>
                <w:rFonts w:ascii="Times New Roman" w:hAnsi="Times New Roman" w:cs="Times New Roman"/>
                <w:sz w:val="28"/>
                <w:szCs w:val="28"/>
                <w:lang w:val="kk-KZ"/>
              </w:rPr>
            </w:pPr>
            <w:r w:rsidRPr="007A2CE4">
              <w:rPr>
                <w:rFonts w:ascii="Times New Roman" w:hAnsi="Times New Roman" w:cs="Times New Roman"/>
                <w:sz w:val="28"/>
                <w:szCs w:val="28"/>
                <w:lang w:val="kk-KZ"/>
              </w:rPr>
              <w:t>Ахметжамиева Айгорим Акжановна</w:t>
            </w:r>
          </w:p>
        </w:tc>
        <w:tc>
          <w:tcPr>
            <w:tcW w:w="2268" w:type="dxa"/>
          </w:tcPr>
          <w:p w14:paraId="61F24B6C" w14:textId="41E2E37A" w:rsidR="00C92736" w:rsidRPr="007A2CE4" w:rsidRDefault="00C92736" w:rsidP="00994C72">
            <w:pPr>
              <w:pStyle w:val="a8"/>
              <w:jc w:val="both"/>
              <w:rPr>
                <w:rFonts w:ascii="Times New Roman" w:hAnsi="Times New Roman" w:cs="Times New Roman"/>
                <w:sz w:val="28"/>
                <w:szCs w:val="28"/>
                <w:lang w:val="kk-KZ"/>
              </w:rPr>
            </w:pPr>
            <w:r w:rsidRPr="007A2CE4">
              <w:rPr>
                <w:rFonts w:ascii="Times New Roman" w:hAnsi="Times New Roman" w:cs="Times New Roman"/>
                <w:sz w:val="28"/>
                <w:szCs w:val="28"/>
                <w:lang w:val="kk-KZ"/>
              </w:rPr>
              <w:t>Директордың оқу ісі жөніндегі орынбасары</w:t>
            </w:r>
          </w:p>
        </w:tc>
        <w:tc>
          <w:tcPr>
            <w:tcW w:w="992" w:type="dxa"/>
          </w:tcPr>
          <w:p w14:paraId="274449B9" w14:textId="2EA3C4CE" w:rsidR="00C92736" w:rsidRPr="007A2CE4" w:rsidRDefault="00C92736" w:rsidP="00994C72">
            <w:pPr>
              <w:pStyle w:val="a8"/>
              <w:jc w:val="both"/>
              <w:rPr>
                <w:rFonts w:ascii="Times New Roman" w:hAnsi="Times New Roman" w:cs="Times New Roman"/>
                <w:sz w:val="28"/>
                <w:szCs w:val="28"/>
                <w:lang w:val="kk-KZ"/>
              </w:rPr>
            </w:pPr>
            <w:r w:rsidRPr="007A2CE4">
              <w:rPr>
                <w:rFonts w:ascii="Times New Roman" w:hAnsi="Times New Roman" w:cs="Times New Roman"/>
                <w:sz w:val="28"/>
                <w:szCs w:val="28"/>
                <w:lang w:val="kk-KZ"/>
              </w:rPr>
              <w:t>37 жыл</w:t>
            </w:r>
          </w:p>
        </w:tc>
        <w:tc>
          <w:tcPr>
            <w:tcW w:w="2268" w:type="dxa"/>
          </w:tcPr>
          <w:p w14:paraId="724A08B0" w14:textId="77777777" w:rsidR="001B26EF" w:rsidRDefault="001B26EF" w:rsidP="00994C72">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Педагог-зерттеуші,   </w:t>
            </w:r>
          </w:p>
          <w:p w14:paraId="01CD0FBC" w14:textId="6B4D8A5B" w:rsidR="00C92736" w:rsidRPr="007A2CE4" w:rsidRDefault="001B26EF" w:rsidP="00994C72">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2</w:t>
            </w:r>
            <w:r w:rsidR="00C92736" w:rsidRPr="007A2CE4">
              <w:rPr>
                <w:rFonts w:ascii="Times New Roman" w:hAnsi="Times New Roman" w:cs="Times New Roman"/>
                <w:sz w:val="28"/>
                <w:szCs w:val="28"/>
                <w:lang w:val="kk-KZ"/>
              </w:rPr>
              <w:t>санат</w:t>
            </w:r>
            <w:r>
              <w:rPr>
                <w:rFonts w:ascii="Times New Roman" w:hAnsi="Times New Roman" w:cs="Times New Roman"/>
                <w:sz w:val="28"/>
                <w:szCs w:val="28"/>
                <w:lang w:val="kk-KZ"/>
              </w:rPr>
              <w:t xml:space="preserve"> басшының орынбасары</w:t>
            </w:r>
          </w:p>
        </w:tc>
        <w:tc>
          <w:tcPr>
            <w:tcW w:w="1701" w:type="dxa"/>
          </w:tcPr>
          <w:p w14:paraId="32E14463" w14:textId="6B6B8E53" w:rsidR="00C92736" w:rsidRPr="007A2CE4" w:rsidRDefault="00C92736" w:rsidP="00994C72">
            <w:pPr>
              <w:jc w:val="both"/>
              <w:rPr>
                <w:sz w:val="28"/>
                <w:szCs w:val="28"/>
              </w:rPr>
            </w:pPr>
            <w:r w:rsidRPr="007A2CE4">
              <w:rPr>
                <w:sz w:val="28"/>
                <w:szCs w:val="28"/>
                <w:lang w:val="kk-KZ"/>
              </w:rPr>
              <w:t>02.05.2025ж</w:t>
            </w:r>
          </w:p>
        </w:tc>
      </w:tr>
      <w:tr w:rsidR="00C92736" w:rsidRPr="007A2CE4" w14:paraId="1D1502CE" w14:textId="77777777" w:rsidTr="001B26EF">
        <w:trPr>
          <w:trHeight w:val="633"/>
          <w:jc w:val="center"/>
        </w:trPr>
        <w:tc>
          <w:tcPr>
            <w:tcW w:w="691" w:type="dxa"/>
          </w:tcPr>
          <w:p w14:paraId="68A6DAD5" w14:textId="77777777" w:rsidR="00C92736" w:rsidRPr="007A2CE4" w:rsidRDefault="00C92736" w:rsidP="00994C72">
            <w:pPr>
              <w:pStyle w:val="a8"/>
              <w:jc w:val="both"/>
              <w:rPr>
                <w:rFonts w:ascii="Times New Roman" w:hAnsi="Times New Roman" w:cs="Times New Roman"/>
                <w:sz w:val="28"/>
                <w:szCs w:val="28"/>
                <w:lang w:val="kk-KZ"/>
              </w:rPr>
            </w:pPr>
            <w:r w:rsidRPr="007A2CE4">
              <w:rPr>
                <w:rFonts w:ascii="Times New Roman" w:hAnsi="Times New Roman" w:cs="Times New Roman"/>
                <w:sz w:val="28"/>
                <w:szCs w:val="28"/>
                <w:lang w:val="kk-KZ"/>
              </w:rPr>
              <w:t>2.</w:t>
            </w:r>
          </w:p>
        </w:tc>
        <w:tc>
          <w:tcPr>
            <w:tcW w:w="2552" w:type="dxa"/>
          </w:tcPr>
          <w:p w14:paraId="642601EE" w14:textId="4A1094EB" w:rsidR="00C92736" w:rsidRPr="007A2CE4" w:rsidRDefault="00C92736" w:rsidP="00994C72">
            <w:pPr>
              <w:pStyle w:val="a8"/>
              <w:jc w:val="both"/>
              <w:rPr>
                <w:rFonts w:ascii="Times New Roman" w:hAnsi="Times New Roman" w:cs="Times New Roman"/>
                <w:sz w:val="28"/>
                <w:szCs w:val="28"/>
                <w:lang w:val="kk-KZ"/>
              </w:rPr>
            </w:pPr>
            <w:r w:rsidRPr="007A2CE4">
              <w:rPr>
                <w:rFonts w:ascii="Times New Roman" w:hAnsi="Times New Roman" w:cs="Times New Roman"/>
                <w:sz w:val="28"/>
                <w:szCs w:val="28"/>
                <w:lang w:val="kk-KZ"/>
              </w:rPr>
              <w:t>Момынбаева Лаура Бериковна</w:t>
            </w:r>
          </w:p>
        </w:tc>
        <w:tc>
          <w:tcPr>
            <w:tcW w:w="2268" w:type="dxa"/>
          </w:tcPr>
          <w:p w14:paraId="2124FE86" w14:textId="17922549" w:rsidR="00C92736" w:rsidRPr="007A2CE4" w:rsidRDefault="00C92736" w:rsidP="00994C72">
            <w:pPr>
              <w:pStyle w:val="a8"/>
              <w:jc w:val="both"/>
              <w:rPr>
                <w:rFonts w:ascii="Times New Roman" w:hAnsi="Times New Roman" w:cs="Times New Roman"/>
                <w:sz w:val="28"/>
                <w:szCs w:val="28"/>
                <w:lang w:val="kk-KZ"/>
              </w:rPr>
            </w:pPr>
            <w:r w:rsidRPr="007A2CE4">
              <w:rPr>
                <w:rFonts w:ascii="Times New Roman" w:hAnsi="Times New Roman" w:cs="Times New Roman"/>
                <w:sz w:val="28"/>
                <w:szCs w:val="28"/>
                <w:lang w:val="kk-KZ"/>
              </w:rPr>
              <w:t>Директордың оқу ісі жөніндегі орынбасары</w:t>
            </w:r>
          </w:p>
        </w:tc>
        <w:tc>
          <w:tcPr>
            <w:tcW w:w="992" w:type="dxa"/>
          </w:tcPr>
          <w:p w14:paraId="23452636" w14:textId="24692992" w:rsidR="00C92736" w:rsidRPr="007A2CE4" w:rsidRDefault="00C92736" w:rsidP="00994C72">
            <w:pPr>
              <w:jc w:val="both"/>
              <w:rPr>
                <w:sz w:val="28"/>
                <w:szCs w:val="28"/>
                <w:lang w:val="kk-KZ"/>
              </w:rPr>
            </w:pPr>
            <w:r w:rsidRPr="007A2CE4">
              <w:rPr>
                <w:sz w:val="28"/>
                <w:szCs w:val="28"/>
                <w:lang w:val="kk-KZ"/>
              </w:rPr>
              <w:t>24 жыл</w:t>
            </w:r>
          </w:p>
        </w:tc>
        <w:tc>
          <w:tcPr>
            <w:tcW w:w="2268" w:type="dxa"/>
          </w:tcPr>
          <w:p w14:paraId="68D5A719" w14:textId="77777777" w:rsidR="001B26EF" w:rsidRPr="001B26EF" w:rsidRDefault="001B26EF" w:rsidP="001B26EF">
            <w:pPr>
              <w:widowControl/>
              <w:autoSpaceDE/>
              <w:autoSpaceDN/>
              <w:jc w:val="both"/>
              <w:rPr>
                <w:rFonts w:eastAsiaTheme="minorHAnsi"/>
                <w:sz w:val="28"/>
                <w:szCs w:val="28"/>
                <w:lang w:val="kk-KZ"/>
              </w:rPr>
            </w:pPr>
            <w:r w:rsidRPr="001B26EF">
              <w:rPr>
                <w:rFonts w:eastAsiaTheme="minorHAnsi"/>
                <w:sz w:val="28"/>
                <w:szCs w:val="28"/>
                <w:lang w:val="kk-KZ"/>
              </w:rPr>
              <w:t xml:space="preserve">Педагог-зерттеуші,   </w:t>
            </w:r>
          </w:p>
          <w:p w14:paraId="2ED79CB1" w14:textId="677857DA" w:rsidR="00C92736" w:rsidRPr="007A2CE4" w:rsidRDefault="001B26EF" w:rsidP="001B26EF">
            <w:pPr>
              <w:pStyle w:val="a8"/>
              <w:jc w:val="both"/>
              <w:rPr>
                <w:rFonts w:ascii="Times New Roman" w:hAnsi="Times New Roman" w:cs="Times New Roman"/>
                <w:sz w:val="28"/>
                <w:szCs w:val="28"/>
                <w:lang w:val="kk-KZ"/>
              </w:rPr>
            </w:pPr>
            <w:r w:rsidRPr="001B26EF">
              <w:rPr>
                <w:rFonts w:ascii="Times New Roman" w:eastAsia="Times New Roman" w:hAnsi="Times New Roman" w:cs="Times New Roman"/>
                <w:sz w:val="28"/>
                <w:szCs w:val="28"/>
                <w:lang w:val="kk-KZ"/>
              </w:rPr>
              <w:t>2санат басшының орынбасары</w:t>
            </w:r>
          </w:p>
        </w:tc>
        <w:tc>
          <w:tcPr>
            <w:tcW w:w="1701" w:type="dxa"/>
          </w:tcPr>
          <w:p w14:paraId="20A2F92F" w14:textId="7BE1981B" w:rsidR="00C92736" w:rsidRPr="007A2CE4" w:rsidRDefault="00C92736" w:rsidP="00994C72">
            <w:pPr>
              <w:jc w:val="both"/>
              <w:rPr>
                <w:sz w:val="28"/>
                <w:szCs w:val="28"/>
              </w:rPr>
            </w:pPr>
            <w:r w:rsidRPr="007A2CE4">
              <w:rPr>
                <w:sz w:val="28"/>
                <w:szCs w:val="28"/>
                <w:lang w:val="kk-KZ"/>
              </w:rPr>
              <w:t>02.05.2025ж</w:t>
            </w:r>
          </w:p>
        </w:tc>
      </w:tr>
      <w:tr w:rsidR="00C92736" w:rsidRPr="007A2CE4" w14:paraId="37B03ACA" w14:textId="77777777" w:rsidTr="001B26EF">
        <w:trPr>
          <w:trHeight w:val="633"/>
          <w:jc w:val="center"/>
        </w:trPr>
        <w:tc>
          <w:tcPr>
            <w:tcW w:w="691" w:type="dxa"/>
          </w:tcPr>
          <w:p w14:paraId="4A195501" w14:textId="09B2DE81" w:rsidR="00C92736" w:rsidRPr="007A2CE4" w:rsidRDefault="00C92736" w:rsidP="00994C72">
            <w:pPr>
              <w:pStyle w:val="a8"/>
              <w:jc w:val="both"/>
              <w:rPr>
                <w:rFonts w:ascii="Times New Roman" w:hAnsi="Times New Roman" w:cs="Times New Roman"/>
                <w:sz w:val="28"/>
                <w:szCs w:val="28"/>
                <w:lang w:val="kk-KZ"/>
              </w:rPr>
            </w:pPr>
            <w:r w:rsidRPr="007A2CE4">
              <w:rPr>
                <w:rFonts w:ascii="Times New Roman" w:hAnsi="Times New Roman" w:cs="Times New Roman"/>
                <w:sz w:val="28"/>
                <w:szCs w:val="28"/>
                <w:lang w:val="kk-KZ"/>
              </w:rPr>
              <w:t xml:space="preserve">3 </w:t>
            </w:r>
          </w:p>
        </w:tc>
        <w:tc>
          <w:tcPr>
            <w:tcW w:w="2552" w:type="dxa"/>
          </w:tcPr>
          <w:p w14:paraId="48DEDBBB" w14:textId="03473BEF" w:rsidR="00C92736" w:rsidRPr="007A2CE4" w:rsidRDefault="00C92736" w:rsidP="00994C72">
            <w:pPr>
              <w:pStyle w:val="a8"/>
              <w:jc w:val="both"/>
              <w:rPr>
                <w:rFonts w:ascii="Times New Roman" w:hAnsi="Times New Roman" w:cs="Times New Roman"/>
                <w:sz w:val="28"/>
                <w:szCs w:val="28"/>
                <w:lang w:val="kk-KZ"/>
              </w:rPr>
            </w:pPr>
            <w:r w:rsidRPr="007A2CE4">
              <w:rPr>
                <w:rFonts w:ascii="Times New Roman" w:hAnsi="Times New Roman" w:cs="Times New Roman"/>
                <w:sz w:val="28"/>
                <w:szCs w:val="28"/>
                <w:lang w:val="kk-KZ"/>
              </w:rPr>
              <w:t>Тлеубаев Жанат Билилович</w:t>
            </w:r>
          </w:p>
        </w:tc>
        <w:tc>
          <w:tcPr>
            <w:tcW w:w="2268" w:type="dxa"/>
          </w:tcPr>
          <w:p w14:paraId="28A08301" w14:textId="0F353DB4" w:rsidR="00C92736" w:rsidRPr="007A2CE4" w:rsidRDefault="00C92736" w:rsidP="00994C72">
            <w:pPr>
              <w:jc w:val="both"/>
              <w:rPr>
                <w:sz w:val="28"/>
                <w:szCs w:val="28"/>
                <w:lang w:val="kk-KZ"/>
              </w:rPr>
            </w:pPr>
            <w:r w:rsidRPr="007A2CE4">
              <w:rPr>
                <w:sz w:val="28"/>
                <w:szCs w:val="28"/>
                <w:lang w:val="kk-KZ"/>
              </w:rPr>
              <w:t>Директорың тәрбие жөніндегі орынбасары</w:t>
            </w:r>
          </w:p>
        </w:tc>
        <w:tc>
          <w:tcPr>
            <w:tcW w:w="992" w:type="dxa"/>
          </w:tcPr>
          <w:p w14:paraId="30CE90AF" w14:textId="1F8591A8" w:rsidR="00C92736" w:rsidRPr="007A2CE4" w:rsidRDefault="00C92736" w:rsidP="00994C72">
            <w:pPr>
              <w:jc w:val="both"/>
              <w:rPr>
                <w:sz w:val="28"/>
                <w:szCs w:val="28"/>
                <w:lang w:val="kk-KZ"/>
              </w:rPr>
            </w:pPr>
            <w:r w:rsidRPr="007A2CE4">
              <w:rPr>
                <w:sz w:val="28"/>
                <w:szCs w:val="28"/>
                <w:lang w:val="kk-KZ"/>
              </w:rPr>
              <w:t>26 жыл</w:t>
            </w:r>
          </w:p>
        </w:tc>
        <w:tc>
          <w:tcPr>
            <w:tcW w:w="2268" w:type="dxa"/>
          </w:tcPr>
          <w:p w14:paraId="184D0CB6" w14:textId="77777777" w:rsidR="001B26EF" w:rsidRDefault="001B26EF" w:rsidP="00994C72">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Педагог-модератор, </w:t>
            </w:r>
          </w:p>
          <w:p w14:paraId="7F9162CF" w14:textId="018DCD96" w:rsidR="00C92736" w:rsidRPr="007A2CE4" w:rsidRDefault="001B26EF" w:rsidP="00994C72">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2</w:t>
            </w:r>
            <w:r w:rsidR="00C92736" w:rsidRPr="007A2CE4">
              <w:rPr>
                <w:rFonts w:ascii="Times New Roman" w:hAnsi="Times New Roman" w:cs="Times New Roman"/>
                <w:sz w:val="28"/>
                <w:szCs w:val="28"/>
                <w:lang w:val="kk-KZ"/>
              </w:rPr>
              <w:t>санат</w:t>
            </w:r>
            <w:r w:rsidRPr="001B26EF">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 xml:space="preserve"> </w:t>
            </w:r>
            <w:r w:rsidRPr="001B26EF">
              <w:rPr>
                <w:rFonts w:ascii="Times New Roman" w:eastAsia="Times New Roman" w:hAnsi="Times New Roman" w:cs="Times New Roman"/>
                <w:sz w:val="28"/>
                <w:szCs w:val="28"/>
                <w:lang w:val="kk-KZ"/>
              </w:rPr>
              <w:t xml:space="preserve">басшының </w:t>
            </w:r>
            <w:r>
              <w:rPr>
                <w:rFonts w:ascii="Times New Roman" w:eastAsia="Times New Roman" w:hAnsi="Times New Roman" w:cs="Times New Roman"/>
                <w:sz w:val="28"/>
                <w:szCs w:val="28"/>
                <w:lang w:val="kk-KZ"/>
              </w:rPr>
              <w:t xml:space="preserve"> </w:t>
            </w:r>
            <w:r w:rsidRPr="001B26EF">
              <w:rPr>
                <w:rFonts w:ascii="Times New Roman" w:eastAsia="Times New Roman" w:hAnsi="Times New Roman" w:cs="Times New Roman"/>
                <w:sz w:val="28"/>
                <w:szCs w:val="28"/>
                <w:lang w:val="kk-KZ"/>
              </w:rPr>
              <w:t>орынбасары</w:t>
            </w:r>
          </w:p>
        </w:tc>
        <w:tc>
          <w:tcPr>
            <w:tcW w:w="1701" w:type="dxa"/>
          </w:tcPr>
          <w:p w14:paraId="0788AC38" w14:textId="7B947D02" w:rsidR="00C92736" w:rsidRPr="007A2CE4" w:rsidRDefault="00C92736" w:rsidP="00994C72">
            <w:pPr>
              <w:jc w:val="both"/>
              <w:rPr>
                <w:sz w:val="28"/>
                <w:szCs w:val="28"/>
                <w:lang w:val="kk-KZ"/>
              </w:rPr>
            </w:pPr>
            <w:r w:rsidRPr="007A2CE4">
              <w:rPr>
                <w:sz w:val="28"/>
                <w:szCs w:val="28"/>
                <w:lang w:val="kk-KZ"/>
              </w:rPr>
              <w:t>28.08.2026ж</w:t>
            </w:r>
          </w:p>
        </w:tc>
      </w:tr>
      <w:tr w:rsidR="00C92736" w:rsidRPr="007A2CE4" w14:paraId="66CB3552" w14:textId="77777777" w:rsidTr="001B26EF">
        <w:trPr>
          <w:trHeight w:val="633"/>
          <w:jc w:val="center"/>
        </w:trPr>
        <w:tc>
          <w:tcPr>
            <w:tcW w:w="691" w:type="dxa"/>
          </w:tcPr>
          <w:p w14:paraId="7ECC3710" w14:textId="62A63DB7" w:rsidR="00C92736" w:rsidRPr="007A2CE4" w:rsidRDefault="00C92736" w:rsidP="00994C72">
            <w:pPr>
              <w:pStyle w:val="a8"/>
              <w:jc w:val="both"/>
              <w:rPr>
                <w:rFonts w:ascii="Times New Roman" w:hAnsi="Times New Roman" w:cs="Times New Roman"/>
                <w:sz w:val="28"/>
                <w:szCs w:val="28"/>
                <w:lang w:val="kk-KZ"/>
              </w:rPr>
            </w:pPr>
            <w:r w:rsidRPr="007A2CE4">
              <w:rPr>
                <w:rFonts w:ascii="Times New Roman" w:hAnsi="Times New Roman" w:cs="Times New Roman"/>
                <w:sz w:val="28"/>
                <w:szCs w:val="28"/>
                <w:lang w:val="kk-KZ"/>
              </w:rPr>
              <w:t>4</w:t>
            </w:r>
          </w:p>
        </w:tc>
        <w:tc>
          <w:tcPr>
            <w:tcW w:w="2552" w:type="dxa"/>
          </w:tcPr>
          <w:p w14:paraId="7B695F4A" w14:textId="6E602BE8" w:rsidR="00C92736" w:rsidRPr="007A2CE4" w:rsidRDefault="00C92736" w:rsidP="00994C72">
            <w:pPr>
              <w:pStyle w:val="a8"/>
              <w:jc w:val="both"/>
              <w:rPr>
                <w:rFonts w:ascii="Times New Roman" w:hAnsi="Times New Roman" w:cs="Times New Roman"/>
                <w:sz w:val="28"/>
                <w:szCs w:val="28"/>
                <w:lang w:val="kk-KZ"/>
              </w:rPr>
            </w:pPr>
            <w:r w:rsidRPr="007A2CE4">
              <w:rPr>
                <w:rFonts w:ascii="Times New Roman" w:hAnsi="Times New Roman" w:cs="Times New Roman"/>
                <w:sz w:val="28"/>
                <w:szCs w:val="28"/>
                <w:lang w:val="kk-KZ"/>
              </w:rPr>
              <w:t>Рысқұлова Айнур Қанатовна</w:t>
            </w:r>
          </w:p>
        </w:tc>
        <w:tc>
          <w:tcPr>
            <w:tcW w:w="2268" w:type="dxa"/>
          </w:tcPr>
          <w:p w14:paraId="14798B1A" w14:textId="375CB01F" w:rsidR="00C92736" w:rsidRPr="007A2CE4" w:rsidRDefault="00C92736" w:rsidP="00994C72">
            <w:pPr>
              <w:jc w:val="both"/>
              <w:rPr>
                <w:sz w:val="28"/>
                <w:szCs w:val="28"/>
              </w:rPr>
            </w:pPr>
            <w:r w:rsidRPr="007A2CE4">
              <w:rPr>
                <w:sz w:val="28"/>
                <w:szCs w:val="28"/>
                <w:lang w:val="kk-KZ"/>
              </w:rPr>
              <w:t>Директорың тәрбие жөніндегі орынбасары</w:t>
            </w:r>
          </w:p>
        </w:tc>
        <w:tc>
          <w:tcPr>
            <w:tcW w:w="992" w:type="dxa"/>
          </w:tcPr>
          <w:p w14:paraId="15DA299B" w14:textId="158B5B0D" w:rsidR="00C92736" w:rsidRPr="007A2CE4" w:rsidRDefault="00C92736" w:rsidP="00994C72">
            <w:pPr>
              <w:jc w:val="both"/>
              <w:rPr>
                <w:sz w:val="28"/>
                <w:szCs w:val="28"/>
                <w:lang w:val="kk-KZ"/>
              </w:rPr>
            </w:pPr>
            <w:r w:rsidRPr="007A2CE4">
              <w:rPr>
                <w:sz w:val="28"/>
                <w:szCs w:val="28"/>
                <w:lang w:val="kk-KZ"/>
              </w:rPr>
              <w:t>18 жыл</w:t>
            </w:r>
          </w:p>
        </w:tc>
        <w:tc>
          <w:tcPr>
            <w:tcW w:w="2268" w:type="dxa"/>
          </w:tcPr>
          <w:p w14:paraId="2CC66802" w14:textId="77777777" w:rsidR="001B26EF" w:rsidRPr="001B26EF" w:rsidRDefault="001B26EF" w:rsidP="001B26EF">
            <w:pPr>
              <w:widowControl/>
              <w:autoSpaceDE/>
              <w:autoSpaceDN/>
              <w:jc w:val="both"/>
              <w:rPr>
                <w:rFonts w:eastAsiaTheme="minorHAnsi"/>
                <w:sz w:val="28"/>
                <w:szCs w:val="28"/>
                <w:lang w:val="kk-KZ"/>
              </w:rPr>
            </w:pPr>
            <w:r w:rsidRPr="001B26EF">
              <w:rPr>
                <w:rFonts w:eastAsiaTheme="minorHAnsi"/>
                <w:sz w:val="28"/>
                <w:szCs w:val="28"/>
                <w:lang w:val="kk-KZ"/>
              </w:rPr>
              <w:t xml:space="preserve">Педагог-зерттеуші,   </w:t>
            </w:r>
          </w:p>
          <w:p w14:paraId="6D7AEBE2" w14:textId="51CE3123" w:rsidR="00C92736" w:rsidRPr="007A2CE4" w:rsidRDefault="001B26EF" w:rsidP="001B26EF">
            <w:pPr>
              <w:pStyle w:val="a8"/>
              <w:jc w:val="both"/>
              <w:rPr>
                <w:rFonts w:ascii="Times New Roman" w:hAnsi="Times New Roman" w:cs="Times New Roman"/>
                <w:sz w:val="28"/>
                <w:szCs w:val="28"/>
                <w:lang w:val="kk-KZ"/>
              </w:rPr>
            </w:pPr>
            <w:r w:rsidRPr="001B26EF">
              <w:rPr>
                <w:rFonts w:ascii="Times New Roman" w:eastAsia="Times New Roman" w:hAnsi="Times New Roman" w:cs="Times New Roman"/>
                <w:sz w:val="28"/>
                <w:szCs w:val="28"/>
                <w:lang w:val="kk-KZ"/>
              </w:rPr>
              <w:t>2санат басшының орынбасары</w:t>
            </w:r>
            <w:r w:rsidRPr="007A2CE4">
              <w:rPr>
                <w:rFonts w:ascii="Times New Roman" w:hAnsi="Times New Roman" w:cs="Times New Roman"/>
                <w:sz w:val="28"/>
                <w:szCs w:val="28"/>
                <w:lang w:val="kk-KZ"/>
              </w:rPr>
              <w:t xml:space="preserve"> </w:t>
            </w:r>
          </w:p>
        </w:tc>
        <w:tc>
          <w:tcPr>
            <w:tcW w:w="1701" w:type="dxa"/>
          </w:tcPr>
          <w:p w14:paraId="1FB82F5F" w14:textId="4823A7A8" w:rsidR="00C92736" w:rsidRPr="007A2CE4" w:rsidRDefault="00C92736" w:rsidP="00994C72">
            <w:pPr>
              <w:pStyle w:val="a8"/>
              <w:jc w:val="both"/>
              <w:rPr>
                <w:rFonts w:ascii="Times New Roman" w:hAnsi="Times New Roman" w:cs="Times New Roman"/>
                <w:sz w:val="28"/>
                <w:szCs w:val="28"/>
                <w:lang w:val="kk-KZ"/>
              </w:rPr>
            </w:pPr>
            <w:r w:rsidRPr="007A2CE4">
              <w:rPr>
                <w:rFonts w:ascii="Times New Roman" w:hAnsi="Times New Roman" w:cs="Times New Roman"/>
                <w:sz w:val="28"/>
                <w:szCs w:val="28"/>
                <w:lang w:val="kk-KZ"/>
              </w:rPr>
              <w:t>11.03.2025ж</w:t>
            </w:r>
          </w:p>
        </w:tc>
      </w:tr>
      <w:tr w:rsidR="00C92736" w:rsidRPr="007A2CE4" w14:paraId="1C2FC2BC" w14:textId="77777777" w:rsidTr="001B26EF">
        <w:trPr>
          <w:trHeight w:val="633"/>
          <w:jc w:val="center"/>
        </w:trPr>
        <w:tc>
          <w:tcPr>
            <w:tcW w:w="691" w:type="dxa"/>
          </w:tcPr>
          <w:p w14:paraId="1CC9824D" w14:textId="1E466D6C" w:rsidR="00C92736" w:rsidRPr="007A2CE4" w:rsidRDefault="00C92736" w:rsidP="00994C72">
            <w:pPr>
              <w:pStyle w:val="a8"/>
              <w:jc w:val="both"/>
              <w:rPr>
                <w:rFonts w:ascii="Times New Roman" w:hAnsi="Times New Roman" w:cs="Times New Roman"/>
                <w:sz w:val="28"/>
                <w:szCs w:val="28"/>
                <w:lang w:val="kk-KZ"/>
              </w:rPr>
            </w:pPr>
            <w:r w:rsidRPr="007A2CE4">
              <w:rPr>
                <w:rFonts w:ascii="Times New Roman" w:hAnsi="Times New Roman" w:cs="Times New Roman"/>
                <w:sz w:val="28"/>
                <w:szCs w:val="28"/>
                <w:lang w:val="kk-KZ"/>
              </w:rPr>
              <w:t>5</w:t>
            </w:r>
          </w:p>
        </w:tc>
        <w:tc>
          <w:tcPr>
            <w:tcW w:w="2552" w:type="dxa"/>
          </w:tcPr>
          <w:p w14:paraId="799892F2" w14:textId="0AC8640D" w:rsidR="00C92736" w:rsidRPr="007A2CE4" w:rsidRDefault="00C92736" w:rsidP="00994C72">
            <w:pPr>
              <w:pStyle w:val="a8"/>
              <w:jc w:val="both"/>
              <w:rPr>
                <w:rFonts w:ascii="Times New Roman" w:hAnsi="Times New Roman" w:cs="Times New Roman"/>
                <w:sz w:val="28"/>
                <w:szCs w:val="28"/>
                <w:lang w:val="kk-KZ"/>
              </w:rPr>
            </w:pPr>
            <w:r w:rsidRPr="007A2CE4">
              <w:rPr>
                <w:rFonts w:ascii="Times New Roman" w:hAnsi="Times New Roman" w:cs="Times New Roman"/>
                <w:sz w:val="28"/>
                <w:szCs w:val="28"/>
                <w:lang w:val="kk-KZ"/>
              </w:rPr>
              <w:t>Есебаева Орынгуль Жанузаковна</w:t>
            </w:r>
          </w:p>
        </w:tc>
        <w:tc>
          <w:tcPr>
            <w:tcW w:w="2268" w:type="dxa"/>
          </w:tcPr>
          <w:p w14:paraId="6D4A38FC" w14:textId="7A8D3B23" w:rsidR="00C92736" w:rsidRPr="007A2CE4" w:rsidRDefault="00C92736" w:rsidP="00994C72">
            <w:pPr>
              <w:jc w:val="both"/>
              <w:rPr>
                <w:sz w:val="28"/>
                <w:szCs w:val="28"/>
                <w:lang w:val="kk-KZ"/>
              </w:rPr>
            </w:pPr>
            <w:r w:rsidRPr="007A2CE4">
              <w:rPr>
                <w:sz w:val="28"/>
                <w:szCs w:val="28"/>
                <w:lang w:val="kk-KZ"/>
              </w:rPr>
              <w:t>Директордың бейіндік жөніндегі орынбасары</w:t>
            </w:r>
          </w:p>
        </w:tc>
        <w:tc>
          <w:tcPr>
            <w:tcW w:w="992" w:type="dxa"/>
          </w:tcPr>
          <w:p w14:paraId="53790B1D" w14:textId="0171F561" w:rsidR="00C92736" w:rsidRPr="007A2CE4" w:rsidRDefault="00C92736" w:rsidP="00994C72">
            <w:pPr>
              <w:jc w:val="both"/>
              <w:rPr>
                <w:sz w:val="28"/>
                <w:szCs w:val="28"/>
                <w:lang w:val="kk-KZ"/>
              </w:rPr>
            </w:pPr>
            <w:r w:rsidRPr="007A2CE4">
              <w:rPr>
                <w:sz w:val="28"/>
                <w:szCs w:val="28"/>
                <w:lang w:val="kk-KZ"/>
              </w:rPr>
              <w:t>12 жыл</w:t>
            </w:r>
          </w:p>
        </w:tc>
        <w:tc>
          <w:tcPr>
            <w:tcW w:w="2268" w:type="dxa"/>
          </w:tcPr>
          <w:p w14:paraId="65AC4335" w14:textId="1DDED3D3" w:rsidR="00C92736" w:rsidRPr="007A2CE4" w:rsidRDefault="001B26EF" w:rsidP="00994C72">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Пеадгог-сарапшы, </w:t>
            </w:r>
            <w:r w:rsidR="00C92736" w:rsidRPr="007A2CE4">
              <w:rPr>
                <w:rFonts w:ascii="Times New Roman" w:hAnsi="Times New Roman" w:cs="Times New Roman"/>
                <w:sz w:val="28"/>
                <w:szCs w:val="28"/>
                <w:lang w:val="kk-KZ"/>
              </w:rPr>
              <w:t>3 санат</w:t>
            </w:r>
            <w:r>
              <w:rPr>
                <w:rFonts w:ascii="Times New Roman" w:hAnsi="Times New Roman" w:cs="Times New Roman"/>
                <w:sz w:val="28"/>
                <w:szCs w:val="28"/>
                <w:lang w:val="kk-KZ"/>
              </w:rPr>
              <w:t xml:space="preserve"> басшының орынбасары</w:t>
            </w:r>
          </w:p>
        </w:tc>
        <w:tc>
          <w:tcPr>
            <w:tcW w:w="1701" w:type="dxa"/>
          </w:tcPr>
          <w:p w14:paraId="1C9B22C5" w14:textId="186B985D" w:rsidR="00C92736" w:rsidRPr="007A2CE4" w:rsidRDefault="003704E6" w:rsidP="00994C72">
            <w:pPr>
              <w:pStyle w:val="a8"/>
              <w:jc w:val="both"/>
              <w:rPr>
                <w:rFonts w:ascii="Times New Roman" w:hAnsi="Times New Roman" w:cs="Times New Roman"/>
                <w:sz w:val="28"/>
                <w:szCs w:val="28"/>
                <w:lang w:val="kk-KZ"/>
              </w:rPr>
            </w:pPr>
            <w:r w:rsidRPr="007A2CE4">
              <w:rPr>
                <w:rFonts w:ascii="Times New Roman" w:hAnsi="Times New Roman" w:cs="Times New Roman"/>
                <w:sz w:val="28"/>
                <w:szCs w:val="28"/>
                <w:lang w:val="kk-KZ"/>
              </w:rPr>
              <w:t>02.06.2023ж</w:t>
            </w:r>
          </w:p>
        </w:tc>
      </w:tr>
      <w:tr w:rsidR="00C92736" w:rsidRPr="007A2CE4" w14:paraId="20AF2FD0" w14:textId="77777777" w:rsidTr="001B26EF">
        <w:trPr>
          <w:trHeight w:val="633"/>
          <w:jc w:val="center"/>
        </w:trPr>
        <w:tc>
          <w:tcPr>
            <w:tcW w:w="691" w:type="dxa"/>
          </w:tcPr>
          <w:p w14:paraId="6F4E77E4" w14:textId="6CEDB893" w:rsidR="00C92736" w:rsidRPr="007A2CE4" w:rsidRDefault="003704E6" w:rsidP="00994C72">
            <w:pPr>
              <w:pStyle w:val="a8"/>
              <w:jc w:val="both"/>
              <w:rPr>
                <w:rFonts w:ascii="Times New Roman" w:hAnsi="Times New Roman" w:cs="Times New Roman"/>
                <w:sz w:val="28"/>
                <w:szCs w:val="28"/>
                <w:lang w:val="kk-KZ"/>
              </w:rPr>
            </w:pPr>
            <w:r w:rsidRPr="007A2CE4">
              <w:rPr>
                <w:rFonts w:ascii="Times New Roman" w:hAnsi="Times New Roman" w:cs="Times New Roman"/>
                <w:sz w:val="28"/>
                <w:szCs w:val="28"/>
                <w:lang w:val="kk-KZ"/>
              </w:rPr>
              <w:t>6</w:t>
            </w:r>
          </w:p>
        </w:tc>
        <w:tc>
          <w:tcPr>
            <w:tcW w:w="2552" w:type="dxa"/>
          </w:tcPr>
          <w:p w14:paraId="305A5E9D" w14:textId="1B5DCB56" w:rsidR="00C92736" w:rsidRPr="007A2CE4" w:rsidRDefault="003704E6" w:rsidP="00994C72">
            <w:pPr>
              <w:pStyle w:val="a8"/>
              <w:jc w:val="both"/>
              <w:rPr>
                <w:rFonts w:ascii="Times New Roman" w:hAnsi="Times New Roman" w:cs="Times New Roman"/>
                <w:sz w:val="28"/>
                <w:szCs w:val="28"/>
                <w:lang w:val="kk-KZ"/>
              </w:rPr>
            </w:pPr>
            <w:r w:rsidRPr="007A2CE4">
              <w:rPr>
                <w:rFonts w:ascii="Times New Roman" w:hAnsi="Times New Roman" w:cs="Times New Roman"/>
                <w:sz w:val="28"/>
                <w:szCs w:val="28"/>
                <w:lang w:val="kk-KZ"/>
              </w:rPr>
              <w:t>Еркінова Мейіз Еркінқызы</w:t>
            </w:r>
          </w:p>
        </w:tc>
        <w:tc>
          <w:tcPr>
            <w:tcW w:w="2268" w:type="dxa"/>
          </w:tcPr>
          <w:p w14:paraId="15EC7F62" w14:textId="120CC9BA" w:rsidR="00C92736" w:rsidRPr="007A2CE4" w:rsidRDefault="003704E6" w:rsidP="00994C72">
            <w:pPr>
              <w:jc w:val="both"/>
              <w:rPr>
                <w:sz w:val="28"/>
                <w:szCs w:val="28"/>
              </w:rPr>
            </w:pPr>
            <w:r w:rsidRPr="007A2CE4">
              <w:rPr>
                <w:sz w:val="28"/>
                <w:szCs w:val="28"/>
                <w:lang w:val="kk-KZ"/>
              </w:rPr>
              <w:t>Директорың тәрбие жөніндегі орынбасары</w:t>
            </w:r>
          </w:p>
        </w:tc>
        <w:tc>
          <w:tcPr>
            <w:tcW w:w="992" w:type="dxa"/>
          </w:tcPr>
          <w:p w14:paraId="2CDF9DFB" w14:textId="5FA24CA5" w:rsidR="00C92736" w:rsidRPr="007A2CE4" w:rsidRDefault="003704E6" w:rsidP="00994C72">
            <w:pPr>
              <w:jc w:val="both"/>
              <w:rPr>
                <w:sz w:val="28"/>
                <w:szCs w:val="28"/>
                <w:lang w:val="kk-KZ"/>
              </w:rPr>
            </w:pPr>
            <w:r w:rsidRPr="007A2CE4">
              <w:rPr>
                <w:sz w:val="28"/>
                <w:szCs w:val="28"/>
                <w:lang w:val="kk-KZ"/>
              </w:rPr>
              <w:t>14 жыл</w:t>
            </w:r>
          </w:p>
        </w:tc>
        <w:tc>
          <w:tcPr>
            <w:tcW w:w="2268" w:type="dxa"/>
          </w:tcPr>
          <w:p w14:paraId="19BC75AF" w14:textId="711C8328" w:rsidR="00C92736" w:rsidRPr="007A2CE4" w:rsidRDefault="001B26EF" w:rsidP="00994C72">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Педагог-сарапшы</w:t>
            </w:r>
          </w:p>
        </w:tc>
        <w:tc>
          <w:tcPr>
            <w:tcW w:w="1701" w:type="dxa"/>
          </w:tcPr>
          <w:p w14:paraId="6DFB89B2" w14:textId="5EF2ABBC" w:rsidR="00C92736" w:rsidRPr="007A2CE4" w:rsidRDefault="00C92736" w:rsidP="00994C72">
            <w:pPr>
              <w:jc w:val="both"/>
              <w:rPr>
                <w:sz w:val="28"/>
                <w:szCs w:val="28"/>
              </w:rPr>
            </w:pPr>
          </w:p>
        </w:tc>
      </w:tr>
    </w:tbl>
    <w:p w14:paraId="0962205B" w14:textId="5841E439" w:rsidR="00BD30A3" w:rsidRPr="007A2CE4" w:rsidRDefault="00BD30A3" w:rsidP="00994C72">
      <w:pPr>
        <w:pStyle w:val="TableParagraph"/>
        <w:jc w:val="both"/>
        <w:rPr>
          <w:sz w:val="28"/>
          <w:szCs w:val="28"/>
        </w:rPr>
      </w:pPr>
      <w:r w:rsidRPr="007A2CE4">
        <w:rPr>
          <w:sz w:val="28"/>
          <w:szCs w:val="28"/>
        </w:rPr>
        <w:t xml:space="preserve">Мектептің әкімшілік құрамы теңгерімділігімен және жоғары даму әлеуетімен ерекшеленеді. </w:t>
      </w:r>
    </w:p>
    <w:p w14:paraId="5BF9D250" w14:textId="0C992159" w:rsidR="00F74B99" w:rsidRPr="007A2CE4" w:rsidRDefault="00F74B99" w:rsidP="00994C72">
      <w:pPr>
        <w:widowControl/>
        <w:autoSpaceDE/>
        <w:autoSpaceDN/>
        <w:spacing w:before="100" w:beforeAutospacing="1" w:after="100" w:afterAutospacing="1"/>
        <w:jc w:val="both"/>
        <w:rPr>
          <w:sz w:val="28"/>
          <w:szCs w:val="28"/>
          <w:lang w:val="kk-KZ" w:eastAsia="ru-RU"/>
        </w:rPr>
      </w:pPr>
      <w:r w:rsidRPr="007A2CE4">
        <w:rPr>
          <w:sz w:val="28"/>
          <w:szCs w:val="28"/>
          <w:lang w:val="kk-KZ" w:eastAsia="ru-RU"/>
        </w:rPr>
        <w:t xml:space="preserve">       Сонымен қатар біліктілік санаты жоқ, жаңадан тағайындалған директордың орынбасары </w:t>
      </w:r>
      <w:r w:rsidRPr="007A2CE4">
        <w:rPr>
          <w:b/>
          <w:sz w:val="28"/>
          <w:szCs w:val="28"/>
          <w:lang w:val="kk-KZ" w:eastAsia="ru-RU"/>
        </w:rPr>
        <w:t>Еркінова Мейіз Еркінқызы 2026 жылғы 1 қыркүйектен бастап 0,5 штаттық бірлік</w:t>
      </w:r>
      <w:r w:rsidRPr="007A2CE4">
        <w:rPr>
          <w:sz w:val="28"/>
          <w:szCs w:val="28"/>
          <w:lang w:val="kk-KZ" w:eastAsia="ru-RU"/>
        </w:rPr>
        <w:t xml:space="preserve"> көлемінде қызметке қабылданды. Жаңадан тағайындалған басшы орынбасарының кәсіби құзыреттілігін жүйелі түрде дамыту, басқарушылық тәжірибесін жетілдіру және біліктілігін арттыру арқылы білім беру ұйымының кадрлық резервін нығайтуға мүмкіндік бар.</w:t>
      </w:r>
    </w:p>
    <w:p w14:paraId="44BB0A85" w14:textId="18DFC79F" w:rsidR="002437DA" w:rsidRPr="007A2CE4" w:rsidRDefault="002437DA" w:rsidP="00994C72">
      <w:pPr>
        <w:widowControl/>
        <w:autoSpaceDE/>
        <w:autoSpaceDN/>
        <w:spacing w:before="100" w:beforeAutospacing="1" w:after="100" w:afterAutospacing="1"/>
        <w:jc w:val="both"/>
        <w:outlineLvl w:val="0"/>
        <w:rPr>
          <w:b/>
          <w:bCs/>
          <w:kern w:val="36"/>
          <w:sz w:val="28"/>
          <w:szCs w:val="28"/>
          <w:lang w:val="kk-KZ" w:eastAsia="ru-RU"/>
        </w:rPr>
      </w:pPr>
      <w:r w:rsidRPr="007A2CE4">
        <w:rPr>
          <w:b/>
          <w:bCs/>
          <w:kern w:val="36"/>
          <w:sz w:val="28"/>
          <w:szCs w:val="28"/>
          <w:lang w:val="kk-KZ" w:eastAsia="ru-RU"/>
        </w:rPr>
        <w:lastRenderedPageBreak/>
        <w:t>Педагогтерді аттестаттау</w:t>
      </w:r>
    </w:p>
    <w:p w14:paraId="568F76D1" w14:textId="29110D13" w:rsidR="002437DA" w:rsidRPr="007A2CE4" w:rsidRDefault="002437DA" w:rsidP="00994C72">
      <w:pPr>
        <w:widowControl/>
        <w:autoSpaceDE/>
        <w:autoSpaceDN/>
        <w:spacing w:before="100" w:beforeAutospacing="1" w:after="100" w:afterAutospacing="1"/>
        <w:jc w:val="both"/>
        <w:outlineLvl w:val="2"/>
        <w:rPr>
          <w:b/>
          <w:bCs/>
          <w:sz w:val="28"/>
          <w:szCs w:val="28"/>
          <w:lang w:val="kk-KZ" w:eastAsia="ru-RU"/>
        </w:rPr>
      </w:pPr>
      <w:r w:rsidRPr="007A2CE4">
        <w:rPr>
          <w:b/>
          <w:bCs/>
          <w:sz w:val="27"/>
          <w:szCs w:val="27"/>
          <w:lang w:val="kk-KZ" w:eastAsia="ru-RU"/>
        </w:rPr>
        <w:t>а</w:t>
      </w:r>
      <w:r w:rsidRPr="007A2CE4">
        <w:rPr>
          <w:b/>
          <w:bCs/>
          <w:sz w:val="28"/>
          <w:szCs w:val="28"/>
          <w:lang w:val="kk-KZ" w:eastAsia="ru-RU"/>
        </w:rPr>
        <w:t>) 2024–2025 оқу жылындағы педагогтерді аттестаттау</w:t>
      </w:r>
    </w:p>
    <w:p w14:paraId="35024C82" w14:textId="316DCCCB" w:rsidR="002437DA" w:rsidRPr="007A2CE4" w:rsidRDefault="002437DA" w:rsidP="00994C72">
      <w:pPr>
        <w:widowControl/>
        <w:autoSpaceDE/>
        <w:autoSpaceDN/>
        <w:spacing w:before="100" w:beforeAutospacing="1" w:after="100" w:afterAutospacing="1"/>
        <w:jc w:val="both"/>
        <w:rPr>
          <w:sz w:val="28"/>
          <w:szCs w:val="28"/>
          <w:lang w:val="kk-KZ" w:eastAsia="ru-RU"/>
        </w:rPr>
      </w:pPr>
      <w:r w:rsidRPr="007A2CE4">
        <w:rPr>
          <w:sz w:val="28"/>
          <w:szCs w:val="28"/>
          <w:lang w:val="kk-KZ" w:eastAsia="ru-RU"/>
        </w:rPr>
        <w:t>Педагог қызметкерлерді аттестаттау Қазақстан Республикасы Білім және ғылым министрінің 2016 жылғы 27 қаңтардағы №83 «Мектепке дейінгі, бастауыш, негізгі орта, жалпы орта білім берудің жалпы білім беретін оқу бағдарламаларын, техникалық және кәсіптік, орта білімнен кейінгі білім беру бағдарламаларын іске асыратын білім беру ұйымдарында жұмыс істейтін педагог қызметкерлер мен оларға теңестірілген тұлғаларды және білім және ғылым саласындағы басқа да азаматтық қызметшілерді аттестаттаудан өткізу қағидалары мен шарттарын бекіту туралы» бұйрығына (Қазақстан Республикасы Оқу-ағарту министрінің 2025 жылғы 25 ақпандағы №32 бұйрығымен енгізілген жаңа редакциясына) сәйкес жүргізілді.</w:t>
      </w:r>
    </w:p>
    <w:p w14:paraId="4A6EAF55" w14:textId="77777777" w:rsidR="002437DA" w:rsidRPr="007A2CE4" w:rsidRDefault="002437DA" w:rsidP="00994C72">
      <w:pPr>
        <w:widowControl/>
        <w:autoSpaceDE/>
        <w:autoSpaceDN/>
        <w:spacing w:before="100" w:beforeAutospacing="1" w:after="100" w:afterAutospacing="1"/>
        <w:jc w:val="both"/>
        <w:rPr>
          <w:sz w:val="28"/>
          <w:szCs w:val="28"/>
          <w:lang w:val="kk-KZ" w:eastAsia="ru-RU"/>
        </w:rPr>
      </w:pPr>
      <w:r w:rsidRPr="007A2CE4">
        <w:rPr>
          <w:sz w:val="28"/>
          <w:szCs w:val="28"/>
          <w:lang w:val="kk-KZ" w:eastAsia="ru-RU"/>
        </w:rPr>
        <w:t>2024–2025 оқу жылында педагогтерді аттестаттау рәсімі бір мезгілде екі электрондық платформада жүзеге асырылды:</w:t>
      </w:r>
    </w:p>
    <w:p w14:paraId="134920E1" w14:textId="77777777" w:rsidR="002437DA" w:rsidRPr="007A2CE4" w:rsidRDefault="002437DA" w:rsidP="00C427A3">
      <w:pPr>
        <w:widowControl/>
        <w:numPr>
          <w:ilvl w:val="0"/>
          <w:numId w:val="2"/>
        </w:numPr>
        <w:autoSpaceDE/>
        <w:autoSpaceDN/>
        <w:spacing w:before="100" w:beforeAutospacing="1" w:after="100" w:afterAutospacing="1"/>
        <w:jc w:val="both"/>
        <w:rPr>
          <w:sz w:val="28"/>
          <w:szCs w:val="28"/>
          <w:lang w:val="kk-KZ" w:eastAsia="ru-RU"/>
        </w:rPr>
      </w:pPr>
      <w:r w:rsidRPr="007A2CE4">
        <w:rPr>
          <w:sz w:val="28"/>
          <w:szCs w:val="28"/>
          <w:lang w:val="kk-KZ" w:eastAsia="ru-RU"/>
        </w:rPr>
        <w:t>«Педагог-модератор» және «педагог-сарапшы» біліктілік санаттары бойынша – «Ұстаз» педагогтің үздіксіз кәсіби дамуының ұлттық платформасында;</w:t>
      </w:r>
    </w:p>
    <w:p w14:paraId="777F18C6" w14:textId="77777777" w:rsidR="002437DA" w:rsidRPr="007A2CE4" w:rsidRDefault="002437DA" w:rsidP="00C427A3">
      <w:pPr>
        <w:widowControl/>
        <w:numPr>
          <w:ilvl w:val="0"/>
          <w:numId w:val="2"/>
        </w:numPr>
        <w:autoSpaceDE/>
        <w:autoSpaceDN/>
        <w:spacing w:before="100" w:beforeAutospacing="1" w:after="100" w:afterAutospacing="1"/>
        <w:jc w:val="both"/>
        <w:rPr>
          <w:sz w:val="28"/>
          <w:szCs w:val="28"/>
          <w:lang w:val="kk-KZ" w:eastAsia="ru-RU"/>
        </w:rPr>
      </w:pPr>
      <w:r w:rsidRPr="007A2CE4">
        <w:rPr>
          <w:sz w:val="28"/>
          <w:szCs w:val="28"/>
          <w:lang w:val="kk-KZ" w:eastAsia="ru-RU"/>
        </w:rPr>
        <w:t>«Педагог-зерттеуші» біліктілік санаты бойынша – «Электрондық үкімет» (eGov.kz) порталында.</w:t>
      </w:r>
    </w:p>
    <w:p w14:paraId="1E4280A7" w14:textId="77777777" w:rsidR="002437DA" w:rsidRPr="007A2CE4" w:rsidRDefault="002437DA" w:rsidP="00994C72">
      <w:pPr>
        <w:widowControl/>
        <w:autoSpaceDE/>
        <w:autoSpaceDN/>
        <w:spacing w:before="100" w:beforeAutospacing="1" w:after="100" w:afterAutospacing="1"/>
        <w:jc w:val="both"/>
        <w:rPr>
          <w:sz w:val="28"/>
          <w:szCs w:val="28"/>
          <w:lang w:val="kk-KZ" w:eastAsia="ru-RU"/>
        </w:rPr>
      </w:pPr>
      <w:r w:rsidRPr="007A2CE4">
        <w:rPr>
          <w:sz w:val="28"/>
          <w:szCs w:val="28"/>
          <w:lang w:val="kk-KZ" w:eastAsia="ru-RU"/>
        </w:rPr>
        <w:t>Аттестаттау нәтижелері бойынша:</w:t>
      </w:r>
    </w:p>
    <w:p w14:paraId="784E3EC9" w14:textId="37B3F63C" w:rsidR="002437DA" w:rsidRPr="007A2CE4" w:rsidRDefault="002437DA" w:rsidP="00994C72">
      <w:pPr>
        <w:widowControl/>
        <w:autoSpaceDE/>
        <w:autoSpaceDN/>
        <w:spacing w:before="100" w:beforeAutospacing="1" w:after="100" w:afterAutospacing="1"/>
        <w:jc w:val="both"/>
        <w:rPr>
          <w:sz w:val="28"/>
          <w:szCs w:val="28"/>
          <w:lang w:val="kk-KZ" w:eastAsia="ru-RU"/>
        </w:rPr>
      </w:pPr>
      <w:r w:rsidRPr="007A2CE4">
        <w:rPr>
          <w:sz w:val="28"/>
          <w:szCs w:val="28"/>
          <w:lang w:val="kk-KZ" w:eastAsia="ru-RU"/>
        </w:rPr>
        <w:t>«Педагог-модератор» біл</w:t>
      </w:r>
      <w:r w:rsidR="003F563B" w:rsidRPr="007A2CE4">
        <w:rPr>
          <w:sz w:val="28"/>
          <w:szCs w:val="28"/>
          <w:lang w:val="kk-KZ" w:eastAsia="ru-RU"/>
        </w:rPr>
        <w:t>іктілік санаты бойынша барлығы 1</w:t>
      </w:r>
      <w:r w:rsidRPr="007A2CE4">
        <w:rPr>
          <w:sz w:val="28"/>
          <w:szCs w:val="28"/>
          <w:lang w:val="kk-KZ" w:eastAsia="ru-RU"/>
        </w:rPr>
        <w:t xml:space="preserve"> педагог аттестаттаудан өтті. </w:t>
      </w:r>
    </w:p>
    <w:p w14:paraId="6CCBA718" w14:textId="73562D71" w:rsidR="002437DA" w:rsidRPr="007A2CE4" w:rsidRDefault="002437DA" w:rsidP="00994C72">
      <w:pPr>
        <w:widowControl/>
        <w:autoSpaceDE/>
        <w:autoSpaceDN/>
        <w:spacing w:before="100" w:beforeAutospacing="1" w:after="100" w:afterAutospacing="1"/>
        <w:jc w:val="both"/>
        <w:rPr>
          <w:sz w:val="28"/>
          <w:szCs w:val="28"/>
          <w:lang w:val="kk-KZ" w:eastAsia="ru-RU"/>
        </w:rPr>
      </w:pPr>
      <w:r w:rsidRPr="007A2CE4">
        <w:rPr>
          <w:sz w:val="28"/>
          <w:szCs w:val="28"/>
          <w:lang w:val="kk-KZ" w:eastAsia="ru-RU"/>
        </w:rPr>
        <w:t>«Педагог-сарапшы» біл</w:t>
      </w:r>
      <w:r w:rsidR="003F563B" w:rsidRPr="007A2CE4">
        <w:rPr>
          <w:sz w:val="28"/>
          <w:szCs w:val="28"/>
          <w:lang w:val="kk-KZ" w:eastAsia="ru-RU"/>
        </w:rPr>
        <w:t>іктілік санаты бойынша барлығы 5</w:t>
      </w:r>
      <w:r w:rsidRPr="007A2CE4">
        <w:rPr>
          <w:sz w:val="28"/>
          <w:szCs w:val="28"/>
          <w:lang w:val="kk-KZ" w:eastAsia="ru-RU"/>
        </w:rPr>
        <w:t xml:space="preserve"> педагог атте</w:t>
      </w:r>
      <w:r w:rsidR="003F563B" w:rsidRPr="007A2CE4">
        <w:rPr>
          <w:sz w:val="28"/>
          <w:szCs w:val="28"/>
          <w:lang w:val="kk-KZ" w:eastAsia="ru-RU"/>
        </w:rPr>
        <w:t>статтауға қатысты. Оның ішінде 2</w:t>
      </w:r>
      <w:r w:rsidRPr="007A2CE4">
        <w:rPr>
          <w:sz w:val="28"/>
          <w:szCs w:val="28"/>
          <w:lang w:val="kk-KZ" w:eastAsia="ru-RU"/>
        </w:rPr>
        <w:t xml:space="preserve"> педагогке біліктілік санаты берілді, 3 педагогтің санаты расталды. </w:t>
      </w:r>
    </w:p>
    <w:p w14:paraId="5BD62A25" w14:textId="1E0414A3" w:rsidR="002437DA" w:rsidRPr="007A2CE4" w:rsidRDefault="002437DA" w:rsidP="00994C72">
      <w:pPr>
        <w:widowControl/>
        <w:autoSpaceDE/>
        <w:autoSpaceDN/>
        <w:spacing w:before="100" w:beforeAutospacing="1" w:after="100" w:afterAutospacing="1"/>
        <w:jc w:val="both"/>
        <w:rPr>
          <w:sz w:val="28"/>
          <w:szCs w:val="28"/>
          <w:lang w:val="kk-KZ" w:eastAsia="ru-RU"/>
        </w:rPr>
      </w:pPr>
      <w:r w:rsidRPr="007A2CE4">
        <w:rPr>
          <w:sz w:val="28"/>
          <w:szCs w:val="28"/>
          <w:lang w:val="kk-KZ" w:eastAsia="ru-RU"/>
        </w:rPr>
        <w:t>«Педагог-зерттеуші» білі</w:t>
      </w:r>
      <w:r w:rsidR="003F563B" w:rsidRPr="007A2CE4">
        <w:rPr>
          <w:sz w:val="28"/>
          <w:szCs w:val="28"/>
          <w:lang w:val="kk-KZ" w:eastAsia="ru-RU"/>
        </w:rPr>
        <w:t>ктілік санаты бойынша барлығы 3</w:t>
      </w:r>
      <w:r w:rsidRPr="007A2CE4">
        <w:rPr>
          <w:sz w:val="28"/>
          <w:szCs w:val="28"/>
          <w:lang w:val="kk-KZ" w:eastAsia="ru-RU"/>
        </w:rPr>
        <w:t xml:space="preserve"> педагог аттестаттауға қатысты. Оның ішінде </w:t>
      </w:r>
      <w:r w:rsidR="003F563B" w:rsidRPr="007A2CE4">
        <w:rPr>
          <w:sz w:val="28"/>
          <w:szCs w:val="28"/>
          <w:lang w:val="kk-KZ" w:eastAsia="ru-RU"/>
        </w:rPr>
        <w:t xml:space="preserve"> 2  педагогтің санаты расталды, 1 педагог портфолиоларын қарау нәтижесінде «қолданыстағы біліктілік санатына сәйкес келмейді» деген шешім қабылданды педагог-сарапшы санатына түсірілді.</w:t>
      </w:r>
    </w:p>
    <w:p w14:paraId="07A88D55" w14:textId="5D5A356A" w:rsidR="00D05F27" w:rsidRPr="007A2CE4" w:rsidRDefault="00D05F27" w:rsidP="00994C72">
      <w:pPr>
        <w:widowControl/>
        <w:autoSpaceDE/>
        <w:autoSpaceDN/>
        <w:spacing w:before="100" w:beforeAutospacing="1" w:after="100" w:afterAutospacing="1"/>
        <w:jc w:val="both"/>
        <w:rPr>
          <w:sz w:val="28"/>
          <w:szCs w:val="28"/>
          <w:lang w:val="kk-KZ" w:eastAsia="ru-RU"/>
        </w:rPr>
      </w:pPr>
      <w:r w:rsidRPr="007A2CE4">
        <w:rPr>
          <w:sz w:val="28"/>
          <w:szCs w:val="28"/>
          <w:lang w:val="kk-KZ" w:eastAsia="ru-RU"/>
        </w:rPr>
        <w:t>2024-2025 оқу жылы мектеп әкімшілігінің 1 мүшесі аттестаттау рәсіміне қатысты.</w:t>
      </w:r>
    </w:p>
    <w:p w14:paraId="6842A096" w14:textId="5FB5C951" w:rsidR="00D05F27" w:rsidRPr="007A2CE4" w:rsidRDefault="00D05F27" w:rsidP="00994C72">
      <w:pPr>
        <w:widowControl/>
        <w:autoSpaceDE/>
        <w:autoSpaceDN/>
        <w:spacing w:before="100" w:beforeAutospacing="1" w:after="100" w:afterAutospacing="1"/>
        <w:jc w:val="both"/>
        <w:rPr>
          <w:sz w:val="28"/>
          <w:szCs w:val="28"/>
          <w:lang w:val="kk-KZ" w:eastAsia="ru-RU"/>
        </w:rPr>
      </w:pPr>
      <w:r w:rsidRPr="007A2CE4">
        <w:rPr>
          <w:sz w:val="28"/>
          <w:szCs w:val="28"/>
          <w:lang w:val="kk-KZ" w:eastAsia="ru-RU"/>
        </w:rPr>
        <w:t>Аттестаттау нәтижесінде мектеп директорына бірінші санаттағы басшының біліктілік санатына теңестірілетін «басшы-менеджер» біліктілік санаты берілді.</w:t>
      </w:r>
    </w:p>
    <w:p w14:paraId="3D4C5B58" w14:textId="38C3BA2C" w:rsidR="003F563B" w:rsidRPr="007A2CE4" w:rsidRDefault="003F563B" w:rsidP="00994C72">
      <w:pPr>
        <w:widowControl/>
        <w:autoSpaceDE/>
        <w:autoSpaceDN/>
        <w:spacing w:before="100" w:beforeAutospacing="1" w:after="100" w:afterAutospacing="1"/>
        <w:jc w:val="both"/>
        <w:rPr>
          <w:sz w:val="28"/>
          <w:szCs w:val="28"/>
          <w:lang w:val="kk-KZ" w:eastAsia="ru-RU"/>
        </w:rPr>
      </w:pPr>
      <w:r w:rsidRPr="007A2CE4">
        <w:rPr>
          <w:sz w:val="28"/>
          <w:szCs w:val="28"/>
          <w:lang w:val="kk-KZ" w:eastAsia="ru-RU"/>
        </w:rPr>
        <w:t>2024-2025 оқу жылы «№14 мектеп-гимназиясы</w:t>
      </w:r>
      <w:r w:rsidR="002437DA" w:rsidRPr="007A2CE4">
        <w:rPr>
          <w:sz w:val="28"/>
          <w:szCs w:val="28"/>
          <w:lang w:val="kk-KZ" w:eastAsia="ru-RU"/>
        </w:rPr>
        <w:t>» КММ педагог қызметкерлерін ат</w:t>
      </w:r>
      <w:r w:rsidR="00D05F27" w:rsidRPr="007A2CE4">
        <w:rPr>
          <w:sz w:val="28"/>
          <w:szCs w:val="28"/>
          <w:lang w:val="kk-KZ" w:eastAsia="ru-RU"/>
        </w:rPr>
        <w:t>тестаттау нәтижесінде барлығы 10</w:t>
      </w:r>
      <w:r w:rsidR="002437DA" w:rsidRPr="007A2CE4">
        <w:rPr>
          <w:sz w:val="28"/>
          <w:szCs w:val="28"/>
          <w:lang w:val="kk-KZ" w:eastAsia="ru-RU"/>
        </w:rPr>
        <w:t xml:space="preserve"> педагог аттестат</w:t>
      </w:r>
      <w:r w:rsidRPr="007A2CE4">
        <w:rPr>
          <w:sz w:val="28"/>
          <w:szCs w:val="28"/>
          <w:lang w:val="kk-KZ" w:eastAsia="ru-RU"/>
        </w:rPr>
        <w:t xml:space="preserve">таудан сәтті өтті. </w:t>
      </w:r>
      <w:r w:rsidR="00D05F27" w:rsidRPr="007A2CE4">
        <w:rPr>
          <w:sz w:val="28"/>
          <w:szCs w:val="28"/>
          <w:lang w:val="kk-KZ" w:eastAsia="ru-RU"/>
        </w:rPr>
        <w:t>Оның ішінде 4</w:t>
      </w:r>
      <w:r w:rsidR="002437DA" w:rsidRPr="007A2CE4">
        <w:rPr>
          <w:sz w:val="28"/>
          <w:szCs w:val="28"/>
          <w:lang w:val="kk-KZ" w:eastAsia="ru-RU"/>
        </w:rPr>
        <w:t xml:space="preserve"> педагогк</w:t>
      </w:r>
      <w:r w:rsidRPr="007A2CE4">
        <w:rPr>
          <w:sz w:val="28"/>
          <w:szCs w:val="28"/>
          <w:lang w:val="kk-KZ" w:eastAsia="ru-RU"/>
        </w:rPr>
        <w:t>е біліктілік санаты беріліп, 5 педагогтің санаты расталды, 1 педагог біліктілік санаты бір деңгейге төмендетілді.</w:t>
      </w:r>
    </w:p>
    <w:p w14:paraId="1039160C" w14:textId="3B0E36EE" w:rsidR="002437DA" w:rsidRPr="007A2CE4" w:rsidRDefault="003F563B" w:rsidP="00994C72">
      <w:pPr>
        <w:widowControl/>
        <w:autoSpaceDE/>
        <w:autoSpaceDN/>
        <w:spacing w:before="100" w:beforeAutospacing="1" w:after="100" w:afterAutospacing="1"/>
        <w:jc w:val="both"/>
        <w:rPr>
          <w:sz w:val="28"/>
          <w:szCs w:val="28"/>
          <w:lang w:val="kk-KZ" w:eastAsia="ru-RU"/>
        </w:rPr>
      </w:pPr>
      <w:r w:rsidRPr="007A2CE4">
        <w:rPr>
          <w:sz w:val="28"/>
          <w:szCs w:val="28"/>
          <w:lang w:val="kk-KZ" w:eastAsia="ru-RU"/>
        </w:rPr>
        <w:lastRenderedPageBreak/>
        <w:t>Қорытынды: «№14 мектеп-гимназиясы</w:t>
      </w:r>
      <w:r w:rsidR="002437DA" w:rsidRPr="007A2CE4">
        <w:rPr>
          <w:sz w:val="28"/>
          <w:szCs w:val="28"/>
          <w:lang w:val="kk-KZ" w:eastAsia="ru-RU"/>
        </w:rPr>
        <w:t>» КММ педагог қызметкерлерінің сапалық құрамына жүргізілген талдау нәтижесінде педагогикалық ұжымның инновациялық технологияларды енгізуге, зерттеу жұмыстарын жүргізуге қажетті кәсіби біліктілік және әдістемелік даярлық деңгейі жеткілікті екені анықталды.</w:t>
      </w:r>
    </w:p>
    <w:p w14:paraId="790F7823" w14:textId="77777777" w:rsidR="002437DA" w:rsidRPr="007A2CE4" w:rsidRDefault="002437DA" w:rsidP="00994C72">
      <w:pPr>
        <w:widowControl/>
        <w:autoSpaceDE/>
        <w:autoSpaceDN/>
        <w:spacing w:before="100" w:beforeAutospacing="1" w:after="100" w:afterAutospacing="1"/>
        <w:jc w:val="both"/>
        <w:rPr>
          <w:sz w:val="28"/>
          <w:szCs w:val="28"/>
          <w:lang w:val="kk-KZ" w:eastAsia="ru-RU"/>
        </w:rPr>
      </w:pPr>
      <w:r w:rsidRPr="007A2CE4">
        <w:rPr>
          <w:sz w:val="28"/>
          <w:szCs w:val="28"/>
          <w:lang w:val="kk-KZ" w:eastAsia="ru-RU"/>
        </w:rPr>
        <w:t>Педагогтер кәсіби құзыреттіліктерін жетілдіру мақсатында оқыту семинарларына және біліктілікті арттыру курстарына белсенді қатысады.</w:t>
      </w:r>
    </w:p>
    <w:p w14:paraId="26A7E85C" w14:textId="499154AC" w:rsidR="002437DA" w:rsidRPr="007A2CE4" w:rsidRDefault="003F563B" w:rsidP="00994C72">
      <w:pPr>
        <w:widowControl/>
        <w:autoSpaceDE/>
        <w:autoSpaceDN/>
        <w:spacing w:before="100" w:beforeAutospacing="1" w:after="100" w:afterAutospacing="1"/>
        <w:jc w:val="both"/>
        <w:outlineLvl w:val="2"/>
        <w:rPr>
          <w:b/>
          <w:bCs/>
          <w:sz w:val="28"/>
          <w:szCs w:val="28"/>
          <w:lang w:val="kk-KZ" w:eastAsia="ru-RU"/>
        </w:rPr>
      </w:pPr>
      <w:r w:rsidRPr="007A2CE4">
        <w:rPr>
          <w:b/>
          <w:bCs/>
          <w:sz w:val="28"/>
          <w:szCs w:val="28"/>
          <w:lang w:val="kk-KZ" w:eastAsia="ru-RU"/>
        </w:rPr>
        <w:t>ә) 2025–2026</w:t>
      </w:r>
      <w:r w:rsidR="002437DA" w:rsidRPr="007A2CE4">
        <w:rPr>
          <w:b/>
          <w:bCs/>
          <w:sz w:val="28"/>
          <w:szCs w:val="28"/>
          <w:lang w:val="kk-KZ" w:eastAsia="ru-RU"/>
        </w:rPr>
        <w:t xml:space="preserve"> оқу жылындағы педагогтерді аттестаттау</w:t>
      </w:r>
    </w:p>
    <w:p w14:paraId="1DA67FDC" w14:textId="77777777" w:rsidR="00E90117" w:rsidRPr="007A2CE4" w:rsidRDefault="00E90117" w:rsidP="00994C72">
      <w:pPr>
        <w:widowControl/>
        <w:autoSpaceDE/>
        <w:autoSpaceDN/>
        <w:spacing w:before="100" w:beforeAutospacing="1" w:after="100" w:afterAutospacing="1"/>
        <w:jc w:val="both"/>
        <w:rPr>
          <w:sz w:val="28"/>
          <w:szCs w:val="28"/>
          <w:lang w:val="kk-KZ" w:eastAsia="ru-RU"/>
        </w:rPr>
      </w:pPr>
      <w:r w:rsidRPr="007A2CE4">
        <w:rPr>
          <w:sz w:val="28"/>
          <w:szCs w:val="28"/>
          <w:lang w:val="kk-KZ" w:eastAsia="ru-RU"/>
        </w:rPr>
        <w:t>Педагог қызметкерлерді аттестаттау Қазақстан Республикасы Білім және ғылым министрінің 2016 жылғы 27 қаңтардағы №83 «Мектепке дейінгі, бастауыш, негізгі орта, жалпы орта білім берудің жалпы білім беретін оқу бағдарламаларын, техникалық және кәсіптік, орта білімнен кейінгі білім беру бағдарламаларын іске асыратын білім беру ұйымдарында жұмыс істейтін педагог қызметкерлер мен оларға теңестірілген тұлғаларды және білім және ғылым саласындағы басқа да азаматтық қызметшілерді аттестаттаудан өткізу қағидалары мен шарттарын бекіту туралы» бұйрығына (Қазақстан Республикасы Оқу-ағарту министрінің 2025 жылғы 25 ақпандағы №32 бұйрығымен енгізілген жаңа редакциясына) сәйкес жүргізілді.</w:t>
      </w:r>
    </w:p>
    <w:p w14:paraId="1783D00D" w14:textId="1CB72FA6" w:rsidR="00E90117" w:rsidRPr="007A2CE4" w:rsidRDefault="00E90117" w:rsidP="00994C72">
      <w:pPr>
        <w:widowControl/>
        <w:autoSpaceDE/>
        <w:autoSpaceDN/>
        <w:spacing w:before="100" w:beforeAutospacing="1" w:after="100" w:afterAutospacing="1"/>
        <w:jc w:val="both"/>
        <w:rPr>
          <w:sz w:val="28"/>
          <w:szCs w:val="28"/>
          <w:lang w:val="kk-KZ" w:eastAsia="ru-RU"/>
        </w:rPr>
      </w:pPr>
      <w:r w:rsidRPr="007A2CE4">
        <w:rPr>
          <w:sz w:val="28"/>
          <w:szCs w:val="28"/>
          <w:lang w:val="kk-KZ" w:eastAsia="ru-RU"/>
        </w:rPr>
        <w:t>2025–2026 оқу жылында педагогтерді аттестаттау рәсімі бір мезгілде екі электрондық платформада жүзеге асырылды:</w:t>
      </w:r>
    </w:p>
    <w:p w14:paraId="36D12DE2" w14:textId="77777777" w:rsidR="00E90117" w:rsidRPr="007A2CE4" w:rsidRDefault="00E90117" w:rsidP="00C427A3">
      <w:pPr>
        <w:widowControl/>
        <w:numPr>
          <w:ilvl w:val="0"/>
          <w:numId w:val="2"/>
        </w:numPr>
        <w:autoSpaceDE/>
        <w:autoSpaceDN/>
        <w:spacing w:before="100" w:beforeAutospacing="1" w:after="100" w:afterAutospacing="1"/>
        <w:jc w:val="both"/>
        <w:rPr>
          <w:sz w:val="28"/>
          <w:szCs w:val="28"/>
          <w:lang w:val="kk-KZ" w:eastAsia="ru-RU"/>
        </w:rPr>
      </w:pPr>
      <w:r w:rsidRPr="007A2CE4">
        <w:rPr>
          <w:sz w:val="28"/>
          <w:szCs w:val="28"/>
          <w:lang w:val="kk-KZ" w:eastAsia="ru-RU"/>
        </w:rPr>
        <w:t>«Педагог-модератор» және «педагог-сарапшы» біліктілік санаттары бойынша – «Ұстаз» педагогтің үздіксіз кәсіби дамуының ұлттық платформасында;</w:t>
      </w:r>
    </w:p>
    <w:p w14:paraId="11DA028F" w14:textId="77777777" w:rsidR="00E90117" w:rsidRPr="007A2CE4" w:rsidRDefault="00E90117" w:rsidP="00C427A3">
      <w:pPr>
        <w:widowControl/>
        <w:numPr>
          <w:ilvl w:val="0"/>
          <w:numId w:val="2"/>
        </w:numPr>
        <w:autoSpaceDE/>
        <w:autoSpaceDN/>
        <w:spacing w:before="100" w:beforeAutospacing="1" w:after="100" w:afterAutospacing="1"/>
        <w:jc w:val="both"/>
        <w:rPr>
          <w:sz w:val="28"/>
          <w:szCs w:val="28"/>
          <w:lang w:val="kk-KZ" w:eastAsia="ru-RU"/>
        </w:rPr>
      </w:pPr>
      <w:r w:rsidRPr="007A2CE4">
        <w:rPr>
          <w:sz w:val="28"/>
          <w:szCs w:val="28"/>
          <w:lang w:val="kk-KZ" w:eastAsia="ru-RU"/>
        </w:rPr>
        <w:t>«Педагог-зерттеуші» біліктілік санаты бойынша – «Электрондық үкімет» (eGov.kz) порталында.</w:t>
      </w:r>
    </w:p>
    <w:p w14:paraId="7FDAD524" w14:textId="77777777" w:rsidR="002437DA" w:rsidRPr="007A2CE4" w:rsidRDefault="002437DA" w:rsidP="00994C72">
      <w:pPr>
        <w:widowControl/>
        <w:autoSpaceDE/>
        <w:autoSpaceDN/>
        <w:spacing w:before="100" w:beforeAutospacing="1" w:after="100" w:afterAutospacing="1"/>
        <w:jc w:val="both"/>
        <w:rPr>
          <w:sz w:val="28"/>
          <w:szCs w:val="28"/>
          <w:lang w:val="kk-KZ" w:eastAsia="ru-RU"/>
        </w:rPr>
      </w:pPr>
      <w:r w:rsidRPr="007A2CE4">
        <w:rPr>
          <w:sz w:val="28"/>
          <w:szCs w:val="28"/>
          <w:lang w:val="kk-KZ" w:eastAsia="ru-RU"/>
        </w:rPr>
        <w:t>Аттестаттау нәтижелері бойынша:</w:t>
      </w:r>
    </w:p>
    <w:p w14:paraId="092FB99F" w14:textId="49904334" w:rsidR="002437DA" w:rsidRPr="007A2CE4" w:rsidRDefault="002437DA" w:rsidP="00994C72">
      <w:pPr>
        <w:widowControl/>
        <w:autoSpaceDE/>
        <w:autoSpaceDN/>
        <w:spacing w:before="100" w:beforeAutospacing="1" w:after="100" w:afterAutospacing="1"/>
        <w:jc w:val="both"/>
        <w:rPr>
          <w:sz w:val="28"/>
          <w:szCs w:val="28"/>
          <w:lang w:val="kk-KZ" w:eastAsia="ru-RU"/>
        </w:rPr>
      </w:pPr>
      <w:r w:rsidRPr="007A2CE4">
        <w:rPr>
          <w:sz w:val="28"/>
          <w:szCs w:val="28"/>
          <w:lang w:val="kk-KZ" w:eastAsia="ru-RU"/>
        </w:rPr>
        <w:t>«Педагог-модератор» білі</w:t>
      </w:r>
      <w:r w:rsidR="00E90117" w:rsidRPr="007A2CE4">
        <w:rPr>
          <w:sz w:val="28"/>
          <w:szCs w:val="28"/>
          <w:lang w:val="kk-KZ" w:eastAsia="ru-RU"/>
        </w:rPr>
        <w:t>ктілік санаты бойынша барлығы 4</w:t>
      </w:r>
      <w:r w:rsidRPr="007A2CE4">
        <w:rPr>
          <w:sz w:val="28"/>
          <w:szCs w:val="28"/>
          <w:lang w:val="kk-KZ" w:eastAsia="ru-RU"/>
        </w:rPr>
        <w:t xml:space="preserve"> педагог аттес</w:t>
      </w:r>
      <w:r w:rsidR="00E90117" w:rsidRPr="007A2CE4">
        <w:rPr>
          <w:sz w:val="28"/>
          <w:szCs w:val="28"/>
          <w:lang w:val="kk-KZ" w:eastAsia="ru-RU"/>
        </w:rPr>
        <w:t>таттаудан өтті</w:t>
      </w:r>
    </w:p>
    <w:p w14:paraId="2C869A87" w14:textId="60DA8B1A" w:rsidR="002437DA" w:rsidRPr="007A2CE4" w:rsidRDefault="00E90117" w:rsidP="00994C72">
      <w:pPr>
        <w:widowControl/>
        <w:autoSpaceDE/>
        <w:autoSpaceDN/>
        <w:spacing w:before="100" w:beforeAutospacing="1" w:after="100" w:afterAutospacing="1"/>
        <w:jc w:val="both"/>
        <w:rPr>
          <w:sz w:val="28"/>
          <w:szCs w:val="28"/>
          <w:lang w:val="kk-KZ" w:eastAsia="ru-RU"/>
        </w:rPr>
      </w:pPr>
      <w:r w:rsidRPr="007A2CE4">
        <w:rPr>
          <w:sz w:val="28"/>
          <w:szCs w:val="28"/>
          <w:lang w:val="kk-KZ" w:eastAsia="ru-RU"/>
        </w:rPr>
        <w:t xml:space="preserve"> </w:t>
      </w:r>
      <w:r w:rsidR="002437DA" w:rsidRPr="007A2CE4">
        <w:rPr>
          <w:sz w:val="28"/>
          <w:szCs w:val="28"/>
          <w:lang w:val="kk-KZ" w:eastAsia="ru-RU"/>
        </w:rPr>
        <w:t>«Педагог-сарапшы» біл</w:t>
      </w:r>
      <w:r w:rsidRPr="007A2CE4">
        <w:rPr>
          <w:sz w:val="28"/>
          <w:szCs w:val="28"/>
          <w:lang w:val="kk-KZ" w:eastAsia="ru-RU"/>
        </w:rPr>
        <w:t>іктілік санаты бойынша барлығы 4</w:t>
      </w:r>
      <w:r w:rsidR="002437DA" w:rsidRPr="007A2CE4">
        <w:rPr>
          <w:sz w:val="28"/>
          <w:szCs w:val="28"/>
          <w:lang w:val="kk-KZ" w:eastAsia="ru-RU"/>
        </w:rPr>
        <w:t xml:space="preserve"> педагог аттестаттауға қатысты. Он</w:t>
      </w:r>
      <w:r w:rsidRPr="007A2CE4">
        <w:rPr>
          <w:sz w:val="28"/>
          <w:szCs w:val="28"/>
          <w:lang w:val="kk-KZ" w:eastAsia="ru-RU"/>
        </w:rPr>
        <w:t>ың ішінде 2</w:t>
      </w:r>
      <w:r w:rsidR="002437DA" w:rsidRPr="007A2CE4">
        <w:rPr>
          <w:sz w:val="28"/>
          <w:szCs w:val="28"/>
          <w:lang w:val="kk-KZ" w:eastAsia="ru-RU"/>
        </w:rPr>
        <w:t xml:space="preserve"> педагог санат алуға, 2 педагог санатын растауға өтініш берді.</w:t>
      </w:r>
      <w:r w:rsidRPr="007A2CE4">
        <w:rPr>
          <w:sz w:val="28"/>
          <w:szCs w:val="28"/>
          <w:lang w:val="kk-KZ" w:eastAsia="ru-RU"/>
        </w:rPr>
        <w:t xml:space="preserve"> </w:t>
      </w:r>
      <w:r w:rsidR="00D05F27" w:rsidRPr="007A2CE4">
        <w:rPr>
          <w:sz w:val="28"/>
          <w:szCs w:val="28"/>
          <w:lang w:val="kk-KZ" w:eastAsia="ru-RU"/>
        </w:rPr>
        <w:t>2 педагог аттестаттаудан өтті</w:t>
      </w:r>
      <w:r w:rsidRPr="007A2CE4">
        <w:rPr>
          <w:sz w:val="28"/>
          <w:szCs w:val="28"/>
          <w:lang w:val="kk-KZ" w:eastAsia="ru-RU"/>
        </w:rPr>
        <w:t xml:space="preserve">. Оның ішінде 2 педагог ПББ нәтижесінде </w:t>
      </w:r>
      <w:r w:rsidR="00D05F27" w:rsidRPr="007A2CE4">
        <w:rPr>
          <w:sz w:val="28"/>
          <w:szCs w:val="28"/>
          <w:lang w:val="kk-KZ" w:eastAsia="ru-RU"/>
        </w:rPr>
        <w:t>шекті балл жинай алмағандықтан педагог-модератор санатына төмендетілді</w:t>
      </w:r>
      <w:r w:rsidR="002437DA" w:rsidRPr="007A2CE4">
        <w:rPr>
          <w:sz w:val="28"/>
          <w:szCs w:val="28"/>
          <w:lang w:val="kk-KZ" w:eastAsia="ru-RU"/>
        </w:rPr>
        <w:t xml:space="preserve">. </w:t>
      </w:r>
    </w:p>
    <w:p w14:paraId="6DDC019D" w14:textId="36FD999C" w:rsidR="002437DA" w:rsidRPr="007A2CE4" w:rsidRDefault="00E90117" w:rsidP="00994C72">
      <w:pPr>
        <w:widowControl/>
        <w:autoSpaceDE/>
        <w:autoSpaceDN/>
        <w:spacing w:before="100" w:beforeAutospacing="1" w:after="100" w:afterAutospacing="1"/>
        <w:jc w:val="both"/>
        <w:rPr>
          <w:sz w:val="28"/>
          <w:szCs w:val="28"/>
          <w:lang w:val="kk-KZ" w:eastAsia="ru-RU"/>
        </w:rPr>
      </w:pPr>
      <w:r w:rsidRPr="007A2CE4">
        <w:rPr>
          <w:sz w:val="28"/>
          <w:szCs w:val="28"/>
          <w:lang w:val="kk-KZ" w:eastAsia="ru-RU"/>
        </w:rPr>
        <w:t xml:space="preserve"> </w:t>
      </w:r>
      <w:r w:rsidR="002437DA" w:rsidRPr="007A2CE4">
        <w:rPr>
          <w:sz w:val="28"/>
          <w:szCs w:val="28"/>
          <w:lang w:val="kk-KZ" w:eastAsia="ru-RU"/>
        </w:rPr>
        <w:t>«Педагог-зерттеуші» біл</w:t>
      </w:r>
      <w:r w:rsidRPr="007A2CE4">
        <w:rPr>
          <w:sz w:val="28"/>
          <w:szCs w:val="28"/>
          <w:lang w:val="kk-KZ" w:eastAsia="ru-RU"/>
        </w:rPr>
        <w:t>іктілік санаты бойынша барлығы 2</w:t>
      </w:r>
      <w:r w:rsidR="002437DA" w:rsidRPr="007A2CE4">
        <w:rPr>
          <w:sz w:val="28"/>
          <w:szCs w:val="28"/>
          <w:lang w:val="kk-KZ" w:eastAsia="ru-RU"/>
        </w:rPr>
        <w:t xml:space="preserve"> педагог аттестаттауға қатысты. Оның ішінде 2 педагог санат </w:t>
      </w:r>
      <w:r w:rsidRPr="007A2CE4">
        <w:rPr>
          <w:sz w:val="28"/>
          <w:szCs w:val="28"/>
          <w:lang w:val="kk-KZ" w:eastAsia="ru-RU"/>
        </w:rPr>
        <w:t>растап аттестациядан өтті</w:t>
      </w:r>
    </w:p>
    <w:p w14:paraId="4FE4B515" w14:textId="101B7537" w:rsidR="002437DA" w:rsidRPr="007A2CE4" w:rsidRDefault="00E90117" w:rsidP="00994C72">
      <w:pPr>
        <w:widowControl/>
        <w:autoSpaceDE/>
        <w:autoSpaceDN/>
        <w:spacing w:before="100" w:beforeAutospacing="1" w:after="100" w:afterAutospacing="1"/>
        <w:jc w:val="both"/>
        <w:rPr>
          <w:sz w:val="28"/>
          <w:szCs w:val="28"/>
          <w:lang w:val="kk-KZ" w:eastAsia="ru-RU"/>
        </w:rPr>
      </w:pPr>
      <w:r w:rsidRPr="007A2CE4">
        <w:rPr>
          <w:sz w:val="28"/>
          <w:szCs w:val="28"/>
          <w:lang w:val="kk-KZ" w:eastAsia="ru-RU"/>
        </w:rPr>
        <w:t>2025-2026 оқу жылы мектеп әкімшілігінің 1</w:t>
      </w:r>
      <w:r w:rsidR="002437DA" w:rsidRPr="007A2CE4">
        <w:rPr>
          <w:sz w:val="28"/>
          <w:szCs w:val="28"/>
          <w:lang w:val="kk-KZ" w:eastAsia="ru-RU"/>
        </w:rPr>
        <w:t xml:space="preserve"> мүшесі аттестаттау рәсіміне қатысты.</w:t>
      </w:r>
    </w:p>
    <w:p w14:paraId="70E71726" w14:textId="134FF046" w:rsidR="002437DA" w:rsidRPr="007A2CE4" w:rsidRDefault="00D05F27" w:rsidP="00994C72">
      <w:pPr>
        <w:widowControl/>
        <w:autoSpaceDE/>
        <w:autoSpaceDN/>
        <w:spacing w:before="100" w:beforeAutospacing="1" w:after="100" w:afterAutospacing="1"/>
        <w:jc w:val="both"/>
        <w:rPr>
          <w:sz w:val="28"/>
          <w:szCs w:val="28"/>
          <w:lang w:val="kk-KZ" w:eastAsia="ru-RU"/>
        </w:rPr>
      </w:pPr>
      <w:r w:rsidRPr="007A2CE4">
        <w:rPr>
          <w:sz w:val="28"/>
          <w:szCs w:val="28"/>
          <w:lang w:val="kk-KZ" w:eastAsia="ru-RU"/>
        </w:rPr>
        <w:t>Т</w:t>
      </w:r>
      <w:r w:rsidR="002437DA" w:rsidRPr="007A2CE4">
        <w:rPr>
          <w:sz w:val="28"/>
          <w:szCs w:val="28"/>
          <w:lang w:val="kk-KZ" w:eastAsia="ru-RU"/>
        </w:rPr>
        <w:t>әрбие жұмысы жөніндегі 1 орынбасар аттестаттаудан сәтті өтіп, оларға жоғары деңгейдегі «</w:t>
      </w:r>
      <w:r w:rsidRPr="007A2CE4">
        <w:rPr>
          <w:sz w:val="28"/>
          <w:szCs w:val="28"/>
          <w:lang w:val="kk-KZ" w:eastAsia="ru-RU"/>
        </w:rPr>
        <w:t>екінші</w:t>
      </w:r>
      <w:r w:rsidR="002437DA" w:rsidRPr="007A2CE4">
        <w:rPr>
          <w:sz w:val="28"/>
          <w:szCs w:val="28"/>
          <w:lang w:val="kk-KZ" w:eastAsia="ru-RU"/>
        </w:rPr>
        <w:t xml:space="preserve"> санаттағы басшы орынбасары» біліктілік санаты берілді.</w:t>
      </w:r>
    </w:p>
    <w:p w14:paraId="372F2DCB" w14:textId="77777777" w:rsidR="00C86561" w:rsidRPr="007A2CE4" w:rsidRDefault="00C86561" w:rsidP="00994C72">
      <w:pPr>
        <w:pStyle w:val="af"/>
        <w:jc w:val="both"/>
        <w:rPr>
          <w:sz w:val="28"/>
          <w:szCs w:val="28"/>
          <w:lang w:val="kk-KZ"/>
        </w:rPr>
      </w:pPr>
      <w:r w:rsidRPr="007A2CE4">
        <w:rPr>
          <w:b/>
          <w:bCs/>
          <w:sz w:val="28"/>
          <w:szCs w:val="28"/>
          <w:lang w:val="kk-KZ"/>
        </w:rPr>
        <w:t>Педагог қызметкерлердің біліктілігін арттыру</w:t>
      </w:r>
    </w:p>
    <w:p w14:paraId="27FC924C" w14:textId="77777777" w:rsidR="00C86561" w:rsidRPr="007A2CE4" w:rsidRDefault="00C86561" w:rsidP="00994C72">
      <w:pPr>
        <w:pStyle w:val="af"/>
        <w:jc w:val="both"/>
        <w:rPr>
          <w:sz w:val="28"/>
          <w:szCs w:val="28"/>
          <w:lang w:val="kk-KZ"/>
        </w:rPr>
      </w:pPr>
      <w:r w:rsidRPr="007A2CE4">
        <w:rPr>
          <w:sz w:val="28"/>
          <w:szCs w:val="28"/>
          <w:lang w:val="kk-KZ"/>
        </w:rPr>
        <w:lastRenderedPageBreak/>
        <w:t>«№14 мектеп- гимназиясыі» КММ педагогтері мен әкімшілігінің біліктілігін арттыру «Педагог мәртебесі туралы» ҚР Заңының 18-бабының 1-тармағына сәйкес, біліктілікті арттырудың қолданыстағы перспективті жоспары бойынша кемінде 72 сағат көлемінде тиісті бейін бойынша үш жылда кемінде бір рет жүзеге асырылады. Бала күтіміне байланысты демалыста жүргендер ( Серікбай Фариза, Толеубекова Г- бастауыш сынып, Бейсембаева Н.С-математика, Сәтмаганбет Б.С. –ағылшын тілі  ,Маратова А.Н. –бастауыш сынып ,Мухит Сағит-қазақ тілі мен әдебиеті) қоспағанда, біліктілікті арттыру курстарынан өтпеген педагогтер (3 жыл ішінде) жоқ. Біліктілікті арттыру курстарынан өз уақытында өткен педагогтердің үлесі штаттық педагогтердің жалпы санының 100 %-ын құрайды.</w:t>
      </w:r>
    </w:p>
    <w:p w14:paraId="1F854760" w14:textId="77777777" w:rsidR="00C86561" w:rsidRPr="007A2CE4" w:rsidRDefault="00C86561" w:rsidP="00994C72">
      <w:pPr>
        <w:pStyle w:val="af"/>
        <w:jc w:val="both"/>
        <w:rPr>
          <w:sz w:val="28"/>
          <w:szCs w:val="28"/>
          <w:lang w:val="kk-KZ"/>
        </w:rPr>
      </w:pPr>
      <w:r w:rsidRPr="007A2CE4">
        <w:rPr>
          <w:sz w:val="28"/>
          <w:szCs w:val="28"/>
          <w:lang w:val="kk-KZ"/>
        </w:rPr>
        <w:t>Үш жыл ішінде біліктілікті арттыру курстарынан өткендердің жалпы саны:</w:t>
      </w:r>
    </w:p>
    <w:p w14:paraId="570FF894" w14:textId="5BEFF2E7" w:rsidR="00C86561" w:rsidRPr="007A2CE4" w:rsidRDefault="00EB0F02" w:rsidP="00C427A3">
      <w:pPr>
        <w:pStyle w:val="af"/>
        <w:numPr>
          <w:ilvl w:val="0"/>
          <w:numId w:val="1"/>
        </w:numPr>
        <w:jc w:val="both"/>
        <w:rPr>
          <w:sz w:val="28"/>
          <w:szCs w:val="28"/>
        </w:rPr>
      </w:pPr>
      <w:r w:rsidRPr="007A2CE4">
        <w:rPr>
          <w:sz w:val="28"/>
          <w:szCs w:val="28"/>
        </w:rPr>
        <w:t>2024 жылы – 21</w:t>
      </w:r>
      <w:r w:rsidR="00C86561" w:rsidRPr="007A2CE4">
        <w:rPr>
          <w:sz w:val="28"/>
          <w:szCs w:val="28"/>
        </w:rPr>
        <w:t xml:space="preserve"> педагог;</w:t>
      </w:r>
    </w:p>
    <w:p w14:paraId="1AC02347" w14:textId="295993C1" w:rsidR="00C86561" w:rsidRPr="007A2CE4" w:rsidRDefault="00B56EC7" w:rsidP="00C427A3">
      <w:pPr>
        <w:pStyle w:val="af"/>
        <w:numPr>
          <w:ilvl w:val="0"/>
          <w:numId w:val="1"/>
        </w:numPr>
        <w:jc w:val="both"/>
        <w:rPr>
          <w:sz w:val="28"/>
          <w:szCs w:val="28"/>
        </w:rPr>
      </w:pPr>
      <w:r w:rsidRPr="007A2CE4">
        <w:rPr>
          <w:sz w:val="28"/>
          <w:szCs w:val="28"/>
        </w:rPr>
        <w:t>2025 жылы – 20</w:t>
      </w:r>
      <w:r w:rsidR="00C86561" w:rsidRPr="007A2CE4">
        <w:rPr>
          <w:sz w:val="28"/>
          <w:szCs w:val="28"/>
        </w:rPr>
        <w:t xml:space="preserve"> педагог;</w:t>
      </w:r>
    </w:p>
    <w:p w14:paraId="67C41A7E" w14:textId="43572BFB" w:rsidR="00D73144" w:rsidRPr="00E2396C" w:rsidRDefault="00E2396C" w:rsidP="00C427A3">
      <w:pPr>
        <w:pStyle w:val="af"/>
        <w:numPr>
          <w:ilvl w:val="0"/>
          <w:numId w:val="1"/>
        </w:numPr>
        <w:jc w:val="both"/>
        <w:rPr>
          <w:sz w:val="28"/>
          <w:szCs w:val="28"/>
        </w:rPr>
      </w:pPr>
      <w:r>
        <w:rPr>
          <w:sz w:val="28"/>
          <w:szCs w:val="28"/>
        </w:rPr>
        <w:t>2026 жылы – 35 педагог</w:t>
      </w:r>
    </w:p>
    <w:p w14:paraId="65221137" w14:textId="512E24F1" w:rsidR="00C86561" w:rsidRDefault="00C86561" w:rsidP="00994C72">
      <w:pPr>
        <w:pStyle w:val="ds-markdown-paragraph"/>
        <w:shd w:val="clear" w:color="auto" w:fill="FFFFFF"/>
        <w:spacing w:before="240" w:beforeAutospacing="0" w:after="240" w:afterAutospacing="0"/>
        <w:ind w:left="360"/>
        <w:contextualSpacing/>
        <w:jc w:val="both"/>
        <w:rPr>
          <w:b/>
          <w:bCs/>
          <w:i/>
          <w:iCs/>
          <w:color w:val="0F1115"/>
          <w:sz w:val="28"/>
          <w:szCs w:val="28"/>
          <w:lang w:val="kk-KZ"/>
        </w:rPr>
      </w:pPr>
      <w:r w:rsidRPr="007A2CE4">
        <w:rPr>
          <w:b/>
          <w:bCs/>
          <w:i/>
          <w:iCs/>
          <w:color w:val="0F1115"/>
          <w:sz w:val="28"/>
          <w:szCs w:val="28"/>
          <w:lang w:val="kk-KZ"/>
        </w:rPr>
        <w:t>а) №14 мектеп-гимназиясының әкімшілігі</w:t>
      </w:r>
    </w:p>
    <w:p w14:paraId="724C064B" w14:textId="77777777" w:rsidR="007B1EE4" w:rsidRPr="007A2CE4" w:rsidRDefault="007B1EE4" w:rsidP="00994C72">
      <w:pPr>
        <w:pStyle w:val="ds-markdown-paragraph"/>
        <w:shd w:val="clear" w:color="auto" w:fill="FFFFFF"/>
        <w:spacing w:before="240" w:beforeAutospacing="0" w:after="240" w:afterAutospacing="0"/>
        <w:ind w:left="360"/>
        <w:contextualSpacing/>
        <w:jc w:val="both"/>
        <w:rPr>
          <w:b/>
          <w:bCs/>
          <w:i/>
          <w:iCs/>
          <w:color w:val="0F1115"/>
          <w:sz w:val="28"/>
          <w:szCs w:val="28"/>
          <w:lang w:val="kk-KZ"/>
        </w:rPr>
      </w:pPr>
    </w:p>
    <w:p w14:paraId="66FB4B90" w14:textId="77777777" w:rsidR="00C86561" w:rsidRPr="007A2CE4" w:rsidRDefault="00C86561" w:rsidP="00C86561">
      <w:pPr>
        <w:pStyle w:val="ds-markdown-paragraph"/>
        <w:shd w:val="clear" w:color="auto" w:fill="FFFFFF"/>
        <w:spacing w:before="240" w:beforeAutospacing="0" w:after="240" w:afterAutospacing="0"/>
        <w:ind w:left="720"/>
        <w:contextualSpacing/>
        <w:jc w:val="both"/>
        <w:rPr>
          <w:b/>
          <w:bCs/>
          <w:i/>
          <w:iCs/>
          <w:color w:val="0F1115"/>
          <w:sz w:val="28"/>
          <w:szCs w:val="28"/>
          <w:lang w:val="kk-KZ"/>
        </w:rPr>
      </w:pPr>
    </w:p>
    <w:tbl>
      <w:tblPr>
        <w:tblStyle w:val="a7"/>
        <w:tblW w:w="10774" w:type="dxa"/>
        <w:tblInd w:w="-318" w:type="dxa"/>
        <w:tblLayout w:type="fixed"/>
        <w:tblLook w:val="04A0" w:firstRow="1" w:lastRow="0" w:firstColumn="1" w:lastColumn="0" w:noHBand="0" w:noVBand="1"/>
      </w:tblPr>
      <w:tblGrid>
        <w:gridCol w:w="567"/>
        <w:gridCol w:w="1974"/>
        <w:gridCol w:w="1034"/>
        <w:gridCol w:w="824"/>
        <w:gridCol w:w="1798"/>
        <w:gridCol w:w="1791"/>
        <w:gridCol w:w="1291"/>
        <w:gridCol w:w="1495"/>
      </w:tblGrid>
      <w:tr w:rsidR="00C86561" w:rsidRPr="007A2CE4" w14:paraId="17778201" w14:textId="77777777" w:rsidTr="00EB0F02">
        <w:tc>
          <w:tcPr>
            <w:tcW w:w="567" w:type="dxa"/>
            <w:hideMark/>
          </w:tcPr>
          <w:p w14:paraId="518EB252" w14:textId="77777777" w:rsidR="00C86561" w:rsidRPr="007A2CE4" w:rsidRDefault="00C86561" w:rsidP="00C86561">
            <w:pPr>
              <w:rPr>
                <w:color w:val="1F1F1F"/>
                <w:sz w:val="28"/>
                <w:szCs w:val="28"/>
                <w:lang w:eastAsia="ru-RU"/>
              </w:rPr>
            </w:pPr>
            <w:r w:rsidRPr="007A2CE4">
              <w:rPr>
                <w:b/>
                <w:bCs/>
                <w:color w:val="1F1F1F"/>
                <w:sz w:val="28"/>
                <w:szCs w:val="28"/>
                <w:bdr w:val="none" w:sz="0" w:space="0" w:color="auto" w:frame="1"/>
                <w:lang w:eastAsia="ru-RU"/>
              </w:rPr>
              <w:t>№</w:t>
            </w:r>
          </w:p>
        </w:tc>
        <w:tc>
          <w:tcPr>
            <w:tcW w:w="1974" w:type="dxa"/>
            <w:hideMark/>
          </w:tcPr>
          <w:p w14:paraId="6A5BD9EA" w14:textId="77777777" w:rsidR="00C86561" w:rsidRPr="007A2CE4" w:rsidRDefault="00C86561" w:rsidP="00C86561">
            <w:pPr>
              <w:rPr>
                <w:color w:val="1F1F1F"/>
                <w:sz w:val="28"/>
                <w:szCs w:val="28"/>
                <w:lang w:eastAsia="ru-RU"/>
              </w:rPr>
            </w:pPr>
            <w:r w:rsidRPr="007A2CE4">
              <w:rPr>
                <w:b/>
                <w:bCs/>
                <w:color w:val="1F1F1F"/>
                <w:sz w:val="28"/>
                <w:szCs w:val="28"/>
                <w:bdr w:val="none" w:sz="0" w:space="0" w:color="auto" w:frame="1"/>
                <w:lang w:eastAsia="ru-RU"/>
              </w:rPr>
              <w:t>Педагогтің аты-жөні</w:t>
            </w:r>
          </w:p>
        </w:tc>
        <w:tc>
          <w:tcPr>
            <w:tcW w:w="1034" w:type="dxa"/>
            <w:hideMark/>
          </w:tcPr>
          <w:p w14:paraId="60C3D5F3" w14:textId="77777777" w:rsidR="00C86561" w:rsidRPr="007A2CE4" w:rsidRDefault="00C86561" w:rsidP="00C86561">
            <w:pPr>
              <w:rPr>
                <w:color w:val="1F1F1F"/>
                <w:sz w:val="28"/>
                <w:szCs w:val="28"/>
                <w:lang w:eastAsia="ru-RU"/>
              </w:rPr>
            </w:pPr>
            <w:r w:rsidRPr="007A2CE4">
              <w:rPr>
                <w:b/>
                <w:bCs/>
                <w:color w:val="1F1F1F"/>
                <w:sz w:val="28"/>
                <w:szCs w:val="28"/>
                <w:bdr w:val="none" w:sz="0" w:space="0" w:color="auto" w:frame="1"/>
                <w:lang w:eastAsia="ru-RU"/>
              </w:rPr>
              <w:t xml:space="preserve">Лауазымы </w:t>
            </w:r>
          </w:p>
        </w:tc>
        <w:tc>
          <w:tcPr>
            <w:tcW w:w="824" w:type="dxa"/>
          </w:tcPr>
          <w:p w14:paraId="53F3B35A" w14:textId="77777777" w:rsidR="00C86561" w:rsidRPr="007A2CE4" w:rsidRDefault="00C86561" w:rsidP="00C86561">
            <w:pPr>
              <w:rPr>
                <w:b/>
                <w:bCs/>
                <w:color w:val="1F1F1F"/>
                <w:sz w:val="28"/>
                <w:szCs w:val="28"/>
                <w:bdr w:val="none" w:sz="0" w:space="0" w:color="auto" w:frame="1"/>
                <w:lang w:val="kk-KZ" w:eastAsia="ru-RU"/>
              </w:rPr>
            </w:pPr>
            <w:r w:rsidRPr="007A2CE4">
              <w:rPr>
                <w:b/>
                <w:bCs/>
                <w:color w:val="1F1F1F"/>
                <w:sz w:val="28"/>
                <w:szCs w:val="28"/>
                <w:bdr w:val="none" w:sz="0" w:space="0" w:color="auto" w:frame="1"/>
                <w:lang w:val="kk-KZ" w:eastAsia="ru-RU"/>
              </w:rPr>
              <w:t>Еңбек өтілі</w:t>
            </w:r>
          </w:p>
        </w:tc>
        <w:tc>
          <w:tcPr>
            <w:tcW w:w="1798" w:type="dxa"/>
            <w:hideMark/>
          </w:tcPr>
          <w:p w14:paraId="47346900" w14:textId="77777777" w:rsidR="00C86561" w:rsidRPr="007A2CE4" w:rsidRDefault="00C86561" w:rsidP="00C86561">
            <w:pPr>
              <w:rPr>
                <w:color w:val="1F1F1F"/>
                <w:sz w:val="28"/>
                <w:szCs w:val="28"/>
                <w:lang w:eastAsia="ru-RU"/>
              </w:rPr>
            </w:pPr>
            <w:r w:rsidRPr="007A2CE4">
              <w:rPr>
                <w:b/>
                <w:bCs/>
                <w:color w:val="1F1F1F"/>
                <w:sz w:val="28"/>
                <w:szCs w:val="28"/>
                <w:bdr w:val="none" w:sz="0" w:space="0" w:color="auto" w:frame="1"/>
                <w:lang w:eastAsia="ru-RU"/>
              </w:rPr>
              <w:t xml:space="preserve">Курс атауы </w:t>
            </w:r>
          </w:p>
        </w:tc>
        <w:tc>
          <w:tcPr>
            <w:tcW w:w="1791" w:type="dxa"/>
            <w:hideMark/>
          </w:tcPr>
          <w:p w14:paraId="40ACEEA8" w14:textId="77777777" w:rsidR="00C86561" w:rsidRPr="007A2CE4" w:rsidRDefault="00C86561" w:rsidP="00C86561">
            <w:pPr>
              <w:rPr>
                <w:color w:val="1F1F1F"/>
                <w:sz w:val="28"/>
                <w:szCs w:val="28"/>
                <w:lang w:eastAsia="ru-RU"/>
              </w:rPr>
            </w:pPr>
            <w:r w:rsidRPr="007A2CE4">
              <w:rPr>
                <w:b/>
                <w:bCs/>
                <w:color w:val="1F1F1F"/>
                <w:sz w:val="28"/>
                <w:szCs w:val="28"/>
                <w:bdr w:val="none" w:sz="0" w:space="0" w:color="auto" w:frame="1"/>
                <w:lang w:eastAsia="ru-RU"/>
              </w:rPr>
              <w:t xml:space="preserve">Курсты өткізген ұйым </w:t>
            </w:r>
          </w:p>
        </w:tc>
        <w:tc>
          <w:tcPr>
            <w:tcW w:w="1291" w:type="dxa"/>
            <w:hideMark/>
          </w:tcPr>
          <w:p w14:paraId="454C6BB6" w14:textId="77777777" w:rsidR="00C86561" w:rsidRPr="007A2CE4" w:rsidRDefault="00C86561" w:rsidP="00C86561">
            <w:pPr>
              <w:rPr>
                <w:color w:val="1F1F1F"/>
                <w:sz w:val="28"/>
                <w:szCs w:val="28"/>
                <w:lang w:eastAsia="ru-RU"/>
              </w:rPr>
            </w:pPr>
            <w:r w:rsidRPr="007A2CE4">
              <w:rPr>
                <w:b/>
                <w:bCs/>
                <w:color w:val="1F1F1F"/>
                <w:sz w:val="28"/>
                <w:szCs w:val="28"/>
                <w:bdr w:val="none" w:sz="0" w:space="0" w:color="auto" w:frame="1"/>
                <w:lang w:eastAsia="ru-RU"/>
              </w:rPr>
              <w:t>Курс өткен жылы, айы</w:t>
            </w:r>
          </w:p>
        </w:tc>
        <w:tc>
          <w:tcPr>
            <w:tcW w:w="1495" w:type="dxa"/>
            <w:hideMark/>
          </w:tcPr>
          <w:p w14:paraId="1FCD064D" w14:textId="77777777" w:rsidR="00C86561" w:rsidRPr="007A2CE4" w:rsidRDefault="00C86561" w:rsidP="00C86561">
            <w:pPr>
              <w:rPr>
                <w:color w:val="1F1F1F"/>
                <w:sz w:val="28"/>
                <w:szCs w:val="28"/>
                <w:lang w:eastAsia="ru-RU"/>
              </w:rPr>
            </w:pPr>
            <w:r w:rsidRPr="007A2CE4">
              <w:rPr>
                <w:b/>
                <w:bCs/>
                <w:color w:val="1F1F1F"/>
                <w:sz w:val="28"/>
                <w:szCs w:val="28"/>
                <w:bdr w:val="none" w:sz="0" w:space="0" w:color="auto" w:frame="1"/>
                <w:lang w:eastAsia="ru-RU"/>
              </w:rPr>
              <w:t>Сертификат нөмірі мен берілген күні</w:t>
            </w:r>
          </w:p>
        </w:tc>
      </w:tr>
      <w:tr w:rsidR="00C86561" w:rsidRPr="007A2CE4" w14:paraId="52E1995A" w14:textId="77777777" w:rsidTr="00EB0F02">
        <w:tc>
          <w:tcPr>
            <w:tcW w:w="567" w:type="dxa"/>
          </w:tcPr>
          <w:p w14:paraId="5EC32585" w14:textId="77777777" w:rsidR="00C86561" w:rsidRPr="007A2CE4" w:rsidRDefault="00C86561" w:rsidP="00C86561">
            <w:pPr>
              <w:rPr>
                <w:b/>
                <w:bCs/>
                <w:color w:val="1F1F1F"/>
                <w:sz w:val="28"/>
                <w:szCs w:val="28"/>
                <w:bdr w:val="none" w:sz="0" w:space="0" w:color="auto" w:frame="1"/>
                <w:lang w:val="kk-KZ" w:eastAsia="ru-RU"/>
              </w:rPr>
            </w:pPr>
            <w:r w:rsidRPr="007A2CE4">
              <w:rPr>
                <w:b/>
                <w:bCs/>
                <w:color w:val="1F1F1F"/>
                <w:sz w:val="28"/>
                <w:szCs w:val="28"/>
                <w:bdr w:val="none" w:sz="0" w:space="0" w:color="auto" w:frame="1"/>
                <w:lang w:val="kk-KZ" w:eastAsia="ru-RU"/>
              </w:rPr>
              <w:t>1</w:t>
            </w:r>
          </w:p>
        </w:tc>
        <w:tc>
          <w:tcPr>
            <w:tcW w:w="1974" w:type="dxa"/>
            <w:vAlign w:val="center"/>
          </w:tcPr>
          <w:p w14:paraId="7F835241" w14:textId="77777777" w:rsidR="00C86561" w:rsidRPr="007A2CE4" w:rsidRDefault="00C86561" w:rsidP="00C86561">
            <w:pPr>
              <w:rPr>
                <w:bCs/>
                <w:color w:val="000000"/>
                <w:sz w:val="28"/>
                <w:szCs w:val="28"/>
                <w:lang w:val="kk-KZ"/>
              </w:rPr>
            </w:pPr>
            <w:r w:rsidRPr="007A2CE4">
              <w:rPr>
                <w:color w:val="000000"/>
                <w:sz w:val="28"/>
                <w:szCs w:val="28"/>
                <w:lang w:val="kk-KZ"/>
              </w:rPr>
              <w:t>Аринов Орикбай Серикович</w:t>
            </w:r>
          </w:p>
        </w:tc>
        <w:tc>
          <w:tcPr>
            <w:tcW w:w="1034" w:type="dxa"/>
          </w:tcPr>
          <w:p w14:paraId="6BF779E0" w14:textId="77777777" w:rsidR="00C86561" w:rsidRPr="007B1EE4" w:rsidRDefault="00C86561" w:rsidP="00C86561">
            <w:pPr>
              <w:rPr>
                <w:bCs/>
                <w:color w:val="1F1F1F"/>
                <w:sz w:val="28"/>
                <w:szCs w:val="28"/>
                <w:bdr w:val="none" w:sz="0" w:space="0" w:color="auto" w:frame="1"/>
                <w:lang w:val="kk-KZ" w:eastAsia="ru-RU"/>
              </w:rPr>
            </w:pPr>
            <w:r w:rsidRPr="007B1EE4">
              <w:rPr>
                <w:bCs/>
                <w:color w:val="1F1F1F"/>
                <w:sz w:val="28"/>
                <w:szCs w:val="28"/>
                <w:bdr w:val="none" w:sz="0" w:space="0" w:color="auto" w:frame="1"/>
                <w:lang w:val="kk-KZ" w:eastAsia="ru-RU"/>
              </w:rPr>
              <w:t>Дирек-тор</w:t>
            </w:r>
          </w:p>
        </w:tc>
        <w:tc>
          <w:tcPr>
            <w:tcW w:w="824" w:type="dxa"/>
          </w:tcPr>
          <w:p w14:paraId="100B86BB" w14:textId="77777777" w:rsidR="00C86561" w:rsidRPr="007B1EE4" w:rsidRDefault="00C86561" w:rsidP="00C86561">
            <w:pPr>
              <w:rPr>
                <w:bCs/>
                <w:color w:val="1F1F1F"/>
                <w:sz w:val="28"/>
                <w:szCs w:val="28"/>
                <w:bdr w:val="none" w:sz="0" w:space="0" w:color="auto" w:frame="1"/>
                <w:lang w:val="kk-KZ" w:eastAsia="ru-RU"/>
              </w:rPr>
            </w:pPr>
            <w:r w:rsidRPr="007B1EE4">
              <w:rPr>
                <w:bCs/>
                <w:color w:val="1F1F1F"/>
                <w:sz w:val="28"/>
                <w:szCs w:val="28"/>
                <w:bdr w:val="none" w:sz="0" w:space="0" w:color="auto" w:frame="1"/>
                <w:lang w:val="kk-KZ" w:eastAsia="ru-RU"/>
              </w:rPr>
              <w:t>20</w:t>
            </w:r>
          </w:p>
        </w:tc>
        <w:tc>
          <w:tcPr>
            <w:tcW w:w="1798" w:type="dxa"/>
          </w:tcPr>
          <w:p w14:paraId="253C6D41" w14:textId="3F02BF6F" w:rsidR="00C86561" w:rsidRPr="007B1EE4" w:rsidRDefault="007B1EE4" w:rsidP="00C86561">
            <w:pPr>
              <w:rPr>
                <w:bCs/>
                <w:color w:val="1F1F1F"/>
                <w:sz w:val="28"/>
                <w:szCs w:val="28"/>
                <w:bdr w:val="none" w:sz="0" w:space="0" w:color="auto" w:frame="1"/>
                <w:lang w:val="kk-KZ" w:eastAsia="ru-RU"/>
              </w:rPr>
            </w:pPr>
            <w:r>
              <w:rPr>
                <w:bCs/>
                <w:color w:val="1F1F1F"/>
                <w:sz w:val="28"/>
                <w:szCs w:val="28"/>
                <w:bdr w:val="none" w:sz="0" w:space="0" w:color="auto" w:frame="1"/>
                <w:lang w:val="kk-KZ" w:eastAsia="ru-RU"/>
              </w:rPr>
              <w:t>«Білім берудегі менеджмент</w:t>
            </w:r>
            <w:r w:rsidR="00C86561" w:rsidRPr="007B1EE4">
              <w:rPr>
                <w:bCs/>
                <w:color w:val="1F1F1F"/>
                <w:sz w:val="28"/>
                <w:szCs w:val="28"/>
                <w:bdr w:val="none" w:sz="0" w:space="0" w:color="auto" w:frame="1"/>
                <w:lang w:val="kk-KZ" w:eastAsia="ru-RU"/>
              </w:rPr>
              <w:t>»</w:t>
            </w:r>
          </w:p>
        </w:tc>
        <w:tc>
          <w:tcPr>
            <w:tcW w:w="1791" w:type="dxa"/>
          </w:tcPr>
          <w:p w14:paraId="1A382EBB" w14:textId="77777777" w:rsidR="00C86561" w:rsidRPr="007A2CE4" w:rsidRDefault="00C86561" w:rsidP="00C86561">
            <w:pPr>
              <w:rPr>
                <w:b/>
                <w:bCs/>
                <w:color w:val="1F1F1F"/>
                <w:sz w:val="28"/>
                <w:szCs w:val="28"/>
                <w:bdr w:val="none" w:sz="0" w:space="0" w:color="auto" w:frame="1"/>
                <w:lang w:eastAsia="ru-RU"/>
              </w:rPr>
            </w:pPr>
            <w:r w:rsidRPr="007A2CE4">
              <w:rPr>
                <w:sz w:val="28"/>
                <w:szCs w:val="28"/>
                <w:lang w:val="kk-KZ"/>
              </w:rPr>
              <w:t>«Өрлеу» БАҰОАҚ</w:t>
            </w:r>
          </w:p>
        </w:tc>
        <w:tc>
          <w:tcPr>
            <w:tcW w:w="1291" w:type="dxa"/>
          </w:tcPr>
          <w:p w14:paraId="786586C9"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07.04.-18.04.2025</w:t>
            </w:r>
          </w:p>
        </w:tc>
        <w:tc>
          <w:tcPr>
            <w:tcW w:w="1495" w:type="dxa"/>
          </w:tcPr>
          <w:p w14:paraId="69F0B877" w14:textId="77777777" w:rsidR="00C86561" w:rsidRPr="007A2CE4" w:rsidRDefault="00C86561" w:rsidP="00C86561">
            <w:pPr>
              <w:rPr>
                <w:bCs/>
                <w:color w:val="1F1F1F"/>
                <w:sz w:val="28"/>
                <w:szCs w:val="28"/>
                <w:bdr w:val="none" w:sz="0" w:space="0" w:color="auto" w:frame="1"/>
                <w:lang w:eastAsia="ru-RU"/>
              </w:rPr>
            </w:pPr>
            <w:r w:rsidRPr="007A2CE4">
              <w:rPr>
                <w:bCs/>
                <w:color w:val="1F1F1F"/>
                <w:sz w:val="28"/>
                <w:szCs w:val="28"/>
                <w:bdr w:val="none" w:sz="0" w:space="0" w:color="auto" w:frame="1"/>
                <w:lang w:val="kk-KZ" w:eastAsia="ru-RU"/>
              </w:rPr>
              <w:t>№094</w:t>
            </w:r>
            <w:r w:rsidRPr="007A2CE4">
              <w:rPr>
                <w:bCs/>
                <w:color w:val="1F1F1F"/>
                <w:sz w:val="28"/>
                <w:szCs w:val="28"/>
                <w:bdr w:val="none" w:sz="0" w:space="0" w:color="auto" w:frame="1"/>
                <w:lang w:eastAsia="ru-RU"/>
              </w:rPr>
              <w:t>4 3 9 9</w:t>
            </w:r>
          </w:p>
        </w:tc>
      </w:tr>
      <w:tr w:rsidR="00C86561" w:rsidRPr="007A2CE4" w14:paraId="63220409" w14:textId="77777777" w:rsidTr="00EB0F02">
        <w:tc>
          <w:tcPr>
            <w:tcW w:w="567" w:type="dxa"/>
          </w:tcPr>
          <w:p w14:paraId="33C4EFA8" w14:textId="77777777" w:rsidR="00C86561" w:rsidRPr="007A2CE4" w:rsidRDefault="00C86561" w:rsidP="00C86561">
            <w:pPr>
              <w:rPr>
                <w:b/>
                <w:bCs/>
                <w:color w:val="1F1F1F"/>
                <w:sz w:val="28"/>
                <w:szCs w:val="28"/>
                <w:bdr w:val="none" w:sz="0" w:space="0" w:color="auto" w:frame="1"/>
                <w:lang w:val="kk-KZ" w:eastAsia="ru-RU"/>
              </w:rPr>
            </w:pPr>
            <w:r w:rsidRPr="007A2CE4">
              <w:rPr>
                <w:b/>
                <w:bCs/>
                <w:color w:val="1F1F1F"/>
                <w:sz w:val="28"/>
                <w:szCs w:val="28"/>
                <w:bdr w:val="none" w:sz="0" w:space="0" w:color="auto" w:frame="1"/>
                <w:lang w:val="kk-KZ" w:eastAsia="ru-RU"/>
              </w:rPr>
              <w:t>2</w:t>
            </w:r>
          </w:p>
        </w:tc>
        <w:tc>
          <w:tcPr>
            <w:tcW w:w="1974" w:type="dxa"/>
            <w:vAlign w:val="center"/>
          </w:tcPr>
          <w:p w14:paraId="252AD155" w14:textId="77777777" w:rsidR="00C86561" w:rsidRPr="007A2CE4" w:rsidRDefault="00C86561" w:rsidP="00C86561">
            <w:pPr>
              <w:rPr>
                <w:bCs/>
                <w:color w:val="000000"/>
                <w:sz w:val="28"/>
                <w:szCs w:val="28"/>
                <w:lang w:val="kk-KZ"/>
              </w:rPr>
            </w:pPr>
            <w:r w:rsidRPr="007A2CE4">
              <w:rPr>
                <w:bCs/>
                <w:color w:val="000000"/>
                <w:sz w:val="28"/>
                <w:szCs w:val="28"/>
                <w:lang w:val="kk-KZ"/>
              </w:rPr>
              <w:t>Тлеубаев Жанат Блилович</w:t>
            </w:r>
          </w:p>
        </w:tc>
        <w:tc>
          <w:tcPr>
            <w:tcW w:w="1034" w:type="dxa"/>
          </w:tcPr>
          <w:p w14:paraId="76AD606C" w14:textId="77777777" w:rsidR="00C86561" w:rsidRPr="007A2CE4" w:rsidRDefault="00C86561" w:rsidP="00C86561">
            <w:pPr>
              <w:rPr>
                <w:b/>
                <w:bCs/>
                <w:color w:val="1F1F1F"/>
                <w:sz w:val="28"/>
                <w:szCs w:val="28"/>
                <w:bdr w:val="none" w:sz="0" w:space="0" w:color="auto" w:frame="1"/>
                <w:lang w:val="kk-KZ" w:eastAsia="ru-RU"/>
              </w:rPr>
            </w:pPr>
            <w:r w:rsidRPr="007A2CE4">
              <w:rPr>
                <w:color w:val="000000"/>
                <w:sz w:val="28"/>
                <w:szCs w:val="28"/>
              </w:rPr>
              <w:t>Дирек</w:t>
            </w:r>
            <w:r w:rsidRPr="007A2CE4">
              <w:rPr>
                <w:color w:val="000000"/>
                <w:sz w:val="28"/>
                <w:szCs w:val="28"/>
                <w:lang w:val="kk-KZ"/>
              </w:rPr>
              <w:t>-</w:t>
            </w:r>
            <w:r w:rsidRPr="007A2CE4">
              <w:rPr>
                <w:color w:val="000000"/>
                <w:sz w:val="28"/>
                <w:szCs w:val="28"/>
              </w:rPr>
              <w:t xml:space="preserve">тордың </w:t>
            </w:r>
            <w:r w:rsidRPr="007A2CE4">
              <w:rPr>
                <w:color w:val="000000"/>
                <w:sz w:val="28"/>
                <w:szCs w:val="28"/>
                <w:lang w:val="kk-KZ"/>
              </w:rPr>
              <w:t>Т</w:t>
            </w:r>
            <w:r w:rsidRPr="007A2CE4">
              <w:rPr>
                <w:color w:val="000000"/>
                <w:sz w:val="28"/>
                <w:szCs w:val="28"/>
              </w:rPr>
              <w:t>Ж орынбасары</w:t>
            </w:r>
          </w:p>
        </w:tc>
        <w:tc>
          <w:tcPr>
            <w:tcW w:w="824" w:type="dxa"/>
          </w:tcPr>
          <w:p w14:paraId="7459186D" w14:textId="77777777" w:rsidR="00C86561" w:rsidRPr="007A2CE4" w:rsidRDefault="00C86561" w:rsidP="00C86561">
            <w:pPr>
              <w:rPr>
                <w:b/>
                <w:bCs/>
                <w:color w:val="1F1F1F"/>
                <w:sz w:val="28"/>
                <w:szCs w:val="28"/>
                <w:bdr w:val="none" w:sz="0" w:space="0" w:color="auto" w:frame="1"/>
                <w:lang w:val="kk-KZ" w:eastAsia="ru-RU"/>
              </w:rPr>
            </w:pPr>
            <w:r w:rsidRPr="007A2CE4">
              <w:rPr>
                <w:b/>
                <w:bCs/>
                <w:color w:val="1F1F1F"/>
                <w:sz w:val="28"/>
                <w:szCs w:val="28"/>
                <w:bdr w:val="none" w:sz="0" w:space="0" w:color="auto" w:frame="1"/>
                <w:lang w:val="kk-KZ" w:eastAsia="ru-RU"/>
              </w:rPr>
              <w:t>26</w:t>
            </w:r>
          </w:p>
        </w:tc>
        <w:tc>
          <w:tcPr>
            <w:tcW w:w="1798" w:type="dxa"/>
          </w:tcPr>
          <w:p w14:paraId="190AFDEB" w14:textId="77777777" w:rsidR="00C86561" w:rsidRPr="007A2CE4" w:rsidRDefault="00C86561" w:rsidP="00C86561">
            <w:pPr>
              <w:rPr>
                <w:b/>
                <w:bCs/>
                <w:color w:val="1F1F1F"/>
                <w:sz w:val="28"/>
                <w:szCs w:val="28"/>
                <w:bdr w:val="none" w:sz="0" w:space="0" w:color="auto" w:frame="1"/>
                <w:lang w:val="kk-KZ" w:eastAsia="ru-RU"/>
              </w:rPr>
            </w:pPr>
            <w:r w:rsidRPr="007A2CE4">
              <w:rPr>
                <w:sz w:val="28"/>
                <w:szCs w:val="28"/>
                <w:lang w:val="kk-KZ"/>
              </w:rPr>
              <w:t>«Біртұтас мектеп: оқу мен тәрбиені басқарудағы тиімді менеджмент»</w:t>
            </w:r>
          </w:p>
        </w:tc>
        <w:tc>
          <w:tcPr>
            <w:tcW w:w="1791" w:type="dxa"/>
          </w:tcPr>
          <w:p w14:paraId="55BBDEA3" w14:textId="77777777" w:rsidR="00C86561" w:rsidRPr="007A2CE4" w:rsidRDefault="00C86561" w:rsidP="00C86561">
            <w:pPr>
              <w:rPr>
                <w:b/>
                <w:bCs/>
                <w:color w:val="1F1F1F"/>
                <w:sz w:val="28"/>
                <w:szCs w:val="28"/>
                <w:bdr w:val="none" w:sz="0" w:space="0" w:color="auto" w:frame="1"/>
                <w:lang w:val="kk-KZ" w:eastAsia="ru-RU"/>
              </w:rPr>
            </w:pPr>
            <w:r w:rsidRPr="007A2CE4">
              <w:rPr>
                <w:sz w:val="28"/>
                <w:szCs w:val="28"/>
                <w:lang w:val="kk-KZ"/>
              </w:rPr>
              <w:t>Қазақстан Республикасының Оқу-ағарту министрлігінің 18.01.2016 ж. №95 бұйрығына сәйкес Біліктілікті арттырудың Қазақстандық өңіраралық орталығы</w:t>
            </w:r>
          </w:p>
        </w:tc>
        <w:tc>
          <w:tcPr>
            <w:tcW w:w="1291" w:type="dxa"/>
          </w:tcPr>
          <w:p w14:paraId="2358EAE2" w14:textId="77777777" w:rsidR="00C86561" w:rsidRPr="007A2CE4" w:rsidRDefault="00C86561" w:rsidP="00C86561">
            <w:pPr>
              <w:rPr>
                <w:bCs/>
                <w:color w:val="1F1F1F"/>
                <w:sz w:val="28"/>
                <w:szCs w:val="28"/>
                <w:bdr w:val="none" w:sz="0" w:space="0" w:color="auto" w:frame="1"/>
                <w:lang w:val="kk-KZ" w:eastAsia="ru-RU"/>
              </w:rPr>
            </w:pPr>
            <w:r w:rsidRPr="007A2CE4">
              <w:rPr>
                <w:sz w:val="28"/>
                <w:szCs w:val="28"/>
              </w:rPr>
              <w:t>07.09.2026 18.09.2026</w:t>
            </w:r>
          </w:p>
        </w:tc>
        <w:tc>
          <w:tcPr>
            <w:tcW w:w="1495" w:type="dxa"/>
          </w:tcPr>
          <w:p w14:paraId="2537A783"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№119854</w:t>
            </w:r>
          </w:p>
        </w:tc>
      </w:tr>
      <w:tr w:rsidR="00C86561" w:rsidRPr="007A2CE4" w14:paraId="3F6E56D7" w14:textId="77777777" w:rsidTr="00EB0F02">
        <w:tc>
          <w:tcPr>
            <w:tcW w:w="567" w:type="dxa"/>
          </w:tcPr>
          <w:p w14:paraId="2B01B6FF" w14:textId="77777777" w:rsidR="00C86561" w:rsidRPr="007A2CE4" w:rsidRDefault="00C86561" w:rsidP="00C86561">
            <w:pPr>
              <w:rPr>
                <w:b/>
                <w:bCs/>
                <w:color w:val="1F1F1F"/>
                <w:sz w:val="28"/>
                <w:szCs w:val="28"/>
                <w:bdr w:val="none" w:sz="0" w:space="0" w:color="auto" w:frame="1"/>
                <w:lang w:val="kk-KZ" w:eastAsia="ru-RU"/>
              </w:rPr>
            </w:pPr>
            <w:r w:rsidRPr="007A2CE4">
              <w:rPr>
                <w:b/>
                <w:bCs/>
                <w:color w:val="1F1F1F"/>
                <w:sz w:val="28"/>
                <w:szCs w:val="28"/>
                <w:bdr w:val="none" w:sz="0" w:space="0" w:color="auto" w:frame="1"/>
                <w:lang w:val="kk-KZ" w:eastAsia="ru-RU"/>
              </w:rPr>
              <w:t>3</w:t>
            </w:r>
          </w:p>
        </w:tc>
        <w:tc>
          <w:tcPr>
            <w:tcW w:w="1974" w:type="dxa"/>
            <w:vAlign w:val="center"/>
          </w:tcPr>
          <w:p w14:paraId="7BD6136C" w14:textId="77777777" w:rsidR="00C86561" w:rsidRPr="007A2CE4" w:rsidRDefault="00C86561" w:rsidP="00C86561">
            <w:pPr>
              <w:rPr>
                <w:bCs/>
                <w:color w:val="000000"/>
                <w:sz w:val="28"/>
                <w:szCs w:val="28"/>
                <w:lang w:val="kk-KZ"/>
              </w:rPr>
            </w:pPr>
            <w:r w:rsidRPr="007A2CE4">
              <w:rPr>
                <w:bCs/>
                <w:color w:val="000000"/>
                <w:sz w:val="28"/>
                <w:szCs w:val="28"/>
                <w:lang w:val="kk-KZ"/>
              </w:rPr>
              <w:t>Ахметжамиев</w:t>
            </w:r>
            <w:r w:rsidRPr="007A2CE4">
              <w:rPr>
                <w:bCs/>
                <w:color w:val="000000"/>
                <w:sz w:val="28"/>
                <w:szCs w:val="28"/>
                <w:lang w:val="kk-KZ"/>
              </w:rPr>
              <w:lastRenderedPageBreak/>
              <w:t>а Айгрим Акжановна</w:t>
            </w:r>
          </w:p>
        </w:tc>
        <w:tc>
          <w:tcPr>
            <w:tcW w:w="1034" w:type="dxa"/>
          </w:tcPr>
          <w:p w14:paraId="5EB41EAD" w14:textId="77777777" w:rsidR="00C86561" w:rsidRPr="007A2CE4" w:rsidRDefault="00C86561" w:rsidP="00C86561">
            <w:pPr>
              <w:rPr>
                <w:b/>
                <w:bCs/>
                <w:color w:val="1F1F1F"/>
                <w:sz w:val="28"/>
                <w:szCs w:val="28"/>
                <w:bdr w:val="none" w:sz="0" w:space="0" w:color="auto" w:frame="1"/>
                <w:lang w:eastAsia="ru-RU"/>
              </w:rPr>
            </w:pPr>
            <w:r w:rsidRPr="007A2CE4">
              <w:rPr>
                <w:color w:val="000000"/>
                <w:sz w:val="28"/>
                <w:szCs w:val="28"/>
              </w:rPr>
              <w:lastRenderedPageBreak/>
              <w:t>Дирек</w:t>
            </w:r>
            <w:r w:rsidRPr="007A2CE4">
              <w:rPr>
                <w:color w:val="000000"/>
                <w:sz w:val="28"/>
                <w:szCs w:val="28"/>
              </w:rPr>
              <w:lastRenderedPageBreak/>
              <w:t>тордың ОЖ орынбасары</w:t>
            </w:r>
          </w:p>
        </w:tc>
        <w:tc>
          <w:tcPr>
            <w:tcW w:w="824" w:type="dxa"/>
          </w:tcPr>
          <w:p w14:paraId="3F09CA35" w14:textId="77777777" w:rsidR="00C86561" w:rsidRPr="007A2CE4" w:rsidRDefault="00C86561" w:rsidP="00C86561">
            <w:pPr>
              <w:rPr>
                <w:b/>
                <w:bCs/>
                <w:color w:val="1F1F1F"/>
                <w:sz w:val="28"/>
                <w:szCs w:val="28"/>
                <w:bdr w:val="none" w:sz="0" w:space="0" w:color="auto" w:frame="1"/>
                <w:lang w:val="kk-KZ" w:eastAsia="ru-RU"/>
              </w:rPr>
            </w:pPr>
            <w:r w:rsidRPr="007A2CE4">
              <w:rPr>
                <w:b/>
                <w:bCs/>
                <w:color w:val="1F1F1F"/>
                <w:sz w:val="28"/>
                <w:szCs w:val="28"/>
                <w:bdr w:val="none" w:sz="0" w:space="0" w:color="auto" w:frame="1"/>
                <w:lang w:val="kk-KZ" w:eastAsia="ru-RU"/>
              </w:rPr>
              <w:lastRenderedPageBreak/>
              <w:t>37</w:t>
            </w:r>
          </w:p>
        </w:tc>
        <w:tc>
          <w:tcPr>
            <w:tcW w:w="1798" w:type="dxa"/>
          </w:tcPr>
          <w:p w14:paraId="759F3AA7" w14:textId="77777777" w:rsidR="00C86561" w:rsidRPr="007A2CE4" w:rsidRDefault="00C86561" w:rsidP="00C86561">
            <w:pPr>
              <w:rPr>
                <w:bCs/>
                <w:color w:val="1F1F1F"/>
                <w:sz w:val="28"/>
                <w:szCs w:val="28"/>
                <w:bdr w:val="none" w:sz="0" w:space="0" w:color="auto" w:frame="1"/>
                <w:lang w:eastAsia="ru-RU"/>
              </w:rPr>
            </w:pPr>
            <w:r w:rsidRPr="007A2CE4">
              <w:rPr>
                <w:bCs/>
                <w:color w:val="1F1F1F"/>
                <w:sz w:val="28"/>
                <w:szCs w:val="28"/>
                <w:bdr w:val="none" w:sz="0" w:space="0" w:color="auto" w:frame="1"/>
                <w:lang w:val="kk-KZ" w:eastAsia="ru-RU"/>
              </w:rPr>
              <w:t xml:space="preserve">«Білім </w:t>
            </w:r>
            <w:r w:rsidRPr="007A2CE4">
              <w:rPr>
                <w:bCs/>
                <w:color w:val="1F1F1F"/>
                <w:sz w:val="28"/>
                <w:szCs w:val="28"/>
                <w:bdr w:val="none" w:sz="0" w:space="0" w:color="auto" w:frame="1"/>
                <w:lang w:val="kk-KZ" w:eastAsia="ru-RU"/>
              </w:rPr>
              <w:lastRenderedPageBreak/>
              <w:t>берудегі менедж-мент</w:t>
            </w:r>
          </w:p>
        </w:tc>
        <w:tc>
          <w:tcPr>
            <w:tcW w:w="1791" w:type="dxa"/>
          </w:tcPr>
          <w:p w14:paraId="789A0BFB" w14:textId="77777777" w:rsidR="00C86561" w:rsidRPr="007A2CE4" w:rsidRDefault="00C86561" w:rsidP="00C86561">
            <w:pPr>
              <w:rPr>
                <w:b/>
                <w:bCs/>
                <w:color w:val="1F1F1F"/>
                <w:sz w:val="28"/>
                <w:szCs w:val="28"/>
                <w:bdr w:val="none" w:sz="0" w:space="0" w:color="auto" w:frame="1"/>
                <w:lang w:eastAsia="ru-RU"/>
              </w:rPr>
            </w:pPr>
            <w:r w:rsidRPr="007A2CE4">
              <w:rPr>
                <w:sz w:val="28"/>
                <w:szCs w:val="28"/>
                <w:lang w:val="kk-KZ"/>
              </w:rPr>
              <w:lastRenderedPageBreak/>
              <w:t xml:space="preserve">«Өрлеу» </w:t>
            </w:r>
            <w:r w:rsidRPr="007A2CE4">
              <w:rPr>
                <w:sz w:val="28"/>
                <w:szCs w:val="28"/>
                <w:lang w:val="kk-KZ"/>
              </w:rPr>
              <w:lastRenderedPageBreak/>
              <w:t>БАҰОАҚ</w:t>
            </w:r>
          </w:p>
        </w:tc>
        <w:tc>
          <w:tcPr>
            <w:tcW w:w="1291" w:type="dxa"/>
          </w:tcPr>
          <w:p w14:paraId="48CA8B01"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lastRenderedPageBreak/>
              <w:t>18.08.-</w:t>
            </w:r>
            <w:r w:rsidRPr="007A2CE4">
              <w:rPr>
                <w:bCs/>
                <w:color w:val="1F1F1F"/>
                <w:sz w:val="28"/>
                <w:szCs w:val="28"/>
                <w:bdr w:val="none" w:sz="0" w:space="0" w:color="auto" w:frame="1"/>
                <w:lang w:val="kk-KZ" w:eastAsia="ru-RU"/>
              </w:rPr>
              <w:lastRenderedPageBreak/>
              <w:t>29.08.2025</w:t>
            </w:r>
          </w:p>
        </w:tc>
        <w:tc>
          <w:tcPr>
            <w:tcW w:w="1495" w:type="dxa"/>
          </w:tcPr>
          <w:p w14:paraId="1D4371B8"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lastRenderedPageBreak/>
              <w:t>№0946468</w:t>
            </w:r>
          </w:p>
        </w:tc>
      </w:tr>
      <w:tr w:rsidR="00C86561" w:rsidRPr="007A2CE4" w14:paraId="11D63E10" w14:textId="77777777" w:rsidTr="00EB0F02">
        <w:tc>
          <w:tcPr>
            <w:tcW w:w="567" w:type="dxa"/>
          </w:tcPr>
          <w:p w14:paraId="07065C63" w14:textId="77777777" w:rsidR="00C86561" w:rsidRPr="007A2CE4" w:rsidRDefault="00C86561" w:rsidP="00C86561">
            <w:pPr>
              <w:rPr>
                <w:b/>
                <w:bCs/>
                <w:color w:val="1F1F1F"/>
                <w:sz w:val="28"/>
                <w:szCs w:val="28"/>
                <w:bdr w:val="none" w:sz="0" w:space="0" w:color="auto" w:frame="1"/>
                <w:lang w:val="kk-KZ" w:eastAsia="ru-RU"/>
              </w:rPr>
            </w:pPr>
            <w:r w:rsidRPr="007A2CE4">
              <w:rPr>
                <w:b/>
                <w:bCs/>
                <w:color w:val="1F1F1F"/>
                <w:sz w:val="28"/>
                <w:szCs w:val="28"/>
                <w:bdr w:val="none" w:sz="0" w:space="0" w:color="auto" w:frame="1"/>
                <w:lang w:val="kk-KZ" w:eastAsia="ru-RU"/>
              </w:rPr>
              <w:t>4</w:t>
            </w:r>
          </w:p>
        </w:tc>
        <w:tc>
          <w:tcPr>
            <w:tcW w:w="1974" w:type="dxa"/>
            <w:vAlign w:val="center"/>
          </w:tcPr>
          <w:p w14:paraId="1A12F31F" w14:textId="77777777" w:rsidR="00C86561" w:rsidRPr="007A2CE4" w:rsidRDefault="00C86561" w:rsidP="00C86561">
            <w:pPr>
              <w:rPr>
                <w:bCs/>
                <w:color w:val="000000"/>
                <w:sz w:val="28"/>
                <w:szCs w:val="28"/>
                <w:lang w:val="kk-KZ"/>
              </w:rPr>
            </w:pPr>
            <w:r w:rsidRPr="007A2CE4">
              <w:rPr>
                <w:bCs/>
                <w:color w:val="000000"/>
                <w:sz w:val="28"/>
                <w:szCs w:val="28"/>
                <w:lang w:val="kk-KZ"/>
              </w:rPr>
              <w:t>Момынбаева Лаура Бериковна</w:t>
            </w:r>
          </w:p>
        </w:tc>
        <w:tc>
          <w:tcPr>
            <w:tcW w:w="1034" w:type="dxa"/>
          </w:tcPr>
          <w:p w14:paraId="6405A5BB" w14:textId="77777777" w:rsidR="00C86561" w:rsidRPr="007A2CE4" w:rsidRDefault="00C86561" w:rsidP="00C86561">
            <w:pPr>
              <w:rPr>
                <w:b/>
                <w:bCs/>
                <w:color w:val="1F1F1F"/>
                <w:sz w:val="28"/>
                <w:szCs w:val="28"/>
                <w:bdr w:val="none" w:sz="0" w:space="0" w:color="auto" w:frame="1"/>
                <w:lang w:eastAsia="ru-RU"/>
              </w:rPr>
            </w:pPr>
            <w:r w:rsidRPr="007A2CE4">
              <w:rPr>
                <w:color w:val="000000"/>
                <w:sz w:val="28"/>
                <w:szCs w:val="28"/>
              </w:rPr>
              <w:t>Директордың ОЖ орынбасары</w:t>
            </w:r>
          </w:p>
        </w:tc>
        <w:tc>
          <w:tcPr>
            <w:tcW w:w="824" w:type="dxa"/>
          </w:tcPr>
          <w:p w14:paraId="47B3DCFC" w14:textId="77777777" w:rsidR="00C86561" w:rsidRPr="007A2CE4" w:rsidRDefault="00C86561" w:rsidP="00C86561">
            <w:pPr>
              <w:rPr>
                <w:b/>
                <w:bCs/>
                <w:color w:val="1F1F1F"/>
                <w:sz w:val="28"/>
                <w:szCs w:val="28"/>
                <w:bdr w:val="none" w:sz="0" w:space="0" w:color="auto" w:frame="1"/>
                <w:lang w:val="kk-KZ" w:eastAsia="ru-RU"/>
              </w:rPr>
            </w:pPr>
            <w:r w:rsidRPr="007A2CE4">
              <w:rPr>
                <w:b/>
                <w:bCs/>
                <w:color w:val="1F1F1F"/>
                <w:sz w:val="28"/>
                <w:szCs w:val="28"/>
                <w:bdr w:val="none" w:sz="0" w:space="0" w:color="auto" w:frame="1"/>
                <w:lang w:val="kk-KZ" w:eastAsia="ru-RU"/>
              </w:rPr>
              <w:t>24</w:t>
            </w:r>
          </w:p>
        </w:tc>
        <w:tc>
          <w:tcPr>
            <w:tcW w:w="1798" w:type="dxa"/>
          </w:tcPr>
          <w:p w14:paraId="5A319885" w14:textId="77777777" w:rsidR="00C86561" w:rsidRPr="007A2CE4" w:rsidRDefault="00C86561" w:rsidP="00C86561">
            <w:pPr>
              <w:rPr>
                <w:b/>
                <w:bCs/>
                <w:color w:val="1F1F1F"/>
                <w:sz w:val="28"/>
                <w:szCs w:val="28"/>
                <w:bdr w:val="none" w:sz="0" w:space="0" w:color="auto" w:frame="1"/>
                <w:lang w:val="kk-KZ" w:eastAsia="ru-RU"/>
              </w:rPr>
            </w:pPr>
            <w:r w:rsidRPr="007A2CE4">
              <w:rPr>
                <w:sz w:val="28"/>
                <w:szCs w:val="28"/>
                <w:lang w:val="kk-KZ"/>
              </w:rPr>
              <w:t>«Біртұтас мектеп: оқу мен тәрбиені басқарудағы тиімді менеджмент»</w:t>
            </w:r>
          </w:p>
        </w:tc>
        <w:tc>
          <w:tcPr>
            <w:tcW w:w="1791" w:type="dxa"/>
          </w:tcPr>
          <w:p w14:paraId="3BB51283" w14:textId="77777777" w:rsidR="00C86561" w:rsidRPr="007A2CE4" w:rsidRDefault="00C86561" w:rsidP="00C86561">
            <w:pPr>
              <w:rPr>
                <w:b/>
                <w:bCs/>
                <w:color w:val="1F1F1F"/>
                <w:sz w:val="28"/>
                <w:szCs w:val="28"/>
                <w:bdr w:val="none" w:sz="0" w:space="0" w:color="auto" w:frame="1"/>
                <w:lang w:val="kk-KZ" w:eastAsia="ru-RU"/>
              </w:rPr>
            </w:pPr>
            <w:r w:rsidRPr="007A2CE4">
              <w:rPr>
                <w:sz w:val="28"/>
                <w:szCs w:val="28"/>
                <w:lang w:val="kk-KZ"/>
              </w:rPr>
              <w:t>Қазақстан Республикасының Оқу-ағарту министрлігінің 18.01.2016 ж. №95 бұйрығына сәйкес Біліктілікті арттырудың Қазақстандық өңіраралық орталығы</w:t>
            </w:r>
          </w:p>
        </w:tc>
        <w:tc>
          <w:tcPr>
            <w:tcW w:w="1291" w:type="dxa"/>
          </w:tcPr>
          <w:p w14:paraId="2C941085" w14:textId="77777777" w:rsidR="00C86561" w:rsidRPr="007A2CE4" w:rsidRDefault="00C86561" w:rsidP="00C86561">
            <w:pPr>
              <w:rPr>
                <w:b/>
                <w:bCs/>
                <w:color w:val="1F1F1F"/>
                <w:sz w:val="28"/>
                <w:szCs w:val="28"/>
                <w:bdr w:val="none" w:sz="0" w:space="0" w:color="auto" w:frame="1"/>
                <w:lang w:val="kk-KZ" w:eastAsia="ru-RU"/>
              </w:rPr>
            </w:pPr>
            <w:r w:rsidRPr="007A2CE4">
              <w:rPr>
                <w:sz w:val="28"/>
                <w:szCs w:val="28"/>
              </w:rPr>
              <w:t>07.09.2026 18.09.2026</w:t>
            </w:r>
          </w:p>
        </w:tc>
        <w:tc>
          <w:tcPr>
            <w:tcW w:w="1495" w:type="dxa"/>
          </w:tcPr>
          <w:p w14:paraId="474A8B7E" w14:textId="77777777" w:rsidR="00C86561" w:rsidRPr="007A2CE4" w:rsidRDefault="00C86561" w:rsidP="00C86561">
            <w:pPr>
              <w:rPr>
                <w:b/>
                <w:bCs/>
                <w:color w:val="1F1F1F"/>
                <w:sz w:val="28"/>
                <w:szCs w:val="28"/>
                <w:bdr w:val="none" w:sz="0" w:space="0" w:color="auto" w:frame="1"/>
                <w:lang w:val="kk-KZ" w:eastAsia="ru-RU"/>
              </w:rPr>
            </w:pPr>
            <w:r w:rsidRPr="007A2CE4">
              <w:rPr>
                <w:sz w:val="28"/>
                <w:szCs w:val="28"/>
              </w:rPr>
              <w:t>№191848</w:t>
            </w:r>
          </w:p>
        </w:tc>
      </w:tr>
      <w:tr w:rsidR="00C86561" w:rsidRPr="007A2CE4" w14:paraId="7783E934" w14:textId="77777777" w:rsidTr="00EB0F02">
        <w:tc>
          <w:tcPr>
            <w:tcW w:w="567" w:type="dxa"/>
          </w:tcPr>
          <w:p w14:paraId="6317A4C2" w14:textId="77777777" w:rsidR="00C86561" w:rsidRPr="007A2CE4" w:rsidRDefault="00C86561" w:rsidP="00C86561">
            <w:pPr>
              <w:rPr>
                <w:b/>
                <w:bCs/>
                <w:color w:val="1F1F1F"/>
                <w:sz w:val="28"/>
                <w:szCs w:val="28"/>
                <w:bdr w:val="none" w:sz="0" w:space="0" w:color="auto" w:frame="1"/>
                <w:lang w:val="kk-KZ" w:eastAsia="ru-RU"/>
              </w:rPr>
            </w:pPr>
            <w:r w:rsidRPr="007A2CE4">
              <w:rPr>
                <w:b/>
                <w:bCs/>
                <w:color w:val="1F1F1F"/>
                <w:sz w:val="28"/>
                <w:szCs w:val="28"/>
                <w:bdr w:val="none" w:sz="0" w:space="0" w:color="auto" w:frame="1"/>
                <w:lang w:val="kk-KZ" w:eastAsia="ru-RU"/>
              </w:rPr>
              <w:t>5</w:t>
            </w:r>
          </w:p>
        </w:tc>
        <w:tc>
          <w:tcPr>
            <w:tcW w:w="1974" w:type="dxa"/>
            <w:vAlign w:val="center"/>
          </w:tcPr>
          <w:p w14:paraId="1D18821E" w14:textId="77777777" w:rsidR="00C86561" w:rsidRPr="007A2CE4" w:rsidRDefault="00C86561" w:rsidP="00C86561">
            <w:pPr>
              <w:rPr>
                <w:bCs/>
                <w:color w:val="000000"/>
                <w:sz w:val="28"/>
                <w:szCs w:val="28"/>
                <w:lang w:val="kk-KZ"/>
              </w:rPr>
            </w:pPr>
            <w:r w:rsidRPr="007A2CE4">
              <w:rPr>
                <w:bCs/>
                <w:color w:val="000000"/>
                <w:sz w:val="28"/>
                <w:szCs w:val="28"/>
                <w:lang w:val="kk-KZ"/>
              </w:rPr>
              <w:t>Есебаева Орынкул Жанузаковна</w:t>
            </w:r>
          </w:p>
        </w:tc>
        <w:tc>
          <w:tcPr>
            <w:tcW w:w="1034" w:type="dxa"/>
          </w:tcPr>
          <w:p w14:paraId="504471FE" w14:textId="77777777" w:rsidR="00C86561" w:rsidRPr="007A2CE4" w:rsidRDefault="00C86561" w:rsidP="00C86561">
            <w:pPr>
              <w:rPr>
                <w:b/>
                <w:bCs/>
                <w:color w:val="1F1F1F"/>
                <w:sz w:val="28"/>
                <w:szCs w:val="28"/>
                <w:bdr w:val="none" w:sz="0" w:space="0" w:color="auto" w:frame="1"/>
                <w:lang w:eastAsia="ru-RU"/>
              </w:rPr>
            </w:pPr>
            <w:r w:rsidRPr="007A2CE4">
              <w:rPr>
                <w:color w:val="000000"/>
                <w:sz w:val="28"/>
                <w:szCs w:val="28"/>
              </w:rPr>
              <w:t>Директордың БЖ орынбасары</w:t>
            </w:r>
          </w:p>
        </w:tc>
        <w:tc>
          <w:tcPr>
            <w:tcW w:w="824" w:type="dxa"/>
          </w:tcPr>
          <w:p w14:paraId="6CD606D8" w14:textId="77777777" w:rsidR="00C86561" w:rsidRPr="007A2CE4" w:rsidRDefault="00C86561" w:rsidP="00C86561">
            <w:pPr>
              <w:rPr>
                <w:b/>
                <w:bCs/>
                <w:color w:val="1F1F1F"/>
                <w:sz w:val="28"/>
                <w:szCs w:val="28"/>
                <w:bdr w:val="none" w:sz="0" w:space="0" w:color="auto" w:frame="1"/>
                <w:lang w:val="kk-KZ" w:eastAsia="ru-RU"/>
              </w:rPr>
            </w:pPr>
            <w:r w:rsidRPr="007A2CE4">
              <w:rPr>
                <w:b/>
                <w:bCs/>
                <w:color w:val="1F1F1F"/>
                <w:sz w:val="28"/>
                <w:szCs w:val="28"/>
                <w:bdr w:val="none" w:sz="0" w:space="0" w:color="auto" w:frame="1"/>
                <w:lang w:val="kk-KZ" w:eastAsia="ru-RU"/>
              </w:rPr>
              <w:t>12</w:t>
            </w:r>
          </w:p>
        </w:tc>
        <w:tc>
          <w:tcPr>
            <w:tcW w:w="1798" w:type="dxa"/>
          </w:tcPr>
          <w:p w14:paraId="69D18A0C" w14:textId="77777777" w:rsidR="00C86561" w:rsidRPr="007A2CE4" w:rsidRDefault="00C86561" w:rsidP="00C86561">
            <w:pPr>
              <w:rPr>
                <w:b/>
                <w:bCs/>
                <w:color w:val="1F1F1F"/>
                <w:sz w:val="28"/>
                <w:szCs w:val="28"/>
                <w:bdr w:val="none" w:sz="0" w:space="0" w:color="auto" w:frame="1"/>
                <w:lang w:val="kk-KZ" w:eastAsia="ru-RU"/>
              </w:rPr>
            </w:pPr>
            <w:r w:rsidRPr="007A2CE4">
              <w:rPr>
                <w:sz w:val="28"/>
                <w:szCs w:val="28"/>
                <w:lang w:val="kk-KZ"/>
              </w:rPr>
              <w:t>«Біртұтас мектеп: оқу мен тәрбиені басқарудағы тиімді менеджмент»</w:t>
            </w:r>
          </w:p>
        </w:tc>
        <w:tc>
          <w:tcPr>
            <w:tcW w:w="1791" w:type="dxa"/>
          </w:tcPr>
          <w:p w14:paraId="26A9D8AF" w14:textId="77777777" w:rsidR="00C86561" w:rsidRPr="007A2CE4" w:rsidRDefault="00C86561" w:rsidP="00C86561">
            <w:pPr>
              <w:rPr>
                <w:b/>
                <w:bCs/>
                <w:color w:val="1F1F1F"/>
                <w:sz w:val="28"/>
                <w:szCs w:val="28"/>
                <w:bdr w:val="none" w:sz="0" w:space="0" w:color="auto" w:frame="1"/>
                <w:lang w:val="kk-KZ" w:eastAsia="ru-RU"/>
              </w:rPr>
            </w:pPr>
            <w:r w:rsidRPr="007A2CE4">
              <w:rPr>
                <w:sz w:val="28"/>
                <w:szCs w:val="28"/>
                <w:lang w:val="kk-KZ"/>
              </w:rPr>
              <w:t>Қазақстан Республикасының Оқу-ағарту министрлігінің 18.01.2016 ж. №95 бұйрығына сәйкес Біліктілікті арттырудың Қазақстандық өңіраралық орталығы</w:t>
            </w:r>
          </w:p>
        </w:tc>
        <w:tc>
          <w:tcPr>
            <w:tcW w:w="1291" w:type="dxa"/>
          </w:tcPr>
          <w:p w14:paraId="5CEA81BF" w14:textId="77777777" w:rsidR="00C86561" w:rsidRPr="007A2CE4" w:rsidRDefault="00C86561" w:rsidP="00C86561">
            <w:pPr>
              <w:rPr>
                <w:b/>
                <w:bCs/>
                <w:color w:val="1F1F1F"/>
                <w:sz w:val="28"/>
                <w:szCs w:val="28"/>
                <w:bdr w:val="none" w:sz="0" w:space="0" w:color="auto" w:frame="1"/>
                <w:lang w:val="kk-KZ" w:eastAsia="ru-RU"/>
              </w:rPr>
            </w:pPr>
            <w:r w:rsidRPr="007A2CE4">
              <w:rPr>
                <w:sz w:val="28"/>
                <w:szCs w:val="28"/>
              </w:rPr>
              <w:t>07.09.2026 18.09.2026</w:t>
            </w:r>
          </w:p>
        </w:tc>
        <w:tc>
          <w:tcPr>
            <w:tcW w:w="1495" w:type="dxa"/>
          </w:tcPr>
          <w:p w14:paraId="2B8063DD" w14:textId="77777777" w:rsidR="00C86561" w:rsidRPr="007A2CE4" w:rsidRDefault="00C86561" w:rsidP="00C86561">
            <w:pPr>
              <w:rPr>
                <w:b/>
                <w:bCs/>
                <w:color w:val="1F1F1F"/>
                <w:sz w:val="28"/>
                <w:szCs w:val="28"/>
                <w:bdr w:val="none" w:sz="0" w:space="0" w:color="auto" w:frame="1"/>
                <w:lang w:val="kk-KZ" w:eastAsia="ru-RU"/>
              </w:rPr>
            </w:pPr>
            <w:r w:rsidRPr="007A2CE4">
              <w:rPr>
                <w:sz w:val="28"/>
                <w:szCs w:val="28"/>
              </w:rPr>
              <w:t>№191853</w:t>
            </w:r>
          </w:p>
        </w:tc>
      </w:tr>
      <w:tr w:rsidR="00C86561" w:rsidRPr="007A2CE4" w14:paraId="78402D45" w14:textId="77777777" w:rsidTr="00EB0F02">
        <w:tc>
          <w:tcPr>
            <w:tcW w:w="567" w:type="dxa"/>
          </w:tcPr>
          <w:p w14:paraId="1A965A84" w14:textId="77777777" w:rsidR="00C86561" w:rsidRPr="007A2CE4" w:rsidRDefault="00C86561" w:rsidP="00C86561">
            <w:pPr>
              <w:rPr>
                <w:b/>
                <w:bCs/>
                <w:color w:val="1F1F1F"/>
                <w:sz w:val="28"/>
                <w:szCs w:val="28"/>
                <w:bdr w:val="none" w:sz="0" w:space="0" w:color="auto" w:frame="1"/>
                <w:lang w:val="kk-KZ" w:eastAsia="ru-RU"/>
              </w:rPr>
            </w:pPr>
            <w:r w:rsidRPr="007A2CE4">
              <w:rPr>
                <w:b/>
                <w:bCs/>
                <w:color w:val="1F1F1F"/>
                <w:sz w:val="28"/>
                <w:szCs w:val="28"/>
                <w:bdr w:val="none" w:sz="0" w:space="0" w:color="auto" w:frame="1"/>
                <w:lang w:val="kk-KZ" w:eastAsia="ru-RU"/>
              </w:rPr>
              <w:t>6</w:t>
            </w:r>
          </w:p>
        </w:tc>
        <w:tc>
          <w:tcPr>
            <w:tcW w:w="1974" w:type="dxa"/>
            <w:vAlign w:val="center"/>
          </w:tcPr>
          <w:p w14:paraId="151B3FB7" w14:textId="77777777" w:rsidR="00C86561" w:rsidRPr="007A2CE4" w:rsidRDefault="00C86561" w:rsidP="00C86561">
            <w:pPr>
              <w:rPr>
                <w:bCs/>
                <w:color w:val="000000"/>
                <w:sz w:val="28"/>
                <w:szCs w:val="28"/>
                <w:lang w:val="kk-KZ"/>
              </w:rPr>
            </w:pPr>
            <w:r w:rsidRPr="007A2CE4">
              <w:rPr>
                <w:bCs/>
                <w:color w:val="000000"/>
                <w:sz w:val="28"/>
                <w:szCs w:val="28"/>
                <w:lang w:val="kk-KZ"/>
              </w:rPr>
              <w:t>Рысқұлова Айнұр Канатовна</w:t>
            </w:r>
          </w:p>
        </w:tc>
        <w:tc>
          <w:tcPr>
            <w:tcW w:w="1034" w:type="dxa"/>
          </w:tcPr>
          <w:p w14:paraId="51680714" w14:textId="77777777" w:rsidR="00C86561" w:rsidRPr="007A2CE4" w:rsidRDefault="00C86561" w:rsidP="00C86561">
            <w:pPr>
              <w:rPr>
                <w:bCs/>
                <w:color w:val="1F1F1F"/>
                <w:sz w:val="28"/>
                <w:szCs w:val="28"/>
                <w:bdr w:val="none" w:sz="0" w:space="0" w:color="auto" w:frame="1"/>
                <w:lang w:eastAsia="ru-RU"/>
              </w:rPr>
            </w:pPr>
            <w:r w:rsidRPr="007A2CE4">
              <w:rPr>
                <w:color w:val="000000"/>
                <w:sz w:val="28"/>
                <w:szCs w:val="28"/>
              </w:rPr>
              <w:t xml:space="preserve">Директордың </w:t>
            </w:r>
            <w:r w:rsidRPr="007A2CE4">
              <w:rPr>
                <w:color w:val="000000"/>
                <w:sz w:val="28"/>
                <w:szCs w:val="28"/>
                <w:lang w:val="kk-KZ"/>
              </w:rPr>
              <w:t>Т</w:t>
            </w:r>
            <w:r w:rsidRPr="007A2CE4">
              <w:rPr>
                <w:color w:val="000000"/>
                <w:sz w:val="28"/>
                <w:szCs w:val="28"/>
              </w:rPr>
              <w:t>Ж орынбасары</w:t>
            </w:r>
          </w:p>
        </w:tc>
        <w:tc>
          <w:tcPr>
            <w:tcW w:w="824" w:type="dxa"/>
          </w:tcPr>
          <w:p w14:paraId="1EE45B91"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18</w:t>
            </w:r>
          </w:p>
        </w:tc>
        <w:tc>
          <w:tcPr>
            <w:tcW w:w="1798" w:type="dxa"/>
          </w:tcPr>
          <w:p w14:paraId="39998039"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«Тәрбе жұмысының менеджменті»</w:t>
            </w:r>
          </w:p>
        </w:tc>
        <w:tc>
          <w:tcPr>
            <w:tcW w:w="1791" w:type="dxa"/>
          </w:tcPr>
          <w:p w14:paraId="50D8ED89" w14:textId="77777777" w:rsidR="00C86561" w:rsidRPr="007A2CE4" w:rsidRDefault="00C86561" w:rsidP="00C86561">
            <w:pPr>
              <w:rPr>
                <w:bCs/>
                <w:color w:val="1F1F1F"/>
                <w:sz w:val="28"/>
                <w:szCs w:val="28"/>
                <w:bdr w:val="none" w:sz="0" w:space="0" w:color="auto" w:frame="1"/>
                <w:lang w:eastAsia="ru-RU"/>
              </w:rPr>
            </w:pPr>
            <w:r w:rsidRPr="007A2CE4">
              <w:rPr>
                <w:sz w:val="28"/>
                <w:szCs w:val="28"/>
                <w:lang w:val="kk-KZ"/>
              </w:rPr>
              <w:t>«Өрлеу» БАҰОАҚ</w:t>
            </w:r>
          </w:p>
        </w:tc>
        <w:tc>
          <w:tcPr>
            <w:tcW w:w="1291" w:type="dxa"/>
          </w:tcPr>
          <w:p w14:paraId="2D1D9103"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29.09.-10.10.</w:t>
            </w:r>
          </w:p>
          <w:p w14:paraId="6250FDAC"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2025ж</w:t>
            </w:r>
          </w:p>
        </w:tc>
        <w:tc>
          <w:tcPr>
            <w:tcW w:w="1495" w:type="dxa"/>
          </w:tcPr>
          <w:p w14:paraId="5820AAAA"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№0947288</w:t>
            </w:r>
          </w:p>
        </w:tc>
      </w:tr>
    </w:tbl>
    <w:p w14:paraId="5115B763" w14:textId="77777777" w:rsidR="00C86561" w:rsidRPr="007A2CE4" w:rsidRDefault="00C86561" w:rsidP="00C86561">
      <w:pPr>
        <w:pStyle w:val="ds-markdown-paragraph"/>
        <w:shd w:val="clear" w:color="auto" w:fill="FFFFFF"/>
        <w:spacing w:before="240" w:beforeAutospacing="0" w:after="240" w:afterAutospacing="0"/>
        <w:contextualSpacing/>
        <w:jc w:val="both"/>
        <w:rPr>
          <w:b/>
          <w:sz w:val="28"/>
          <w:szCs w:val="28"/>
          <w:lang w:val="kk-KZ"/>
        </w:rPr>
      </w:pPr>
    </w:p>
    <w:p w14:paraId="49292C9A" w14:textId="77777777" w:rsidR="00C86561" w:rsidRPr="007A2CE4" w:rsidRDefault="00C86561" w:rsidP="00C86561">
      <w:pPr>
        <w:pStyle w:val="ds-markdown-paragraph"/>
        <w:shd w:val="clear" w:color="auto" w:fill="FFFFFF"/>
        <w:spacing w:before="240" w:beforeAutospacing="0" w:after="240" w:afterAutospacing="0"/>
        <w:contextualSpacing/>
        <w:jc w:val="both"/>
        <w:rPr>
          <w:b/>
          <w:sz w:val="28"/>
          <w:szCs w:val="28"/>
          <w:lang w:val="kk-KZ"/>
        </w:rPr>
      </w:pPr>
      <w:r w:rsidRPr="007A2CE4">
        <w:rPr>
          <w:b/>
          <w:sz w:val="28"/>
          <w:szCs w:val="28"/>
          <w:lang w:val="kk-KZ"/>
        </w:rPr>
        <w:t>ә) Бастауыш сынып мұғалімдерінің біліктілігін арттыру</w:t>
      </w:r>
    </w:p>
    <w:p w14:paraId="4BA0EF67" w14:textId="77777777" w:rsidR="00C86561" w:rsidRPr="007A2CE4" w:rsidRDefault="00C86561" w:rsidP="00C86561">
      <w:pPr>
        <w:pStyle w:val="ds-markdown-paragraph"/>
        <w:shd w:val="clear" w:color="auto" w:fill="FFFFFF"/>
        <w:spacing w:before="240" w:beforeAutospacing="0" w:after="240" w:afterAutospacing="0"/>
        <w:contextualSpacing/>
        <w:jc w:val="both"/>
        <w:rPr>
          <w:b/>
          <w:bCs/>
          <w:i/>
          <w:iCs/>
          <w:color w:val="0F1115"/>
          <w:sz w:val="28"/>
          <w:szCs w:val="28"/>
          <w:lang w:val="kk-KZ"/>
        </w:rPr>
      </w:pPr>
    </w:p>
    <w:tbl>
      <w:tblPr>
        <w:tblStyle w:val="a7"/>
        <w:tblW w:w="11596" w:type="dxa"/>
        <w:tblInd w:w="-856" w:type="dxa"/>
        <w:tblLayout w:type="fixed"/>
        <w:tblLook w:val="04A0" w:firstRow="1" w:lastRow="0" w:firstColumn="1" w:lastColumn="0" w:noHBand="0" w:noVBand="1"/>
      </w:tblPr>
      <w:tblGrid>
        <w:gridCol w:w="498"/>
        <w:gridCol w:w="2026"/>
        <w:gridCol w:w="1417"/>
        <w:gridCol w:w="851"/>
        <w:gridCol w:w="2126"/>
        <w:gridCol w:w="1701"/>
        <w:gridCol w:w="1417"/>
        <w:gridCol w:w="1560"/>
      </w:tblGrid>
      <w:tr w:rsidR="00B56EC7" w:rsidRPr="007A2CE4" w14:paraId="7BE06057" w14:textId="77777777" w:rsidTr="00B56EC7">
        <w:tc>
          <w:tcPr>
            <w:tcW w:w="498" w:type="dxa"/>
            <w:hideMark/>
          </w:tcPr>
          <w:p w14:paraId="780D2BFD" w14:textId="77777777" w:rsidR="00C86561" w:rsidRPr="007A2CE4" w:rsidRDefault="00C86561" w:rsidP="00C86561">
            <w:pPr>
              <w:rPr>
                <w:color w:val="1F1F1F"/>
                <w:sz w:val="28"/>
                <w:szCs w:val="28"/>
                <w:lang w:eastAsia="ru-RU"/>
              </w:rPr>
            </w:pPr>
            <w:r w:rsidRPr="007A2CE4">
              <w:rPr>
                <w:b/>
                <w:bCs/>
                <w:color w:val="1F1F1F"/>
                <w:sz w:val="28"/>
                <w:szCs w:val="28"/>
                <w:bdr w:val="none" w:sz="0" w:space="0" w:color="auto" w:frame="1"/>
                <w:lang w:eastAsia="ru-RU"/>
              </w:rPr>
              <w:t>№</w:t>
            </w:r>
          </w:p>
        </w:tc>
        <w:tc>
          <w:tcPr>
            <w:tcW w:w="2026" w:type="dxa"/>
            <w:hideMark/>
          </w:tcPr>
          <w:p w14:paraId="2C5D867E" w14:textId="77777777" w:rsidR="00C86561" w:rsidRPr="007A2CE4" w:rsidRDefault="00C86561" w:rsidP="00C86561">
            <w:pPr>
              <w:rPr>
                <w:color w:val="1F1F1F"/>
                <w:sz w:val="28"/>
                <w:szCs w:val="28"/>
                <w:lang w:eastAsia="ru-RU"/>
              </w:rPr>
            </w:pPr>
            <w:r w:rsidRPr="007A2CE4">
              <w:rPr>
                <w:b/>
                <w:bCs/>
                <w:color w:val="1F1F1F"/>
                <w:sz w:val="28"/>
                <w:szCs w:val="28"/>
                <w:bdr w:val="none" w:sz="0" w:space="0" w:color="auto" w:frame="1"/>
                <w:lang w:eastAsia="ru-RU"/>
              </w:rPr>
              <w:t>Педагогтің аты-жөні</w:t>
            </w:r>
          </w:p>
        </w:tc>
        <w:tc>
          <w:tcPr>
            <w:tcW w:w="1417" w:type="dxa"/>
            <w:hideMark/>
          </w:tcPr>
          <w:p w14:paraId="1AFD53BC" w14:textId="77777777" w:rsidR="00C86561" w:rsidRPr="007A2CE4" w:rsidRDefault="00C86561" w:rsidP="00C86561">
            <w:pPr>
              <w:rPr>
                <w:b/>
                <w:bCs/>
                <w:color w:val="1F1F1F"/>
                <w:sz w:val="28"/>
                <w:szCs w:val="28"/>
                <w:bdr w:val="none" w:sz="0" w:space="0" w:color="auto" w:frame="1"/>
                <w:lang w:eastAsia="ru-RU"/>
              </w:rPr>
            </w:pPr>
            <w:r w:rsidRPr="007A2CE4">
              <w:rPr>
                <w:b/>
                <w:bCs/>
                <w:color w:val="1F1F1F"/>
                <w:sz w:val="28"/>
                <w:szCs w:val="28"/>
                <w:bdr w:val="none" w:sz="0" w:space="0" w:color="auto" w:frame="1"/>
                <w:lang w:eastAsia="ru-RU"/>
              </w:rPr>
              <w:t>Лауазы</w:t>
            </w:r>
          </w:p>
          <w:p w14:paraId="03822379" w14:textId="77777777" w:rsidR="00C86561" w:rsidRPr="007A2CE4" w:rsidRDefault="00C86561" w:rsidP="00C86561">
            <w:pPr>
              <w:rPr>
                <w:color w:val="1F1F1F"/>
                <w:sz w:val="28"/>
                <w:szCs w:val="28"/>
                <w:lang w:eastAsia="ru-RU"/>
              </w:rPr>
            </w:pPr>
            <w:r w:rsidRPr="007A2CE4">
              <w:rPr>
                <w:b/>
                <w:bCs/>
                <w:color w:val="1F1F1F"/>
                <w:sz w:val="28"/>
                <w:szCs w:val="28"/>
                <w:bdr w:val="none" w:sz="0" w:space="0" w:color="auto" w:frame="1"/>
                <w:lang w:eastAsia="ru-RU"/>
              </w:rPr>
              <w:t>мы / Беретін пәні</w:t>
            </w:r>
          </w:p>
        </w:tc>
        <w:tc>
          <w:tcPr>
            <w:tcW w:w="851" w:type="dxa"/>
          </w:tcPr>
          <w:p w14:paraId="32979A12" w14:textId="77777777" w:rsidR="00C86561" w:rsidRPr="007A2CE4" w:rsidRDefault="00C86561" w:rsidP="00C86561">
            <w:pPr>
              <w:rPr>
                <w:b/>
                <w:bCs/>
                <w:color w:val="1F1F1F"/>
                <w:sz w:val="28"/>
                <w:szCs w:val="28"/>
                <w:bdr w:val="none" w:sz="0" w:space="0" w:color="auto" w:frame="1"/>
                <w:lang w:val="kk-KZ" w:eastAsia="ru-RU"/>
              </w:rPr>
            </w:pPr>
            <w:r w:rsidRPr="007A2CE4">
              <w:rPr>
                <w:b/>
                <w:bCs/>
                <w:color w:val="1F1F1F"/>
                <w:sz w:val="28"/>
                <w:szCs w:val="28"/>
                <w:bdr w:val="none" w:sz="0" w:space="0" w:color="auto" w:frame="1"/>
                <w:lang w:val="kk-KZ" w:eastAsia="ru-RU"/>
              </w:rPr>
              <w:t>Еңбек өтілі</w:t>
            </w:r>
          </w:p>
          <w:p w14:paraId="7CFE7875" w14:textId="77777777" w:rsidR="00C86561" w:rsidRPr="007A2CE4" w:rsidRDefault="00C86561" w:rsidP="00C86561">
            <w:pPr>
              <w:rPr>
                <w:b/>
                <w:bCs/>
                <w:color w:val="1F1F1F"/>
                <w:sz w:val="28"/>
                <w:szCs w:val="28"/>
                <w:bdr w:val="none" w:sz="0" w:space="0" w:color="auto" w:frame="1"/>
                <w:lang w:val="kk-KZ" w:eastAsia="ru-RU"/>
              </w:rPr>
            </w:pPr>
          </w:p>
        </w:tc>
        <w:tc>
          <w:tcPr>
            <w:tcW w:w="2126" w:type="dxa"/>
            <w:hideMark/>
          </w:tcPr>
          <w:p w14:paraId="49600B20" w14:textId="77777777" w:rsidR="00C86561" w:rsidRPr="007A2CE4" w:rsidRDefault="00C86561" w:rsidP="00C86561">
            <w:pPr>
              <w:rPr>
                <w:color w:val="1F1F1F"/>
                <w:sz w:val="28"/>
                <w:szCs w:val="28"/>
                <w:lang w:eastAsia="ru-RU"/>
              </w:rPr>
            </w:pPr>
            <w:r w:rsidRPr="007A2CE4">
              <w:rPr>
                <w:b/>
                <w:bCs/>
                <w:color w:val="1F1F1F"/>
                <w:sz w:val="28"/>
                <w:szCs w:val="28"/>
                <w:bdr w:val="none" w:sz="0" w:space="0" w:color="auto" w:frame="1"/>
                <w:lang w:eastAsia="ru-RU"/>
              </w:rPr>
              <w:t>Курс атауы / Тематикасы</w:t>
            </w:r>
          </w:p>
        </w:tc>
        <w:tc>
          <w:tcPr>
            <w:tcW w:w="1701" w:type="dxa"/>
            <w:hideMark/>
          </w:tcPr>
          <w:p w14:paraId="0497B6C0" w14:textId="77777777" w:rsidR="00C86561" w:rsidRPr="007A2CE4" w:rsidRDefault="00C86561" w:rsidP="00C86561">
            <w:pPr>
              <w:rPr>
                <w:color w:val="1F1F1F"/>
                <w:sz w:val="28"/>
                <w:szCs w:val="28"/>
                <w:lang w:eastAsia="ru-RU"/>
              </w:rPr>
            </w:pPr>
            <w:r w:rsidRPr="007A2CE4">
              <w:rPr>
                <w:b/>
                <w:bCs/>
                <w:color w:val="1F1F1F"/>
                <w:sz w:val="28"/>
                <w:szCs w:val="28"/>
                <w:bdr w:val="none" w:sz="0" w:space="0" w:color="auto" w:frame="1"/>
                <w:lang w:eastAsia="ru-RU"/>
              </w:rPr>
              <w:t xml:space="preserve">Курсты өткізген ұйым </w:t>
            </w:r>
          </w:p>
        </w:tc>
        <w:tc>
          <w:tcPr>
            <w:tcW w:w="1417" w:type="dxa"/>
            <w:hideMark/>
          </w:tcPr>
          <w:p w14:paraId="4B4A9B59" w14:textId="77777777" w:rsidR="00C86561" w:rsidRPr="007A2CE4" w:rsidRDefault="00C86561" w:rsidP="00C86561">
            <w:pPr>
              <w:rPr>
                <w:color w:val="1F1F1F"/>
                <w:sz w:val="28"/>
                <w:szCs w:val="28"/>
                <w:lang w:eastAsia="ru-RU"/>
              </w:rPr>
            </w:pPr>
            <w:r w:rsidRPr="007A2CE4">
              <w:rPr>
                <w:b/>
                <w:bCs/>
                <w:color w:val="1F1F1F"/>
                <w:sz w:val="28"/>
                <w:szCs w:val="28"/>
                <w:bdr w:val="none" w:sz="0" w:space="0" w:color="auto" w:frame="1"/>
                <w:lang w:eastAsia="ru-RU"/>
              </w:rPr>
              <w:t>Курс өткен жылы, айы</w:t>
            </w:r>
          </w:p>
        </w:tc>
        <w:tc>
          <w:tcPr>
            <w:tcW w:w="1560" w:type="dxa"/>
            <w:hideMark/>
          </w:tcPr>
          <w:p w14:paraId="083676A2" w14:textId="77777777" w:rsidR="00C86561" w:rsidRPr="007A2CE4" w:rsidRDefault="00C86561" w:rsidP="00C86561">
            <w:pPr>
              <w:rPr>
                <w:b/>
                <w:bCs/>
                <w:color w:val="1F1F1F"/>
                <w:sz w:val="28"/>
                <w:szCs w:val="28"/>
                <w:bdr w:val="none" w:sz="0" w:space="0" w:color="auto" w:frame="1"/>
                <w:lang w:eastAsia="ru-RU"/>
              </w:rPr>
            </w:pPr>
            <w:r w:rsidRPr="007A2CE4">
              <w:rPr>
                <w:b/>
                <w:bCs/>
                <w:color w:val="1F1F1F"/>
                <w:sz w:val="28"/>
                <w:szCs w:val="28"/>
                <w:bdr w:val="none" w:sz="0" w:space="0" w:color="auto" w:frame="1"/>
                <w:lang w:eastAsia="ru-RU"/>
              </w:rPr>
              <w:t>Серти</w:t>
            </w:r>
          </w:p>
          <w:p w14:paraId="2C71DB67" w14:textId="77777777" w:rsidR="00C86561" w:rsidRPr="007A2CE4" w:rsidRDefault="00C86561" w:rsidP="00C86561">
            <w:pPr>
              <w:rPr>
                <w:b/>
                <w:bCs/>
                <w:color w:val="1F1F1F"/>
                <w:sz w:val="28"/>
                <w:szCs w:val="28"/>
                <w:bdr w:val="none" w:sz="0" w:space="0" w:color="auto" w:frame="1"/>
                <w:lang w:eastAsia="ru-RU"/>
              </w:rPr>
            </w:pPr>
            <w:r w:rsidRPr="007A2CE4">
              <w:rPr>
                <w:b/>
                <w:bCs/>
                <w:color w:val="1F1F1F"/>
                <w:sz w:val="28"/>
                <w:szCs w:val="28"/>
                <w:bdr w:val="none" w:sz="0" w:space="0" w:color="auto" w:frame="1"/>
                <w:lang w:eastAsia="ru-RU"/>
              </w:rPr>
              <w:t>фи</w:t>
            </w:r>
          </w:p>
          <w:p w14:paraId="26FABAE3" w14:textId="77777777" w:rsidR="00C86561" w:rsidRPr="007A2CE4" w:rsidRDefault="00C86561" w:rsidP="00C86561">
            <w:pPr>
              <w:rPr>
                <w:color w:val="1F1F1F"/>
                <w:sz w:val="28"/>
                <w:szCs w:val="28"/>
                <w:lang w:eastAsia="ru-RU"/>
              </w:rPr>
            </w:pPr>
            <w:r w:rsidRPr="007A2CE4">
              <w:rPr>
                <w:b/>
                <w:bCs/>
                <w:color w:val="1F1F1F"/>
                <w:sz w:val="28"/>
                <w:szCs w:val="28"/>
                <w:bdr w:val="none" w:sz="0" w:space="0" w:color="auto" w:frame="1"/>
                <w:lang w:eastAsia="ru-RU"/>
              </w:rPr>
              <w:t xml:space="preserve">кат нөмірі мен </w:t>
            </w:r>
            <w:r w:rsidRPr="007A2CE4">
              <w:rPr>
                <w:b/>
                <w:bCs/>
                <w:color w:val="1F1F1F"/>
                <w:sz w:val="28"/>
                <w:szCs w:val="28"/>
                <w:bdr w:val="none" w:sz="0" w:space="0" w:color="auto" w:frame="1"/>
                <w:lang w:eastAsia="ru-RU"/>
              </w:rPr>
              <w:lastRenderedPageBreak/>
              <w:t>берілген күні</w:t>
            </w:r>
          </w:p>
        </w:tc>
      </w:tr>
      <w:tr w:rsidR="00B56EC7" w:rsidRPr="007A2CE4" w14:paraId="5504A6D4" w14:textId="77777777" w:rsidTr="00B56EC7">
        <w:tc>
          <w:tcPr>
            <w:tcW w:w="498" w:type="dxa"/>
            <w:vAlign w:val="center"/>
          </w:tcPr>
          <w:p w14:paraId="69DCED8D" w14:textId="77777777" w:rsidR="00C86561" w:rsidRPr="007A2CE4" w:rsidRDefault="00C86561" w:rsidP="00C86561">
            <w:pPr>
              <w:jc w:val="center"/>
              <w:rPr>
                <w:bCs/>
                <w:color w:val="000000"/>
                <w:sz w:val="28"/>
                <w:szCs w:val="28"/>
                <w:lang w:val="kk-KZ"/>
              </w:rPr>
            </w:pPr>
            <w:r w:rsidRPr="007A2CE4">
              <w:rPr>
                <w:bCs/>
                <w:color w:val="000000"/>
                <w:sz w:val="28"/>
                <w:szCs w:val="28"/>
                <w:lang w:val="kk-KZ"/>
              </w:rPr>
              <w:lastRenderedPageBreak/>
              <w:t>1</w:t>
            </w:r>
          </w:p>
        </w:tc>
        <w:tc>
          <w:tcPr>
            <w:tcW w:w="2026" w:type="dxa"/>
          </w:tcPr>
          <w:p w14:paraId="5B92357A" w14:textId="77777777" w:rsidR="00C86561" w:rsidRPr="007A2CE4" w:rsidRDefault="00C86561" w:rsidP="00C86561">
            <w:pPr>
              <w:rPr>
                <w:sz w:val="28"/>
                <w:szCs w:val="28"/>
                <w:lang w:val="kk-KZ"/>
              </w:rPr>
            </w:pPr>
            <w:r w:rsidRPr="007A2CE4">
              <w:rPr>
                <w:sz w:val="28"/>
                <w:szCs w:val="28"/>
                <w:lang w:val="kk-KZ"/>
              </w:rPr>
              <w:t>Кусаинова Динара Темирбековна</w:t>
            </w:r>
          </w:p>
        </w:tc>
        <w:tc>
          <w:tcPr>
            <w:tcW w:w="1417" w:type="dxa"/>
          </w:tcPr>
          <w:p w14:paraId="131A81CF"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Бастауыш сынып</w:t>
            </w:r>
          </w:p>
        </w:tc>
        <w:tc>
          <w:tcPr>
            <w:tcW w:w="851" w:type="dxa"/>
          </w:tcPr>
          <w:p w14:paraId="7AF298AB" w14:textId="77777777" w:rsidR="00C86561" w:rsidRPr="007A2CE4" w:rsidRDefault="00C86561" w:rsidP="00C86561">
            <w:pPr>
              <w:rPr>
                <w:b/>
                <w:bCs/>
                <w:color w:val="1F1F1F"/>
                <w:sz w:val="28"/>
                <w:szCs w:val="28"/>
                <w:bdr w:val="none" w:sz="0" w:space="0" w:color="auto" w:frame="1"/>
                <w:lang w:val="kk-KZ" w:eastAsia="ru-RU"/>
              </w:rPr>
            </w:pPr>
            <w:r w:rsidRPr="007A2CE4">
              <w:rPr>
                <w:b/>
                <w:bCs/>
                <w:color w:val="1F1F1F"/>
                <w:sz w:val="28"/>
                <w:szCs w:val="28"/>
                <w:bdr w:val="none" w:sz="0" w:space="0" w:color="auto" w:frame="1"/>
                <w:lang w:val="kk-KZ" w:eastAsia="ru-RU"/>
              </w:rPr>
              <w:t>24 жыл</w:t>
            </w:r>
          </w:p>
        </w:tc>
        <w:tc>
          <w:tcPr>
            <w:tcW w:w="2126" w:type="dxa"/>
          </w:tcPr>
          <w:p w14:paraId="47D7DA59" w14:textId="77777777" w:rsidR="00C86561" w:rsidRPr="007A2CE4" w:rsidRDefault="00C86561" w:rsidP="00C86561">
            <w:pPr>
              <w:jc w:val="center"/>
              <w:rPr>
                <w:sz w:val="28"/>
                <w:szCs w:val="28"/>
                <w:lang w:val="kk-KZ"/>
              </w:rPr>
            </w:pPr>
            <w:r w:rsidRPr="007A2CE4">
              <w:rPr>
                <w:sz w:val="28"/>
                <w:szCs w:val="28"/>
                <w:lang w:val="kk-KZ"/>
              </w:rPr>
              <w:t>«Бастауыш мектептегі сабақ: басымдықтар және жетілдіру стратегиялары»</w:t>
            </w:r>
          </w:p>
        </w:tc>
        <w:tc>
          <w:tcPr>
            <w:tcW w:w="1701" w:type="dxa"/>
          </w:tcPr>
          <w:p w14:paraId="3EE0567C" w14:textId="77777777" w:rsidR="00C86561" w:rsidRPr="007A2CE4" w:rsidRDefault="00C86561" w:rsidP="00C86561">
            <w:pPr>
              <w:rPr>
                <w:sz w:val="28"/>
                <w:szCs w:val="28"/>
                <w:lang w:val="kk-KZ"/>
              </w:rPr>
            </w:pPr>
            <w:r w:rsidRPr="007A2CE4">
              <w:rPr>
                <w:sz w:val="28"/>
                <w:szCs w:val="28"/>
                <w:lang w:val="kk-KZ"/>
              </w:rPr>
              <w:t>НЗМ» ДББҰ ПШО</w:t>
            </w:r>
          </w:p>
        </w:tc>
        <w:tc>
          <w:tcPr>
            <w:tcW w:w="1417" w:type="dxa"/>
          </w:tcPr>
          <w:p w14:paraId="3F6297D5" w14:textId="77777777" w:rsidR="00C86561" w:rsidRPr="007A2CE4" w:rsidRDefault="00C86561" w:rsidP="00C86561">
            <w:pPr>
              <w:jc w:val="center"/>
              <w:rPr>
                <w:sz w:val="28"/>
                <w:szCs w:val="28"/>
                <w:lang w:val="kk-KZ"/>
              </w:rPr>
            </w:pPr>
            <w:r w:rsidRPr="007A2CE4">
              <w:rPr>
                <w:sz w:val="28"/>
                <w:szCs w:val="28"/>
                <w:lang w:val="kk-KZ"/>
              </w:rPr>
              <w:t>11.10.2024ж</w:t>
            </w:r>
          </w:p>
        </w:tc>
        <w:tc>
          <w:tcPr>
            <w:tcW w:w="1560" w:type="dxa"/>
          </w:tcPr>
          <w:p w14:paraId="4467967A" w14:textId="77777777" w:rsidR="00C86561" w:rsidRPr="007A2CE4" w:rsidRDefault="00C86561" w:rsidP="00C86561">
            <w:pPr>
              <w:rPr>
                <w:b/>
                <w:bCs/>
                <w:color w:val="1F1F1F"/>
                <w:sz w:val="28"/>
                <w:szCs w:val="28"/>
                <w:bdr w:val="none" w:sz="0" w:space="0" w:color="auto" w:frame="1"/>
                <w:lang w:val="kk-KZ" w:eastAsia="ru-RU"/>
              </w:rPr>
            </w:pPr>
            <w:r w:rsidRPr="007A2CE4">
              <w:rPr>
                <w:b/>
                <w:bCs/>
                <w:color w:val="1F1F1F"/>
                <w:sz w:val="28"/>
                <w:szCs w:val="28"/>
                <w:bdr w:val="none" w:sz="0" w:space="0" w:color="auto" w:frame="1"/>
                <w:lang w:val="kk-KZ" w:eastAsia="ru-RU"/>
              </w:rPr>
              <w:t>№090003</w:t>
            </w:r>
          </w:p>
        </w:tc>
      </w:tr>
      <w:tr w:rsidR="00B56EC7" w:rsidRPr="007A2CE4" w14:paraId="0965F703" w14:textId="77777777" w:rsidTr="00B56EC7">
        <w:tc>
          <w:tcPr>
            <w:tcW w:w="498" w:type="dxa"/>
            <w:vAlign w:val="center"/>
          </w:tcPr>
          <w:p w14:paraId="2E80EB0F" w14:textId="77777777" w:rsidR="00C86561" w:rsidRPr="007A2CE4" w:rsidRDefault="00C86561" w:rsidP="00C86561">
            <w:pPr>
              <w:jc w:val="center"/>
              <w:rPr>
                <w:bCs/>
                <w:color w:val="000000"/>
                <w:sz w:val="28"/>
                <w:szCs w:val="28"/>
                <w:lang w:val="kk-KZ"/>
              </w:rPr>
            </w:pPr>
            <w:r w:rsidRPr="007A2CE4">
              <w:rPr>
                <w:bCs/>
                <w:color w:val="000000"/>
                <w:sz w:val="28"/>
                <w:szCs w:val="28"/>
                <w:lang w:val="kk-KZ"/>
              </w:rPr>
              <w:t>2</w:t>
            </w:r>
          </w:p>
        </w:tc>
        <w:tc>
          <w:tcPr>
            <w:tcW w:w="2026" w:type="dxa"/>
          </w:tcPr>
          <w:p w14:paraId="22C66256" w14:textId="77777777" w:rsidR="00C86561" w:rsidRPr="007A2CE4" w:rsidRDefault="00C86561" w:rsidP="00C86561">
            <w:pPr>
              <w:rPr>
                <w:sz w:val="28"/>
                <w:szCs w:val="28"/>
                <w:lang w:val="kk-KZ"/>
              </w:rPr>
            </w:pPr>
            <w:r w:rsidRPr="007A2CE4">
              <w:rPr>
                <w:sz w:val="28"/>
                <w:szCs w:val="28"/>
                <w:lang w:val="kk-KZ"/>
              </w:rPr>
              <w:t>Еркінова Мейіз Еркінқызы</w:t>
            </w:r>
          </w:p>
        </w:tc>
        <w:tc>
          <w:tcPr>
            <w:tcW w:w="1417" w:type="dxa"/>
          </w:tcPr>
          <w:p w14:paraId="2FB74673" w14:textId="77777777" w:rsidR="00C86561" w:rsidRPr="007A2CE4" w:rsidRDefault="00C86561" w:rsidP="00C86561">
            <w:pPr>
              <w:rPr>
                <w:sz w:val="28"/>
                <w:szCs w:val="28"/>
              </w:rPr>
            </w:pPr>
            <w:r w:rsidRPr="007A2CE4">
              <w:rPr>
                <w:bCs/>
                <w:color w:val="1F1F1F"/>
                <w:sz w:val="28"/>
                <w:szCs w:val="28"/>
                <w:bdr w:val="none" w:sz="0" w:space="0" w:color="auto" w:frame="1"/>
                <w:lang w:val="kk-KZ" w:eastAsia="ru-RU"/>
              </w:rPr>
              <w:t>Бастауыш сынып</w:t>
            </w:r>
          </w:p>
        </w:tc>
        <w:tc>
          <w:tcPr>
            <w:tcW w:w="851" w:type="dxa"/>
          </w:tcPr>
          <w:p w14:paraId="25166F03" w14:textId="77777777" w:rsidR="00C86561" w:rsidRPr="007A2CE4" w:rsidRDefault="00C86561" w:rsidP="00C86561">
            <w:pPr>
              <w:rPr>
                <w:b/>
                <w:bCs/>
                <w:color w:val="1F1F1F"/>
                <w:sz w:val="28"/>
                <w:szCs w:val="28"/>
                <w:bdr w:val="none" w:sz="0" w:space="0" w:color="auto" w:frame="1"/>
                <w:lang w:val="kk-KZ" w:eastAsia="ru-RU"/>
              </w:rPr>
            </w:pPr>
            <w:r w:rsidRPr="007A2CE4">
              <w:rPr>
                <w:b/>
                <w:bCs/>
                <w:color w:val="1F1F1F"/>
                <w:sz w:val="28"/>
                <w:szCs w:val="28"/>
                <w:bdr w:val="none" w:sz="0" w:space="0" w:color="auto" w:frame="1"/>
                <w:lang w:val="kk-KZ" w:eastAsia="ru-RU"/>
              </w:rPr>
              <w:t>14</w:t>
            </w:r>
          </w:p>
        </w:tc>
        <w:tc>
          <w:tcPr>
            <w:tcW w:w="2126" w:type="dxa"/>
          </w:tcPr>
          <w:p w14:paraId="68AD99A2" w14:textId="77777777" w:rsidR="00C86561" w:rsidRPr="007A2CE4" w:rsidRDefault="00C86561" w:rsidP="00C86561">
            <w:pPr>
              <w:jc w:val="center"/>
              <w:rPr>
                <w:sz w:val="28"/>
                <w:szCs w:val="28"/>
                <w:lang w:val="kk-KZ"/>
              </w:rPr>
            </w:pPr>
            <w:r w:rsidRPr="007A2CE4">
              <w:rPr>
                <w:sz w:val="28"/>
                <w:szCs w:val="28"/>
                <w:lang w:val="kk-KZ"/>
              </w:rPr>
              <w:t>«Бастауыш мектептегі сабақ: басымдықтар және жетілдіру стратегиялары»</w:t>
            </w:r>
          </w:p>
        </w:tc>
        <w:tc>
          <w:tcPr>
            <w:tcW w:w="1701" w:type="dxa"/>
          </w:tcPr>
          <w:p w14:paraId="66EBC9FE" w14:textId="77777777" w:rsidR="00C86561" w:rsidRPr="007A2CE4" w:rsidRDefault="00C86561" w:rsidP="00C86561">
            <w:pPr>
              <w:rPr>
                <w:sz w:val="28"/>
                <w:szCs w:val="28"/>
                <w:lang w:val="kk-KZ"/>
              </w:rPr>
            </w:pPr>
            <w:r w:rsidRPr="007A2CE4">
              <w:rPr>
                <w:sz w:val="28"/>
                <w:szCs w:val="28"/>
                <w:lang w:val="kk-KZ"/>
              </w:rPr>
              <w:t>НЗМ» ДББҰ ПШО</w:t>
            </w:r>
          </w:p>
        </w:tc>
        <w:tc>
          <w:tcPr>
            <w:tcW w:w="1417" w:type="dxa"/>
          </w:tcPr>
          <w:p w14:paraId="7EB115EC" w14:textId="77777777" w:rsidR="00C86561" w:rsidRPr="007A2CE4" w:rsidRDefault="00C86561" w:rsidP="00C86561">
            <w:pPr>
              <w:jc w:val="center"/>
              <w:rPr>
                <w:sz w:val="28"/>
                <w:szCs w:val="28"/>
                <w:lang w:val="kk-KZ"/>
              </w:rPr>
            </w:pPr>
            <w:r w:rsidRPr="007A2CE4">
              <w:rPr>
                <w:sz w:val="28"/>
                <w:szCs w:val="28"/>
                <w:lang w:val="kk-KZ"/>
              </w:rPr>
              <w:t>23.08.2024ж</w:t>
            </w:r>
          </w:p>
        </w:tc>
        <w:tc>
          <w:tcPr>
            <w:tcW w:w="1560" w:type="dxa"/>
          </w:tcPr>
          <w:p w14:paraId="6AA2FA37" w14:textId="77777777" w:rsidR="00C86561" w:rsidRPr="007A2CE4" w:rsidRDefault="00C86561" w:rsidP="00C86561">
            <w:pPr>
              <w:rPr>
                <w:b/>
                <w:bCs/>
                <w:color w:val="1F1F1F"/>
                <w:sz w:val="28"/>
                <w:szCs w:val="28"/>
                <w:bdr w:val="none" w:sz="0" w:space="0" w:color="auto" w:frame="1"/>
                <w:lang w:val="kk-KZ" w:eastAsia="ru-RU"/>
              </w:rPr>
            </w:pPr>
            <w:r w:rsidRPr="007A2CE4">
              <w:rPr>
                <w:b/>
                <w:bCs/>
                <w:color w:val="1F1F1F"/>
                <w:sz w:val="28"/>
                <w:szCs w:val="28"/>
                <w:bdr w:val="none" w:sz="0" w:space="0" w:color="auto" w:frame="1"/>
                <w:lang w:val="kk-KZ" w:eastAsia="ru-RU"/>
              </w:rPr>
              <w:t>№074226</w:t>
            </w:r>
          </w:p>
        </w:tc>
      </w:tr>
      <w:tr w:rsidR="00B56EC7" w:rsidRPr="007A2CE4" w14:paraId="7D866F09" w14:textId="77777777" w:rsidTr="00B56EC7">
        <w:tc>
          <w:tcPr>
            <w:tcW w:w="498" w:type="dxa"/>
            <w:vAlign w:val="center"/>
          </w:tcPr>
          <w:p w14:paraId="27C1D834" w14:textId="77777777" w:rsidR="00C86561" w:rsidRPr="007A2CE4" w:rsidRDefault="00C86561" w:rsidP="00C86561">
            <w:pPr>
              <w:jc w:val="center"/>
              <w:rPr>
                <w:bCs/>
                <w:color w:val="000000"/>
                <w:sz w:val="28"/>
                <w:szCs w:val="28"/>
                <w:lang w:val="kk-KZ"/>
              </w:rPr>
            </w:pPr>
            <w:r w:rsidRPr="007A2CE4">
              <w:rPr>
                <w:bCs/>
                <w:color w:val="000000"/>
                <w:sz w:val="28"/>
                <w:szCs w:val="28"/>
                <w:lang w:val="kk-KZ"/>
              </w:rPr>
              <w:t>3</w:t>
            </w:r>
          </w:p>
        </w:tc>
        <w:tc>
          <w:tcPr>
            <w:tcW w:w="2026" w:type="dxa"/>
          </w:tcPr>
          <w:p w14:paraId="528FF983" w14:textId="77777777" w:rsidR="00C86561" w:rsidRPr="007A2CE4" w:rsidRDefault="00C86561" w:rsidP="00C86561">
            <w:pPr>
              <w:rPr>
                <w:sz w:val="28"/>
                <w:szCs w:val="28"/>
                <w:lang w:val="kk-KZ"/>
              </w:rPr>
            </w:pPr>
            <w:r w:rsidRPr="007A2CE4">
              <w:rPr>
                <w:sz w:val="28"/>
                <w:szCs w:val="28"/>
                <w:lang w:val="kk-KZ"/>
              </w:rPr>
              <w:t>Сулейменова Толганай Сериковна</w:t>
            </w:r>
          </w:p>
        </w:tc>
        <w:tc>
          <w:tcPr>
            <w:tcW w:w="1417" w:type="dxa"/>
          </w:tcPr>
          <w:p w14:paraId="78640063" w14:textId="77777777" w:rsidR="00C86561" w:rsidRPr="007A2CE4" w:rsidRDefault="00C86561" w:rsidP="00C86561">
            <w:pPr>
              <w:rPr>
                <w:sz w:val="28"/>
                <w:szCs w:val="28"/>
              </w:rPr>
            </w:pPr>
            <w:r w:rsidRPr="007A2CE4">
              <w:rPr>
                <w:bCs/>
                <w:color w:val="1F1F1F"/>
                <w:sz w:val="28"/>
                <w:szCs w:val="28"/>
                <w:bdr w:val="none" w:sz="0" w:space="0" w:color="auto" w:frame="1"/>
                <w:lang w:val="kk-KZ" w:eastAsia="ru-RU"/>
              </w:rPr>
              <w:t>Бастауыш сынып</w:t>
            </w:r>
          </w:p>
        </w:tc>
        <w:tc>
          <w:tcPr>
            <w:tcW w:w="851" w:type="dxa"/>
          </w:tcPr>
          <w:p w14:paraId="2F6FC216" w14:textId="77777777" w:rsidR="00C86561" w:rsidRPr="007A2CE4" w:rsidRDefault="00C86561" w:rsidP="00C86561">
            <w:pPr>
              <w:rPr>
                <w:b/>
                <w:bCs/>
                <w:color w:val="1F1F1F"/>
                <w:sz w:val="28"/>
                <w:szCs w:val="28"/>
                <w:bdr w:val="none" w:sz="0" w:space="0" w:color="auto" w:frame="1"/>
                <w:lang w:val="kk-KZ" w:eastAsia="ru-RU"/>
              </w:rPr>
            </w:pPr>
            <w:r w:rsidRPr="007A2CE4">
              <w:rPr>
                <w:b/>
                <w:bCs/>
                <w:color w:val="1F1F1F"/>
                <w:sz w:val="28"/>
                <w:szCs w:val="28"/>
                <w:bdr w:val="none" w:sz="0" w:space="0" w:color="auto" w:frame="1"/>
                <w:lang w:val="kk-KZ" w:eastAsia="ru-RU"/>
              </w:rPr>
              <w:t>25</w:t>
            </w:r>
          </w:p>
        </w:tc>
        <w:tc>
          <w:tcPr>
            <w:tcW w:w="2126" w:type="dxa"/>
          </w:tcPr>
          <w:p w14:paraId="6D75A406" w14:textId="77777777" w:rsidR="00C86561" w:rsidRPr="007A2CE4" w:rsidRDefault="00C86561" w:rsidP="00C86561">
            <w:pPr>
              <w:jc w:val="center"/>
              <w:rPr>
                <w:sz w:val="28"/>
                <w:szCs w:val="28"/>
                <w:lang w:val="kk-KZ"/>
              </w:rPr>
            </w:pPr>
            <w:r w:rsidRPr="007A2CE4">
              <w:rPr>
                <w:sz w:val="28"/>
                <w:szCs w:val="28"/>
                <w:lang w:val="kk-KZ"/>
              </w:rPr>
              <w:t>«Бастауыш мектептегі сабақ: басымдықтар және жетілдіру стратегиялары»</w:t>
            </w:r>
          </w:p>
        </w:tc>
        <w:tc>
          <w:tcPr>
            <w:tcW w:w="1701" w:type="dxa"/>
          </w:tcPr>
          <w:p w14:paraId="552278CF" w14:textId="77777777" w:rsidR="00C86561" w:rsidRPr="007A2CE4" w:rsidRDefault="00C86561" w:rsidP="00C86561">
            <w:pPr>
              <w:rPr>
                <w:sz w:val="28"/>
                <w:szCs w:val="28"/>
                <w:lang w:val="kk-KZ"/>
              </w:rPr>
            </w:pPr>
            <w:r w:rsidRPr="007A2CE4">
              <w:rPr>
                <w:sz w:val="28"/>
                <w:szCs w:val="28"/>
                <w:lang w:val="kk-KZ"/>
              </w:rPr>
              <w:t>НЗМ» ДББҰ ПШО</w:t>
            </w:r>
          </w:p>
        </w:tc>
        <w:tc>
          <w:tcPr>
            <w:tcW w:w="1417" w:type="dxa"/>
          </w:tcPr>
          <w:p w14:paraId="26817624" w14:textId="77777777" w:rsidR="00C86561" w:rsidRPr="007A2CE4" w:rsidRDefault="00C86561" w:rsidP="00C86561">
            <w:pPr>
              <w:jc w:val="center"/>
              <w:rPr>
                <w:sz w:val="28"/>
                <w:szCs w:val="28"/>
                <w:lang w:val="kk-KZ"/>
              </w:rPr>
            </w:pPr>
            <w:r w:rsidRPr="007A2CE4">
              <w:rPr>
                <w:sz w:val="28"/>
                <w:szCs w:val="28"/>
                <w:lang w:val="kk-KZ"/>
              </w:rPr>
              <w:t>11.10.2024ж</w:t>
            </w:r>
          </w:p>
        </w:tc>
        <w:tc>
          <w:tcPr>
            <w:tcW w:w="1560" w:type="dxa"/>
          </w:tcPr>
          <w:p w14:paraId="4F9E0DDB" w14:textId="77777777" w:rsidR="00C86561" w:rsidRPr="007A2CE4" w:rsidRDefault="00C86561" w:rsidP="00C86561">
            <w:pPr>
              <w:rPr>
                <w:b/>
                <w:bCs/>
                <w:color w:val="1F1F1F"/>
                <w:sz w:val="28"/>
                <w:szCs w:val="28"/>
                <w:bdr w:val="none" w:sz="0" w:space="0" w:color="auto" w:frame="1"/>
                <w:lang w:val="kk-KZ" w:eastAsia="ru-RU"/>
              </w:rPr>
            </w:pPr>
            <w:r w:rsidRPr="007A2CE4">
              <w:rPr>
                <w:b/>
                <w:bCs/>
                <w:color w:val="1F1F1F"/>
                <w:sz w:val="28"/>
                <w:szCs w:val="28"/>
                <w:bdr w:val="none" w:sz="0" w:space="0" w:color="auto" w:frame="1"/>
                <w:lang w:val="kk-KZ" w:eastAsia="ru-RU"/>
              </w:rPr>
              <w:t>№090010</w:t>
            </w:r>
          </w:p>
        </w:tc>
      </w:tr>
      <w:tr w:rsidR="00B56EC7" w:rsidRPr="007A2CE4" w14:paraId="7B2755FC" w14:textId="77777777" w:rsidTr="00B56EC7">
        <w:tc>
          <w:tcPr>
            <w:tcW w:w="498" w:type="dxa"/>
            <w:vAlign w:val="center"/>
          </w:tcPr>
          <w:p w14:paraId="295E9C5D" w14:textId="77777777" w:rsidR="00C86561" w:rsidRPr="007A2CE4" w:rsidRDefault="00C86561" w:rsidP="00C86561">
            <w:pPr>
              <w:jc w:val="center"/>
              <w:rPr>
                <w:bCs/>
                <w:color w:val="000000"/>
                <w:sz w:val="28"/>
                <w:szCs w:val="28"/>
                <w:lang w:val="kk-KZ"/>
              </w:rPr>
            </w:pPr>
            <w:r w:rsidRPr="007A2CE4">
              <w:rPr>
                <w:bCs/>
                <w:color w:val="000000"/>
                <w:sz w:val="28"/>
                <w:szCs w:val="28"/>
                <w:lang w:val="kk-KZ"/>
              </w:rPr>
              <w:t>4</w:t>
            </w:r>
          </w:p>
        </w:tc>
        <w:tc>
          <w:tcPr>
            <w:tcW w:w="2026" w:type="dxa"/>
          </w:tcPr>
          <w:p w14:paraId="2DA16B6F" w14:textId="77777777" w:rsidR="00C86561" w:rsidRPr="007A2CE4" w:rsidRDefault="00C86561" w:rsidP="00C86561">
            <w:pPr>
              <w:rPr>
                <w:sz w:val="28"/>
                <w:szCs w:val="28"/>
                <w:lang w:val="kk-KZ"/>
              </w:rPr>
            </w:pPr>
            <w:r w:rsidRPr="007A2CE4">
              <w:rPr>
                <w:sz w:val="28"/>
                <w:szCs w:val="28"/>
                <w:lang w:val="kk-KZ"/>
              </w:rPr>
              <w:t>Исабекова Гульмират Омиртаевна</w:t>
            </w:r>
          </w:p>
        </w:tc>
        <w:tc>
          <w:tcPr>
            <w:tcW w:w="1417" w:type="dxa"/>
          </w:tcPr>
          <w:p w14:paraId="24A35E63" w14:textId="77777777" w:rsidR="00C86561" w:rsidRPr="007A2CE4" w:rsidRDefault="00C86561" w:rsidP="00C86561">
            <w:pPr>
              <w:rPr>
                <w:sz w:val="28"/>
                <w:szCs w:val="28"/>
              </w:rPr>
            </w:pPr>
            <w:r w:rsidRPr="007A2CE4">
              <w:rPr>
                <w:bCs/>
                <w:color w:val="1F1F1F"/>
                <w:sz w:val="28"/>
                <w:szCs w:val="28"/>
                <w:bdr w:val="none" w:sz="0" w:space="0" w:color="auto" w:frame="1"/>
                <w:lang w:val="kk-KZ" w:eastAsia="ru-RU"/>
              </w:rPr>
              <w:t>Бастауыш сынып</w:t>
            </w:r>
          </w:p>
        </w:tc>
        <w:tc>
          <w:tcPr>
            <w:tcW w:w="851" w:type="dxa"/>
          </w:tcPr>
          <w:p w14:paraId="2A68C65F" w14:textId="77777777" w:rsidR="00C86561" w:rsidRPr="007A2CE4" w:rsidRDefault="00C86561" w:rsidP="00C86561">
            <w:pPr>
              <w:rPr>
                <w:b/>
                <w:bCs/>
                <w:color w:val="1F1F1F"/>
                <w:sz w:val="28"/>
                <w:szCs w:val="28"/>
                <w:bdr w:val="none" w:sz="0" w:space="0" w:color="auto" w:frame="1"/>
                <w:lang w:val="kk-KZ" w:eastAsia="ru-RU"/>
              </w:rPr>
            </w:pPr>
            <w:r w:rsidRPr="007A2CE4">
              <w:rPr>
                <w:b/>
                <w:bCs/>
                <w:color w:val="1F1F1F"/>
                <w:sz w:val="28"/>
                <w:szCs w:val="28"/>
                <w:bdr w:val="none" w:sz="0" w:space="0" w:color="auto" w:frame="1"/>
                <w:lang w:val="kk-KZ" w:eastAsia="ru-RU"/>
              </w:rPr>
              <w:t>26</w:t>
            </w:r>
          </w:p>
        </w:tc>
        <w:tc>
          <w:tcPr>
            <w:tcW w:w="2126" w:type="dxa"/>
          </w:tcPr>
          <w:p w14:paraId="108EEC27" w14:textId="77777777" w:rsidR="00C86561" w:rsidRPr="007A2CE4" w:rsidRDefault="00C86561" w:rsidP="00C86561">
            <w:pPr>
              <w:jc w:val="center"/>
              <w:rPr>
                <w:sz w:val="28"/>
                <w:szCs w:val="28"/>
                <w:lang w:val="kk-KZ"/>
              </w:rPr>
            </w:pPr>
            <w:r w:rsidRPr="007A2CE4">
              <w:rPr>
                <w:sz w:val="28"/>
                <w:szCs w:val="28"/>
                <w:lang w:val="kk-KZ"/>
              </w:rPr>
              <w:t>«Бастауыш мектептегі сабақ: басымдықтар және жетілдіру стратегиялары»</w:t>
            </w:r>
          </w:p>
        </w:tc>
        <w:tc>
          <w:tcPr>
            <w:tcW w:w="1701" w:type="dxa"/>
          </w:tcPr>
          <w:p w14:paraId="56064C23" w14:textId="77777777" w:rsidR="00C86561" w:rsidRPr="007A2CE4" w:rsidRDefault="00C86561" w:rsidP="00C86561">
            <w:pPr>
              <w:rPr>
                <w:sz w:val="28"/>
                <w:szCs w:val="28"/>
                <w:lang w:val="kk-KZ"/>
              </w:rPr>
            </w:pPr>
            <w:r w:rsidRPr="007A2CE4">
              <w:rPr>
                <w:sz w:val="28"/>
                <w:szCs w:val="28"/>
                <w:lang w:val="kk-KZ"/>
              </w:rPr>
              <w:t>НЗМ» ДББҰ ПШО</w:t>
            </w:r>
          </w:p>
        </w:tc>
        <w:tc>
          <w:tcPr>
            <w:tcW w:w="1417" w:type="dxa"/>
          </w:tcPr>
          <w:p w14:paraId="4AA3CEDA" w14:textId="77777777" w:rsidR="00C86561" w:rsidRPr="007A2CE4" w:rsidRDefault="00C86561" w:rsidP="00C86561">
            <w:pPr>
              <w:jc w:val="center"/>
              <w:rPr>
                <w:sz w:val="28"/>
                <w:szCs w:val="28"/>
                <w:lang w:val="kk-KZ"/>
              </w:rPr>
            </w:pPr>
            <w:r w:rsidRPr="007A2CE4">
              <w:rPr>
                <w:sz w:val="28"/>
                <w:szCs w:val="28"/>
                <w:lang w:val="kk-KZ"/>
              </w:rPr>
              <w:t>23.08.2024ж</w:t>
            </w:r>
          </w:p>
        </w:tc>
        <w:tc>
          <w:tcPr>
            <w:tcW w:w="1560" w:type="dxa"/>
          </w:tcPr>
          <w:p w14:paraId="09436FDE" w14:textId="77777777" w:rsidR="00C86561" w:rsidRPr="007A2CE4" w:rsidRDefault="00C86561" w:rsidP="00C86561">
            <w:pPr>
              <w:rPr>
                <w:b/>
                <w:bCs/>
                <w:color w:val="1F1F1F"/>
                <w:sz w:val="28"/>
                <w:szCs w:val="28"/>
                <w:bdr w:val="none" w:sz="0" w:space="0" w:color="auto" w:frame="1"/>
                <w:lang w:val="kk-KZ" w:eastAsia="ru-RU"/>
              </w:rPr>
            </w:pPr>
            <w:r w:rsidRPr="007A2CE4">
              <w:rPr>
                <w:b/>
                <w:bCs/>
                <w:color w:val="1F1F1F"/>
                <w:sz w:val="28"/>
                <w:szCs w:val="28"/>
                <w:bdr w:val="none" w:sz="0" w:space="0" w:color="auto" w:frame="1"/>
                <w:lang w:val="kk-KZ" w:eastAsia="ru-RU"/>
              </w:rPr>
              <w:t>№074230</w:t>
            </w:r>
          </w:p>
        </w:tc>
      </w:tr>
      <w:tr w:rsidR="00B56EC7" w:rsidRPr="007A2CE4" w14:paraId="601DEB0C" w14:textId="77777777" w:rsidTr="00B56EC7">
        <w:tc>
          <w:tcPr>
            <w:tcW w:w="498" w:type="dxa"/>
            <w:vAlign w:val="center"/>
          </w:tcPr>
          <w:p w14:paraId="2F1AA98C" w14:textId="77777777" w:rsidR="00C86561" w:rsidRPr="007A2CE4" w:rsidRDefault="00C86561" w:rsidP="00C86561">
            <w:pPr>
              <w:jc w:val="center"/>
              <w:rPr>
                <w:bCs/>
                <w:color w:val="000000"/>
                <w:sz w:val="28"/>
                <w:szCs w:val="28"/>
                <w:lang w:val="kk-KZ"/>
              </w:rPr>
            </w:pPr>
            <w:r w:rsidRPr="007A2CE4">
              <w:rPr>
                <w:bCs/>
                <w:color w:val="000000"/>
                <w:sz w:val="28"/>
                <w:szCs w:val="28"/>
                <w:lang w:val="kk-KZ"/>
              </w:rPr>
              <w:t>5</w:t>
            </w:r>
          </w:p>
        </w:tc>
        <w:tc>
          <w:tcPr>
            <w:tcW w:w="2026" w:type="dxa"/>
          </w:tcPr>
          <w:p w14:paraId="2CE72339" w14:textId="77777777" w:rsidR="00C86561" w:rsidRPr="007A2CE4" w:rsidRDefault="00C86561" w:rsidP="00C86561">
            <w:pPr>
              <w:rPr>
                <w:sz w:val="28"/>
                <w:szCs w:val="28"/>
                <w:lang w:val="kk-KZ"/>
              </w:rPr>
            </w:pPr>
            <w:r w:rsidRPr="007A2CE4">
              <w:rPr>
                <w:sz w:val="28"/>
                <w:szCs w:val="28"/>
                <w:lang w:val="kk-KZ"/>
              </w:rPr>
              <w:t>Омарбекова Гульмира Базылқызы</w:t>
            </w:r>
          </w:p>
        </w:tc>
        <w:tc>
          <w:tcPr>
            <w:tcW w:w="1417" w:type="dxa"/>
          </w:tcPr>
          <w:p w14:paraId="3A3F007F" w14:textId="77777777" w:rsidR="00C86561" w:rsidRPr="007A2CE4" w:rsidRDefault="00C86561" w:rsidP="00C86561">
            <w:pPr>
              <w:rPr>
                <w:sz w:val="28"/>
                <w:szCs w:val="28"/>
              </w:rPr>
            </w:pPr>
            <w:r w:rsidRPr="007A2CE4">
              <w:rPr>
                <w:bCs/>
                <w:color w:val="1F1F1F"/>
                <w:sz w:val="28"/>
                <w:szCs w:val="28"/>
                <w:bdr w:val="none" w:sz="0" w:space="0" w:color="auto" w:frame="1"/>
                <w:lang w:val="kk-KZ" w:eastAsia="ru-RU"/>
              </w:rPr>
              <w:t>Бастауыш сынып</w:t>
            </w:r>
          </w:p>
        </w:tc>
        <w:tc>
          <w:tcPr>
            <w:tcW w:w="851" w:type="dxa"/>
          </w:tcPr>
          <w:p w14:paraId="1E02EA38" w14:textId="77777777" w:rsidR="00C86561" w:rsidRPr="007A2CE4" w:rsidRDefault="00C86561" w:rsidP="00C86561">
            <w:pPr>
              <w:rPr>
                <w:b/>
                <w:bCs/>
                <w:color w:val="1F1F1F"/>
                <w:sz w:val="28"/>
                <w:szCs w:val="28"/>
                <w:bdr w:val="none" w:sz="0" w:space="0" w:color="auto" w:frame="1"/>
                <w:lang w:val="kk-KZ" w:eastAsia="ru-RU"/>
              </w:rPr>
            </w:pPr>
            <w:r w:rsidRPr="007A2CE4">
              <w:rPr>
                <w:b/>
                <w:bCs/>
                <w:color w:val="1F1F1F"/>
                <w:sz w:val="28"/>
                <w:szCs w:val="28"/>
                <w:bdr w:val="none" w:sz="0" w:space="0" w:color="auto" w:frame="1"/>
                <w:lang w:val="kk-KZ" w:eastAsia="ru-RU"/>
              </w:rPr>
              <w:t>26</w:t>
            </w:r>
          </w:p>
        </w:tc>
        <w:tc>
          <w:tcPr>
            <w:tcW w:w="2126" w:type="dxa"/>
          </w:tcPr>
          <w:p w14:paraId="70E03743" w14:textId="77777777" w:rsidR="00C86561" w:rsidRPr="007A2CE4" w:rsidRDefault="00C86561" w:rsidP="00C86561">
            <w:pPr>
              <w:jc w:val="center"/>
              <w:rPr>
                <w:sz w:val="28"/>
                <w:szCs w:val="28"/>
                <w:lang w:val="kk-KZ"/>
              </w:rPr>
            </w:pPr>
            <w:r w:rsidRPr="007A2CE4">
              <w:rPr>
                <w:sz w:val="28"/>
                <w:szCs w:val="28"/>
                <w:lang w:val="kk-KZ"/>
              </w:rPr>
              <w:t>«Бастауыш мектептегі сабақ: басымдықтар және жетілдіру стратегиялары»</w:t>
            </w:r>
          </w:p>
        </w:tc>
        <w:tc>
          <w:tcPr>
            <w:tcW w:w="1701" w:type="dxa"/>
          </w:tcPr>
          <w:p w14:paraId="64B50C22" w14:textId="77777777" w:rsidR="00C86561" w:rsidRPr="007A2CE4" w:rsidRDefault="00C86561" w:rsidP="00C86561">
            <w:pPr>
              <w:rPr>
                <w:sz w:val="28"/>
                <w:szCs w:val="28"/>
                <w:lang w:val="kk-KZ"/>
              </w:rPr>
            </w:pPr>
            <w:r w:rsidRPr="007A2CE4">
              <w:rPr>
                <w:sz w:val="28"/>
                <w:szCs w:val="28"/>
                <w:lang w:val="kk-KZ"/>
              </w:rPr>
              <w:t>НЗМ» ДББҰ ПШО</w:t>
            </w:r>
          </w:p>
        </w:tc>
        <w:tc>
          <w:tcPr>
            <w:tcW w:w="1417" w:type="dxa"/>
          </w:tcPr>
          <w:p w14:paraId="109F6BDE" w14:textId="77777777" w:rsidR="00C86561" w:rsidRPr="007A2CE4" w:rsidRDefault="00C86561" w:rsidP="00C86561">
            <w:pPr>
              <w:jc w:val="center"/>
              <w:rPr>
                <w:sz w:val="28"/>
                <w:szCs w:val="28"/>
                <w:lang w:val="kk-KZ"/>
              </w:rPr>
            </w:pPr>
            <w:r w:rsidRPr="007A2CE4">
              <w:rPr>
                <w:sz w:val="28"/>
                <w:szCs w:val="28"/>
                <w:lang w:val="kk-KZ"/>
              </w:rPr>
              <w:t>11.10.2024ж</w:t>
            </w:r>
          </w:p>
        </w:tc>
        <w:tc>
          <w:tcPr>
            <w:tcW w:w="1560" w:type="dxa"/>
          </w:tcPr>
          <w:p w14:paraId="4EF9CC42" w14:textId="77777777" w:rsidR="00C86561" w:rsidRPr="007A2CE4" w:rsidRDefault="00C86561" w:rsidP="00C86561">
            <w:pPr>
              <w:rPr>
                <w:b/>
                <w:bCs/>
                <w:color w:val="1F1F1F"/>
                <w:sz w:val="28"/>
                <w:szCs w:val="28"/>
                <w:bdr w:val="none" w:sz="0" w:space="0" w:color="auto" w:frame="1"/>
                <w:lang w:val="kk-KZ" w:eastAsia="ru-RU"/>
              </w:rPr>
            </w:pPr>
            <w:r w:rsidRPr="007A2CE4">
              <w:rPr>
                <w:b/>
                <w:bCs/>
                <w:color w:val="1F1F1F"/>
                <w:sz w:val="28"/>
                <w:szCs w:val="28"/>
                <w:bdr w:val="none" w:sz="0" w:space="0" w:color="auto" w:frame="1"/>
                <w:lang w:val="kk-KZ" w:eastAsia="ru-RU"/>
              </w:rPr>
              <w:t>№090007</w:t>
            </w:r>
          </w:p>
        </w:tc>
      </w:tr>
      <w:tr w:rsidR="00B56EC7" w:rsidRPr="007A2CE4" w14:paraId="3D318382" w14:textId="77777777" w:rsidTr="00B56EC7">
        <w:tc>
          <w:tcPr>
            <w:tcW w:w="498" w:type="dxa"/>
            <w:vAlign w:val="center"/>
          </w:tcPr>
          <w:p w14:paraId="76CF1ADA" w14:textId="77777777" w:rsidR="00C86561" w:rsidRPr="007A2CE4" w:rsidRDefault="00C86561" w:rsidP="00C86561">
            <w:pPr>
              <w:jc w:val="center"/>
              <w:rPr>
                <w:bCs/>
                <w:color w:val="000000"/>
                <w:sz w:val="28"/>
                <w:szCs w:val="28"/>
                <w:lang w:val="kk-KZ"/>
              </w:rPr>
            </w:pPr>
            <w:r w:rsidRPr="007A2CE4">
              <w:rPr>
                <w:bCs/>
                <w:color w:val="000000"/>
                <w:sz w:val="28"/>
                <w:szCs w:val="28"/>
                <w:lang w:val="kk-KZ"/>
              </w:rPr>
              <w:t>6</w:t>
            </w:r>
          </w:p>
        </w:tc>
        <w:tc>
          <w:tcPr>
            <w:tcW w:w="2026" w:type="dxa"/>
          </w:tcPr>
          <w:p w14:paraId="024601D4" w14:textId="77777777" w:rsidR="00C86561" w:rsidRPr="007A2CE4" w:rsidRDefault="00C86561" w:rsidP="00C86561">
            <w:pPr>
              <w:rPr>
                <w:sz w:val="28"/>
                <w:szCs w:val="28"/>
                <w:lang w:val="kk-KZ"/>
              </w:rPr>
            </w:pPr>
            <w:r w:rsidRPr="007A2CE4">
              <w:rPr>
                <w:sz w:val="28"/>
                <w:szCs w:val="28"/>
                <w:lang w:val="kk-KZ"/>
              </w:rPr>
              <w:t xml:space="preserve">Кайырова Бакытгул Аманбаевна </w:t>
            </w:r>
          </w:p>
        </w:tc>
        <w:tc>
          <w:tcPr>
            <w:tcW w:w="1417" w:type="dxa"/>
          </w:tcPr>
          <w:p w14:paraId="52C0D364" w14:textId="77777777" w:rsidR="00C86561" w:rsidRPr="007A2CE4" w:rsidRDefault="00C86561" w:rsidP="00C86561">
            <w:pPr>
              <w:rPr>
                <w:sz w:val="28"/>
                <w:szCs w:val="28"/>
              </w:rPr>
            </w:pPr>
            <w:r w:rsidRPr="007A2CE4">
              <w:rPr>
                <w:bCs/>
                <w:color w:val="1F1F1F"/>
                <w:sz w:val="28"/>
                <w:szCs w:val="28"/>
                <w:bdr w:val="none" w:sz="0" w:space="0" w:color="auto" w:frame="1"/>
                <w:lang w:val="kk-KZ" w:eastAsia="ru-RU"/>
              </w:rPr>
              <w:t>Бастауыш сынып</w:t>
            </w:r>
          </w:p>
        </w:tc>
        <w:tc>
          <w:tcPr>
            <w:tcW w:w="851" w:type="dxa"/>
          </w:tcPr>
          <w:p w14:paraId="4A7A9812" w14:textId="77777777" w:rsidR="00C86561" w:rsidRPr="007A2CE4" w:rsidRDefault="00C86561" w:rsidP="00C86561">
            <w:pPr>
              <w:rPr>
                <w:b/>
                <w:bCs/>
                <w:color w:val="1F1F1F"/>
                <w:sz w:val="28"/>
                <w:szCs w:val="28"/>
                <w:bdr w:val="none" w:sz="0" w:space="0" w:color="auto" w:frame="1"/>
                <w:lang w:val="kk-KZ" w:eastAsia="ru-RU"/>
              </w:rPr>
            </w:pPr>
            <w:r w:rsidRPr="007A2CE4">
              <w:rPr>
                <w:b/>
                <w:bCs/>
                <w:color w:val="1F1F1F"/>
                <w:sz w:val="28"/>
                <w:szCs w:val="28"/>
                <w:bdr w:val="none" w:sz="0" w:space="0" w:color="auto" w:frame="1"/>
                <w:lang w:val="kk-KZ" w:eastAsia="ru-RU"/>
              </w:rPr>
              <w:t>28</w:t>
            </w:r>
          </w:p>
        </w:tc>
        <w:tc>
          <w:tcPr>
            <w:tcW w:w="2126" w:type="dxa"/>
          </w:tcPr>
          <w:p w14:paraId="5C28B4DE" w14:textId="77777777" w:rsidR="00C86561" w:rsidRPr="007A2CE4" w:rsidRDefault="00C86561" w:rsidP="00C86561">
            <w:pPr>
              <w:jc w:val="center"/>
              <w:rPr>
                <w:color w:val="000000"/>
                <w:sz w:val="28"/>
                <w:szCs w:val="28"/>
                <w:lang w:val="kk-KZ"/>
              </w:rPr>
            </w:pPr>
            <w:r w:rsidRPr="007A2CE4">
              <w:rPr>
                <w:color w:val="000000"/>
                <w:sz w:val="28"/>
                <w:szCs w:val="28"/>
                <w:lang w:val="kk-KZ"/>
              </w:rPr>
              <w:t>«Бастауыш сынып педагогтерінің құзыреттілігін жетілдіру арқылы білім алушылардың функционалдық сауаттылығын дамыту»</w:t>
            </w:r>
          </w:p>
        </w:tc>
        <w:tc>
          <w:tcPr>
            <w:tcW w:w="1701" w:type="dxa"/>
          </w:tcPr>
          <w:p w14:paraId="20AF89AF" w14:textId="77777777" w:rsidR="00C86561" w:rsidRPr="007A2CE4" w:rsidRDefault="00C86561" w:rsidP="00C86561">
            <w:pPr>
              <w:jc w:val="center"/>
              <w:rPr>
                <w:sz w:val="28"/>
                <w:szCs w:val="28"/>
                <w:lang w:val="kk-KZ"/>
              </w:rPr>
            </w:pPr>
            <w:r w:rsidRPr="007A2CE4">
              <w:rPr>
                <w:sz w:val="28"/>
                <w:szCs w:val="28"/>
                <w:lang w:val="kk-KZ"/>
              </w:rPr>
              <w:t xml:space="preserve">«USTAZ» педагогтерді үздіксіз кәсіби дамыту орталығы» ЖШС </w:t>
            </w:r>
          </w:p>
        </w:tc>
        <w:tc>
          <w:tcPr>
            <w:tcW w:w="1417" w:type="dxa"/>
          </w:tcPr>
          <w:p w14:paraId="0941BAAC" w14:textId="77777777" w:rsidR="00C86561" w:rsidRPr="007A2CE4" w:rsidRDefault="00C86561" w:rsidP="00C86561">
            <w:pPr>
              <w:jc w:val="center"/>
              <w:rPr>
                <w:sz w:val="28"/>
                <w:szCs w:val="28"/>
                <w:lang w:val="kk-KZ"/>
              </w:rPr>
            </w:pPr>
            <w:r w:rsidRPr="007A2CE4">
              <w:rPr>
                <w:sz w:val="28"/>
                <w:szCs w:val="28"/>
                <w:lang w:val="kk-KZ"/>
              </w:rPr>
              <w:t>06.09.2024 ж</w:t>
            </w:r>
          </w:p>
        </w:tc>
        <w:tc>
          <w:tcPr>
            <w:tcW w:w="1560" w:type="dxa"/>
          </w:tcPr>
          <w:p w14:paraId="39A2FF86" w14:textId="77777777" w:rsidR="00C86561" w:rsidRPr="007A2CE4" w:rsidRDefault="00C86561" w:rsidP="00C86561">
            <w:pPr>
              <w:rPr>
                <w:b/>
                <w:bCs/>
                <w:color w:val="1F1F1F"/>
                <w:sz w:val="28"/>
                <w:szCs w:val="28"/>
                <w:bdr w:val="none" w:sz="0" w:space="0" w:color="auto" w:frame="1"/>
                <w:lang w:val="kk-KZ" w:eastAsia="ru-RU"/>
              </w:rPr>
            </w:pPr>
            <w:r w:rsidRPr="007A2CE4">
              <w:rPr>
                <w:b/>
                <w:bCs/>
                <w:color w:val="1F1F1F"/>
                <w:sz w:val="28"/>
                <w:szCs w:val="28"/>
                <w:bdr w:val="none" w:sz="0" w:space="0" w:color="auto" w:frame="1"/>
                <w:lang w:val="kk-KZ" w:eastAsia="ru-RU"/>
              </w:rPr>
              <w:t>№501</w:t>
            </w:r>
          </w:p>
        </w:tc>
      </w:tr>
      <w:tr w:rsidR="00B56EC7" w:rsidRPr="007A2CE4" w14:paraId="4DA1FDB7" w14:textId="77777777" w:rsidTr="00B56EC7">
        <w:tc>
          <w:tcPr>
            <w:tcW w:w="498" w:type="dxa"/>
            <w:vAlign w:val="center"/>
          </w:tcPr>
          <w:p w14:paraId="2F8EE52C" w14:textId="77777777" w:rsidR="00C86561" w:rsidRPr="007A2CE4" w:rsidRDefault="00C86561" w:rsidP="00C86561">
            <w:pPr>
              <w:jc w:val="center"/>
              <w:rPr>
                <w:bCs/>
                <w:color w:val="000000"/>
                <w:sz w:val="28"/>
                <w:szCs w:val="28"/>
                <w:lang w:val="kk-KZ"/>
              </w:rPr>
            </w:pPr>
            <w:r w:rsidRPr="007A2CE4">
              <w:rPr>
                <w:bCs/>
                <w:color w:val="000000"/>
                <w:sz w:val="28"/>
                <w:szCs w:val="28"/>
                <w:lang w:val="kk-KZ"/>
              </w:rPr>
              <w:t>7</w:t>
            </w:r>
          </w:p>
        </w:tc>
        <w:tc>
          <w:tcPr>
            <w:tcW w:w="2026" w:type="dxa"/>
          </w:tcPr>
          <w:p w14:paraId="17FAA5C0" w14:textId="77777777" w:rsidR="00C86561" w:rsidRPr="007A2CE4" w:rsidRDefault="00C86561" w:rsidP="00C86561">
            <w:pPr>
              <w:rPr>
                <w:sz w:val="28"/>
                <w:szCs w:val="28"/>
                <w:lang w:val="kk-KZ"/>
              </w:rPr>
            </w:pPr>
            <w:r w:rsidRPr="007A2CE4">
              <w:rPr>
                <w:sz w:val="28"/>
                <w:szCs w:val="28"/>
                <w:lang w:val="kk-KZ"/>
              </w:rPr>
              <w:t xml:space="preserve">Байтурова Айслу </w:t>
            </w:r>
            <w:r w:rsidRPr="007A2CE4">
              <w:rPr>
                <w:sz w:val="28"/>
                <w:szCs w:val="28"/>
                <w:lang w:val="kk-KZ"/>
              </w:rPr>
              <w:lastRenderedPageBreak/>
              <w:t xml:space="preserve">Тулетаевна </w:t>
            </w:r>
          </w:p>
        </w:tc>
        <w:tc>
          <w:tcPr>
            <w:tcW w:w="1417" w:type="dxa"/>
          </w:tcPr>
          <w:p w14:paraId="05B56549" w14:textId="77777777" w:rsidR="00C86561" w:rsidRPr="007A2CE4" w:rsidRDefault="00C86561" w:rsidP="00C86561">
            <w:pPr>
              <w:rPr>
                <w:sz w:val="28"/>
                <w:szCs w:val="28"/>
              </w:rPr>
            </w:pPr>
            <w:r w:rsidRPr="007A2CE4">
              <w:rPr>
                <w:bCs/>
                <w:color w:val="1F1F1F"/>
                <w:sz w:val="28"/>
                <w:szCs w:val="28"/>
                <w:bdr w:val="none" w:sz="0" w:space="0" w:color="auto" w:frame="1"/>
                <w:lang w:val="kk-KZ" w:eastAsia="ru-RU"/>
              </w:rPr>
              <w:lastRenderedPageBreak/>
              <w:t>Бастауыш сынып</w:t>
            </w:r>
          </w:p>
        </w:tc>
        <w:tc>
          <w:tcPr>
            <w:tcW w:w="851" w:type="dxa"/>
          </w:tcPr>
          <w:p w14:paraId="1AFB4D48" w14:textId="77777777" w:rsidR="00C86561" w:rsidRPr="007A2CE4" w:rsidRDefault="00C86561" w:rsidP="00C86561">
            <w:pPr>
              <w:rPr>
                <w:b/>
                <w:bCs/>
                <w:color w:val="1F1F1F"/>
                <w:sz w:val="28"/>
                <w:szCs w:val="28"/>
                <w:bdr w:val="none" w:sz="0" w:space="0" w:color="auto" w:frame="1"/>
                <w:lang w:val="kk-KZ" w:eastAsia="ru-RU"/>
              </w:rPr>
            </w:pPr>
            <w:r w:rsidRPr="007A2CE4">
              <w:rPr>
                <w:b/>
                <w:bCs/>
                <w:color w:val="1F1F1F"/>
                <w:sz w:val="28"/>
                <w:szCs w:val="28"/>
                <w:bdr w:val="none" w:sz="0" w:space="0" w:color="auto" w:frame="1"/>
                <w:lang w:val="kk-KZ" w:eastAsia="ru-RU"/>
              </w:rPr>
              <w:t>16</w:t>
            </w:r>
          </w:p>
        </w:tc>
        <w:tc>
          <w:tcPr>
            <w:tcW w:w="2126" w:type="dxa"/>
          </w:tcPr>
          <w:p w14:paraId="35D079A1" w14:textId="77777777" w:rsidR="00C86561" w:rsidRPr="007A2CE4" w:rsidRDefault="00C86561" w:rsidP="00C86561">
            <w:pPr>
              <w:jc w:val="center"/>
              <w:rPr>
                <w:sz w:val="28"/>
                <w:szCs w:val="28"/>
                <w:lang w:val="kk-KZ"/>
              </w:rPr>
            </w:pPr>
            <w:r w:rsidRPr="007A2CE4">
              <w:rPr>
                <w:sz w:val="28"/>
                <w:szCs w:val="28"/>
                <w:lang w:val="kk-KZ"/>
              </w:rPr>
              <w:t xml:space="preserve">«Бастауыш мектепте </w:t>
            </w:r>
            <w:r w:rsidRPr="007A2CE4">
              <w:rPr>
                <w:sz w:val="28"/>
                <w:szCs w:val="28"/>
                <w:lang w:val="kk-KZ"/>
              </w:rPr>
              <w:lastRenderedPageBreak/>
              <w:t>құндылыққа бағдарланған тәсілді жүзеге асыру»</w:t>
            </w:r>
          </w:p>
        </w:tc>
        <w:tc>
          <w:tcPr>
            <w:tcW w:w="1701" w:type="dxa"/>
          </w:tcPr>
          <w:p w14:paraId="19D6F15A" w14:textId="77777777" w:rsidR="00C86561" w:rsidRPr="007A2CE4" w:rsidRDefault="00C86561" w:rsidP="00C86561">
            <w:pPr>
              <w:rPr>
                <w:sz w:val="28"/>
                <w:szCs w:val="28"/>
                <w:lang w:val="kk-KZ"/>
              </w:rPr>
            </w:pPr>
            <w:r w:rsidRPr="007A2CE4">
              <w:rPr>
                <w:sz w:val="28"/>
                <w:szCs w:val="28"/>
                <w:lang w:val="kk-KZ"/>
              </w:rPr>
              <w:lastRenderedPageBreak/>
              <w:t>«Өрлеу» БАҰОАҚ</w:t>
            </w:r>
          </w:p>
        </w:tc>
        <w:tc>
          <w:tcPr>
            <w:tcW w:w="1417" w:type="dxa"/>
          </w:tcPr>
          <w:p w14:paraId="65F5D7B2" w14:textId="77777777" w:rsidR="00C86561" w:rsidRPr="007A2CE4" w:rsidRDefault="00C86561" w:rsidP="00C86561">
            <w:pPr>
              <w:jc w:val="center"/>
              <w:rPr>
                <w:sz w:val="28"/>
                <w:szCs w:val="28"/>
                <w:lang w:val="kk-KZ"/>
              </w:rPr>
            </w:pPr>
            <w:r w:rsidRPr="007A2CE4">
              <w:rPr>
                <w:sz w:val="28"/>
                <w:szCs w:val="28"/>
                <w:lang w:val="kk-KZ"/>
              </w:rPr>
              <w:t>27.05.-07.06.202</w:t>
            </w:r>
            <w:r w:rsidRPr="007A2CE4">
              <w:rPr>
                <w:sz w:val="28"/>
                <w:szCs w:val="28"/>
                <w:lang w:val="kk-KZ"/>
              </w:rPr>
              <w:lastRenderedPageBreak/>
              <w:t>4 ж</w:t>
            </w:r>
          </w:p>
        </w:tc>
        <w:tc>
          <w:tcPr>
            <w:tcW w:w="1560" w:type="dxa"/>
          </w:tcPr>
          <w:p w14:paraId="2360A4E0" w14:textId="77777777" w:rsidR="00C86561" w:rsidRPr="007A2CE4" w:rsidRDefault="00C86561" w:rsidP="00C86561">
            <w:pPr>
              <w:rPr>
                <w:b/>
                <w:bCs/>
                <w:color w:val="1F1F1F"/>
                <w:sz w:val="28"/>
                <w:szCs w:val="28"/>
                <w:bdr w:val="none" w:sz="0" w:space="0" w:color="auto" w:frame="1"/>
                <w:lang w:val="kk-KZ" w:eastAsia="ru-RU"/>
              </w:rPr>
            </w:pPr>
            <w:r w:rsidRPr="007A2CE4">
              <w:rPr>
                <w:b/>
                <w:bCs/>
                <w:color w:val="1F1F1F"/>
                <w:sz w:val="28"/>
                <w:szCs w:val="28"/>
                <w:bdr w:val="none" w:sz="0" w:space="0" w:color="auto" w:frame="1"/>
                <w:lang w:val="kk-KZ" w:eastAsia="ru-RU"/>
              </w:rPr>
              <w:lastRenderedPageBreak/>
              <w:t>№0744492</w:t>
            </w:r>
          </w:p>
        </w:tc>
      </w:tr>
      <w:tr w:rsidR="00B56EC7" w:rsidRPr="007A2CE4" w14:paraId="06780AEB" w14:textId="77777777" w:rsidTr="00B56EC7">
        <w:tc>
          <w:tcPr>
            <w:tcW w:w="498" w:type="dxa"/>
            <w:vAlign w:val="center"/>
          </w:tcPr>
          <w:p w14:paraId="5A8F353D" w14:textId="77777777" w:rsidR="00C86561" w:rsidRPr="007A2CE4" w:rsidRDefault="00C86561" w:rsidP="00C86561">
            <w:pPr>
              <w:jc w:val="center"/>
              <w:rPr>
                <w:bCs/>
                <w:color w:val="000000"/>
                <w:sz w:val="28"/>
                <w:szCs w:val="28"/>
                <w:lang w:val="kk-KZ"/>
              </w:rPr>
            </w:pPr>
            <w:r w:rsidRPr="007A2CE4">
              <w:rPr>
                <w:bCs/>
                <w:color w:val="000000"/>
                <w:sz w:val="28"/>
                <w:szCs w:val="28"/>
                <w:lang w:val="kk-KZ"/>
              </w:rPr>
              <w:t>8</w:t>
            </w:r>
          </w:p>
        </w:tc>
        <w:tc>
          <w:tcPr>
            <w:tcW w:w="2026" w:type="dxa"/>
          </w:tcPr>
          <w:p w14:paraId="42FA443F" w14:textId="77777777" w:rsidR="00C86561" w:rsidRPr="007A2CE4" w:rsidRDefault="00C86561" w:rsidP="00C86561">
            <w:pPr>
              <w:rPr>
                <w:sz w:val="28"/>
                <w:szCs w:val="28"/>
                <w:lang w:val="kk-KZ"/>
              </w:rPr>
            </w:pPr>
            <w:r w:rsidRPr="007A2CE4">
              <w:rPr>
                <w:sz w:val="28"/>
                <w:szCs w:val="28"/>
                <w:lang w:val="kk-KZ"/>
              </w:rPr>
              <w:t>Темирханова Дарина Нуртаевна</w:t>
            </w:r>
          </w:p>
        </w:tc>
        <w:tc>
          <w:tcPr>
            <w:tcW w:w="1417" w:type="dxa"/>
          </w:tcPr>
          <w:p w14:paraId="1618EB9F" w14:textId="77777777" w:rsidR="00C86561" w:rsidRPr="007A2CE4" w:rsidRDefault="00C86561" w:rsidP="00C86561">
            <w:pPr>
              <w:rPr>
                <w:sz w:val="28"/>
                <w:szCs w:val="28"/>
              </w:rPr>
            </w:pPr>
            <w:r w:rsidRPr="007A2CE4">
              <w:rPr>
                <w:bCs/>
                <w:color w:val="1F1F1F"/>
                <w:sz w:val="28"/>
                <w:szCs w:val="28"/>
                <w:bdr w:val="none" w:sz="0" w:space="0" w:color="auto" w:frame="1"/>
                <w:lang w:val="kk-KZ" w:eastAsia="ru-RU"/>
              </w:rPr>
              <w:t>Бастауыш сынып</w:t>
            </w:r>
          </w:p>
        </w:tc>
        <w:tc>
          <w:tcPr>
            <w:tcW w:w="851" w:type="dxa"/>
          </w:tcPr>
          <w:p w14:paraId="5513F838" w14:textId="77777777" w:rsidR="00C86561" w:rsidRPr="007A2CE4" w:rsidRDefault="00C86561" w:rsidP="00C86561">
            <w:pPr>
              <w:rPr>
                <w:b/>
                <w:bCs/>
                <w:color w:val="1F1F1F"/>
                <w:sz w:val="28"/>
                <w:szCs w:val="28"/>
                <w:bdr w:val="none" w:sz="0" w:space="0" w:color="auto" w:frame="1"/>
                <w:lang w:val="kk-KZ" w:eastAsia="ru-RU"/>
              </w:rPr>
            </w:pPr>
            <w:r w:rsidRPr="007A2CE4">
              <w:rPr>
                <w:b/>
                <w:bCs/>
                <w:color w:val="1F1F1F"/>
                <w:sz w:val="28"/>
                <w:szCs w:val="28"/>
                <w:bdr w:val="none" w:sz="0" w:space="0" w:color="auto" w:frame="1"/>
                <w:lang w:val="kk-KZ" w:eastAsia="ru-RU"/>
              </w:rPr>
              <w:t>3</w:t>
            </w:r>
          </w:p>
        </w:tc>
        <w:tc>
          <w:tcPr>
            <w:tcW w:w="2126" w:type="dxa"/>
          </w:tcPr>
          <w:p w14:paraId="7A2664CA" w14:textId="77777777" w:rsidR="00C86561" w:rsidRPr="007A2CE4" w:rsidRDefault="00C86561" w:rsidP="00C86561">
            <w:pPr>
              <w:jc w:val="center"/>
              <w:rPr>
                <w:sz w:val="28"/>
                <w:szCs w:val="28"/>
                <w:lang w:val="kk-KZ"/>
              </w:rPr>
            </w:pPr>
            <w:r w:rsidRPr="007A2CE4">
              <w:rPr>
                <w:sz w:val="28"/>
                <w:szCs w:val="28"/>
                <w:lang w:val="kk-KZ"/>
              </w:rPr>
              <w:t>«Бастауыш сынып оқушыларының зерттеушілік және жобалық іс-әреткеті</w:t>
            </w:r>
          </w:p>
        </w:tc>
        <w:tc>
          <w:tcPr>
            <w:tcW w:w="1701" w:type="dxa"/>
          </w:tcPr>
          <w:p w14:paraId="2DF5A187" w14:textId="77777777" w:rsidR="00C86561" w:rsidRPr="007A2CE4" w:rsidRDefault="00C86561" w:rsidP="00C86561">
            <w:pPr>
              <w:rPr>
                <w:sz w:val="28"/>
                <w:szCs w:val="28"/>
                <w:lang w:val="kk-KZ"/>
              </w:rPr>
            </w:pPr>
            <w:r w:rsidRPr="007A2CE4">
              <w:rPr>
                <w:sz w:val="28"/>
                <w:szCs w:val="28"/>
                <w:lang w:val="kk-KZ"/>
              </w:rPr>
              <w:t>«Өрлеу» БАҰОАҚ</w:t>
            </w:r>
          </w:p>
        </w:tc>
        <w:tc>
          <w:tcPr>
            <w:tcW w:w="1417" w:type="dxa"/>
          </w:tcPr>
          <w:p w14:paraId="43429388" w14:textId="77777777" w:rsidR="00C86561" w:rsidRPr="007A2CE4" w:rsidRDefault="00C86561" w:rsidP="00C86561">
            <w:pPr>
              <w:jc w:val="center"/>
              <w:rPr>
                <w:sz w:val="28"/>
                <w:szCs w:val="28"/>
                <w:lang w:val="kk-KZ"/>
              </w:rPr>
            </w:pPr>
            <w:r w:rsidRPr="007A2CE4">
              <w:rPr>
                <w:sz w:val="28"/>
                <w:szCs w:val="28"/>
                <w:lang w:val="kk-KZ"/>
              </w:rPr>
              <w:t>30.09.-11.10.2024 ж</w:t>
            </w:r>
          </w:p>
        </w:tc>
        <w:tc>
          <w:tcPr>
            <w:tcW w:w="1560" w:type="dxa"/>
          </w:tcPr>
          <w:p w14:paraId="6C2299ED" w14:textId="77777777" w:rsidR="00C86561" w:rsidRPr="007A2CE4" w:rsidRDefault="00C86561" w:rsidP="00C86561">
            <w:pPr>
              <w:rPr>
                <w:b/>
                <w:bCs/>
                <w:color w:val="1F1F1F"/>
                <w:sz w:val="28"/>
                <w:szCs w:val="28"/>
                <w:bdr w:val="none" w:sz="0" w:space="0" w:color="auto" w:frame="1"/>
                <w:lang w:val="kk-KZ" w:eastAsia="ru-RU"/>
              </w:rPr>
            </w:pPr>
            <w:r w:rsidRPr="007A2CE4">
              <w:rPr>
                <w:b/>
                <w:bCs/>
                <w:color w:val="1F1F1F"/>
                <w:sz w:val="28"/>
                <w:szCs w:val="28"/>
                <w:bdr w:val="none" w:sz="0" w:space="0" w:color="auto" w:frame="1"/>
                <w:lang w:val="kk-KZ" w:eastAsia="ru-RU"/>
              </w:rPr>
              <w:t>№0807068</w:t>
            </w:r>
          </w:p>
        </w:tc>
      </w:tr>
      <w:tr w:rsidR="00B56EC7" w:rsidRPr="007A2CE4" w14:paraId="0E5AF1CC" w14:textId="77777777" w:rsidTr="00B56EC7">
        <w:tc>
          <w:tcPr>
            <w:tcW w:w="498" w:type="dxa"/>
            <w:vAlign w:val="center"/>
          </w:tcPr>
          <w:p w14:paraId="4647898D" w14:textId="77777777" w:rsidR="00C86561" w:rsidRPr="007A2CE4" w:rsidRDefault="00C86561" w:rsidP="00C86561">
            <w:pPr>
              <w:jc w:val="center"/>
              <w:rPr>
                <w:bCs/>
                <w:color w:val="000000"/>
                <w:sz w:val="28"/>
                <w:szCs w:val="28"/>
                <w:lang w:val="kk-KZ"/>
              </w:rPr>
            </w:pPr>
            <w:r w:rsidRPr="007A2CE4">
              <w:rPr>
                <w:bCs/>
                <w:color w:val="000000"/>
                <w:sz w:val="28"/>
                <w:szCs w:val="28"/>
                <w:lang w:val="kk-KZ"/>
              </w:rPr>
              <w:t>9</w:t>
            </w:r>
          </w:p>
        </w:tc>
        <w:tc>
          <w:tcPr>
            <w:tcW w:w="2026" w:type="dxa"/>
          </w:tcPr>
          <w:p w14:paraId="4174B832" w14:textId="77777777" w:rsidR="00C86561" w:rsidRPr="007A2CE4" w:rsidRDefault="00C86561" w:rsidP="00C86561">
            <w:pPr>
              <w:rPr>
                <w:sz w:val="28"/>
                <w:szCs w:val="28"/>
                <w:lang w:val="kk-KZ"/>
              </w:rPr>
            </w:pPr>
            <w:r w:rsidRPr="007A2CE4">
              <w:rPr>
                <w:sz w:val="28"/>
                <w:szCs w:val="28"/>
                <w:lang w:val="kk-KZ"/>
              </w:rPr>
              <w:t xml:space="preserve">Каирова Бакыт Аманбаевна  </w:t>
            </w:r>
          </w:p>
        </w:tc>
        <w:tc>
          <w:tcPr>
            <w:tcW w:w="1417" w:type="dxa"/>
          </w:tcPr>
          <w:p w14:paraId="35CB2511" w14:textId="77777777" w:rsidR="00C86561" w:rsidRPr="007A2CE4" w:rsidRDefault="00C86561" w:rsidP="00C86561">
            <w:pPr>
              <w:rPr>
                <w:sz w:val="28"/>
                <w:szCs w:val="28"/>
              </w:rPr>
            </w:pPr>
            <w:r w:rsidRPr="007A2CE4">
              <w:rPr>
                <w:bCs/>
                <w:color w:val="1F1F1F"/>
                <w:sz w:val="28"/>
                <w:szCs w:val="28"/>
                <w:bdr w:val="none" w:sz="0" w:space="0" w:color="auto" w:frame="1"/>
                <w:lang w:val="kk-KZ" w:eastAsia="ru-RU"/>
              </w:rPr>
              <w:t>Бастауыш сынып</w:t>
            </w:r>
          </w:p>
        </w:tc>
        <w:tc>
          <w:tcPr>
            <w:tcW w:w="851" w:type="dxa"/>
          </w:tcPr>
          <w:p w14:paraId="4D59BAEB" w14:textId="77777777" w:rsidR="00C86561" w:rsidRPr="007A2CE4" w:rsidRDefault="00C86561" w:rsidP="00C86561">
            <w:pPr>
              <w:rPr>
                <w:b/>
                <w:bCs/>
                <w:color w:val="1F1F1F"/>
                <w:sz w:val="28"/>
                <w:szCs w:val="28"/>
                <w:bdr w:val="none" w:sz="0" w:space="0" w:color="auto" w:frame="1"/>
                <w:lang w:val="kk-KZ" w:eastAsia="ru-RU"/>
              </w:rPr>
            </w:pPr>
            <w:r w:rsidRPr="007A2CE4">
              <w:rPr>
                <w:b/>
                <w:bCs/>
                <w:color w:val="1F1F1F"/>
                <w:sz w:val="28"/>
                <w:szCs w:val="28"/>
                <w:bdr w:val="none" w:sz="0" w:space="0" w:color="auto" w:frame="1"/>
                <w:lang w:val="kk-KZ" w:eastAsia="ru-RU"/>
              </w:rPr>
              <w:t>29</w:t>
            </w:r>
          </w:p>
        </w:tc>
        <w:tc>
          <w:tcPr>
            <w:tcW w:w="2126" w:type="dxa"/>
          </w:tcPr>
          <w:p w14:paraId="066496A0" w14:textId="77777777" w:rsidR="00C86561" w:rsidRPr="007A2CE4" w:rsidRDefault="00C86561" w:rsidP="00C86561">
            <w:pPr>
              <w:jc w:val="center"/>
              <w:rPr>
                <w:sz w:val="28"/>
                <w:szCs w:val="28"/>
                <w:lang w:val="kk-KZ"/>
              </w:rPr>
            </w:pPr>
            <w:r w:rsidRPr="007A2CE4">
              <w:rPr>
                <w:sz w:val="28"/>
                <w:szCs w:val="28"/>
                <w:lang w:val="kk-KZ"/>
              </w:rPr>
              <w:t>«Бастауыш сынып педагогтерінің құэреттілігін жетілдіру арқылы білім алушылардың функционалдық сауаттылығын дамыту»</w:t>
            </w:r>
          </w:p>
        </w:tc>
        <w:tc>
          <w:tcPr>
            <w:tcW w:w="1701" w:type="dxa"/>
          </w:tcPr>
          <w:p w14:paraId="5BF33604" w14:textId="77777777" w:rsidR="00C86561" w:rsidRPr="007A2CE4" w:rsidRDefault="00C86561" w:rsidP="00C86561">
            <w:pPr>
              <w:jc w:val="center"/>
              <w:rPr>
                <w:sz w:val="28"/>
                <w:szCs w:val="28"/>
                <w:lang w:val="kk-KZ"/>
              </w:rPr>
            </w:pPr>
            <w:r w:rsidRPr="007A2CE4">
              <w:rPr>
                <w:sz w:val="28"/>
                <w:szCs w:val="28"/>
                <w:lang w:val="kk-KZ"/>
              </w:rPr>
              <w:t>«USTAZ» педагогтерді үздіксіз кәсіби дамыту орталығы» ЖШС</w:t>
            </w:r>
          </w:p>
        </w:tc>
        <w:tc>
          <w:tcPr>
            <w:tcW w:w="1417" w:type="dxa"/>
          </w:tcPr>
          <w:p w14:paraId="1C6C12A5" w14:textId="77777777" w:rsidR="00C86561" w:rsidRPr="007A2CE4" w:rsidRDefault="00C86561" w:rsidP="00C86561">
            <w:pPr>
              <w:jc w:val="center"/>
              <w:rPr>
                <w:sz w:val="28"/>
                <w:szCs w:val="28"/>
                <w:lang w:val="kk-KZ"/>
              </w:rPr>
            </w:pPr>
            <w:r w:rsidRPr="007A2CE4">
              <w:rPr>
                <w:sz w:val="28"/>
                <w:szCs w:val="28"/>
                <w:lang w:val="kk-KZ"/>
              </w:rPr>
              <w:t>06.09.2024</w:t>
            </w:r>
          </w:p>
        </w:tc>
        <w:tc>
          <w:tcPr>
            <w:tcW w:w="1560" w:type="dxa"/>
          </w:tcPr>
          <w:p w14:paraId="7913F996" w14:textId="77777777" w:rsidR="00C86561" w:rsidRPr="007A2CE4" w:rsidRDefault="00C86561" w:rsidP="00C86561">
            <w:pPr>
              <w:rPr>
                <w:b/>
                <w:bCs/>
                <w:color w:val="1F1F1F"/>
                <w:sz w:val="28"/>
                <w:szCs w:val="28"/>
                <w:bdr w:val="none" w:sz="0" w:space="0" w:color="auto" w:frame="1"/>
                <w:lang w:val="kk-KZ" w:eastAsia="ru-RU"/>
              </w:rPr>
            </w:pPr>
            <w:r w:rsidRPr="007A2CE4">
              <w:rPr>
                <w:b/>
                <w:bCs/>
                <w:color w:val="1F1F1F"/>
                <w:sz w:val="28"/>
                <w:szCs w:val="28"/>
                <w:bdr w:val="none" w:sz="0" w:space="0" w:color="auto" w:frame="1"/>
                <w:lang w:val="kk-KZ" w:eastAsia="ru-RU"/>
              </w:rPr>
              <w:t>№433</w:t>
            </w:r>
          </w:p>
        </w:tc>
      </w:tr>
      <w:tr w:rsidR="00B56EC7" w:rsidRPr="007A2CE4" w14:paraId="43F1257B" w14:textId="77777777" w:rsidTr="00B56EC7">
        <w:tc>
          <w:tcPr>
            <w:tcW w:w="498" w:type="dxa"/>
            <w:vAlign w:val="center"/>
          </w:tcPr>
          <w:p w14:paraId="51FACDCA" w14:textId="77777777" w:rsidR="00C86561" w:rsidRPr="007A2CE4" w:rsidRDefault="00C86561" w:rsidP="00C86561">
            <w:pPr>
              <w:jc w:val="center"/>
              <w:rPr>
                <w:bCs/>
                <w:color w:val="000000"/>
                <w:sz w:val="28"/>
                <w:szCs w:val="28"/>
                <w:lang w:val="kk-KZ"/>
              </w:rPr>
            </w:pPr>
            <w:r w:rsidRPr="007A2CE4">
              <w:rPr>
                <w:bCs/>
                <w:color w:val="000000"/>
                <w:sz w:val="28"/>
                <w:szCs w:val="28"/>
                <w:lang w:val="kk-KZ"/>
              </w:rPr>
              <w:t>10</w:t>
            </w:r>
          </w:p>
        </w:tc>
        <w:tc>
          <w:tcPr>
            <w:tcW w:w="2026" w:type="dxa"/>
          </w:tcPr>
          <w:p w14:paraId="1DB59E71" w14:textId="77777777" w:rsidR="00C86561" w:rsidRPr="007A2CE4" w:rsidRDefault="00C86561" w:rsidP="00C86561">
            <w:pPr>
              <w:rPr>
                <w:sz w:val="28"/>
                <w:szCs w:val="28"/>
                <w:lang w:val="kk-KZ"/>
              </w:rPr>
            </w:pPr>
            <w:r w:rsidRPr="007A2CE4">
              <w:rPr>
                <w:sz w:val="28"/>
                <w:szCs w:val="28"/>
                <w:lang w:val="kk-KZ"/>
              </w:rPr>
              <w:t>Абильдина Айгерим Миеркеновна</w:t>
            </w:r>
          </w:p>
        </w:tc>
        <w:tc>
          <w:tcPr>
            <w:tcW w:w="1417" w:type="dxa"/>
          </w:tcPr>
          <w:p w14:paraId="5B8C29A5" w14:textId="77777777" w:rsidR="00C86561" w:rsidRPr="007A2CE4" w:rsidRDefault="00C86561" w:rsidP="00C86561">
            <w:pPr>
              <w:rPr>
                <w:sz w:val="28"/>
                <w:szCs w:val="28"/>
              </w:rPr>
            </w:pPr>
            <w:r w:rsidRPr="007A2CE4">
              <w:rPr>
                <w:bCs/>
                <w:color w:val="1F1F1F"/>
                <w:sz w:val="28"/>
                <w:szCs w:val="28"/>
                <w:bdr w:val="none" w:sz="0" w:space="0" w:color="auto" w:frame="1"/>
                <w:lang w:val="kk-KZ" w:eastAsia="ru-RU"/>
              </w:rPr>
              <w:t>Бастауыш сынып</w:t>
            </w:r>
          </w:p>
        </w:tc>
        <w:tc>
          <w:tcPr>
            <w:tcW w:w="851" w:type="dxa"/>
          </w:tcPr>
          <w:p w14:paraId="2B267B8E" w14:textId="77777777" w:rsidR="00C86561" w:rsidRPr="007A2CE4" w:rsidRDefault="00C86561" w:rsidP="00C86561">
            <w:pPr>
              <w:rPr>
                <w:b/>
                <w:bCs/>
                <w:color w:val="1F1F1F"/>
                <w:sz w:val="28"/>
                <w:szCs w:val="28"/>
                <w:bdr w:val="none" w:sz="0" w:space="0" w:color="auto" w:frame="1"/>
                <w:lang w:val="kk-KZ" w:eastAsia="ru-RU"/>
              </w:rPr>
            </w:pPr>
            <w:r w:rsidRPr="007A2CE4">
              <w:rPr>
                <w:b/>
                <w:bCs/>
                <w:color w:val="1F1F1F"/>
                <w:sz w:val="28"/>
                <w:szCs w:val="28"/>
                <w:bdr w:val="none" w:sz="0" w:space="0" w:color="auto" w:frame="1"/>
                <w:lang w:val="kk-KZ" w:eastAsia="ru-RU"/>
              </w:rPr>
              <w:t>11</w:t>
            </w:r>
          </w:p>
        </w:tc>
        <w:tc>
          <w:tcPr>
            <w:tcW w:w="2126" w:type="dxa"/>
          </w:tcPr>
          <w:p w14:paraId="7E5EBD8A" w14:textId="77777777" w:rsidR="00C86561" w:rsidRPr="007A2CE4" w:rsidRDefault="00C86561" w:rsidP="00C86561">
            <w:pPr>
              <w:jc w:val="center"/>
              <w:rPr>
                <w:sz w:val="28"/>
                <w:szCs w:val="28"/>
                <w:lang w:val="kk-KZ"/>
              </w:rPr>
            </w:pPr>
            <w:r w:rsidRPr="007A2CE4">
              <w:rPr>
                <w:sz w:val="28"/>
                <w:szCs w:val="28"/>
                <w:lang w:val="kk-KZ"/>
              </w:rPr>
              <w:t>«Бастауыш мектеп пәндерінің күрделі тақырыпты меңгерту»</w:t>
            </w:r>
          </w:p>
        </w:tc>
        <w:tc>
          <w:tcPr>
            <w:tcW w:w="1701" w:type="dxa"/>
          </w:tcPr>
          <w:p w14:paraId="139A57DD" w14:textId="77777777" w:rsidR="00C86561" w:rsidRPr="007A2CE4" w:rsidRDefault="00C86561" w:rsidP="00C86561">
            <w:pPr>
              <w:jc w:val="center"/>
              <w:rPr>
                <w:sz w:val="28"/>
                <w:szCs w:val="28"/>
                <w:lang w:val="kk-KZ"/>
              </w:rPr>
            </w:pPr>
            <w:r w:rsidRPr="007A2CE4">
              <w:rPr>
                <w:sz w:val="28"/>
                <w:szCs w:val="28"/>
                <w:lang w:val="kk-KZ"/>
              </w:rPr>
              <w:t>«Өрлеу» БАҰОАҚ</w:t>
            </w:r>
          </w:p>
        </w:tc>
        <w:tc>
          <w:tcPr>
            <w:tcW w:w="1417" w:type="dxa"/>
          </w:tcPr>
          <w:p w14:paraId="23296F29" w14:textId="77777777" w:rsidR="00C86561" w:rsidRPr="007A2CE4" w:rsidRDefault="00C86561" w:rsidP="00C86561">
            <w:pPr>
              <w:jc w:val="center"/>
              <w:rPr>
                <w:sz w:val="28"/>
                <w:szCs w:val="28"/>
                <w:lang w:val="kk-KZ"/>
              </w:rPr>
            </w:pPr>
            <w:r w:rsidRPr="007A2CE4">
              <w:rPr>
                <w:sz w:val="28"/>
                <w:szCs w:val="28"/>
                <w:lang w:val="kk-KZ"/>
              </w:rPr>
              <w:t>13.05.2024-24.05.2024ж</w:t>
            </w:r>
          </w:p>
        </w:tc>
        <w:tc>
          <w:tcPr>
            <w:tcW w:w="1560" w:type="dxa"/>
          </w:tcPr>
          <w:p w14:paraId="079A4261" w14:textId="77777777" w:rsidR="00C86561" w:rsidRPr="007A2CE4" w:rsidRDefault="00C86561" w:rsidP="00C86561">
            <w:pPr>
              <w:rPr>
                <w:b/>
                <w:bCs/>
                <w:color w:val="1F1F1F"/>
                <w:sz w:val="28"/>
                <w:szCs w:val="28"/>
                <w:bdr w:val="none" w:sz="0" w:space="0" w:color="auto" w:frame="1"/>
                <w:lang w:val="kk-KZ" w:eastAsia="ru-RU"/>
              </w:rPr>
            </w:pPr>
            <w:r w:rsidRPr="007A2CE4">
              <w:rPr>
                <w:b/>
                <w:bCs/>
                <w:color w:val="1F1F1F"/>
                <w:sz w:val="28"/>
                <w:szCs w:val="28"/>
                <w:bdr w:val="none" w:sz="0" w:space="0" w:color="auto" w:frame="1"/>
                <w:lang w:val="kk-KZ" w:eastAsia="ru-RU"/>
              </w:rPr>
              <w:t>№0803093</w:t>
            </w:r>
          </w:p>
        </w:tc>
      </w:tr>
      <w:tr w:rsidR="00B56EC7" w:rsidRPr="007A2CE4" w14:paraId="7E0BBE6D" w14:textId="77777777" w:rsidTr="00B56EC7">
        <w:tc>
          <w:tcPr>
            <w:tcW w:w="498" w:type="dxa"/>
            <w:vAlign w:val="center"/>
          </w:tcPr>
          <w:p w14:paraId="1537B9E6" w14:textId="77777777" w:rsidR="00C86561" w:rsidRPr="007A2CE4" w:rsidRDefault="00C86561" w:rsidP="00C86561">
            <w:pPr>
              <w:jc w:val="center"/>
              <w:rPr>
                <w:bCs/>
                <w:color w:val="000000"/>
                <w:sz w:val="28"/>
                <w:szCs w:val="28"/>
                <w:lang w:val="kk-KZ"/>
              </w:rPr>
            </w:pPr>
            <w:r w:rsidRPr="007A2CE4">
              <w:rPr>
                <w:bCs/>
                <w:color w:val="000000"/>
                <w:sz w:val="28"/>
                <w:szCs w:val="28"/>
                <w:lang w:val="kk-KZ"/>
              </w:rPr>
              <w:t>11</w:t>
            </w:r>
          </w:p>
        </w:tc>
        <w:tc>
          <w:tcPr>
            <w:tcW w:w="2026" w:type="dxa"/>
          </w:tcPr>
          <w:p w14:paraId="15E37AB5" w14:textId="77777777" w:rsidR="00C86561" w:rsidRPr="007A2CE4" w:rsidRDefault="00C86561" w:rsidP="00C86561">
            <w:pPr>
              <w:rPr>
                <w:sz w:val="28"/>
                <w:szCs w:val="28"/>
                <w:lang w:val="kk-KZ"/>
              </w:rPr>
            </w:pPr>
            <w:r w:rsidRPr="007A2CE4">
              <w:rPr>
                <w:sz w:val="28"/>
                <w:szCs w:val="28"/>
                <w:lang w:val="kk-KZ"/>
              </w:rPr>
              <w:t>Конурова Гулжан Аудашевна</w:t>
            </w:r>
          </w:p>
        </w:tc>
        <w:tc>
          <w:tcPr>
            <w:tcW w:w="1417" w:type="dxa"/>
          </w:tcPr>
          <w:p w14:paraId="52E7368A" w14:textId="77777777" w:rsidR="00C86561" w:rsidRPr="007A2CE4" w:rsidRDefault="00C86561" w:rsidP="00C86561">
            <w:pPr>
              <w:rPr>
                <w:sz w:val="28"/>
                <w:szCs w:val="28"/>
              </w:rPr>
            </w:pPr>
            <w:r w:rsidRPr="007A2CE4">
              <w:rPr>
                <w:bCs/>
                <w:color w:val="1F1F1F"/>
                <w:sz w:val="28"/>
                <w:szCs w:val="28"/>
                <w:bdr w:val="none" w:sz="0" w:space="0" w:color="auto" w:frame="1"/>
                <w:lang w:val="kk-KZ" w:eastAsia="ru-RU"/>
              </w:rPr>
              <w:t>Бастауыш сынып</w:t>
            </w:r>
          </w:p>
        </w:tc>
        <w:tc>
          <w:tcPr>
            <w:tcW w:w="851" w:type="dxa"/>
          </w:tcPr>
          <w:p w14:paraId="0B241C3C" w14:textId="77777777" w:rsidR="00C86561" w:rsidRPr="007A2CE4" w:rsidRDefault="00C86561" w:rsidP="00C86561">
            <w:pPr>
              <w:rPr>
                <w:b/>
                <w:bCs/>
                <w:color w:val="1F1F1F"/>
                <w:sz w:val="28"/>
                <w:szCs w:val="28"/>
                <w:bdr w:val="none" w:sz="0" w:space="0" w:color="auto" w:frame="1"/>
                <w:lang w:val="kk-KZ" w:eastAsia="ru-RU"/>
              </w:rPr>
            </w:pPr>
            <w:r w:rsidRPr="007A2CE4">
              <w:rPr>
                <w:b/>
                <w:bCs/>
                <w:color w:val="1F1F1F"/>
                <w:sz w:val="28"/>
                <w:szCs w:val="28"/>
                <w:bdr w:val="none" w:sz="0" w:space="0" w:color="auto" w:frame="1"/>
                <w:lang w:val="kk-KZ" w:eastAsia="ru-RU"/>
              </w:rPr>
              <w:t>22</w:t>
            </w:r>
          </w:p>
        </w:tc>
        <w:tc>
          <w:tcPr>
            <w:tcW w:w="2126" w:type="dxa"/>
          </w:tcPr>
          <w:p w14:paraId="035BE3F2" w14:textId="77777777" w:rsidR="00C86561" w:rsidRPr="007A2CE4" w:rsidRDefault="00C86561" w:rsidP="00C86561">
            <w:pPr>
              <w:jc w:val="center"/>
              <w:rPr>
                <w:sz w:val="28"/>
                <w:szCs w:val="28"/>
                <w:lang w:val="kk-KZ"/>
              </w:rPr>
            </w:pPr>
            <w:r w:rsidRPr="007A2CE4">
              <w:rPr>
                <w:sz w:val="28"/>
                <w:szCs w:val="28"/>
                <w:lang w:val="kk-KZ"/>
              </w:rPr>
              <w:t>«Бастауыш мектепте құндылыққа бағдарланған тәсілді жүзеге асыру»</w:t>
            </w:r>
          </w:p>
        </w:tc>
        <w:tc>
          <w:tcPr>
            <w:tcW w:w="1701" w:type="dxa"/>
          </w:tcPr>
          <w:p w14:paraId="77446C97" w14:textId="77777777" w:rsidR="00C86561" w:rsidRPr="007A2CE4" w:rsidRDefault="00C86561" w:rsidP="00C86561">
            <w:pPr>
              <w:rPr>
                <w:sz w:val="28"/>
                <w:szCs w:val="28"/>
                <w:lang w:val="kk-KZ"/>
              </w:rPr>
            </w:pPr>
            <w:r w:rsidRPr="007A2CE4">
              <w:rPr>
                <w:sz w:val="28"/>
                <w:szCs w:val="28"/>
                <w:lang w:val="kk-KZ"/>
              </w:rPr>
              <w:t>«Өрлеу» БАҰОАҚ</w:t>
            </w:r>
          </w:p>
        </w:tc>
        <w:tc>
          <w:tcPr>
            <w:tcW w:w="1417" w:type="dxa"/>
          </w:tcPr>
          <w:p w14:paraId="1706C71B" w14:textId="77777777" w:rsidR="00C86561" w:rsidRPr="007A2CE4" w:rsidRDefault="00C86561" w:rsidP="00C86561">
            <w:pPr>
              <w:jc w:val="center"/>
              <w:rPr>
                <w:sz w:val="28"/>
                <w:szCs w:val="28"/>
                <w:lang w:val="kk-KZ"/>
              </w:rPr>
            </w:pPr>
            <w:r w:rsidRPr="007A2CE4">
              <w:rPr>
                <w:sz w:val="28"/>
                <w:szCs w:val="28"/>
                <w:lang w:val="kk-KZ"/>
              </w:rPr>
              <w:t>21.04.2025 -02.05.2025 ж</w:t>
            </w:r>
          </w:p>
        </w:tc>
        <w:tc>
          <w:tcPr>
            <w:tcW w:w="1560" w:type="dxa"/>
          </w:tcPr>
          <w:p w14:paraId="7A112029" w14:textId="77777777" w:rsidR="00C86561" w:rsidRPr="007A2CE4" w:rsidRDefault="00C86561" w:rsidP="00C86561">
            <w:pPr>
              <w:rPr>
                <w:b/>
                <w:bCs/>
                <w:color w:val="1F1F1F"/>
                <w:sz w:val="28"/>
                <w:szCs w:val="28"/>
                <w:bdr w:val="none" w:sz="0" w:space="0" w:color="auto" w:frame="1"/>
                <w:lang w:val="kk-KZ" w:eastAsia="ru-RU"/>
              </w:rPr>
            </w:pPr>
            <w:r w:rsidRPr="007A2CE4">
              <w:rPr>
                <w:b/>
                <w:bCs/>
                <w:color w:val="1F1F1F"/>
                <w:sz w:val="28"/>
                <w:szCs w:val="28"/>
                <w:bdr w:val="none" w:sz="0" w:space="0" w:color="auto" w:frame="1"/>
                <w:lang w:val="kk-KZ" w:eastAsia="ru-RU"/>
              </w:rPr>
              <w:t>№0944231</w:t>
            </w:r>
          </w:p>
        </w:tc>
      </w:tr>
      <w:tr w:rsidR="00B56EC7" w:rsidRPr="007A2CE4" w14:paraId="1716CC18" w14:textId="77777777" w:rsidTr="00B56EC7">
        <w:tc>
          <w:tcPr>
            <w:tcW w:w="498" w:type="dxa"/>
            <w:vAlign w:val="center"/>
          </w:tcPr>
          <w:p w14:paraId="23954D6A" w14:textId="77777777" w:rsidR="00C86561" w:rsidRPr="007A2CE4" w:rsidRDefault="00C86561" w:rsidP="00C86561">
            <w:pPr>
              <w:jc w:val="center"/>
              <w:rPr>
                <w:bCs/>
                <w:color w:val="000000"/>
                <w:sz w:val="28"/>
                <w:szCs w:val="28"/>
                <w:lang w:val="kk-KZ"/>
              </w:rPr>
            </w:pPr>
            <w:r w:rsidRPr="007A2CE4">
              <w:rPr>
                <w:bCs/>
                <w:color w:val="000000"/>
                <w:sz w:val="28"/>
                <w:szCs w:val="28"/>
                <w:lang w:val="kk-KZ"/>
              </w:rPr>
              <w:t>12</w:t>
            </w:r>
          </w:p>
        </w:tc>
        <w:tc>
          <w:tcPr>
            <w:tcW w:w="2026" w:type="dxa"/>
          </w:tcPr>
          <w:p w14:paraId="31C7B20D" w14:textId="77777777" w:rsidR="00C86561" w:rsidRPr="007A2CE4" w:rsidRDefault="00C86561" w:rsidP="00C86561">
            <w:pPr>
              <w:rPr>
                <w:sz w:val="28"/>
                <w:szCs w:val="28"/>
                <w:lang w:val="kk-KZ"/>
              </w:rPr>
            </w:pPr>
            <w:r w:rsidRPr="007A2CE4">
              <w:rPr>
                <w:sz w:val="28"/>
                <w:szCs w:val="28"/>
                <w:lang w:val="kk-KZ"/>
              </w:rPr>
              <w:t>Омирбаева Майгуль Рымбековна</w:t>
            </w:r>
          </w:p>
        </w:tc>
        <w:tc>
          <w:tcPr>
            <w:tcW w:w="1417" w:type="dxa"/>
          </w:tcPr>
          <w:p w14:paraId="55066EB1" w14:textId="77777777" w:rsidR="00C86561" w:rsidRPr="007A2CE4" w:rsidRDefault="00C86561" w:rsidP="00C86561">
            <w:pPr>
              <w:rPr>
                <w:sz w:val="28"/>
                <w:szCs w:val="28"/>
              </w:rPr>
            </w:pPr>
            <w:r w:rsidRPr="007A2CE4">
              <w:rPr>
                <w:bCs/>
                <w:color w:val="1F1F1F"/>
                <w:sz w:val="28"/>
                <w:szCs w:val="28"/>
                <w:bdr w:val="none" w:sz="0" w:space="0" w:color="auto" w:frame="1"/>
                <w:lang w:val="kk-KZ" w:eastAsia="ru-RU"/>
              </w:rPr>
              <w:t>Бастауыш сынып</w:t>
            </w:r>
          </w:p>
        </w:tc>
        <w:tc>
          <w:tcPr>
            <w:tcW w:w="851" w:type="dxa"/>
          </w:tcPr>
          <w:p w14:paraId="72D17190" w14:textId="77777777" w:rsidR="00C86561" w:rsidRPr="007A2CE4" w:rsidRDefault="00C86561" w:rsidP="00C86561">
            <w:pPr>
              <w:rPr>
                <w:b/>
                <w:bCs/>
                <w:color w:val="1F1F1F"/>
                <w:sz w:val="28"/>
                <w:szCs w:val="28"/>
                <w:bdr w:val="none" w:sz="0" w:space="0" w:color="auto" w:frame="1"/>
                <w:lang w:val="kk-KZ" w:eastAsia="ru-RU"/>
              </w:rPr>
            </w:pPr>
            <w:r w:rsidRPr="007A2CE4">
              <w:rPr>
                <w:b/>
                <w:bCs/>
                <w:color w:val="1F1F1F"/>
                <w:sz w:val="28"/>
                <w:szCs w:val="28"/>
                <w:bdr w:val="none" w:sz="0" w:space="0" w:color="auto" w:frame="1"/>
                <w:lang w:val="kk-KZ" w:eastAsia="ru-RU"/>
              </w:rPr>
              <w:t>24</w:t>
            </w:r>
          </w:p>
        </w:tc>
        <w:tc>
          <w:tcPr>
            <w:tcW w:w="2126" w:type="dxa"/>
          </w:tcPr>
          <w:p w14:paraId="67FE856A" w14:textId="77777777" w:rsidR="00C86561" w:rsidRPr="007A2CE4" w:rsidRDefault="00C86561" w:rsidP="00C86561">
            <w:pPr>
              <w:jc w:val="center"/>
              <w:rPr>
                <w:sz w:val="28"/>
                <w:szCs w:val="28"/>
                <w:lang w:val="kk-KZ"/>
              </w:rPr>
            </w:pPr>
            <w:r w:rsidRPr="007A2CE4">
              <w:rPr>
                <w:sz w:val="28"/>
                <w:szCs w:val="28"/>
                <w:lang w:val="kk-KZ"/>
              </w:rPr>
              <w:t>«Бастауыш мектепте құндылыққа бағдарланған тәсілді жүзеге асыру»</w:t>
            </w:r>
          </w:p>
        </w:tc>
        <w:tc>
          <w:tcPr>
            <w:tcW w:w="1701" w:type="dxa"/>
          </w:tcPr>
          <w:p w14:paraId="2A512720" w14:textId="77777777" w:rsidR="00C86561" w:rsidRPr="007A2CE4" w:rsidRDefault="00C86561" w:rsidP="00C86561">
            <w:pPr>
              <w:rPr>
                <w:sz w:val="28"/>
                <w:szCs w:val="28"/>
                <w:lang w:val="kk-KZ"/>
              </w:rPr>
            </w:pPr>
            <w:r w:rsidRPr="007A2CE4">
              <w:rPr>
                <w:sz w:val="28"/>
                <w:szCs w:val="28"/>
                <w:lang w:val="kk-KZ"/>
              </w:rPr>
              <w:t>«Өрлеу» БАҰОАҚ</w:t>
            </w:r>
          </w:p>
        </w:tc>
        <w:tc>
          <w:tcPr>
            <w:tcW w:w="1417" w:type="dxa"/>
          </w:tcPr>
          <w:p w14:paraId="0656B485" w14:textId="77777777" w:rsidR="00C86561" w:rsidRPr="007A2CE4" w:rsidRDefault="00C86561" w:rsidP="00C86561">
            <w:pPr>
              <w:jc w:val="center"/>
              <w:rPr>
                <w:sz w:val="28"/>
                <w:szCs w:val="28"/>
                <w:lang w:val="kk-KZ"/>
              </w:rPr>
            </w:pPr>
            <w:r w:rsidRPr="007A2CE4">
              <w:rPr>
                <w:sz w:val="28"/>
                <w:szCs w:val="28"/>
                <w:lang w:val="kk-KZ"/>
              </w:rPr>
              <w:t>21.04.2025 -02.05.2025 ж</w:t>
            </w:r>
          </w:p>
        </w:tc>
        <w:tc>
          <w:tcPr>
            <w:tcW w:w="1560" w:type="dxa"/>
          </w:tcPr>
          <w:p w14:paraId="47580724" w14:textId="77777777" w:rsidR="00C86561" w:rsidRPr="007A2CE4" w:rsidRDefault="00C86561" w:rsidP="00C86561">
            <w:pPr>
              <w:rPr>
                <w:b/>
                <w:bCs/>
                <w:color w:val="1F1F1F"/>
                <w:sz w:val="28"/>
                <w:szCs w:val="28"/>
                <w:bdr w:val="none" w:sz="0" w:space="0" w:color="auto" w:frame="1"/>
                <w:lang w:val="kk-KZ" w:eastAsia="ru-RU"/>
              </w:rPr>
            </w:pPr>
            <w:r w:rsidRPr="007A2CE4">
              <w:rPr>
                <w:b/>
                <w:bCs/>
                <w:color w:val="1F1F1F"/>
                <w:sz w:val="28"/>
                <w:szCs w:val="28"/>
                <w:bdr w:val="none" w:sz="0" w:space="0" w:color="auto" w:frame="1"/>
                <w:lang w:val="kk-KZ" w:eastAsia="ru-RU"/>
              </w:rPr>
              <w:t>№0944236</w:t>
            </w:r>
          </w:p>
        </w:tc>
      </w:tr>
      <w:tr w:rsidR="00B56EC7" w:rsidRPr="007A2CE4" w14:paraId="7C619E35" w14:textId="77777777" w:rsidTr="00B56EC7">
        <w:tc>
          <w:tcPr>
            <w:tcW w:w="498" w:type="dxa"/>
            <w:vAlign w:val="center"/>
          </w:tcPr>
          <w:p w14:paraId="60A06A4A" w14:textId="77777777" w:rsidR="00C86561" w:rsidRPr="007A2CE4" w:rsidRDefault="00C86561" w:rsidP="00C86561">
            <w:pPr>
              <w:jc w:val="center"/>
              <w:rPr>
                <w:bCs/>
                <w:color w:val="000000"/>
                <w:sz w:val="28"/>
                <w:szCs w:val="28"/>
                <w:lang w:val="kk-KZ"/>
              </w:rPr>
            </w:pPr>
            <w:r w:rsidRPr="007A2CE4">
              <w:rPr>
                <w:bCs/>
                <w:color w:val="000000"/>
                <w:sz w:val="28"/>
                <w:szCs w:val="28"/>
                <w:lang w:val="kk-KZ"/>
              </w:rPr>
              <w:t>13</w:t>
            </w:r>
          </w:p>
        </w:tc>
        <w:tc>
          <w:tcPr>
            <w:tcW w:w="2026" w:type="dxa"/>
          </w:tcPr>
          <w:p w14:paraId="051A9438" w14:textId="77777777" w:rsidR="00C86561" w:rsidRPr="007A2CE4" w:rsidRDefault="00C86561" w:rsidP="00C86561">
            <w:pPr>
              <w:rPr>
                <w:sz w:val="28"/>
                <w:szCs w:val="28"/>
                <w:lang w:val="kk-KZ"/>
              </w:rPr>
            </w:pPr>
            <w:r w:rsidRPr="007A2CE4">
              <w:rPr>
                <w:sz w:val="28"/>
                <w:szCs w:val="28"/>
                <w:lang w:val="kk-KZ"/>
              </w:rPr>
              <w:t>Жуманова Сымбат Амангельдиновна</w:t>
            </w:r>
          </w:p>
        </w:tc>
        <w:tc>
          <w:tcPr>
            <w:tcW w:w="1417" w:type="dxa"/>
          </w:tcPr>
          <w:p w14:paraId="67B4DB11" w14:textId="77777777" w:rsidR="00C86561" w:rsidRPr="007A2CE4" w:rsidRDefault="00C86561" w:rsidP="00C86561">
            <w:pPr>
              <w:rPr>
                <w:sz w:val="28"/>
                <w:szCs w:val="28"/>
              </w:rPr>
            </w:pPr>
            <w:r w:rsidRPr="007A2CE4">
              <w:rPr>
                <w:bCs/>
                <w:color w:val="1F1F1F"/>
                <w:sz w:val="28"/>
                <w:szCs w:val="28"/>
                <w:bdr w:val="none" w:sz="0" w:space="0" w:color="auto" w:frame="1"/>
                <w:lang w:val="kk-KZ" w:eastAsia="ru-RU"/>
              </w:rPr>
              <w:t>Бастауыш сынып</w:t>
            </w:r>
          </w:p>
        </w:tc>
        <w:tc>
          <w:tcPr>
            <w:tcW w:w="851" w:type="dxa"/>
          </w:tcPr>
          <w:p w14:paraId="20451A42" w14:textId="77777777" w:rsidR="00C86561" w:rsidRPr="007A2CE4" w:rsidRDefault="00C86561" w:rsidP="00C86561">
            <w:pPr>
              <w:rPr>
                <w:b/>
                <w:bCs/>
                <w:color w:val="1F1F1F"/>
                <w:sz w:val="28"/>
                <w:szCs w:val="28"/>
                <w:bdr w:val="none" w:sz="0" w:space="0" w:color="auto" w:frame="1"/>
                <w:lang w:val="kk-KZ" w:eastAsia="ru-RU"/>
              </w:rPr>
            </w:pPr>
            <w:r w:rsidRPr="007A2CE4">
              <w:rPr>
                <w:b/>
                <w:bCs/>
                <w:color w:val="1F1F1F"/>
                <w:sz w:val="28"/>
                <w:szCs w:val="28"/>
                <w:bdr w:val="none" w:sz="0" w:space="0" w:color="auto" w:frame="1"/>
                <w:lang w:val="kk-KZ" w:eastAsia="ru-RU"/>
              </w:rPr>
              <w:t>32</w:t>
            </w:r>
          </w:p>
        </w:tc>
        <w:tc>
          <w:tcPr>
            <w:tcW w:w="2126" w:type="dxa"/>
          </w:tcPr>
          <w:p w14:paraId="160D0BDA" w14:textId="77777777" w:rsidR="00C86561" w:rsidRPr="007A2CE4" w:rsidRDefault="00C86561" w:rsidP="00C86561">
            <w:pPr>
              <w:jc w:val="center"/>
              <w:rPr>
                <w:sz w:val="28"/>
                <w:szCs w:val="28"/>
                <w:lang w:val="kk-KZ"/>
              </w:rPr>
            </w:pPr>
            <w:r w:rsidRPr="007A2CE4">
              <w:rPr>
                <w:sz w:val="28"/>
                <w:szCs w:val="28"/>
                <w:lang w:val="kk-KZ"/>
              </w:rPr>
              <w:t xml:space="preserve">«Мектепке дейінгі тәрбие мен білім беруде, оқытудың және бастауыш пен </w:t>
            </w:r>
            <w:r w:rsidRPr="007A2CE4">
              <w:rPr>
                <w:sz w:val="28"/>
                <w:szCs w:val="28"/>
                <w:lang w:val="kk-KZ"/>
              </w:rPr>
              <w:lastRenderedPageBreak/>
              <w:t>өзара іс-қимыл»</w:t>
            </w:r>
          </w:p>
        </w:tc>
        <w:tc>
          <w:tcPr>
            <w:tcW w:w="1701" w:type="dxa"/>
          </w:tcPr>
          <w:p w14:paraId="0D8C74AD" w14:textId="77777777" w:rsidR="00C86561" w:rsidRPr="007A2CE4" w:rsidRDefault="00C86561" w:rsidP="00C86561">
            <w:pPr>
              <w:rPr>
                <w:sz w:val="28"/>
                <w:szCs w:val="28"/>
                <w:lang w:val="kk-KZ"/>
              </w:rPr>
            </w:pPr>
            <w:r w:rsidRPr="007A2CE4">
              <w:rPr>
                <w:sz w:val="28"/>
                <w:szCs w:val="28"/>
                <w:lang w:val="kk-KZ"/>
              </w:rPr>
              <w:lastRenderedPageBreak/>
              <w:t>«Өрлеу» БАҰОАҚ</w:t>
            </w:r>
          </w:p>
        </w:tc>
        <w:tc>
          <w:tcPr>
            <w:tcW w:w="1417" w:type="dxa"/>
          </w:tcPr>
          <w:p w14:paraId="6064D974" w14:textId="77777777" w:rsidR="00C86561" w:rsidRPr="007A2CE4" w:rsidRDefault="00C86561" w:rsidP="00C86561">
            <w:pPr>
              <w:jc w:val="center"/>
              <w:rPr>
                <w:sz w:val="28"/>
                <w:szCs w:val="28"/>
                <w:lang w:val="kk-KZ"/>
              </w:rPr>
            </w:pPr>
            <w:r w:rsidRPr="007A2CE4">
              <w:rPr>
                <w:sz w:val="28"/>
                <w:szCs w:val="28"/>
                <w:lang w:val="kk-KZ"/>
              </w:rPr>
              <w:t>22.09.2025-03.10.2025ж</w:t>
            </w:r>
          </w:p>
        </w:tc>
        <w:tc>
          <w:tcPr>
            <w:tcW w:w="1560" w:type="dxa"/>
          </w:tcPr>
          <w:p w14:paraId="17F7115B" w14:textId="77777777" w:rsidR="00C86561" w:rsidRPr="007A2CE4" w:rsidRDefault="00C86561" w:rsidP="00C86561">
            <w:pPr>
              <w:rPr>
                <w:b/>
                <w:bCs/>
                <w:color w:val="1F1F1F"/>
                <w:sz w:val="28"/>
                <w:szCs w:val="28"/>
                <w:bdr w:val="none" w:sz="0" w:space="0" w:color="auto" w:frame="1"/>
                <w:lang w:val="kk-KZ" w:eastAsia="ru-RU"/>
              </w:rPr>
            </w:pPr>
            <w:r w:rsidRPr="007A2CE4">
              <w:rPr>
                <w:b/>
                <w:bCs/>
                <w:color w:val="1F1F1F"/>
                <w:sz w:val="28"/>
                <w:szCs w:val="28"/>
                <w:bdr w:val="none" w:sz="0" w:space="0" w:color="auto" w:frame="1"/>
                <w:lang w:val="kk-KZ" w:eastAsia="ru-RU"/>
              </w:rPr>
              <w:t>№0947038</w:t>
            </w:r>
          </w:p>
        </w:tc>
      </w:tr>
      <w:tr w:rsidR="00B56EC7" w:rsidRPr="007A2CE4" w14:paraId="123F99AA" w14:textId="77777777" w:rsidTr="00B56EC7">
        <w:tc>
          <w:tcPr>
            <w:tcW w:w="498" w:type="dxa"/>
            <w:vAlign w:val="center"/>
          </w:tcPr>
          <w:p w14:paraId="47FF4267" w14:textId="77777777" w:rsidR="00C86561" w:rsidRPr="007A2CE4" w:rsidRDefault="00C86561" w:rsidP="00C86561">
            <w:pPr>
              <w:jc w:val="center"/>
              <w:rPr>
                <w:bCs/>
                <w:color w:val="000000"/>
                <w:sz w:val="28"/>
                <w:szCs w:val="28"/>
                <w:lang w:val="kk-KZ"/>
              </w:rPr>
            </w:pPr>
            <w:r w:rsidRPr="007A2CE4">
              <w:rPr>
                <w:bCs/>
                <w:color w:val="000000"/>
                <w:sz w:val="28"/>
                <w:szCs w:val="28"/>
                <w:lang w:val="kk-KZ"/>
              </w:rPr>
              <w:t>14</w:t>
            </w:r>
          </w:p>
        </w:tc>
        <w:tc>
          <w:tcPr>
            <w:tcW w:w="2026" w:type="dxa"/>
          </w:tcPr>
          <w:p w14:paraId="26A339AB" w14:textId="77777777" w:rsidR="00C86561" w:rsidRPr="007A2CE4" w:rsidRDefault="00C86561" w:rsidP="00C86561">
            <w:pPr>
              <w:rPr>
                <w:sz w:val="28"/>
                <w:szCs w:val="28"/>
                <w:lang w:val="kk-KZ"/>
              </w:rPr>
            </w:pPr>
            <w:r w:rsidRPr="007A2CE4">
              <w:rPr>
                <w:sz w:val="28"/>
                <w:szCs w:val="28"/>
                <w:lang w:val="kk-KZ"/>
              </w:rPr>
              <w:t>Беспаева Марал Дауыровна</w:t>
            </w:r>
          </w:p>
        </w:tc>
        <w:tc>
          <w:tcPr>
            <w:tcW w:w="1417" w:type="dxa"/>
          </w:tcPr>
          <w:p w14:paraId="5EE81D33" w14:textId="77777777" w:rsidR="00C86561" w:rsidRPr="007A2CE4" w:rsidRDefault="00C86561" w:rsidP="00C86561">
            <w:pPr>
              <w:rPr>
                <w:sz w:val="28"/>
                <w:szCs w:val="28"/>
              </w:rPr>
            </w:pPr>
            <w:r w:rsidRPr="007A2CE4">
              <w:rPr>
                <w:bCs/>
                <w:color w:val="1F1F1F"/>
                <w:sz w:val="28"/>
                <w:szCs w:val="28"/>
                <w:bdr w:val="none" w:sz="0" w:space="0" w:color="auto" w:frame="1"/>
                <w:lang w:val="kk-KZ" w:eastAsia="ru-RU"/>
              </w:rPr>
              <w:t>Бастауыш сынып</w:t>
            </w:r>
          </w:p>
        </w:tc>
        <w:tc>
          <w:tcPr>
            <w:tcW w:w="851" w:type="dxa"/>
          </w:tcPr>
          <w:p w14:paraId="09B523B1" w14:textId="77777777" w:rsidR="00C86561" w:rsidRPr="007A2CE4" w:rsidRDefault="00C86561" w:rsidP="00C86561">
            <w:pPr>
              <w:rPr>
                <w:b/>
                <w:bCs/>
                <w:color w:val="1F1F1F"/>
                <w:sz w:val="28"/>
                <w:szCs w:val="28"/>
                <w:bdr w:val="none" w:sz="0" w:space="0" w:color="auto" w:frame="1"/>
                <w:lang w:val="kk-KZ" w:eastAsia="ru-RU"/>
              </w:rPr>
            </w:pPr>
            <w:r w:rsidRPr="007A2CE4">
              <w:rPr>
                <w:b/>
                <w:bCs/>
                <w:color w:val="1F1F1F"/>
                <w:sz w:val="28"/>
                <w:szCs w:val="28"/>
                <w:bdr w:val="none" w:sz="0" w:space="0" w:color="auto" w:frame="1"/>
                <w:lang w:val="kk-KZ" w:eastAsia="ru-RU"/>
              </w:rPr>
              <w:t>10</w:t>
            </w:r>
          </w:p>
        </w:tc>
        <w:tc>
          <w:tcPr>
            <w:tcW w:w="2126" w:type="dxa"/>
          </w:tcPr>
          <w:p w14:paraId="052701F0" w14:textId="77777777" w:rsidR="00C86561" w:rsidRPr="007A2CE4" w:rsidRDefault="00C86561" w:rsidP="00C86561">
            <w:pPr>
              <w:jc w:val="center"/>
              <w:rPr>
                <w:sz w:val="28"/>
                <w:szCs w:val="28"/>
                <w:lang w:val="kk-KZ"/>
              </w:rPr>
            </w:pPr>
            <w:r w:rsidRPr="007A2CE4">
              <w:rPr>
                <w:sz w:val="28"/>
                <w:szCs w:val="28"/>
                <w:lang w:val="kk-KZ"/>
              </w:rPr>
              <w:t>«Мектепке дейінгі тәрбие мен білім беруде, оқытудың және бастауыш пен өзара іс-қимыл»</w:t>
            </w:r>
          </w:p>
        </w:tc>
        <w:tc>
          <w:tcPr>
            <w:tcW w:w="1701" w:type="dxa"/>
          </w:tcPr>
          <w:p w14:paraId="44821659" w14:textId="77777777" w:rsidR="00C86561" w:rsidRPr="007A2CE4" w:rsidRDefault="00C86561" w:rsidP="00C86561">
            <w:pPr>
              <w:rPr>
                <w:sz w:val="28"/>
                <w:szCs w:val="28"/>
                <w:lang w:val="kk-KZ"/>
              </w:rPr>
            </w:pPr>
            <w:r w:rsidRPr="007A2CE4">
              <w:rPr>
                <w:sz w:val="28"/>
                <w:szCs w:val="28"/>
                <w:lang w:val="kk-KZ"/>
              </w:rPr>
              <w:t>«Өрлеу» БАҰОАҚ</w:t>
            </w:r>
          </w:p>
        </w:tc>
        <w:tc>
          <w:tcPr>
            <w:tcW w:w="1417" w:type="dxa"/>
          </w:tcPr>
          <w:p w14:paraId="4DA03D15" w14:textId="77777777" w:rsidR="00C86561" w:rsidRPr="007A2CE4" w:rsidRDefault="00C86561" w:rsidP="00C86561">
            <w:pPr>
              <w:jc w:val="center"/>
              <w:rPr>
                <w:sz w:val="28"/>
                <w:szCs w:val="28"/>
                <w:lang w:val="kk-KZ"/>
              </w:rPr>
            </w:pPr>
            <w:r w:rsidRPr="007A2CE4">
              <w:rPr>
                <w:sz w:val="28"/>
                <w:szCs w:val="28"/>
                <w:lang w:val="kk-KZ"/>
              </w:rPr>
              <w:t>22.09.2025-03.10.2025ж</w:t>
            </w:r>
          </w:p>
        </w:tc>
        <w:tc>
          <w:tcPr>
            <w:tcW w:w="1560" w:type="dxa"/>
          </w:tcPr>
          <w:p w14:paraId="175425EC" w14:textId="77777777" w:rsidR="00C86561" w:rsidRPr="007A2CE4" w:rsidRDefault="00C86561" w:rsidP="00C86561">
            <w:pPr>
              <w:rPr>
                <w:b/>
                <w:bCs/>
                <w:color w:val="1F1F1F"/>
                <w:sz w:val="28"/>
                <w:szCs w:val="28"/>
                <w:bdr w:val="none" w:sz="0" w:space="0" w:color="auto" w:frame="1"/>
                <w:lang w:val="kk-KZ" w:eastAsia="ru-RU"/>
              </w:rPr>
            </w:pPr>
            <w:r w:rsidRPr="007A2CE4">
              <w:rPr>
                <w:b/>
                <w:bCs/>
                <w:color w:val="1F1F1F"/>
                <w:sz w:val="28"/>
                <w:szCs w:val="28"/>
                <w:bdr w:val="none" w:sz="0" w:space="0" w:color="auto" w:frame="1"/>
                <w:lang w:val="kk-KZ" w:eastAsia="ru-RU"/>
              </w:rPr>
              <w:t>№0947036</w:t>
            </w:r>
          </w:p>
        </w:tc>
      </w:tr>
      <w:tr w:rsidR="00B56EC7" w:rsidRPr="007A2CE4" w14:paraId="6AFFF9D8" w14:textId="77777777" w:rsidTr="00B56EC7">
        <w:tc>
          <w:tcPr>
            <w:tcW w:w="498" w:type="dxa"/>
            <w:vAlign w:val="center"/>
          </w:tcPr>
          <w:p w14:paraId="2CF6DAD0" w14:textId="77777777" w:rsidR="00C86561" w:rsidRPr="007A2CE4" w:rsidRDefault="00C86561" w:rsidP="00C86561">
            <w:pPr>
              <w:jc w:val="center"/>
              <w:rPr>
                <w:bCs/>
                <w:color w:val="000000"/>
                <w:sz w:val="28"/>
                <w:szCs w:val="28"/>
                <w:lang w:val="kk-KZ"/>
              </w:rPr>
            </w:pPr>
            <w:r w:rsidRPr="007A2CE4">
              <w:rPr>
                <w:bCs/>
                <w:color w:val="000000"/>
                <w:sz w:val="28"/>
                <w:szCs w:val="28"/>
                <w:lang w:val="kk-KZ"/>
              </w:rPr>
              <w:t>15</w:t>
            </w:r>
          </w:p>
        </w:tc>
        <w:tc>
          <w:tcPr>
            <w:tcW w:w="2026" w:type="dxa"/>
          </w:tcPr>
          <w:p w14:paraId="15351F0E" w14:textId="77777777" w:rsidR="00C86561" w:rsidRPr="007A2CE4" w:rsidRDefault="00C86561" w:rsidP="00C86561">
            <w:pPr>
              <w:rPr>
                <w:sz w:val="28"/>
                <w:szCs w:val="28"/>
                <w:lang w:val="kk-KZ"/>
              </w:rPr>
            </w:pPr>
            <w:r w:rsidRPr="007A2CE4">
              <w:rPr>
                <w:sz w:val="28"/>
                <w:szCs w:val="28"/>
                <w:lang w:val="kk-KZ"/>
              </w:rPr>
              <w:t>Макаашева Айсулу Ардаковна</w:t>
            </w:r>
          </w:p>
        </w:tc>
        <w:tc>
          <w:tcPr>
            <w:tcW w:w="1417" w:type="dxa"/>
          </w:tcPr>
          <w:p w14:paraId="31F5061F" w14:textId="77777777" w:rsidR="00C86561" w:rsidRPr="007A2CE4" w:rsidRDefault="00C86561" w:rsidP="00C86561">
            <w:pPr>
              <w:rPr>
                <w:sz w:val="28"/>
                <w:szCs w:val="28"/>
              </w:rPr>
            </w:pPr>
            <w:r w:rsidRPr="007A2CE4">
              <w:rPr>
                <w:bCs/>
                <w:color w:val="1F1F1F"/>
                <w:sz w:val="28"/>
                <w:szCs w:val="28"/>
                <w:bdr w:val="none" w:sz="0" w:space="0" w:color="auto" w:frame="1"/>
                <w:lang w:val="kk-KZ" w:eastAsia="ru-RU"/>
              </w:rPr>
              <w:t>Бастауыш сынып</w:t>
            </w:r>
          </w:p>
        </w:tc>
        <w:tc>
          <w:tcPr>
            <w:tcW w:w="851" w:type="dxa"/>
          </w:tcPr>
          <w:p w14:paraId="1FF8A948" w14:textId="77777777" w:rsidR="00C86561" w:rsidRPr="007A2CE4" w:rsidRDefault="00C86561" w:rsidP="00C86561">
            <w:pPr>
              <w:rPr>
                <w:b/>
                <w:bCs/>
                <w:color w:val="1F1F1F"/>
                <w:sz w:val="28"/>
                <w:szCs w:val="28"/>
                <w:bdr w:val="none" w:sz="0" w:space="0" w:color="auto" w:frame="1"/>
                <w:lang w:val="kk-KZ" w:eastAsia="ru-RU"/>
              </w:rPr>
            </w:pPr>
            <w:r w:rsidRPr="007A2CE4">
              <w:rPr>
                <w:b/>
                <w:bCs/>
                <w:color w:val="1F1F1F"/>
                <w:sz w:val="28"/>
                <w:szCs w:val="28"/>
                <w:bdr w:val="none" w:sz="0" w:space="0" w:color="auto" w:frame="1"/>
                <w:lang w:val="kk-KZ" w:eastAsia="ru-RU"/>
              </w:rPr>
              <w:t>4</w:t>
            </w:r>
          </w:p>
        </w:tc>
        <w:tc>
          <w:tcPr>
            <w:tcW w:w="2126" w:type="dxa"/>
          </w:tcPr>
          <w:p w14:paraId="2182F6B7" w14:textId="77777777" w:rsidR="00C86561" w:rsidRPr="007A2CE4" w:rsidRDefault="00C86561" w:rsidP="00C86561">
            <w:pPr>
              <w:jc w:val="center"/>
              <w:rPr>
                <w:sz w:val="28"/>
                <w:szCs w:val="28"/>
                <w:lang w:val="kk-KZ"/>
              </w:rPr>
            </w:pPr>
            <w:r w:rsidRPr="007A2CE4">
              <w:rPr>
                <w:sz w:val="28"/>
                <w:szCs w:val="28"/>
                <w:lang w:val="kk-KZ"/>
              </w:rPr>
              <w:t>«Мектепке дейінгі тәрбие мен білім беруде, оқытудың және бастауыш пен өзара іс-қимыл»</w:t>
            </w:r>
          </w:p>
        </w:tc>
        <w:tc>
          <w:tcPr>
            <w:tcW w:w="1701" w:type="dxa"/>
          </w:tcPr>
          <w:p w14:paraId="383F8FDD" w14:textId="77777777" w:rsidR="00C86561" w:rsidRPr="007A2CE4" w:rsidRDefault="00C86561" w:rsidP="00C86561">
            <w:pPr>
              <w:rPr>
                <w:sz w:val="28"/>
                <w:szCs w:val="28"/>
                <w:lang w:val="kk-KZ"/>
              </w:rPr>
            </w:pPr>
            <w:r w:rsidRPr="007A2CE4">
              <w:rPr>
                <w:sz w:val="28"/>
                <w:szCs w:val="28"/>
                <w:lang w:val="kk-KZ"/>
              </w:rPr>
              <w:t>«Өрлеу» БАҰОАҚ</w:t>
            </w:r>
          </w:p>
        </w:tc>
        <w:tc>
          <w:tcPr>
            <w:tcW w:w="1417" w:type="dxa"/>
          </w:tcPr>
          <w:p w14:paraId="797EF2C4" w14:textId="77777777" w:rsidR="00C86561" w:rsidRPr="007A2CE4" w:rsidRDefault="00C86561" w:rsidP="00C86561">
            <w:pPr>
              <w:jc w:val="center"/>
              <w:rPr>
                <w:sz w:val="28"/>
                <w:szCs w:val="28"/>
                <w:lang w:val="kk-KZ"/>
              </w:rPr>
            </w:pPr>
            <w:r w:rsidRPr="007A2CE4">
              <w:rPr>
                <w:sz w:val="28"/>
                <w:szCs w:val="28"/>
                <w:lang w:val="kk-KZ"/>
              </w:rPr>
              <w:t>22.09.2025-03.10.2025ж</w:t>
            </w:r>
          </w:p>
        </w:tc>
        <w:tc>
          <w:tcPr>
            <w:tcW w:w="1560" w:type="dxa"/>
          </w:tcPr>
          <w:p w14:paraId="16342F1C" w14:textId="77777777" w:rsidR="00C86561" w:rsidRPr="007A2CE4" w:rsidRDefault="00C86561" w:rsidP="00C86561">
            <w:pPr>
              <w:rPr>
                <w:b/>
                <w:bCs/>
                <w:color w:val="1F1F1F"/>
                <w:sz w:val="28"/>
                <w:szCs w:val="28"/>
                <w:bdr w:val="none" w:sz="0" w:space="0" w:color="auto" w:frame="1"/>
                <w:lang w:val="kk-KZ" w:eastAsia="ru-RU"/>
              </w:rPr>
            </w:pPr>
            <w:r w:rsidRPr="007A2CE4">
              <w:rPr>
                <w:b/>
                <w:bCs/>
                <w:color w:val="1F1F1F"/>
                <w:sz w:val="28"/>
                <w:szCs w:val="28"/>
                <w:bdr w:val="none" w:sz="0" w:space="0" w:color="auto" w:frame="1"/>
                <w:lang w:val="kk-KZ" w:eastAsia="ru-RU"/>
              </w:rPr>
              <w:t>№0947042</w:t>
            </w:r>
          </w:p>
        </w:tc>
      </w:tr>
      <w:tr w:rsidR="00B56EC7" w:rsidRPr="007A2CE4" w14:paraId="21B6723F" w14:textId="77777777" w:rsidTr="00B56EC7">
        <w:tc>
          <w:tcPr>
            <w:tcW w:w="498" w:type="dxa"/>
            <w:vAlign w:val="center"/>
          </w:tcPr>
          <w:p w14:paraId="7920C7E7" w14:textId="77777777" w:rsidR="00C86561" w:rsidRPr="007A2CE4" w:rsidRDefault="00C86561" w:rsidP="00C86561">
            <w:pPr>
              <w:jc w:val="center"/>
              <w:rPr>
                <w:bCs/>
                <w:color w:val="000000"/>
                <w:sz w:val="28"/>
                <w:szCs w:val="28"/>
                <w:lang w:val="kk-KZ"/>
              </w:rPr>
            </w:pPr>
            <w:r w:rsidRPr="007A2CE4">
              <w:rPr>
                <w:bCs/>
                <w:color w:val="000000"/>
                <w:sz w:val="28"/>
                <w:szCs w:val="28"/>
                <w:lang w:val="kk-KZ"/>
              </w:rPr>
              <w:t>16</w:t>
            </w:r>
          </w:p>
        </w:tc>
        <w:tc>
          <w:tcPr>
            <w:tcW w:w="2026" w:type="dxa"/>
          </w:tcPr>
          <w:p w14:paraId="79A1F39B" w14:textId="77777777" w:rsidR="00C86561" w:rsidRPr="007A2CE4" w:rsidRDefault="00C86561" w:rsidP="00C86561">
            <w:pPr>
              <w:rPr>
                <w:sz w:val="28"/>
                <w:szCs w:val="28"/>
                <w:lang w:val="kk-KZ"/>
              </w:rPr>
            </w:pPr>
            <w:r w:rsidRPr="007A2CE4">
              <w:rPr>
                <w:sz w:val="28"/>
                <w:szCs w:val="28"/>
                <w:lang w:val="kk-KZ"/>
              </w:rPr>
              <w:t>Абеуова Лаура Дынымхановна</w:t>
            </w:r>
          </w:p>
        </w:tc>
        <w:tc>
          <w:tcPr>
            <w:tcW w:w="1417" w:type="dxa"/>
          </w:tcPr>
          <w:p w14:paraId="550B89E7" w14:textId="77777777" w:rsidR="00C86561" w:rsidRPr="007A2CE4" w:rsidRDefault="00C86561" w:rsidP="00C86561">
            <w:pPr>
              <w:rPr>
                <w:sz w:val="28"/>
                <w:szCs w:val="28"/>
              </w:rPr>
            </w:pPr>
            <w:r w:rsidRPr="007A2CE4">
              <w:rPr>
                <w:bCs/>
                <w:color w:val="1F1F1F"/>
                <w:sz w:val="28"/>
                <w:szCs w:val="28"/>
                <w:bdr w:val="none" w:sz="0" w:space="0" w:color="auto" w:frame="1"/>
                <w:lang w:val="kk-KZ" w:eastAsia="ru-RU"/>
              </w:rPr>
              <w:t>Бастауыш сынып</w:t>
            </w:r>
          </w:p>
        </w:tc>
        <w:tc>
          <w:tcPr>
            <w:tcW w:w="851" w:type="dxa"/>
          </w:tcPr>
          <w:p w14:paraId="36B641DA" w14:textId="77777777" w:rsidR="00C86561" w:rsidRPr="007A2CE4" w:rsidRDefault="00C86561" w:rsidP="00C86561">
            <w:pPr>
              <w:rPr>
                <w:b/>
                <w:bCs/>
                <w:color w:val="1F1F1F"/>
                <w:sz w:val="28"/>
                <w:szCs w:val="28"/>
                <w:bdr w:val="none" w:sz="0" w:space="0" w:color="auto" w:frame="1"/>
                <w:lang w:val="kk-KZ" w:eastAsia="ru-RU"/>
              </w:rPr>
            </w:pPr>
            <w:r w:rsidRPr="007A2CE4">
              <w:rPr>
                <w:b/>
                <w:bCs/>
                <w:color w:val="1F1F1F"/>
                <w:sz w:val="28"/>
                <w:szCs w:val="28"/>
                <w:bdr w:val="none" w:sz="0" w:space="0" w:color="auto" w:frame="1"/>
                <w:lang w:val="kk-KZ" w:eastAsia="ru-RU"/>
              </w:rPr>
              <w:t>21</w:t>
            </w:r>
          </w:p>
        </w:tc>
        <w:tc>
          <w:tcPr>
            <w:tcW w:w="2126" w:type="dxa"/>
          </w:tcPr>
          <w:p w14:paraId="0909275C" w14:textId="77777777" w:rsidR="00C86561" w:rsidRPr="007A2CE4" w:rsidRDefault="00C86561" w:rsidP="00C86561">
            <w:pPr>
              <w:jc w:val="center"/>
              <w:rPr>
                <w:sz w:val="28"/>
                <w:szCs w:val="28"/>
                <w:lang w:val="kk-KZ"/>
              </w:rPr>
            </w:pPr>
            <w:r w:rsidRPr="007A2CE4">
              <w:rPr>
                <w:sz w:val="28"/>
                <w:szCs w:val="28"/>
                <w:lang w:val="kk-KZ"/>
              </w:rPr>
              <w:t>«Бастауыш сынып оқушыларының зерттеушілік және жобалық іс-әреткеті»</w:t>
            </w:r>
          </w:p>
        </w:tc>
        <w:tc>
          <w:tcPr>
            <w:tcW w:w="1701" w:type="dxa"/>
          </w:tcPr>
          <w:p w14:paraId="3F379BC2" w14:textId="77777777" w:rsidR="00C86561" w:rsidRPr="007A2CE4" w:rsidRDefault="00C86561" w:rsidP="00C86561">
            <w:pPr>
              <w:rPr>
                <w:sz w:val="28"/>
                <w:szCs w:val="28"/>
                <w:lang w:val="kk-KZ"/>
              </w:rPr>
            </w:pPr>
            <w:r w:rsidRPr="007A2CE4">
              <w:rPr>
                <w:sz w:val="28"/>
                <w:szCs w:val="28"/>
                <w:lang w:val="kk-KZ"/>
              </w:rPr>
              <w:t>«Өрлеу» БАҰОАҚ</w:t>
            </w:r>
          </w:p>
        </w:tc>
        <w:tc>
          <w:tcPr>
            <w:tcW w:w="1417" w:type="dxa"/>
          </w:tcPr>
          <w:p w14:paraId="535F492D" w14:textId="77777777" w:rsidR="00C86561" w:rsidRPr="007A2CE4" w:rsidRDefault="00C86561" w:rsidP="00C86561">
            <w:pPr>
              <w:jc w:val="center"/>
              <w:rPr>
                <w:sz w:val="28"/>
                <w:szCs w:val="28"/>
                <w:lang w:val="kk-KZ"/>
              </w:rPr>
            </w:pPr>
            <w:r w:rsidRPr="007A2CE4">
              <w:rPr>
                <w:sz w:val="28"/>
                <w:szCs w:val="28"/>
                <w:lang w:val="kk-KZ"/>
              </w:rPr>
              <w:t>06.01.2025-17.01.2025ж</w:t>
            </w:r>
          </w:p>
        </w:tc>
        <w:tc>
          <w:tcPr>
            <w:tcW w:w="1560" w:type="dxa"/>
          </w:tcPr>
          <w:p w14:paraId="09872C2D" w14:textId="77777777" w:rsidR="00C86561" w:rsidRPr="007A2CE4" w:rsidRDefault="00C86561" w:rsidP="00C86561">
            <w:pPr>
              <w:rPr>
                <w:b/>
                <w:bCs/>
                <w:color w:val="1F1F1F"/>
                <w:sz w:val="28"/>
                <w:szCs w:val="28"/>
                <w:bdr w:val="none" w:sz="0" w:space="0" w:color="auto" w:frame="1"/>
                <w:lang w:val="kk-KZ" w:eastAsia="ru-RU"/>
              </w:rPr>
            </w:pPr>
            <w:r w:rsidRPr="007A2CE4">
              <w:rPr>
                <w:b/>
                <w:bCs/>
                <w:color w:val="1F1F1F"/>
                <w:sz w:val="28"/>
                <w:szCs w:val="28"/>
                <w:bdr w:val="none" w:sz="0" w:space="0" w:color="auto" w:frame="1"/>
                <w:lang w:val="kk-KZ" w:eastAsia="ru-RU"/>
              </w:rPr>
              <w:t>№0808346</w:t>
            </w:r>
          </w:p>
        </w:tc>
      </w:tr>
      <w:tr w:rsidR="00B56EC7" w:rsidRPr="007A2CE4" w14:paraId="07A5AA1C" w14:textId="77777777" w:rsidTr="00B56EC7">
        <w:tc>
          <w:tcPr>
            <w:tcW w:w="498" w:type="dxa"/>
            <w:vAlign w:val="center"/>
          </w:tcPr>
          <w:p w14:paraId="6F49A1B1" w14:textId="77777777" w:rsidR="00C86561" w:rsidRPr="007A2CE4" w:rsidRDefault="00C86561" w:rsidP="00C86561">
            <w:pPr>
              <w:jc w:val="center"/>
              <w:rPr>
                <w:bCs/>
                <w:color w:val="000000"/>
                <w:sz w:val="28"/>
                <w:szCs w:val="28"/>
                <w:lang w:val="kk-KZ"/>
              </w:rPr>
            </w:pPr>
            <w:r w:rsidRPr="007A2CE4">
              <w:rPr>
                <w:bCs/>
                <w:color w:val="000000"/>
                <w:sz w:val="28"/>
                <w:szCs w:val="28"/>
                <w:lang w:val="kk-KZ"/>
              </w:rPr>
              <w:t>17</w:t>
            </w:r>
          </w:p>
        </w:tc>
        <w:tc>
          <w:tcPr>
            <w:tcW w:w="2026" w:type="dxa"/>
          </w:tcPr>
          <w:p w14:paraId="76CCF617" w14:textId="77777777" w:rsidR="00C86561" w:rsidRPr="007A2CE4" w:rsidRDefault="00C86561" w:rsidP="00C86561">
            <w:pPr>
              <w:rPr>
                <w:sz w:val="28"/>
                <w:szCs w:val="28"/>
                <w:lang w:val="kk-KZ"/>
              </w:rPr>
            </w:pPr>
            <w:r w:rsidRPr="007A2CE4">
              <w:rPr>
                <w:sz w:val="28"/>
                <w:szCs w:val="28"/>
                <w:lang w:val="kk-KZ"/>
              </w:rPr>
              <w:t xml:space="preserve">Сәттібаева Айдана Жанатқызы </w:t>
            </w:r>
          </w:p>
        </w:tc>
        <w:tc>
          <w:tcPr>
            <w:tcW w:w="1417" w:type="dxa"/>
          </w:tcPr>
          <w:p w14:paraId="3009B4B0" w14:textId="77777777" w:rsidR="00C86561" w:rsidRPr="007A2CE4" w:rsidRDefault="00C86561" w:rsidP="00C86561">
            <w:pPr>
              <w:rPr>
                <w:sz w:val="28"/>
                <w:szCs w:val="28"/>
              </w:rPr>
            </w:pPr>
            <w:r w:rsidRPr="007A2CE4">
              <w:rPr>
                <w:bCs/>
                <w:color w:val="1F1F1F"/>
                <w:sz w:val="28"/>
                <w:szCs w:val="28"/>
                <w:bdr w:val="none" w:sz="0" w:space="0" w:color="auto" w:frame="1"/>
                <w:lang w:val="kk-KZ" w:eastAsia="ru-RU"/>
              </w:rPr>
              <w:t>Бастауыш сынып</w:t>
            </w:r>
          </w:p>
        </w:tc>
        <w:tc>
          <w:tcPr>
            <w:tcW w:w="851" w:type="dxa"/>
          </w:tcPr>
          <w:p w14:paraId="7F657FCD" w14:textId="77777777" w:rsidR="00C86561" w:rsidRPr="007A2CE4" w:rsidRDefault="00C86561" w:rsidP="00C86561">
            <w:pPr>
              <w:rPr>
                <w:b/>
                <w:bCs/>
                <w:color w:val="1F1F1F"/>
                <w:sz w:val="28"/>
                <w:szCs w:val="28"/>
                <w:bdr w:val="none" w:sz="0" w:space="0" w:color="auto" w:frame="1"/>
                <w:lang w:val="kk-KZ" w:eastAsia="ru-RU"/>
              </w:rPr>
            </w:pPr>
            <w:r w:rsidRPr="007A2CE4">
              <w:rPr>
                <w:b/>
                <w:bCs/>
                <w:color w:val="1F1F1F"/>
                <w:sz w:val="28"/>
                <w:szCs w:val="28"/>
                <w:bdr w:val="none" w:sz="0" w:space="0" w:color="auto" w:frame="1"/>
                <w:lang w:val="kk-KZ" w:eastAsia="ru-RU"/>
              </w:rPr>
              <w:t>16</w:t>
            </w:r>
          </w:p>
        </w:tc>
        <w:tc>
          <w:tcPr>
            <w:tcW w:w="2126" w:type="dxa"/>
          </w:tcPr>
          <w:p w14:paraId="73E4E0B1" w14:textId="77777777" w:rsidR="00C86561" w:rsidRPr="007A2CE4" w:rsidRDefault="00C86561" w:rsidP="00C86561">
            <w:pPr>
              <w:jc w:val="center"/>
              <w:rPr>
                <w:sz w:val="28"/>
                <w:szCs w:val="28"/>
                <w:lang w:val="kk-KZ"/>
              </w:rPr>
            </w:pPr>
            <w:r w:rsidRPr="007A2CE4">
              <w:rPr>
                <w:sz w:val="28"/>
                <w:szCs w:val="28"/>
                <w:lang w:val="kk-KZ"/>
              </w:rPr>
              <w:t>«Педагогтердің пәндік құзыреттілігін дамыту: бастауыш мектепте оқытудың тиімді тәжірбиесі»</w:t>
            </w:r>
          </w:p>
        </w:tc>
        <w:tc>
          <w:tcPr>
            <w:tcW w:w="1701" w:type="dxa"/>
          </w:tcPr>
          <w:p w14:paraId="2E8CE502" w14:textId="77777777" w:rsidR="00C86561" w:rsidRPr="007A2CE4" w:rsidRDefault="00C86561" w:rsidP="00C86561">
            <w:pPr>
              <w:rPr>
                <w:sz w:val="28"/>
                <w:szCs w:val="28"/>
                <w:lang w:val="kk-KZ"/>
              </w:rPr>
            </w:pPr>
            <w:r w:rsidRPr="007A2CE4">
              <w:rPr>
                <w:sz w:val="28"/>
                <w:szCs w:val="28"/>
                <w:lang w:val="kk-KZ"/>
              </w:rPr>
              <w:t>НЗМ» ДББҰ ПШО</w:t>
            </w:r>
          </w:p>
        </w:tc>
        <w:tc>
          <w:tcPr>
            <w:tcW w:w="1417" w:type="dxa"/>
          </w:tcPr>
          <w:p w14:paraId="6E3A3732" w14:textId="77777777" w:rsidR="00C86561" w:rsidRPr="007A2CE4" w:rsidRDefault="00C86561" w:rsidP="00C86561">
            <w:pPr>
              <w:jc w:val="center"/>
              <w:rPr>
                <w:sz w:val="28"/>
                <w:szCs w:val="28"/>
                <w:lang w:val="kk-KZ"/>
              </w:rPr>
            </w:pPr>
            <w:r w:rsidRPr="007A2CE4">
              <w:rPr>
                <w:sz w:val="28"/>
                <w:szCs w:val="28"/>
                <w:lang w:val="kk-KZ"/>
              </w:rPr>
              <w:t>30.05.2025ж</w:t>
            </w:r>
          </w:p>
        </w:tc>
        <w:tc>
          <w:tcPr>
            <w:tcW w:w="1560" w:type="dxa"/>
          </w:tcPr>
          <w:p w14:paraId="4A645F37" w14:textId="77777777" w:rsidR="00C86561" w:rsidRPr="007A2CE4" w:rsidRDefault="00C86561" w:rsidP="00C86561">
            <w:pPr>
              <w:rPr>
                <w:b/>
                <w:bCs/>
                <w:color w:val="1F1F1F"/>
                <w:sz w:val="28"/>
                <w:szCs w:val="28"/>
                <w:bdr w:val="none" w:sz="0" w:space="0" w:color="auto" w:frame="1"/>
                <w:lang w:val="kk-KZ" w:eastAsia="ru-RU"/>
              </w:rPr>
            </w:pPr>
            <w:r w:rsidRPr="007A2CE4">
              <w:rPr>
                <w:b/>
                <w:bCs/>
                <w:color w:val="1F1F1F"/>
                <w:sz w:val="28"/>
                <w:szCs w:val="28"/>
                <w:bdr w:val="none" w:sz="0" w:space="0" w:color="auto" w:frame="1"/>
                <w:lang w:val="kk-KZ" w:eastAsia="ru-RU"/>
              </w:rPr>
              <w:t>№140105</w:t>
            </w:r>
          </w:p>
        </w:tc>
      </w:tr>
      <w:tr w:rsidR="00B56EC7" w:rsidRPr="007A2CE4" w14:paraId="52A94E5A" w14:textId="77777777" w:rsidTr="00B56EC7">
        <w:tc>
          <w:tcPr>
            <w:tcW w:w="498" w:type="dxa"/>
            <w:vAlign w:val="center"/>
          </w:tcPr>
          <w:p w14:paraId="797BA193" w14:textId="77777777" w:rsidR="00C86561" w:rsidRPr="007A2CE4" w:rsidRDefault="00C86561" w:rsidP="00C86561">
            <w:pPr>
              <w:jc w:val="center"/>
              <w:rPr>
                <w:bCs/>
                <w:color w:val="000000"/>
                <w:sz w:val="28"/>
                <w:szCs w:val="28"/>
                <w:lang w:val="kk-KZ"/>
              </w:rPr>
            </w:pPr>
            <w:r w:rsidRPr="007A2CE4">
              <w:rPr>
                <w:bCs/>
                <w:color w:val="000000"/>
                <w:sz w:val="28"/>
                <w:szCs w:val="28"/>
                <w:lang w:val="kk-KZ"/>
              </w:rPr>
              <w:t>18</w:t>
            </w:r>
          </w:p>
        </w:tc>
        <w:tc>
          <w:tcPr>
            <w:tcW w:w="2026" w:type="dxa"/>
          </w:tcPr>
          <w:p w14:paraId="16F28774" w14:textId="77777777" w:rsidR="00C86561" w:rsidRPr="007A2CE4" w:rsidRDefault="00C86561" w:rsidP="00C86561">
            <w:pPr>
              <w:rPr>
                <w:sz w:val="28"/>
                <w:szCs w:val="28"/>
                <w:lang w:val="kk-KZ"/>
              </w:rPr>
            </w:pPr>
            <w:r w:rsidRPr="007A2CE4">
              <w:rPr>
                <w:sz w:val="28"/>
                <w:szCs w:val="28"/>
                <w:lang w:val="kk-KZ"/>
              </w:rPr>
              <w:t>Ахметжамиева Айгорим Акжановна</w:t>
            </w:r>
          </w:p>
        </w:tc>
        <w:tc>
          <w:tcPr>
            <w:tcW w:w="1417" w:type="dxa"/>
          </w:tcPr>
          <w:p w14:paraId="71433B23" w14:textId="77777777" w:rsidR="00C86561" w:rsidRPr="007A2CE4" w:rsidRDefault="00C86561" w:rsidP="00C86561">
            <w:pPr>
              <w:rPr>
                <w:sz w:val="28"/>
                <w:szCs w:val="28"/>
              </w:rPr>
            </w:pPr>
            <w:r w:rsidRPr="007A2CE4">
              <w:rPr>
                <w:bCs/>
                <w:color w:val="1F1F1F"/>
                <w:sz w:val="28"/>
                <w:szCs w:val="28"/>
                <w:bdr w:val="none" w:sz="0" w:space="0" w:color="auto" w:frame="1"/>
                <w:lang w:val="kk-KZ" w:eastAsia="ru-RU"/>
              </w:rPr>
              <w:t>Бастауыш сынып</w:t>
            </w:r>
          </w:p>
        </w:tc>
        <w:tc>
          <w:tcPr>
            <w:tcW w:w="851" w:type="dxa"/>
          </w:tcPr>
          <w:p w14:paraId="3B40B14A" w14:textId="77777777" w:rsidR="00C86561" w:rsidRPr="007A2CE4" w:rsidRDefault="00C86561" w:rsidP="00C86561">
            <w:pPr>
              <w:rPr>
                <w:b/>
                <w:bCs/>
                <w:color w:val="1F1F1F"/>
                <w:sz w:val="28"/>
                <w:szCs w:val="28"/>
                <w:bdr w:val="none" w:sz="0" w:space="0" w:color="auto" w:frame="1"/>
                <w:lang w:val="kk-KZ" w:eastAsia="ru-RU"/>
              </w:rPr>
            </w:pPr>
            <w:r w:rsidRPr="007A2CE4">
              <w:rPr>
                <w:b/>
                <w:bCs/>
                <w:color w:val="1F1F1F"/>
                <w:sz w:val="28"/>
                <w:szCs w:val="28"/>
                <w:bdr w:val="none" w:sz="0" w:space="0" w:color="auto" w:frame="1"/>
                <w:lang w:val="kk-KZ" w:eastAsia="ru-RU"/>
              </w:rPr>
              <w:t>37</w:t>
            </w:r>
          </w:p>
        </w:tc>
        <w:tc>
          <w:tcPr>
            <w:tcW w:w="2126" w:type="dxa"/>
          </w:tcPr>
          <w:p w14:paraId="3BDE3C39" w14:textId="77777777" w:rsidR="00C86561" w:rsidRPr="007A2CE4" w:rsidRDefault="00C86561" w:rsidP="00C86561">
            <w:pPr>
              <w:jc w:val="center"/>
              <w:rPr>
                <w:sz w:val="28"/>
                <w:szCs w:val="28"/>
                <w:lang w:val="kk-KZ"/>
              </w:rPr>
            </w:pPr>
            <w:r w:rsidRPr="007A2CE4">
              <w:rPr>
                <w:sz w:val="28"/>
                <w:szCs w:val="28"/>
                <w:lang w:val="kk-KZ"/>
              </w:rPr>
              <w:t>«Әдебиеттік оқу сабақтарында оқу сауаттылығын қалыптастыру.</w:t>
            </w:r>
          </w:p>
        </w:tc>
        <w:tc>
          <w:tcPr>
            <w:tcW w:w="1701" w:type="dxa"/>
          </w:tcPr>
          <w:p w14:paraId="57B93677" w14:textId="77777777" w:rsidR="00C86561" w:rsidRPr="007A2CE4" w:rsidRDefault="00C86561" w:rsidP="00C86561">
            <w:pPr>
              <w:rPr>
                <w:sz w:val="28"/>
                <w:szCs w:val="28"/>
                <w:lang w:val="kk-KZ"/>
              </w:rPr>
            </w:pPr>
            <w:r w:rsidRPr="007A2CE4">
              <w:rPr>
                <w:sz w:val="28"/>
                <w:szCs w:val="28"/>
                <w:lang w:val="kk-KZ"/>
              </w:rPr>
              <w:t>«Өрлеу» БАҰОАҚ</w:t>
            </w:r>
          </w:p>
        </w:tc>
        <w:tc>
          <w:tcPr>
            <w:tcW w:w="1417" w:type="dxa"/>
          </w:tcPr>
          <w:p w14:paraId="776B5250" w14:textId="77777777" w:rsidR="00C86561" w:rsidRPr="007A2CE4" w:rsidRDefault="00C86561" w:rsidP="00C86561">
            <w:pPr>
              <w:jc w:val="center"/>
              <w:rPr>
                <w:sz w:val="28"/>
                <w:szCs w:val="28"/>
                <w:lang w:val="kk-KZ"/>
              </w:rPr>
            </w:pPr>
            <w:r w:rsidRPr="007A2CE4">
              <w:rPr>
                <w:sz w:val="28"/>
                <w:szCs w:val="28"/>
                <w:lang w:val="kk-KZ"/>
              </w:rPr>
              <w:t>22.09.2025-03.10.2025ж</w:t>
            </w:r>
          </w:p>
        </w:tc>
        <w:tc>
          <w:tcPr>
            <w:tcW w:w="1560" w:type="dxa"/>
          </w:tcPr>
          <w:p w14:paraId="6B41B428" w14:textId="77777777" w:rsidR="00C86561" w:rsidRPr="007A2CE4" w:rsidRDefault="00C86561" w:rsidP="00C86561">
            <w:pPr>
              <w:rPr>
                <w:b/>
                <w:bCs/>
                <w:color w:val="1F1F1F"/>
                <w:sz w:val="28"/>
                <w:szCs w:val="28"/>
                <w:bdr w:val="none" w:sz="0" w:space="0" w:color="auto" w:frame="1"/>
                <w:lang w:val="kk-KZ" w:eastAsia="ru-RU"/>
              </w:rPr>
            </w:pPr>
            <w:r w:rsidRPr="007A2CE4">
              <w:rPr>
                <w:b/>
                <w:bCs/>
                <w:color w:val="1F1F1F"/>
                <w:sz w:val="28"/>
                <w:szCs w:val="28"/>
                <w:bdr w:val="none" w:sz="0" w:space="0" w:color="auto" w:frame="1"/>
                <w:lang w:val="kk-KZ" w:eastAsia="ru-RU"/>
              </w:rPr>
              <w:t>№0946981</w:t>
            </w:r>
          </w:p>
        </w:tc>
      </w:tr>
      <w:tr w:rsidR="00B56EC7" w:rsidRPr="007A2CE4" w14:paraId="0BC6D19C" w14:textId="77777777" w:rsidTr="00B56EC7">
        <w:tc>
          <w:tcPr>
            <w:tcW w:w="498" w:type="dxa"/>
            <w:vAlign w:val="center"/>
          </w:tcPr>
          <w:p w14:paraId="442FBB38" w14:textId="77777777" w:rsidR="00C86561" w:rsidRPr="007A2CE4" w:rsidRDefault="00C86561" w:rsidP="00C86561">
            <w:pPr>
              <w:jc w:val="center"/>
              <w:rPr>
                <w:bCs/>
                <w:color w:val="000000"/>
                <w:sz w:val="28"/>
                <w:szCs w:val="28"/>
                <w:lang w:val="kk-KZ"/>
              </w:rPr>
            </w:pPr>
            <w:r w:rsidRPr="007A2CE4">
              <w:rPr>
                <w:bCs/>
                <w:color w:val="000000"/>
                <w:sz w:val="28"/>
                <w:szCs w:val="28"/>
                <w:lang w:val="kk-KZ"/>
              </w:rPr>
              <w:t>19</w:t>
            </w:r>
          </w:p>
        </w:tc>
        <w:tc>
          <w:tcPr>
            <w:tcW w:w="2026" w:type="dxa"/>
          </w:tcPr>
          <w:p w14:paraId="762E3C17" w14:textId="77777777" w:rsidR="00C86561" w:rsidRPr="007A2CE4" w:rsidRDefault="00C86561" w:rsidP="00C86561">
            <w:pPr>
              <w:rPr>
                <w:sz w:val="28"/>
                <w:szCs w:val="28"/>
                <w:lang w:val="kk-KZ"/>
              </w:rPr>
            </w:pPr>
            <w:r w:rsidRPr="007A2CE4">
              <w:rPr>
                <w:sz w:val="28"/>
                <w:szCs w:val="28"/>
                <w:lang w:val="kk-KZ"/>
              </w:rPr>
              <w:t xml:space="preserve">Өсерәлі Диана Бегзатқызы  </w:t>
            </w:r>
          </w:p>
        </w:tc>
        <w:tc>
          <w:tcPr>
            <w:tcW w:w="1417" w:type="dxa"/>
          </w:tcPr>
          <w:p w14:paraId="66C43C02" w14:textId="77777777" w:rsidR="00C86561" w:rsidRPr="007A2CE4" w:rsidRDefault="00C86561" w:rsidP="00C86561">
            <w:pPr>
              <w:rPr>
                <w:sz w:val="28"/>
                <w:szCs w:val="28"/>
              </w:rPr>
            </w:pPr>
            <w:r w:rsidRPr="007A2CE4">
              <w:rPr>
                <w:bCs/>
                <w:color w:val="1F1F1F"/>
                <w:sz w:val="28"/>
                <w:szCs w:val="28"/>
                <w:bdr w:val="none" w:sz="0" w:space="0" w:color="auto" w:frame="1"/>
                <w:lang w:val="kk-KZ" w:eastAsia="ru-RU"/>
              </w:rPr>
              <w:t>Бастауыш сынып</w:t>
            </w:r>
          </w:p>
        </w:tc>
        <w:tc>
          <w:tcPr>
            <w:tcW w:w="851" w:type="dxa"/>
          </w:tcPr>
          <w:p w14:paraId="113F0A19" w14:textId="77777777" w:rsidR="00C86561" w:rsidRPr="007A2CE4" w:rsidRDefault="00C86561" w:rsidP="00C86561">
            <w:pPr>
              <w:rPr>
                <w:b/>
                <w:bCs/>
                <w:color w:val="1F1F1F"/>
                <w:sz w:val="28"/>
                <w:szCs w:val="28"/>
                <w:bdr w:val="none" w:sz="0" w:space="0" w:color="auto" w:frame="1"/>
                <w:lang w:val="kk-KZ" w:eastAsia="ru-RU"/>
              </w:rPr>
            </w:pPr>
            <w:r w:rsidRPr="007A2CE4">
              <w:rPr>
                <w:b/>
                <w:bCs/>
                <w:color w:val="1F1F1F"/>
                <w:sz w:val="28"/>
                <w:szCs w:val="28"/>
                <w:bdr w:val="none" w:sz="0" w:space="0" w:color="auto" w:frame="1"/>
                <w:lang w:val="kk-KZ" w:eastAsia="ru-RU"/>
              </w:rPr>
              <w:t>2</w:t>
            </w:r>
          </w:p>
        </w:tc>
        <w:tc>
          <w:tcPr>
            <w:tcW w:w="2126" w:type="dxa"/>
          </w:tcPr>
          <w:p w14:paraId="3A730DBD" w14:textId="77777777" w:rsidR="00C86561" w:rsidRPr="007A2CE4" w:rsidRDefault="00C86561" w:rsidP="00C86561">
            <w:pPr>
              <w:jc w:val="center"/>
              <w:rPr>
                <w:sz w:val="28"/>
                <w:szCs w:val="28"/>
                <w:lang w:val="kk-KZ"/>
              </w:rPr>
            </w:pPr>
            <w:r w:rsidRPr="007A2CE4">
              <w:rPr>
                <w:sz w:val="28"/>
                <w:szCs w:val="28"/>
                <w:lang w:val="kk-KZ"/>
              </w:rPr>
              <w:t>«Бастауыш сынып оқушыларының зерттеушілік және жобалық іс-әрекеті»</w:t>
            </w:r>
          </w:p>
        </w:tc>
        <w:tc>
          <w:tcPr>
            <w:tcW w:w="1701" w:type="dxa"/>
          </w:tcPr>
          <w:p w14:paraId="6AE2EF63" w14:textId="77777777" w:rsidR="00C86561" w:rsidRPr="007A2CE4" w:rsidRDefault="00C86561" w:rsidP="00C86561">
            <w:pPr>
              <w:rPr>
                <w:sz w:val="28"/>
                <w:szCs w:val="28"/>
                <w:lang w:val="kk-KZ"/>
              </w:rPr>
            </w:pPr>
            <w:r w:rsidRPr="007A2CE4">
              <w:rPr>
                <w:sz w:val="28"/>
                <w:szCs w:val="28"/>
                <w:lang w:val="kk-KZ"/>
              </w:rPr>
              <w:t>«Өрлеу» БАҰОАҚ</w:t>
            </w:r>
          </w:p>
        </w:tc>
        <w:tc>
          <w:tcPr>
            <w:tcW w:w="1417" w:type="dxa"/>
          </w:tcPr>
          <w:p w14:paraId="1F06A01A" w14:textId="77777777" w:rsidR="00C86561" w:rsidRPr="007A2CE4" w:rsidRDefault="00C86561" w:rsidP="00C86561">
            <w:pPr>
              <w:jc w:val="center"/>
              <w:rPr>
                <w:sz w:val="28"/>
                <w:szCs w:val="28"/>
                <w:lang w:val="kk-KZ"/>
              </w:rPr>
            </w:pPr>
            <w:r w:rsidRPr="007A2CE4">
              <w:rPr>
                <w:sz w:val="28"/>
                <w:szCs w:val="28"/>
                <w:lang w:val="kk-KZ"/>
              </w:rPr>
              <w:t>03.11.2025-14.11.2025ж</w:t>
            </w:r>
          </w:p>
        </w:tc>
        <w:tc>
          <w:tcPr>
            <w:tcW w:w="1560" w:type="dxa"/>
          </w:tcPr>
          <w:p w14:paraId="5C38D817" w14:textId="77777777" w:rsidR="00C86561" w:rsidRPr="007A2CE4" w:rsidRDefault="00C86561" w:rsidP="00C86561">
            <w:pPr>
              <w:rPr>
                <w:b/>
                <w:bCs/>
                <w:color w:val="1F1F1F"/>
                <w:sz w:val="28"/>
                <w:szCs w:val="28"/>
                <w:bdr w:val="none" w:sz="0" w:space="0" w:color="auto" w:frame="1"/>
                <w:lang w:val="kk-KZ" w:eastAsia="ru-RU"/>
              </w:rPr>
            </w:pPr>
            <w:r w:rsidRPr="007A2CE4">
              <w:rPr>
                <w:b/>
                <w:bCs/>
                <w:color w:val="1F1F1F"/>
                <w:sz w:val="28"/>
                <w:szCs w:val="28"/>
                <w:bdr w:val="none" w:sz="0" w:space="0" w:color="auto" w:frame="1"/>
                <w:lang w:val="kk-KZ" w:eastAsia="ru-RU"/>
              </w:rPr>
              <w:t>0948418</w:t>
            </w:r>
          </w:p>
        </w:tc>
      </w:tr>
      <w:tr w:rsidR="00B56EC7" w:rsidRPr="007A2CE4" w14:paraId="3AFFCA30" w14:textId="77777777" w:rsidTr="00B56EC7">
        <w:tc>
          <w:tcPr>
            <w:tcW w:w="498" w:type="dxa"/>
            <w:vAlign w:val="center"/>
          </w:tcPr>
          <w:p w14:paraId="65640CAF" w14:textId="77777777" w:rsidR="00C86561" w:rsidRPr="007A2CE4" w:rsidRDefault="00C86561" w:rsidP="00C86561">
            <w:pPr>
              <w:jc w:val="center"/>
              <w:rPr>
                <w:bCs/>
                <w:color w:val="000000"/>
                <w:sz w:val="28"/>
                <w:szCs w:val="28"/>
                <w:lang w:val="kk-KZ"/>
              </w:rPr>
            </w:pPr>
            <w:r w:rsidRPr="007A2CE4">
              <w:rPr>
                <w:bCs/>
                <w:color w:val="000000"/>
                <w:sz w:val="28"/>
                <w:szCs w:val="28"/>
                <w:lang w:val="kk-KZ"/>
              </w:rPr>
              <w:lastRenderedPageBreak/>
              <w:t>20</w:t>
            </w:r>
          </w:p>
        </w:tc>
        <w:tc>
          <w:tcPr>
            <w:tcW w:w="2026" w:type="dxa"/>
          </w:tcPr>
          <w:p w14:paraId="4A478C8F" w14:textId="77777777" w:rsidR="00C86561" w:rsidRPr="007A2CE4" w:rsidRDefault="00C86561" w:rsidP="00C86561">
            <w:pPr>
              <w:rPr>
                <w:sz w:val="28"/>
                <w:szCs w:val="28"/>
                <w:lang w:val="kk-KZ"/>
              </w:rPr>
            </w:pPr>
            <w:r w:rsidRPr="007A2CE4">
              <w:rPr>
                <w:sz w:val="28"/>
                <w:szCs w:val="28"/>
                <w:lang w:val="kk-KZ"/>
              </w:rPr>
              <w:t xml:space="preserve">Тойшыбекова Салтанат Серикбаевна  </w:t>
            </w:r>
          </w:p>
        </w:tc>
        <w:tc>
          <w:tcPr>
            <w:tcW w:w="1417" w:type="dxa"/>
          </w:tcPr>
          <w:p w14:paraId="35E834DF" w14:textId="77777777" w:rsidR="00C86561" w:rsidRPr="007A2CE4" w:rsidRDefault="00C86561" w:rsidP="00C86561">
            <w:pPr>
              <w:rPr>
                <w:sz w:val="28"/>
                <w:szCs w:val="28"/>
              </w:rPr>
            </w:pPr>
            <w:r w:rsidRPr="007A2CE4">
              <w:rPr>
                <w:bCs/>
                <w:color w:val="1F1F1F"/>
                <w:sz w:val="28"/>
                <w:szCs w:val="28"/>
                <w:bdr w:val="none" w:sz="0" w:space="0" w:color="auto" w:frame="1"/>
                <w:lang w:val="kk-KZ" w:eastAsia="ru-RU"/>
              </w:rPr>
              <w:t>Бастауыш сынып</w:t>
            </w:r>
          </w:p>
        </w:tc>
        <w:tc>
          <w:tcPr>
            <w:tcW w:w="851" w:type="dxa"/>
          </w:tcPr>
          <w:p w14:paraId="28413092" w14:textId="77777777" w:rsidR="00C86561" w:rsidRPr="007A2CE4" w:rsidRDefault="00C86561" w:rsidP="00C86561">
            <w:pPr>
              <w:rPr>
                <w:b/>
                <w:bCs/>
                <w:color w:val="1F1F1F"/>
                <w:sz w:val="28"/>
                <w:szCs w:val="28"/>
                <w:bdr w:val="none" w:sz="0" w:space="0" w:color="auto" w:frame="1"/>
                <w:lang w:eastAsia="ru-RU"/>
              </w:rPr>
            </w:pPr>
          </w:p>
        </w:tc>
        <w:tc>
          <w:tcPr>
            <w:tcW w:w="2126" w:type="dxa"/>
          </w:tcPr>
          <w:p w14:paraId="67F1178B" w14:textId="77777777" w:rsidR="00C86561" w:rsidRPr="007A2CE4" w:rsidRDefault="00C86561" w:rsidP="00C86561">
            <w:pPr>
              <w:jc w:val="center"/>
              <w:rPr>
                <w:sz w:val="28"/>
                <w:szCs w:val="28"/>
                <w:lang w:val="kk-KZ"/>
              </w:rPr>
            </w:pPr>
            <w:r w:rsidRPr="007A2CE4">
              <w:rPr>
                <w:sz w:val="28"/>
                <w:szCs w:val="28"/>
                <w:lang w:val="kk-KZ"/>
              </w:rPr>
              <w:t>«Бастауыш сынып оқушыларының зерттеушілік және жобалық іс-әрекеті»</w:t>
            </w:r>
          </w:p>
        </w:tc>
        <w:tc>
          <w:tcPr>
            <w:tcW w:w="1701" w:type="dxa"/>
          </w:tcPr>
          <w:p w14:paraId="27212CC7" w14:textId="77777777" w:rsidR="00C86561" w:rsidRPr="007A2CE4" w:rsidRDefault="00C86561" w:rsidP="00C86561">
            <w:pPr>
              <w:rPr>
                <w:sz w:val="28"/>
                <w:szCs w:val="28"/>
                <w:lang w:val="kk-KZ"/>
              </w:rPr>
            </w:pPr>
            <w:r w:rsidRPr="007A2CE4">
              <w:rPr>
                <w:sz w:val="28"/>
                <w:szCs w:val="28"/>
                <w:lang w:val="kk-KZ"/>
              </w:rPr>
              <w:t>«Өрлеу» БАҰОАҚ</w:t>
            </w:r>
          </w:p>
        </w:tc>
        <w:tc>
          <w:tcPr>
            <w:tcW w:w="1417" w:type="dxa"/>
          </w:tcPr>
          <w:p w14:paraId="3EBF9CBE" w14:textId="77777777" w:rsidR="00C86561" w:rsidRPr="007A2CE4" w:rsidRDefault="00C86561" w:rsidP="00C86561">
            <w:pPr>
              <w:jc w:val="center"/>
              <w:rPr>
                <w:sz w:val="28"/>
                <w:szCs w:val="28"/>
                <w:lang w:val="kk-KZ"/>
              </w:rPr>
            </w:pPr>
            <w:r w:rsidRPr="007A2CE4">
              <w:rPr>
                <w:sz w:val="28"/>
                <w:szCs w:val="28"/>
                <w:lang w:val="kk-KZ"/>
              </w:rPr>
              <w:t>07.04.2025-18.04.2025ж</w:t>
            </w:r>
          </w:p>
        </w:tc>
        <w:tc>
          <w:tcPr>
            <w:tcW w:w="1560" w:type="dxa"/>
          </w:tcPr>
          <w:p w14:paraId="57ED05AE" w14:textId="77777777" w:rsidR="00C86561" w:rsidRPr="007A2CE4" w:rsidRDefault="00C86561" w:rsidP="00C86561">
            <w:pPr>
              <w:rPr>
                <w:b/>
                <w:bCs/>
                <w:color w:val="1F1F1F"/>
                <w:sz w:val="28"/>
                <w:szCs w:val="28"/>
                <w:bdr w:val="none" w:sz="0" w:space="0" w:color="auto" w:frame="1"/>
                <w:lang w:val="kk-KZ" w:eastAsia="ru-RU"/>
              </w:rPr>
            </w:pPr>
            <w:r w:rsidRPr="007A2CE4">
              <w:rPr>
                <w:b/>
                <w:bCs/>
                <w:color w:val="1F1F1F"/>
                <w:sz w:val="28"/>
                <w:szCs w:val="28"/>
                <w:bdr w:val="none" w:sz="0" w:space="0" w:color="auto" w:frame="1"/>
                <w:lang w:val="kk-KZ" w:eastAsia="ru-RU"/>
              </w:rPr>
              <w:t>№0943892</w:t>
            </w:r>
          </w:p>
        </w:tc>
      </w:tr>
      <w:tr w:rsidR="00B56EC7" w:rsidRPr="007A2CE4" w14:paraId="72E15A2F" w14:textId="77777777" w:rsidTr="00B56EC7">
        <w:tc>
          <w:tcPr>
            <w:tcW w:w="498" w:type="dxa"/>
            <w:vAlign w:val="center"/>
          </w:tcPr>
          <w:p w14:paraId="01FC7573" w14:textId="77777777" w:rsidR="00C86561" w:rsidRPr="007A2CE4" w:rsidRDefault="00C86561" w:rsidP="00C86561">
            <w:pPr>
              <w:jc w:val="center"/>
              <w:rPr>
                <w:bCs/>
                <w:color w:val="000000"/>
                <w:sz w:val="28"/>
                <w:szCs w:val="28"/>
                <w:lang w:val="kk-KZ"/>
              </w:rPr>
            </w:pPr>
            <w:r w:rsidRPr="007A2CE4">
              <w:rPr>
                <w:bCs/>
                <w:color w:val="000000"/>
                <w:sz w:val="28"/>
                <w:szCs w:val="28"/>
                <w:lang w:val="kk-KZ"/>
              </w:rPr>
              <w:t>21</w:t>
            </w:r>
          </w:p>
        </w:tc>
        <w:tc>
          <w:tcPr>
            <w:tcW w:w="2026" w:type="dxa"/>
          </w:tcPr>
          <w:p w14:paraId="4D32605E" w14:textId="77777777" w:rsidR="00C86561" w:rsidRPr="007A2CE4" w:rsidRDefault="00C86561" w:rsidP="00C86561">
            <w:pPr>
              <w:rPr>
                <w:sz w:val="28"/>
                <w:szCs w:val="28"/>
                <w:lang w:val="kk-KZ"/>
              </w:rPr>
            </w:pPr>
            <w:r w:rsidRPr="007A2CE4">
              <w:rPr>
                <w:sz w:val="28"/>
                <w:szCs w:val="28"/>
                <w:lang w:val="kk-KZ"/>
              </w:rPr>
              <w:t xml:space="preserve">Утегенова Гулару Нурлановна </w:t>
            </w:r>
          </w:p>
        </w:tc>
        <w:tc>
          <w:tcPr>
            <w:tcW w:w="1417" w:type="dxa"/>
          </w:tcPr>
          <w:p w14:paraId="20A7DAB5"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 xml:space="preserve">Бастауыш сынып </w:t>
            </w:r>
          </w:p>
        </w:tc>
        <w:tc>
          <w:tcPr>
            <w:tcW w:w="851" w:type="dxa"/>
          </w:tcPr>
          <w:p w14:paraId="627E1317" w14:textId="77777777" w:rsidR="00C86561" w:rsidRPr="007A2CE4" w:rsidRDefault="00C86561" w:rsidP="00C86561">
            <w:pPr>
              <w:rPr>
                <w:b/>
                <w:bCs/>
                <w:color w:val="1F1F1F"/>
                <w:sz w:val="28"/>
                <w:szCs w:val="28"/>
                <w:bdr w:val="none" w:sz="0" w:space="0" w:color="auto" w:frame="1"/>
                <w:lang w:val="kk-KZ" w:eastAsia="ru-RU"/>
              </w:rPr>
            </w:pPr>
            <w:r w:rsidRPr="007A2CE4">
              <w:rPr>
                <w:b/>
                <w:bCs/>
                <w:color w:val="1F1F1F"/>
                <w:sz w:val="28"/>
                <w:szCs w:val="28"/>
                <w:bdr w:val="none" w:sz="0" w:space="0" w:color="auto" w:frame="1"/>
                <w:lang w:val="kk-KZ" w:eastAsia="ru-RU"/>
              </w:rPr>
              <w:t xml:space="preserve">5 </w:t>
            </w:r>
          </w:p>
        </w:tc>
        <w:tc>
          <w:tcPr>
            <w:tcW w:w="2126" w:type="dxa"/>
          </w:tcPr>
          <w:p w14:paraId="19AF422F" w14:textId="77777777" w:rsidR="00C86561" w:rsidRPr="007A2CE4" w:rsidRDefault="00C86561" w:rsidP="00C86561">
            <w:pPr>
              <w:jc w:val="center"/>
              <w:rPr>
                <w:sz w:val="28"/>
                <w:szCs w:val="28"/>
                <w:lang w:val="kk-KZ"/>
              </w:rPr>
            </w:pPr>
            <w:r w:rsidRPr="007A2CE4">
              <w:rPr>
                <w:sz w:val="28"/>
                <w:szCs w:val="28"/>
                <w:lang w:val="kk-KZ"/>
              </w:rPr>
              <w:t>«Бастауыш сыныптарда дербестендірілген оқытуға арналған цифрлық технологиялармен жасанды интеллект»</w:t>
            </w:r>
          </w:p>
        </w:tc>
        <w:tc>
          <w:tcPr>
            <w:tcW w:w="1701" w:type="dxa"/>
          </w:tcPr>
          <w:p w14:paraId="738ABCF8" w14:textId="77777777" w:rsidR="00C86561" w:rsidRPr="007A2CE4" w:rsidRDefault="00C86561" w:rsidP="00C86561">
            <w:pPr>
              <w:jc w:val="center"/>
              <w:rPr>
                <w:sz w:val="28"/>
                <w:szCs w:val="28"/>
                <w:lang w:val="kk-KZ"/>
              </w:rPr>
            </w:pPr>
            <w:r w:rsidRPr="007A2CE4">
              <w:rPr>
                <w:sz w:val="28"/>
                <w:szCs w:val="28"/>
                <w:lang w:val="kk-KZ"/>
              </w:rPr>
              <w:t>«Өрлеу» БАҰОАҚ</w:t>
            </w:r>
          </w:p>
        </w:tc>
        <w:tc>
          <w:tcPr>
            <w:tcW w:w="1417" w:type="dxa"/>
          </w:tcPr>
          <w:p w14:paraId="2C806344" w14:textId="77777777" w:rsidR="00C86561" w:rsidRPr="007A2CE4" w:rsidRDefault="00C86561" w:rsidP="00C86561">
            <w:pPr>
              <w:jc w:val="center"/>
              <w:rPr>
                <w:sz w:val="28"/>
                <w:szCs w:val="28"/>
                <w:lang w:val="kk-KZ"/>
              </w:rPr>
            </w:pPr>
            <w:r w:rsidRPr="007A2CE4">
              <w:rPr>
                <w:sz w:val="28"/>
                <w:szCs w:val="28"/>
                <w:lang w:val="kk-KZ"/>
              </w:rPr>
              <w:t>12.05.2026-22.05.2026</w:t>
            </w:r>
          </w:p>
        </w:tc>
        <w:tc>
          <w:tcPr>
            <w:tcW w:w="1560" w:type="dxa"/>
          </w:tcPr>
          <w:p w14:paraId="546CF434" w14:textId="77777777" w:rsidR="00C86561" w:rsidRPr="007A2CE4" w:rsidRDefault="00C86561" w:rsidP="00C86561">
            <w:pPr>
              <w:rPr>
                <w:b/>
                <w:bCs/>
                <w:color w:val="1F1F1F"/>
                <w:sz w:val="28"/>
                <w:szCs w:val="28"/>
                <w:bdr w:val="none" w:sz="0" w:space="0" w:color="auto" w:frame="1"/>
                <w:lang w:val="kk-KZ" w:eastAsia="ru-RU"/>
              </w:rPr>
            </w:pPr>
            <w:r w:rsidRPr="007A2CE4">
              <w:rPr>
                <w:b/>
                <w:bCs/>
                <w:color w:val="1F1F1F"/>
                <w:sz w:val="28"/>
                <w:szCs w:val="28"/>
                <w:bdr w:val="none" w:sz="0" w:space="0" w:color="auto" w:frame="1"/>
                <w:lang w:val="kk-KZ" w:eastAsia="ru-RU"/>
              </w:rPr>
              <w:t>№0950956</w:t>
            </w:r>
          </w:p>
        </w:tc>
      </w:tr>
    </w:tbl>
    <w:p w14:paraId="4A4DC179" w14:textId="77777777" w:rsidR="00C86561" w:rsidRPr="007A2CE4" w:rsidRDefault="00C86561" w:rsidP="00C86561">
      <w:pPr>
        <w:pStyle w:val="ds-markdown-paragraph"/>
        <w:shd w:val="clear" w:color="auto" w:fill="FFFFFF"/>
        <w:spacing w:before="240" w:beforeAutospacing="0" w:after="240" w:afterAutospacing="0"/>
        <w:contextualSpacing/>
        <w:jc w:val="both"/>
        <w:rPr>
          <w:sz w:val="28"/>
          <w:szCs w:val="28"/>
          <w:lang w:val="kk-KZ"/>
        </w:rPr>
      </w:pPr>
    </w:p>
    <w:p w14:paraId="2404174D" w14:textId="77777777" w:rsidR="00C86561" w:rsidRPr="007A2CE4" w:rsidRDefault="00C86561" w:rsidP="00C86561">
      <w:pPr>
        <w:pStyle w:val="ds-markdown-paragraph"/>
        <w:shd w:val="clear" w:color="auto" w:fill="FFFFFF"/>
        <w:spacing w:before="240" w:beforeAutospacing="0" w:after="240" w:afterAutospacing="0"/>
        <w:contextualSpacing/>
        <w:jc w:val="both"/>
        <w:rPr>
          <w:sz w:val="28"/>
          <w:szCs w:val="28"/>
          <w:lang w:val="kk-KZ"/>
        </w:rPr>
      </w:pPr>
      <w:r w:rsidRPr="007A2CE4">
        <w:rPr>
          <w:sz w:val="28"/>
          <w:szCs w:val="28"/>
          <w:lang w:val="kk-KZ"/>
        </w:rPr>
        <w:t xml:space="preserve"> б) Бастапқы әскери даярлық мұғалімінің біліктілігін  арттыру</w:t>
      </w:r>
    </w:p>
    <w:p w14:paraId="4BFE9E5E" w14:textId="77777777" w:rsidR="00C86561" w:rsidRPr="007A2CE4" w:rsidRDefault="00C86561" w:rsidP="00C86561">
      <w:pPr>
        <w:pStyle w:val="ds-markdown-paragraph"/>
        <w:shd w:val="clear" w:color="auto" w:fill="FFFFFF"/>
        <w:spacing w:before="240" w:beforeAutospacing="0" w:after="240" w:afterAutospacing="0"/>
        <w:contextualSpacing/>
        <w:jc w:val="both"/>
        <w:rPr>
          <w:b/>
          <w:bCs/>
          <w:i/>
          <w:iCs/>
          <w:color w:val="0F1115"/>
          <w:sz w:val="28"/>
          <w:szCs w:val="28"/>
          <w:lang w:val="kk-KZ"/>
        </w:rPr>
      </w:pPr>
    </w:p>
    <w:tbl>
      <w:tblPr>
        <w:tblStyle w:val="a7"/>
        <w:tblW w:w="11137" w:type="dxa"/>
        <w:tblInd w:w="-856" w:type="dxa"/>
        <w:tblLook w:val="04A0" w:firstRow="1" w:lastRow="0" w:firstColumn="1" w:lastColumn="0" w:noHBand="0" w:noVBand="1"/>
      </w:tblPr>
      <w:tblGrid>
        <w:gridCol w:w="484"/>
        <w:gridCol w:w="1633"/>
        <w:gridCol w:w="1520"/>
        <w:gridCol w:w="953"/>
        <w:gridCol w:w="1943"/>
        <w:gridCol w:w="1571"/>
        <w:gridCol w:w="1600"/>
        <w:gridCol w:w="1715"/>
      </w:tblGrid>
      <w:tr w:rsidR="00C86561" w:rsidRPr="007A2CE4" w14:paraId="559A62A9" w14:textId="77777777" w:rsidTr="00B56EC7">
        <w:tc>
          <w:tcPr>
            <w:tcW w:w="477" w:type="dxa"/>
            <w:hideMark/>
          </w:tcPr>
          <w:p w14:paraId="020E5B3D" w14:textId="77777777" w:rsidR="00C86561" w:rsidRPr="007B1EE4" w:rsidRDefault="00C86561" w:rsidP="00C86561">
            <w:pPr>
              <w:rPr>
                <w:b/>
                <w:color w:val="1F1F1F"/>
                <w:sz w:val="28"/>
                <w:szCs w:val="28"/>
                <w:lang w:eastAsia="ru-RU"/>
              </w:rPr>
            </w:pPr>
            <w:r w:rsidRPr="007B1EE4">
              <w:rPr>
                <w:b/>
                <w:bCs/>
                <w:color w:val="1F1F1F"/>
                <w:sz w:val="28"/>
                <w:szCs w:val="28"/>
                <w:bdr w:val="none" w:sz="0" w:space="0" w:color="auto" w:frame="1"/>
                <w:lang w:eastAsia="ru-RU"/>
              </w:rPr>
              <w:t>№</w:t>
            </w:r>
          </w:p>
        </w:tc>
        <w:tc>
          <w:tcPr>
            <w:tcW w:w="1592" w:type="dxa"/>
            <w:hideMark/>
          </w:tcPr>
          <w:p w14:paraId="7BCED387" w14:textId="77777777" w:rsidR="00C86561" w:rsidRPr="007B1EE4" w:rsidRDefault="00C86561" w:rsidP="00C86561">
            <w:pPr>
              <w:rPr>
                <w:b/>
                <w:color w:val="1F1F1F"/>
                <w:sz w:val="28"/>
                <w:szCs w:val="28"/>
                <w:lang w:eastAsia="ru-RU"/>
              </w:rPr>
            </w:pPr>
            <w:r w:rsidRPr="007B1EE4">
              <w:rPr>
                <w:b/>
                <w:bCs/>
                <w:color w:val="1F1F1F"/>
                <w:sz w:val="28"/>
                <w:szCs w:val="28"/>
                <w:bdr w:val="none" w:sz="0" w:space="0" w:color="auto" w:frame="1"/>
                <w:lang w:eastAsia="ru-RU"/>
              </w:rPr>
              <w:t>Педагогтің аты-жөні</w:t>
            </w:r>
          </w:p>
        </w:tc>
        <w:tc>
          <w:tcPr>
            <w:tcW w:w="1482" w:type="dxa"/>
            <w:hideMark/>
          </w:tcPr>
          <w:p w14:paraId="4895CDDE" w14:textId="77777777" w:rsidR="00C86561" w:rsidRPr="007B1EE4" w:rsidRDefault="00C86561" w:rsidP="00C86561">
            <w:pPr>
              <w:rPr>
                <w:b/>
                <w:color w:val="1F1F1F"/>
                <w:sz w:val="28"/>
                <w:szCs w:val="28"/>
                <w:lang w:eastAsia="ru-RU"/>
              </w:rPr>
            </w:pPr>
            <w:r w:rsidRPr="007B1EE4">
              <w:rPr>
                <w:b/>
                <w:bCs/>
                <w:color w:val="1F1F1F"/>
                <w:sz w:val="28"/>
                <w:szCs w:val="28"/>
                <w:bdr w:val="none" w:sz="0" w:space="0" w:color="auto" w:frame="1"/>
                <w:lang w:eastAsia="ru-RU"/>
              </w:rPr>
              <w:t>Лауазымы / Беретін пәні</w:t>
            </w:r>
          </w:p>
        </w:tc>
        <w:tc>
          <w:tcPr>
            <w:tcW w:w="931" w:type="dxa"/>
          </w:tcPr>
          <w:p w14:paraId="360796BD" w14:textId="77777777" w:rsidR="00C86561" w:rsidRPr="007B1EE4" w:rsidRDefault="00C86561" w:rsidP="00C86561">
            <w:pPr>
              <w:rPr>
                <w:b/>
                <w:bCs/>
                <w:color w:val="1F1F1F"/>
                <w:sz w:val="28"/>
                <w:szCs w:val="28"/>
                <w:bdr w:val="none" w:sz="0" w:space="0" w:color="auto" w:frame="1"/>
                <w:lang w:val="kk-KZ" w:eastAsia="ru-RU"/>
              </w:rPr>
            </w:pPr>
            <w:r w:rsidRPr="007B1EE4">
              <w:rPr>
                <w:b/>
                <w:bCs/>
                <w:color w:val="1F1F1F"/>
                <w:sz w:val="28"/>
                <w:szCs w:val="28"/>
                <w:bdr w:val="none" w:sz="0" w:space="0" w:color="auto" w:frame="1"/>
                <w:lang w:val="kk-KZ" w:eastAsia="ru-RU"/>
              </w:rPr>
              <w:t>Еңбек өтілі</w:t>
            </w:r>
          </w:p>
        </w:tc>
        <w:tc>
          <w:tcPr>
            <w:tcW w:w="1892" w:type="dxa"/>
            <w:hideMark/>
          </w:tcPr>
          <w:p w14:paraId="5C2EA960" w14:textId="77777777" w:rsidR="00C86561" w:rsidRPr="007B1EE4" w:rsidRDefault="00C86561" w:rsidP="00C86561">
            <w:pPr>
              <w:rPr>
                <w:b/>
                <w:color w:val="1F1F1F"/>
                <w:sz w:val="28"/>
                <w:szCs w:val="28"/>
                <w:lang w:eastAsia="ru-RU"/>
              </w:rPr>
            </w:pPr>
            <w:r w:rsidRPr="007B1EE4">
              <w:rPr>
                <w:b/>
                <w:bCs/>
                <w:color w:val="1F1F1F"/>
                <w:sz w:val="28"/>
                <w:szCs w:val="28"/>
                <w:bdr w:val="none" w:sz="0" w:space="0" w:color="auto" w:frame="1"/>
                <w:lang w:eastAsia="ru-RU"/>
              </w:rPr>
              <w:t xml:space="preserve">Курс атауы </w:t>
            </w:r>
          </w:p>
        </w:tc>
        <w:tc>
          <w:tcPr>
            <w:tcW w:w="1532" w:type="dxa"/>
            <w:hideMark/>
          </w:tcPr>
          <w:p w14:paraId="0524A41E" w14:textId="77777777" w:rsidR="00C86561" w:rsidRPr="007B1EE4" w:rsidRDefault="00C86561" w:rsidP="00C86561">
            <w:pPr>
              <w:rPr>
                <w:b/>
                <w:color w:val="1F1F1F"/>
                <w:sz w:val="28"/>
                <w:szCs w:val="28"/>
                <w:lang w:eastAsia="ru-RU"/>
              </w:rPr>
            </w:pPr>
            <w:r w:rsidRPr="007B1EE4">
              <w:rPr>
                <w:b/>
                <w:bCs/>
                <w:color w:val="1F1F1F"/>
                <w:sz w:val="28"/>
                <w:szCs w:val="28"/>
                <w:bdr w:val="none" w:sz="0" w:space="0" w:color="auto" w:frame="1"/>
                <w:lang w:eastAsia="ru-RU"/>
              </w:rPr>
              <w:t xml:space="preserve">Курсты өткізген ұйым </w:t>
            </w:r>
          </w:p>
        </w:tc>
        <w:tc>
          <w:tcPr>
            <w:tcW w:w="1560" w:type="dxa"/>
            <w:hideMark/>
          </w:tcPr>
          <w:p w14:paraId="69B8B703" w14:textId="77777777" w:rsidR="00C86561" w:rsidRPr="007B1EE4" w:rsidRDefault="00C86561" w:rsidP="00C86561">
            <w:pPr>
              <w:rPr>
                <w:b/>
                <w:color w:val="1F1F1F"/>
                <w:sz w:val="28"/>
                <w:szCs w:val="28"/>
                <w:lang w:eastAsia="ru-RU"/>
              </w:rPr>
            </w:pPr>
            <w:r w:rsidRPr="007B1EE4">
              <w:rPr>
                <w:b/>
                <w:bCs/>
                <w:color w:val="1F1F1F"/>
                <w:sz w:val="28"/>
                <w:szCs w:val="28"/>
                <w:bdr w:val="none" w:sz="0" w:space="0" w:color="auto" w:frame="1"/>
                <w:lang w:eastAsia="ru-RU"/>
              </w:rPr>
              <w:t>Курс өткен жылы, айы</w:t>
            </w:r>
          </w:p>
        </w:tc>
        <w:tc>
          <w:tcPr>
            <w:tcW w:w="1671" w:type="dxa"/>
            <w:hideMark/>
          </w:tcPr>
          <w:p w14:paraId="6E51DD0E" w14:textId="77777777" w:rsidR="00C86561" w:rsidRPr="007B1EE4" w:rsidRDefault="00C86561" w:rsidP="00C86561">
            <w:pPr>
              <w:rPr>
                <w:b/>
                <w:color w:val="1F1F1F"/>
                <w:sz w:val="28"/>
                <w:szCs w:val="28"/>
                <w:lang w:eastAsia="ru-RU"/>
              </w:rPr>
            </w:pPr>
            <w:r w:rsidRPr="007B1EE4">
              <w:rPr>
                <w:b/>
                <w:bCs/>
                <w:color w:val="1F1F1F"/>
                <w:sz w:val="28"/>
                <w:szCs w:val="28"/>
                <w:bdr w:val="none" w:sz="0" w:space="0" w:color="auto" w:frame="1"/>
                <w:lang w:eastAsia="ru-RU"/>
              </w:rPr>
              <w:t>Сертификат нөмірі мен берілген күні</w:t>
            </w:r>
          </w:p>
        </w:tc>
      </w:tr>
      <w:tr w:rsidR="00C86561" w:rsidRPr="007A2CE4" w14:paraId="7981EE21" w14:textId="77777777" w:rsidTr="00B56EC7">
        <w:tc>
          <w:tcPr>
            <w:tcW w:w="477" w:type="dxa"/>
          </w:tcPr>
          <w:p w14:paraId="1EC7E1E9"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1</w:t>
            </w:r>
          </w:p>
        </w:tc>
        <w:tc>
          <w:tcPr>
            <w:tcW w:w="1592" w:type="dxa"/>
          </w:tcPr>
          <w:p w14:paraId="75326C6D" w14:textId="77777777" w:rsidR="00C86561" w:rsidRPr="007A2CE4" w:rsidRDefault="00C86561" w:rsidP="00C86561">
            <w:pPr>
              <w:jc w:val="center"/>
              <w:rPr>
                <w:sz w:val="28"/>
                <w:szCs w:val="28"/>
                <w:lang w:val="kk-KZ"/>
              </w:rPr>
            </w:pPr>
            <w:r w:rsidRPr="007A2CE4">
              <w:rPr>
                <w:sz w:val="28"/>
                <w:szCs w:val="28"/>
                <w:lang w:val="kk-KZ"/>
              </w:rPr>
              <w:t>Далашев Женис Жаркенович</w:t>
            </w:r>
          </w:p>
        </w:tc>
        <w:tc>
          <w:tcPr>
            <w:tcW w:w="1482" w:type="dxa"/>
          </w:tcPr>
          <w:p w14:paraId="2A768810" w14:textId="77777777" w:rsidR="00C86561" w:rsidRPr="007A2CE4" w:rsidRDefault="00C86561" w:rsidP="00C86561">
            <w:pPr>
              <w:pStyle w:val="ds-markdown-paragraph"/>
              <w:shd w:val="clear" w:color="auto" w:fill="FFFFFF"/>
              <w:spacing w:before="240" w:beforeAutospacing="0" w:after="240" w:afterAutospacing="0"/>
              <w:contextualSpacing/>
              <w:jc w:val="both"/>
              <w:rPr>
                <w:bCs/>
                <w:color w:val="1F1F1F"/>
                <w:sz w:val="28"/>
                <w:szCs w:val="28"/>
                <w:bdr w:val="none" w:sz="0" w:space="0" w:color="auto" w:frame="1"/>
                <w:lang w:val="kk-KZ"/>
              </w:rPr>
            </w:pPr>
            <w:r w:rsidRPr="007A2CE4">
              <w:rPr>
                <w:sz w:val="28"/>
                <w:szCs w:val="28"/>
                <w:lang w:val="kk-KZ"/>
              </w:rPr>
              <w:t xml:space="preserve"> Бастапқы әскери даярлық </w:t>
            </w:r>
          </w:p>
        </w:tc>
        <w:tc>
          <w:tcPr>
            <w:tcW w:w="931" w:type="dxa"/>
          </w:tcPr>
          <w:p w14:paraId="204E8809"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8</w:t>
            </w:r>
          </w:p>
        </w:tc>
        <w:tc>
          <w:tcPr>
            <w:tcW w:w="1892" w:type="dxa"/>
          </w:tcPr>
          <w:p w14:paraId="7FC579E9" w14:textId="77777777" w:rsidR="00C86561" w:rsidRPr="007A2CE4" w:rsidRDefault="00C86561" w:rsidP="00C86561">
            <w:pPr>
              <w:jc w:val="center"/>
              <w:rPr>
                <w:sz w:val="28"/>
                <w:szCs w:val="28"/>
                <w:lang w:val="kk-KZ"/>
              </w:rPr>
            </w:pPr>
            <w:r w:rsidRPr="007A2CE4">
              <w:rPr>
                <w:sz w:val="28"/>
                <w:szCs w:val="28"/>
                <w:lang w:val="kk-KZ"/>
              </w:rPr>
              <w:t>«Алғашқы әскери және технологиялық дайындықты оқытудың тиімді стратегиялары</w:t>
            </w:r>
          </w:p>
        </w:tc>
        <w:tc>
          <w:tcPr>
            <w:tcW w:w="1532" w:type="dxa"/>
          </w:tcPr>
          <w:p w14:paraId="55E2EC22" w14:textId="77777777" w:rsidR="00C86561" w:rsidRPr="007A2CE4" w:rsidRDefault="00C86561" w:rsidP="00C86561">
            <w:pPr>
              <w:rPr>
                <w:sz w:val="28"/>
                <w:szCs w:val="28"/>
                <w:lang w:val="kk-KZ"/>
              </w:rPr>
            </w:pPr>
            <w:r w:rsidRPr="007A2CE4">
              <w:rPr>
                <w:sz w:val="28"/>
                <w:szCs w:val="28"/>
                <w:lang w:val="kk-KZ"/>
              </w:rPr>
              <w:t>ҚР Оқу-ағарту министрлігі «ҰҒПДТО» РМҚК</w:t>
            </w:r>
          </w:p>
        </w:tc>
        <w:tc>
          <w:tcPr>
            <w:tcW w:w="1560" w:type="dxa"/>
          </w:tcPr>
          <w:p w14:paraId="7D89C45E" w14:textId="77777777" w:rsidR="00C86561" w:rsidRPr="007A2CE4" w:rsidRDefault="00C86561" w:rsidP="00C86561">
            <w:pPr>
              <w:rPr>
                <w:bCs/>
                <w:color w:val="1F1F1F"/>
                <w:sz w:val="28"/>
                <w:szCs w:val="28"/>
                <w:bdr w:val="none" w:sz="0" w:space="0" w:color="auto" w:frame="1"/>
                <w:lang w:val="kk-KZ" w:eastAsia="ru-RU"/>
              </w:rPr>
            </w:pPr>
            <w:r w:rsidRPr="007A2CE4">
              <w:rPr>
                <w:sz w:val="28"/>
                <w:szCs w:val="28"/>
                <w:lang w:val="kk-KZ"/>
              </w:rPr>
              <w:t>12.06.2026ж</w:t>
            </w:r>
          </w:p>
        </w:tc>
        <w:tc>
          <w:tcPr>
            <w:tcW w:w="1671" w:type="dxa"/>
          </w:tcPr>
          <w:p w14:paraId="293F3932"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№0944331</w:t>
            </w:r>
          </w:p>
        </w:tc>
      </w:tr>
    </w:tbl>
    <w:p w14:paraId="08996652" w14:textId="77777777" w:rsidR="00C86561" w:rsidRPr="007A2CE4" w:rsidRDefault="00C86561" w:rsidP="00C86561">
      <w:pPr>
        <w:pStyle w:val="ds-markdown-paragraph"/>
        <w:shd w:val="clear" w:color="auto" w:fill="FFFFFF"/>
        <w:spacing w:before="240" w:beforeAutospacing="0" w:after="240" w:afterAutospacing="0"/>
        <w:contextualSpacing/>
        <w:jc w:val="both"/>
        <w:rPr>
          <w:rFonts w:eastAsiaTheme="minorHAnsi"/>
          <w:bCs/>
          <w:iCs/>
          <w:sz w:val="28"/>
          <w:szCs w:val="28"/>
          <w:lang w:val="kk-KZ" w:eastAsia="en-US"/>
        </w:rPr>
      </w:pPr>
      <w:r w:rsidRPr="007A2CE4">
        <w:rPr>
          <w:rFonts w:eastAsiaTheme="minorHAnsi"/>
          <w:bCs/>
          <w:iCs/>
          <w:sz w:val="28"/>
          <w:szCs w:val="28"/>
          <w:lang w:val="kk-KZ" w:eastAsia="en-US"/>
        </w:rPr>
        <w:t>в)  музыка пәні мұғалімінің біліктілігін арттыру</w:t>
      </w:r>
    </w:p>
    <w:tbl>
      <w:tblPr>
        <w:tblStyle w:val="a7"/>
        <w:tblW w:w="10490" w:type="dxa"/>
        <w:tblInd w:w="-856" w:type="dxa"/>
        <w:tblLook w:val="04A0" w:firstRow="1" w:lastRow="0" w:firstColumn="1" w:lastColumn="0" w:noHBand="0" w:noVBand="1"/>
      </w:tblPr>
      <w:tblGrid>
        <w:gridCol w:w="495"/>
        <w:gridCol w:w="1799"/>
        <w:gridCol w:w="1575"/>
        <w:gridCol w:w="984"/>
        <w:gridCol w:w="1846"/>
        <w:gridCol w:w="1476"/>
        <w:gridCol w:w="1466"/>
        <w:gridCol w:w="1778"/>
      </w:tblGrid>
      <w:tr w:rsidR="00C86561" w:rsidRPr="007A2CE4" w14:paraId="2876F0D3" w14:textId="77777777" w:rsidTr="00C86561">
        <w:tc>
          <w:tcPr>
            <w:tcW w:w="899" w:type="dxa"/>
            <w:hideMark/>
          </w:tcPr>
          <w:p w14:paraId="7FF714DA" w14:textId="77777777" w:rsidR="00C86561" w:rsidRPr="007A2CE4" w:rsidRDefault="00C86561" w:rsidP="00C86561">
            <w:pPr>
              <w:rPr>
                <w:color w:val="1F1F1F"/>
                <w:sz w:val="28"/>
                <w:szCs w:val="28"/>
                <w:lang w:eastAsia="ru-RU"/>
              </w:rPr>
            </w:pPr>
            <w:r w:rsidRPr="007A2CE4">
              <w:rPr>
                <w:b/>
                <w:bCs/>
                <w:color w:val="1F1F1F"/>
                <w:sz w:val="28"/>
                <w:szCs w:val="28"/>
                <w:bdr w:val="none" w:sz="0" w:space="0" w:color="auto" w:frame="1"/>
                <w:lang w:eastAsia="ru-RU"/>
              </w:rPr>
              <w:t>№</w:t>
            </w:r>
          </w:p>
        </w:tc>
        <w:tc>
          <w:tcPr>
            <w:tcW w:w="1470" w:type="dxa"/>
            <w:hideMark/>
          </w:tcPr>
          <w:p w14:paraId="44E7F0D2" w14:textId="77777777" w:rsidR="00C86561" w:rsidRPr="007A2CE4" w:rsidRDefault="00C86561" w:rsidP="00C86561">
            <w:pPr>
              <w:rPr>
                <w:color w:val="1F1F1F"/>
                <w:sz w:val="28"/>
                <w:szCs w:val="28"/>
                <w:lang w:eastAsia="ru-RU"/>
              </w:rPr>
            </w:pPr>
            <w:r w:rsidRPr="007A2CE4">
              <w:rPr>
                <w:b/>
                <w:bCs/>
                <w:color w:val="1F1F1F"/>
                <w:sz w:val="28"/>
                <w:szCs w:val="28"/>
                <w:bdr w:val="none" w:sz="0" w:space="0" w:color="auto" w:frame="1"/>
                <w:lang w:eastAsia="ru-RU"/>
              </w:rPr>
              <w:t>Педагогтің аты-жөні</w:t>
            </w:r>
          </w:p>
        </w:tc>
        <w:tc>
          <w:tcPr>
            <w:tcW w:w="1390" w:type="dxa"/>
            <w:hideMark/>
          </w:tcPr>
          <w:p w14:paraId="110E8B6C" w14:textId="77777777" w:rsidR="00C86561" w:rsidRPr="007A2CE4" w:rsidRDefault="00C86561" w:rsidP="00C86561">
            <w:pPr>
              <w:rPr>
                <w:color w:val="1F1F1F"/>
                <w:sz w:val="28"/>
                <w:szCs w:val="28"/>
                <w:lang w:eastAsia="ru-RU"/>
              </w:rPr>
            </w:pPr>
            <w:r w:rsidRPr="007A2CE4">
              <w:rPr>
                <w:b/>
                <w:bCs/>
                <w:color w:val="1F1F1F"/>
                <w:sz w:val="28"/>
                <w:szCs w:val="28"/>
                <w:bdr w:val="none" w:sz="0" w:space="0" w:color="auto" w:frame="1"/>
                <w:lang w:eastAsia="ru-RU"/>
              </w:rPr>
              <w:t>Лауазымы / Беретін пәні</w:t>
            </w:r>
          </w:p>
        </w:tc>
        <w:tc>
          <w:tcPr>
            <w:tcW w:w="880" w:type="dxa"/>
          </w:tcPr>
          <w:p w14:paraId="76076D9F" w14:textId="77777777" w:rsidR="00C86561" w:rsidRPr="007A2CE4" w:rsidRDefault="00C86561" w:rsidP="00C86561">
            <w:pPr>
              <w:rPr>
                <w:b/>
                <w:bCs/>
                <w:color w:val="1F1F1F"/>
                <w:sz w:val="28"/>
                <w:szCs w:val="28"/>
                <w:bdr w:val="none" w:sz="0" w:space="0" w:color="auto" w:frame="1"/>
                <w:lang w:val="kk-KZ" w:eastAsia="ru-RU"/>
              </w:rPr>
            </w:pPr>
            <w:r w:rsidRPr="007A2CE4">
              <w:rPr>
                <w:b/>
                <w:bCs/>
                <w:color w:val="1F1F1F"/>
                <w:sz w:val="28"/>
                <w:szCs w:val="28"/>
                <w:bdr w:val="none" w:sz="0" w:space="0" w:color="auto" w:frame="1"/>
                <w:lang w:val="kk-KZ" w:eastAsia="ru-RU"/>
              </w:rPr>
              <w:t>Еңбек өтілі</w:t>
            </w:r>
          </w:p>
        </w:tc>
        <w:tc>
          <w:tcPr>
            <w:tcW w:w="1575" w:type="dxa"/>
            <w:hideMark/>
          </w:tcPr>
          <w:p w14:paraId="1605603B" w14:textId="77777777" w:rsidR="00C86561" w:rsidRPr="007A2CE4" w:rsidRDefault="00C86561" w:rsidP="00C86561">
            <w:pPr>
              <w:rPr>
                <w:color w:val="1F1F1F"/>
                <w:sz w:val="28"/>
                <w:szCs w:val="28"/>
                <w:lang w:eastAsia="ru-RU"/>
              </w:rPr>
            </w:pPr>
            <w:r w:rsidRPr="007A2CE4">
              <w:rPr>
                <w:b/>
                <w:bCs/>
                <w:color w:val="1F1F1F"/>
                <w:sz w:val="28"/>
                <w:szCs w:val="28"/>
                <w:bdr w:val="none" w:sz="0" w:space="0" w:color="auto" w:frame="1"/>
                <w:lang w:eastAsia="ru-RU"/>
              </w:rPr>
              <w:t>Курс атауы / Тематикасы</w:t>
            </w:r>
          </w:p>
        </w:tc>
        <w:tc>
          <w:tcPr>
            <w:tcW w:w="1214" w:type="dxa"/>
            <w:hideMark/>
          </w:tcPr>
          <w:p w14:paraId="67496776" w14:textId="77777777" w:rsidR="00C86561" w:rsidRPr="007A2CE4" w:rsidRDefault="00C86561" w:rsidP="00C86561">
            <w:pPr>
              <w:rPr>
                <w:color w:val="1F1F1F"/>
                <w:sz w:val="28"/>
                <w:szCs w:val="28"/>
                <w:lang w:eastAsia="ru-RU"/>
              </w:rPr>
            </w:pPr>
            <w:r w:rsidRPr="007A2CE4">
              <w:rPr>
                <w:b/>
                <w:bCs/>
                <w:color w:val="1F1F1F"/>
                <w:sz w:val="28"/>
                <w:szCs w:val="28"/>
                <w:bdr w:val="none" w:sz="0" w:space="0" w:color="auto" w:frame="1"/>
                <w:lang w:eastAsia="ru-RU"/>
              </w:rPr>
              <w:t xml:space="preserve">Курсты өткізген ұйым </w:t>
            </w:r>
          </w:p>
        </w:tc>
        <w:tc>
          <w:tcPr>
            <w:tcW w:w="1206" w:type="dxa"/>
            <w:hideMark/>
          </w:tcPr>
          <w:p w14:paraId="06130445" w14:textId="77777777" w:rsidR="00C86561" w:rsidRPr="007A2CE4" w:rsidRDefault="00C86561" w:rsidP="00C86561">
            <w:pPr>
              <w:rPr>
                <w:color w:val="1F1F1F"/>
                <w:sz w:val="28"/>
                <w:szCs w:val="28"/>
                <w:lang w:eastAsia="ru-RU"/>
              </w:rPr>
            </w:pPr>
            <w:r w:rsidRPr="007A2CE4">
              <w:rPr>
                <w:b/>
                <w:bCs/>
                <w:color w:val="1F1F1F"/>
                <w:sz w:val="28"/>
                <w:szCs w:val="28"/>
                <w:bdr w:val="none" w:sz="0" w:space="0" w:color="auto" w:frame="1"/>
                <w:lang w:eastAsia="ru-RU"/>
              </w:rPr>
              <w:t>Курс өткен жылы, айы</w:t>
            </w:r>
          </w:p>
        </w:tc>
        <w:tc>
          <w:tcPr>
            <w:tcW w:w="1856" w:type="dxa"/>
            <w:hideMark/>
          </w:tcPr>
          <w:p w14:paraId="22977BD9" w14:textId="77777777" w:rsidR="00C86561" w:rsidRPr="007A2CE4" w:rsidRDefault="00C86561" w:rsidP="00C86561">
            <w:pPr>
              <w:rPr>
                <w:color w:val="1F1F1F"/>
                <w:sz w:val="28"/>
                <w:szCs w:val="28"/>
                <w:lang w:eastAsia="ru-RU"/>
              </w:rPr>
            </w:pPr>
            <w:r w:rsidRPr="007A2CE4">
              <w:rPr>
                <w:b/>
                <w:bCs/>
                <w:color w:val="1F1F1F"/>
                <w:sz w:val="28"/>
                <w:szCs w:val="28"/>
                <w:bdr w:val="none" w:sz="0" w:space="0" w:color="auto" w:frame="1"/>
                <w:lang w:eastAsia="ru-RU"/>
              </w:rPr>
              <w:t>Сертификат нөмірі мен берілген күні</w:t>
            </w:r>
          </w:p>
        </w:tc>
      </w:tr>
      <w:tr w:rsidR="00C86561" w:rsidRPr="007A2CE4" w14:paraId="4AB7CCF3" w14:textId="77777777" w:rsidTr="00C86561">
        <w:tc>
          <w:tcPr>
            <w:tcW w:w="899" w:type="dxa"/>
          </w:tcPr>
          <w:p w14:paraId="7601A2F2" w14:textId="77777777" w:rsidR="00C86561" w:rsidRPr="007A2CE4" w:rsidRDefault="00C86561" w:rsidP="00C86561">
            <w:pPr>
              <w:rPr>
                <w:b/>
                <w:bCs/>
                <w:color w:val="1F1F1F"/>
                <w:sz w:val="28"/>
                <w:szCs w:val="28"/>
                <w:bdr w:val="none" w:sz="0" w:space="0" w:color="auto" w:frame="1"/>
                <w:lang w:val="kk-KZ" w:eastAsia="ru-RU"/>
              </w:rPr>
            </w:pPr>
            <w:r w:rsidRPr="007A2CE4">
              <w:rPr>
                <w:b/>
                <w:bCs/>
                <w:color w:val="1F1F1F"/>
                <w:sz w:val="28"/>
                <w:szCs w:val="28"/>
                <w:bdr w:val="none" w:sz="0" w:space="0" w:color="auto" w:frame="1"/>
                <w:lang w:val="kk-KZ" w:eastAsia="ru-RU"/>
              </w:rPr>
              <w:t>1</w:t>
            </w:r>
          </w:p>
        </w:tc>
        <w:tc>
          <w:tcPr>
            <w:tcW w:w="1470" w:type="dxa"/>
          </w:tcPr>
          <w:p w14:paraId="37D50504" w14:textId="77777777" w:rsidR="00C86561" w:rsidRPr="007A2CE4" w:rsidRDefault="00C86561" w:rsidP="00C86561">
            <w:pPr>
              <w:rPr>
                <w:b/>
                <w:bCs/>
                <w:color w:val="1F1F1F"/>
                <w:sz w:val="28"/>
                <w:szCs w:val="28"/>
                <w:bdr w:val="none" w:sz="0" w:space="0" w:color="auto" w:frame="1"/>
                <w:lang w:eastAsia="ru-RU"/>
              </w:rPr>
            </w:pPr>
            <w:r w:rsidRPr="007A2CE4">
              <w:rPr>
                <w:sz w:val="28"/>
                <w:szCs w:val="28"/>
                <w:lang w:val="kk-KZ"/>
              </w:rPr>
              <w:t>Умирбаева Оксана Дюсенбаевна</w:t>
            </w:r>
          </w:p>
        </w:tc>
        <w:tc>
          <w:tcPr>
            <w:tcW w:w="1390" w:type="dxa"/>
          </w:tcPr>
          <w:p w14:paraId="022E41E6" w14:textId="77777777" w:rsidR="00C86561" w:rsidRPr="007A2CE4" w:rsidRDefault="00C86561" w:rsidP="00C86561">
            <w:pPr>
              <w:rPr>
                <w:b/>
                <w:bCs/>
                <w:color w:val="1F1F1F"/>
                <w:sz w:val="28"/>
                <w:szCs w:val="28"/>
                <w:bdr w:val="none" w:sz="0" w:space="0" w:color="auto" w:frame="1"/>
                <w:lang w:val="kk-KZ" w:eastAsia="ru-RU"/>
              </w:rPr>
            </w:pPr>
            <w:r w:rsidRPr="007A2CE4">
              <w:rPr>
                <w:b/>
                <w:bCs/>
                <w:color w:val="1F1F1F"/>
                <w:sz w:val="28"/>
                <w:szCs w:val="28"/>
                <w:bdr w:val="none" w:sz="0" w:space="0" w:color="auto" w:frame="1"/>
                <w:lang w:val="kk-KZ" w:eastAsia="ru-RU"/>
              </w:rPr>
              <w:t xml:space="preserve">Музыка </w:t>
            </w:r>
          </w:p>
        </w:tc>
        <w:tc>
          <w:tcPr>
            <w:tcW w:w="880" w:type="dxa"/>
          </w:tcPr>
          <w:p w14:paraId="43A2C70E" w14:textId="77777777" w:rsidR="00C86561" w:rsidRPr="007A2CE4" w:rsidRDefault="00C86561" w:rsidP="00C86561">
            <w:pPr>
              <w:rPr>
                <w:b/>
                <w:bCs/>
                <w:color w:val="1F1F1F"/>
                <w:sz w:val="28"/>
                <w:szCs w:val="28"/>
                <w:bdr w:val="none" w:sz="0" w:space="0" w:color="auto" w:frame="1"/>
                <w:lang w:val="kk-KZ" w:eastAsia="ru-RU"/>
              </w:rPr>
            </w:pPr>
            <w:r w:rsidRPr="007A2CE4">
              <w:rPr>
                <w:b/>
                <w:bCs/>
                <w:color w:val="1F1F1F"/>
                <w:sz w:val="28"/>
                <w:szCs w:val="28"/>
                <w:bdr w:val="none" w:sz="0" w:space="0" w:color="auto" w:frame="1"/>
                <w:lang w:val="kk-KZ" w:eastAsia="ru-RU"/>
              </w:rPr>
              <w:t>27</w:t>
            </w:r>
          </w:p>
        </w:tc>
        <w:tc>
          <w:tcPr>
            <w:tcW w:w="1575" w:type="dxa"/>
          </w:tcPr>
          <w:p w14:paraId="56BB4E43" w14:textId="77777777" w:rsidR="00C86561" w:rsidRPr="007A2CE4" w:rsidRDefault="00C86561" w:rsidP="00C86561">
            <w:pPr>
              <w:jc w:val="center"/>
              <w:rPr>
                <w:sz w:val="28"/>
                <w:szCs w:val="28"/>
                <w:lang w:val="kk-KZ"/>
              </w:rPr>
            </w:pPr>
            <w:r w:rsidRPr="007A2CE4">
              <w:rPr>
                <w:sz w:val="28"/>
                <w:szCs w:val="28"/>
                <w:lang w:val="kk-KZ"/>
              </w:rPr>
              <w:t>«Қазіргі білім беру жағдайында музыка сабақтарынд</w:t>
            </w:r>
            <w:r w:rsidRPr="007A2CE4">
              <w:rPr>
                <w:sz w:val="28"/>
                <w:szCs w:val="28"/>
                <w:lang w:val="kk-KZ"/>
              </w:rPr>
              <w:lastRenderedPageBreak/>
              <w:t>а интерактивті оқыту»</w:t>
            </w:r>
          </w:p>
        </w:tc>
        <w:tc>
          <w:tcPr>
            <w:tcW w:w="1214" w:type="dxa"/>
          </w:tcPr>
          <w:p w14:paraId="6AB63994" w14:textId="77777777" w:rsidR="00C86561" w:rsidRPr="007A2CE4" w:rsidRDefault="00C86561" w:rsidP="00C86561">
            <w:pPr>
              <w:jc w:val="center"/>
              <w:rPr>
                <w:sz w:val="28"/>
                <w:szCs w:val="28"/>
                <w:lang w:val="kk-KZ"/>
              </w:rPr>
            </w:pPr>
            <w:r w:rsidRPr="007A2CE4">
              <w:rPr>
                <w:sz w:val="28"/>
                <w:szCs w:val="28"/>
                <w:lang w:val="kk-KZ"/>
              </w:rPr>
              <w:lastRenderedPageBreak/>
              <w:t xml:space="preserve">«Білім» қайта даярлау және біліктілік </w:t>
            </w:r>
            <w:r w:rsidRPr="007A2CE4">
              <w:rPr>
                <w:sz w:val="28"/>
                <w:szCs w:val="28"/>
                <w:lang w:val="kk-KZ"/>
              </w:rPr>
              <w:lastRenderedPageBreak/>
              <w:t>арттыру институты</w:t>
            </w:r>
          </w:p>
        </w:tc>
        <w:tc>
          <w:tcPr>
            <w:tcW w:w="1206" w:type="dxa"/>
          </w:tcPr>
          <w:p w14:paraId="6BCBC96A" w14:textId="77777777" w:rsidR="00C86561" w:rsidRPr="007A2CE4" w:rsidRDefault="00C86561" w:rsidP="00C86561">
            <w:pPr>
              <w:rPr>
                <w:b/>
                <w:bCs/>
                <w:color w:val="1F1F1F"/>
                <w:sz w:val="28"/>
                <w:szCs w:val="28"/>
                <w:bdr w:val="none" w:sz="0" w:space="0" w:color="auto" w:frame="1"/>
                <w:lang w:val="kk-KZ" w:eastAsia="ru-RU"/>
              </w:rPr>
            </w:pPr>
            <w:r w:rsidRPr="007A2CE4">
              <w:rPr>
                <w:sz w:val="28"/>
                <w:szCs w:val="28"/>
                <w:lang w:val="kk-KZ"/>
              </w:rPr>
              <w:lastRenderedPageBreak/>
              <w:t>29.06.2026</w:t>
            </w:r>
          </w:p>
        </w:tc>
        <w:tc>
          <w:tcPr>
            <w:tcW w:w="1856" w:type="dxa"/>
          </w:tcPr>
          <w:p w14:paraId="03FAE1DF" w14:textId="77777777" w:rsidR="00C86561" w:rsidRPr="007A2CE4" w:rsidRDefault="00C86561" w:rsidP="00C86561">
            <w:pPr>
              <w:rPr>
                <w:b/>
                <w:bCs/>
                <w:color w:val="1F1F1F"/>
                <w:sz w:val="28"/>
                <w:szCs w:val="28"/>
                <w:bdr w:val="none" w:sz="0" w:space="0" w:color="auto" w:frame="1"/>
                <w:lang w:val="kk-KZ" w:eastAsia="ru-RU"/>
              </w:rPr>
            </w:pPr>
            <w:r w:rsidRPr="007A2CE4">
              <w:rPr>
                <w:b/>
                <w:bCs/>
                <w:color w:val="1F1F1F"/>
                <w:sz w:val="28"/>
                <w:szCs w:val="28"/>
                <w:bdr w:val="none" w:sz="0" w:space="0" w:color="auto" w:frame="1"/>
                <w:lang w:val="kk-KZ" w:eastAsia="ru-RU"/>
              </w:rPr>
              <w:t>№13904</w:t>
            </w:r>
          </w:p>
        </w:tc>
      </w:tr>
    </w:tbl>
    <w:p w14:paraId="083E752D" w14:textId="77777777" w:rsidR="00C86561" w:rsidRPr="007A2CE4" w:rsidRDefault="00C86561" w:rsidP="00C86561">
      <w:pPr>
        <w:pStyle w:val="ds-markdown-paragraph"/>
        <w:shd w:val="clear" w:color="auto" w:fill="FFFFFF"/>
        <w:spacing w:before="240" w:beforeAutospacing="0" w:after="240" w:afterAutospacing="0"/>
        <w:contextualSpacing/>
        <w:jc w:val="both"/>
        <w:rPr>
          <w:sz w:val="28"/>
          <w:szCs w:val="28"/>
          <w:lang w:val="kk-KZ"/>
        </w:rPr>
      </w:pPr>
      <w:r w:rsidRPr="007A2CE4">
        <w:rPr>
          <w:sz w:val="28"/>
          <w:szCs w:val="28"/>
          <w:lang w:val="kk-KZ"/>
        </w:rPr>
        <w:t>г) Қазақ тілі мен әдебиеті пәні мұғалімдерінің біліктілігін арттыру</w:t>
      </w:r>
    </w:p>
    <w:tbl>
      <w:tblPr>
        <w:tblStyle w:val="12"/>
        <w:tblW w:w="11483" w:type="dxa"/>
        <w:tblInd w:w="-743" w:type="dxa"/>
        <w:tblLook w:val="04A0" w:firstRow="1" w:lastRow="0" w:firstColumn="1" w:lastColumn="0" w:noHBand="0" w:noVBand="1"/>
      </w:tblPr>
      <w:tblGrid>
        <w:gridCol w:w="498"/>
        <w:gridCol w:w="2194"/>
        <w:gridCol w:w="1586"/>
        <w:gridCol w:w="990"/>
        <w:gridCol w:w="2346"/>
        <w:gridCol w:w="1373"/>
        <w:gridCol w:w="1670"/>
        <w:gridCol w:w="1791"/>
      </w:tblGrid>
      <w:tr w:rsidR="00DF1E13" w:rsidRPr="007A2CE4" w14:paraId="7FB284E9" w14:textId="77777777" w:rsidTr="00582BB7">
        <w:tc>
          <w:tcPr>
            <w:tcW w:w="498" w:type="dxa"/>
            <w:hideMark/>
          </w:tcPr>
          <w:p w14:paraId="5F21EC3A" w14:textId="77777777" w:rsidR="00C86561" w:rsidRPr="007A2CE4" w:rsidRDefault="00C86561" w:rsidP="00C86561">
            <w:pPr>
              <w:rPr>
                <w:color w:val="1F1F1F"/>
                <w:sz w:val="28"/>
                <w:szCs w:val="28"/>
              </w:rPr>
            </w:pPr>
            <w:r w:rsidRPr="007A2CE4">
              <w:rPr>
                <w:b/>
                <w:bCs/>
                <w:color w:val="1F1F1F"/>
                <w:sz w:val="28"/>
                <w:szCs w:val="28"/>
                <w:bdr w:val="none" w:sz="0" w:space="0" w:color="auto" w:frame="1"/>
              </w:rPr>
              <w:t>№</w:t>
            </w:r>
          </w:p>
        </w:tc>
        <w:tc>
          <w:tcPr>
            <w:tcW w:w="2194" w:type="dxa"/>
            <w:hideMark/>
          </w:tcPr>
          <w:p w14:paraId="337065B5" w14:textId="77777777" w:rsidR="00C86561" w:rsidRPr="007A2CE4" w:rsidRDefault="00C86561" w:rsidP="00C86561">
            <w:pPr>
              <w:rPr>
                <w:color w:val="1F1F1F"/>
                <w:sz w:val="28"/>
                <w:szCs w:val="28"/>
              </w:rPr>
            </w:pPr>
            <w:r w:rsidRPr="007A2CE4">
              <w:rPr>
                <w:b/>
                <w:bCs/>
                <w:color w:val="1F1F1F"/>
                <w:sz w:val="28"/>
                <w:szCs w:val="28"/>
                <w:bdr w:val="none" w:sz="0" w:space="0" w:color="auto" w:frame="1"/>
              </w:rPr>
              <w:t>Педагогтің аты-жөні</w:t>
            </w:r>
          </w:p>
        </w:tc>
        <w:tc>
          <w:tcPr>
            <w:tcW w:w="1586" w:type="dxa"/>
            <w:hideMark/>
          </w:tcPr>
          <w:p w14:paraId="79FA9529" w14:textId="77777777" w:rsidR="00C86561" w:rsidRPr="007A2CE4" w:rsidRDefault="00C86561" w:rsidP="00C86561">
            <w:pPr>
              <w:rPr>
                <w:color w:val="1F1F1F"/>
                <w:sz w:val="28"/>
                <w:szCs w:val="28"/>
              </w:rPr>
            </w:pPr>
            <w:r w:rsidRPr="007A2CE4">
              <w:rPr>
                <w:b/>
                <w:bCs/>
                <w:color w:val="1F1F1F"/>
                <w:sz w:val="28"/>
                <w:szCs w:val="28"/>
                <w:bdr w:val="none" w:sz="0" w:space="0" w:color="auto" w:frame="1"/>
              </w:rPr>
              <w:t>Лауазымы / Беретін пәні</w:t>
            </w:r>
          </w:p>
        </w:tc>
        <w:tc>
          <w:tcPr>
            <w:tcW w:w="990" w:type="dxa"/>
          </w:tcPr>
          <w:p w14:paraId="1D393FE1" w14:textId="77777777" w:rsidR="00C86561" w:rsidRPr="007A2CE4" w:rsidRDefault="00C86561" w:rsidP="00C86561">
            <w:pPr>
              <w:rPr>
                <w:b/>
                <w:bCs/>
                <w:color w:val="1F1F1F"/>
                <w:sz w:val="28"/>
                <w:szCs w:val="28"/>
                <w:bdr w:val="none" w:sz="0" w:space="0" w:color="auto" w:frame="1"/>
                <w:lang w:val="kk-KZ"/>
              </w:rPr>
            </w:pPr>
            <w:r w:rsidRPr="007A2CE4">
              <w:rPr>
                <w:b/>
                <w:bCs/>
                <w:color w:val="1F1F1F"/>
                <w:sz w:val="28"/>
                <w:szCs w:val="28"/>
                <w:bdr w:val="none" w:sz="0" w:space="0" w:color="auto" w:frame="1"/>
                <w:lang w:val="kk-KZ"/>
              </w:rPr>
              <w:t>Еңбек өтілі</w:t>
            </w:r>
          </w:p>
        </w:tc>
        <w:tc>
          <w:tcPr>
            <w:tcW w:w="2346" w:type="dxa"/>
            <w:hideMark/>
          </w:tcPr>
          <w:p w14:paraId="3854697D" w14:textId="77777777" w:rsidR="00C86561" w:rsidRPr="007A2CE4" w:rsidRDefault="00C86561" w:rsidP="00C86561">
            <w:pPr>
              <w:rPr>
                <w:color w:val="1F1F1F"/>
                <w:sz w:val="28"/>
                <w:szCs w:val="28"/>
              </w:rPr>
            </w:pPr>
            <w:r w:rsidRPr="007A2CE4">
              <w:rPr>
                <w:b/>
                <w:bCs/>
                <w:color w:val="1F1F1F"/>
                <w:sz w:val="28"/>
                <w:szCs w:val="28"/>
                <w:bdr w:val="none" w:sz="0" w:space="0" w:color="auto" w:frame="1"/>
              </w:rPr>
              <w:t>Курс атауы / Тематикасы</w:t>
            </w:r>
          </w:p>
        </w:tc>
        <w:tc>
          <w:tcPr>
            <w:tcW w:w="1373" w:type="dxa"/>
            <w:hideMark/>
          </w:tcPr>
          <w:p w14:paraId="195FB695" w14:textId="77777777" w:rsidR="00C86561" w:rsidRPr="007A2CE4" w:rsidRDefault="00C86561" w:rsidP="00C86561">
            <w:pPr>
              <w:rPr>
                <w:color w:val="1F1F1F"/>
                <w:sz w:val="28"/>
                <w:szCs w:val="28"/>
              </w:rPr>
            </w:pPr>
            <w:r w:rsidRPr="007A2CE4">
              <w:rPr>
                <w:b/>
                <w:bCs/>
                <w:color w:val="1F1F1F"/>
                <w:sz w:val="28"/>
                <w:szCs w:val="28"/>
                <w:bdr w:val="none" w:sz="0" w:space="0" w:color="auto" w:frame="1"/>
              </w:rPr>
              <w:t xml:space="preserve">Курсты өткізген ұйым </w:t>
            </w:r>
          </w:p>
        </w:tc>
        <w:tc>
          <w:tcPr>
            <w:tcW w:w="1670" w:type="dxa"/>
            <w:hideMark/>
          </w:tcPr>
          <w:p w14:paraId="07EC2143" w14:textId="77777777" w:rsidR="00C86561" w:rsidRPr="007A2CE4" w:rsidRDefault="00C86561" w:rsidP="00C86561">
            <w:pPr>
              <w:rPr>
                <w:color w:val="1F1F1F"/>
                <w:sz w:val="28"/>
                <w:szCs w:val="28"/>
              </w:rPr>
            </w:pPr>
            <w:r w:rsidRPr="007A2CE4">
              <w:rPr>
                <w:b/>
                <w:bCs/>
                <w:color w:val="1F1F1F"/>
                <w:sz w:val="28"/>
                <w:szCs w:val="28"/>
                <w:bdr w:val="none" w:sz="0" w:space="0" w:color="auto" w:frame="1"/>
              </w:rPr>
              <w:t>Курс өткен жылы, айы</w:t>
            </w:r>
          </w:p>
        </w:tc>
        <w:tc>
          <w:tcPr>
            <w:tcW w:w="826" w:type="dxa"/>
            <w:hideMark/>
          </w:tcPr>
          <w:p w14:paraId="08C4C47C" w14:textId="77777777" w:rsidR="00C86561" w:rsidRPr="007A2CE4" w:rsidRDefault="00C86561" w:rsidP="00C86561">
            <w:pPr>
              <w:rPr>
                <w:color w:val="1F1F1F"/>
                <w:sz w:val="28"/>
                <w:szCs w:val="28"/>
              </w:rPr>
            </w:pPr>
            <w:r w:rsidRPr="007A2CE4">
              <w:rPr>
                <w:b/>
                <w:bCs/>
                <w:color w:val="1F1F1F"/>
                <w:sz w:val="28"/>
                <w:szCs w:val="28"/>
                <w:bdr w:val="none" w:sz="0" w:space="0" w:color="auto" w:frame="1"/>
              </w:rPr>
              <w:t>Сертификат нөмірі мен берілген күні</w:t>
            </w:r>
          </w:p>
        </w:tc>
      </w:tr>
      <w:tr w:rsidR="00DF1E13" w:rsidRPr="007A2CE4" w14:paraId="57D4415A" w14:textId="77777777" w:rsidTr="00582BB7">
        <w:tc>
          <w:tcPr>
            <w:tcW w:w="498" w:type="dxa"/>
          </w:tcPr>
          <w:p w14:paraId="7EA1E3DD" w14:textId="77777777" w:rsidR="00C86561" w:rsidRPr="007A2CE4" w:rsidRDefault="00C86561" w:rsidP="00C86561">
            <w:pPr>
              <w:rPr>
                <w:b/>
                <w:bCs/>
                <w:color w:val="1F1F1F"/>
                <w:sz w:val="28"/>
                <w:szCs w:val="28"/>
                <w:bdr w:val="none" w:sz="0" w:space="0" w:color="auto" w:frame="1"/>
                <w:lang w:val="kk-KZ"/>
              </w:rPr>
            </w:pPr>
            <w:r w:rsidRPr="007A2CE4">
              <w:rPr>
                <w:b/>
                <w:bCs/>
                <w:color w:val="1F1F1F"/>
                <w:sz w:val="28"/>
                <w:szCs w:val="28"/>
                <w:bdr w:val="none" w:sz="0" w:space="0" w:color="auto" w:frame="1"/>
                <w:lang w:val="kk-KZ"/>
              </w:rPr>
              <w:t>1</w:t>
            </w:r>
          </w:p>
        </w:tc>
        <w:tc>
          <w:tcPr>
            <w:tcW w:w="2194" w:type="dxa"/>
          </w:tcPr>
          <w:p w14:paraId="23AF93FE" w14:textId="77777777" w:rsidR="00C86561" w:rsidRPr="007A2CE4" w:rsidRDefault="00C86561" w:rsidP="00C86561">
            <w:pPr>
              <w:rPr>
                <w:sz w:val="28"/>
                <w:szCs w:val="28"/>
                <w:lang w:val="kk-KZ"/>
              </w:rPr>
            </w:pPr>
            <w:r w:rsidRPr="007A2CE4">
              <w:rPr>
                <w:sz w:val="28"/>
                <w:szCs w:val="28"/>
                <w:lang w:val="kk-KZ"/>
              </w:rPr>
              <w:t>Есебаева Орынкуль Жанузаковна</w:t>
            </w:r>
          </w:p>
        </w:tc>
        <w:tc>
          <w:tcPr>
            <w:tcW w:w="1586" w:type="dxa"/>
          </w:tcPr>
          <w:p w14:paraId="21CD30BF" w14:textId="77777777" w:rsidR="00C86561" w:rsidRPr="007A2CE4" w:rsidRDefault="00C86561" w:rsidP="00C86561">
            <w:pPr>
              <w:rPr>
                <w:sz w:val="28"/>
                <w:szCs w:val="28"/>
              </w:rPr>
            </w:pPr>
            <w:r w:rsidRPr="007A2CE4">
              <w:rPr>
                <w:sz w:val="28"/>
                <w:szCs w:val="28"/>
                <w:lang w:val="kk-KZ"/>
              </w:rPr>
              <w:t>Қазақ тілі мен әдебиеті</w:t>
            </w:r>
          </w:p>
        </w:tc>
        <w:tc>
          <w:tcPr>
            <w:tcW w:w="990" w:type="dxa"/>
          </w:tcPr>
          <w:p w14:paraId="57D3CF13" w14:textId="77777777" w:rsidR="00C86561" w:rsidRPr="007A2CE4" w:rsidRDefault="00C86561" w:rsidP="00C86561">
            <w:pPr>
              <w:rPr>
                <w:b/>
                <w:bCs/>
                <w:color w:val="1F1F1F"/>
                <w:sz w:val="28"/>
                <w:szCs w:val="28"/>
                <w:bdr w:val="none" w:sz="0" w:space="0" w:color="auto" w:frame="1"/>
                <w:lang w:val="kk-KZ"/>
              </w:rPr>
            </w:pPr>
            <w:r w:rsidRPr="007A2CE4">
              <w:rPr>
                <w:b/>
                <w:bCs/>
                <w:color w:val="1F1F1F"/>
                <w:sz w:val="28"/>
                <w:szCs w:val="28"/>
                <w:bdr w:val="none" w:sz="0" w:space="0" w:color="auto" w:frame="1"/>
                <w:lang w:val="kk-KZ"/>
              </w:rPr>
              <w:t>12</w:t>
            </w:r>
          </w:p>
        </w:tc>
        <w:tc>
          <w:tcPr>
            <w:tcW w:w="2346" w:type="dxa"/>
          </w:tcPr>
          <w:p w14:paraId="73BBF4E0" w14:textId="77777777" w:rsidR="00C86561" w:rsidRPr="007A2CE4" w:rsidRDefault="00C86561" w:rsidP="00C86561">
            <w:pPr>
              <w:rPr>
                <w:sz w:val="28"/>
                <w:szCs w:val="28"/>
                <w:lang w:val="kk-KZ"/>
              </w:rPr>
            </w:pPr>
            <w:r w:rsidRPr="007A2CE4">
              <w:rPr>
                <w:sz w:val="28"/>
                <w:szCs w:val="28"/>
                <w:lang w:val="kk-KZ"/>
              </w:rPr>
              <w:t>«Қазақ тілі» және «Қазақ әдебиеті» пәні мұғалімдерінің құзыреттіліктерін дамыту»</w:t>
            </w:r>
          </w:p>
        </w:tc>
        <w:tc>
          <w:tcPr>
            <w:tcW w:w="1373" w:type="dxa"/>
          </w:tcPr>
          <w:p w14:paraId="0CAE2193" w14:textId="77777777" w:rsidR="00C86561" w:rsidRPr="007A2CE4" w:rsidRDefault="00C86561" w:rsidP="00C86561">
            <w:pPr>
              <w:rPr>
                <w:sz w:val="28"/>
                <w:szCs w:val="28"/>
                <w:lang w:val="kk-KZ"/>
              </w:rPr>
            </w:pPr>
            <w:r w:rsidRPr="007A2CE4">
              <w:rPr>
                <w:sz w:val="28"/>
                <w:szCs w:val="28"/>
                <w:lang w:val="kk-KZ"/>
              </w:rPr>
              <w:t>«Өрлеу» БАҰОАҚ</w:t>
            </w:r>
          </w:p>
        </w:tc>
        <w:tc>
          <w:tcPr>
            <w:tcW w:w="1670" w:type="dxa"/>
          </w:tcPr>
          <w:p w14:paraId="0F4AC2F9" w14:textId="77777777" w:rsidR="00C86561" w:rsidRPr="007A2CE4" w:rsidRDefault="00C86561" w:rsidP="00C86561">
            <w:pPr>
              <w:rPr>
                <w:sz w:val="28"/>
                <w:szCs w:val="28"/>
                <w:lang w:val="kk-KZ"/>
              </w:rPr>
            </w:pPr>
            <w:r w:rsidRPr="007A2CE4">
              <w:rPr>
                <w:sz w:val="28"/>
                <w:szCs w:val="28"/>
                <w:lang w:val="kk-KZ"/>
              </w:rPr>
              <w:t>11.03.-20.03.2024ж</w:t>
            </w:r>
          </w:p>
        </w:tc>
        <w:tc>
          <w:tcPr>
            <w:tcW w:w="826" w:type="dxa"/>
          </w:tcPr>
          <w:p w14:paraId="42267145" w14:textId="77777777" w:rsidR="00C86561" w:rsidRPr="007A2CE4" w:rsidRDefault="00C86561" w:rsidP="00C86561">
            <w:pPr>
              <w:rPr>
                <w:b/>
                <w:bCs/>
                <w:color w:val="1F1F1F"/>
                <w:sz w:val="28"/>
                <w:szCs w:val="28"/>
                <w:bdr w:val="none" w:sz="0" w:space="0" w:color="auto" w:frame="1"/>
                <w:lang w:val="kk-KZ"/>
              </w:rPr>
            </w:pPr>
            <w:r w:rsidRPr="007A2CE4">
              <w:rPr>
                <w:b/>
                <w:bCs/>
                <w:color w:val="1F1F1F"/>
                <w:sz w:val="28"/>
                <w:szCs w:val="28"/>
                <w:bdr w:val="none" w:sz="0" w:space="0" w:color="auto" w:frame="1"/>
                <w:lang w:val="kk-KZ"/>
              </w:rPr>
              <w:t>№0801426</w:t>
            </w:r>
          </w:p>
        </w:tc>
      </w:tr>
      <w:tr w:rsidR="00DF1E13" w:rsidRPr="007A2CE4" w14:paraId="45F90CD3" w14:textId="77777777" w:rsidTr="00582BB7">
        <w:tc>
          <w:tcPr>
            <w:tcW w:w="498" w:type="dxa"/>
          </w:tcPr>
          <w:p w14:paraId="04DBF902" w14:textId="77777777" w:rsidR="00C86561" w:rsidRPr="007A2CE4" w:rsidRDefault="00C86561" w:rsidP="00C86561">
            <w:pPr>
              <w:rPr>
                <w:b/>
                <w:bCs/>
                <w:color w:val="1F1F1F"/>
                <w:sz w:val="28"/>
                <w:szCs w:val="28"/>
                <w:bdr w:val="none" w:sz="0" w:space="0" w:color="auto" w:frame="1"/>
                <w:lang w:val="kk-KZ"/>
              </w:rPr>
            </w:pPr>
            <w:r w:rsidRPr="007A2CE4">
              <w:rPr>
                <w:b/>
                <w:bCs/>
                <w:color w:val="1F1F1F"/>
                <w:sz w:val="28"/>
                <w:szCs w:val="28"/>
                <w:bdr w:val="none" w:sz="0" w:space="0" w:color="auto" w:frame="1"/>
                <w:lang w:val="kk-KZ"/>
              </w:rPr>
              <w:t>2</w:t>
            </w:r>
          </w:p>
        </w:tc>
        <w:tc>
          <w:tcPr>
            <w:tcW w:w="2194" w:type="dxa"/>
          </w:tcPr>
          <w:p w14:paraId="05EC7701" w14:textId="77777777" w:rsidR="00C86561" w:rsidRPr="007A2CE4" w:rsidRDefault="00C86561" w:rsidP="00C86561">
            <w:pPr>
              <w:rPr>
                <w:sz w:val="28"/>
                <w:szCs w:val="28"/>
                <w:lang w:val="kk-KZ"/>
              </w:rPr>
            </w:pPr>
            <w:r w:rsidRPr="007A2CE4">
              <w:rPr>
                <w:sz w:val="28"/>
                <w:szCs w:val="28"/>
                <w:lang w:val="kk-KZ"/>
              </w:rPr>
              <w:t>Түсіп Батима Мақсұтқызы</w:t>
            </w:r>
          </w:p>
        </w:tc>
        <w:tc>
          <w:tcPr>
            <w:tcW w:w="1586" w:type="dxa"/>
          </w:tcPr>
          <w:p w14:paraId="5B9E1A75" w14:textId="77777777" w:rsidR="00C86561" w:rsidRPr="007A2CE4" w:rsidRDefault="00C86561" w:rsidP="00C86561">
            <w:pPr>
              <w:rPr>
                <w:sz w:val="28"/>
                <w:szCs w:val="28"/>
              </w:rPr>
            </w:pPr>
            <w:r w:rsidRPr="007A2CE4">
              <w:rPr>
                <w:sz w:val="28"/>
                <w:szCs w:val="28"/>
                <w:lang w:val="kk-KZ"/>
              </w:rPr>
              <w:t>Қазақ тілі мен әдебиеті</w:t>
            </w:r>
          </w:p>
        </w:tc>
        <w:tc>
          <w:tcPr>
            <w:tcW w:w="990" w:type="dxa"/>
          </w:tcPr>
          <w:p w14:paraId="5B69E414" w14:textId="77777777" w:rsidR="00C86561" w:rsidRPr="007A2CE4" w:rsidRDefault="00C86561" w:rsidP="00C86561">
            <w:pPr>
              <w:rPr>
                <w:b/>
                <w:bCs/>
                <w:color w:val="1F1F1F"/>
                <w:sz w:val="28"/>
                <w:szCs w:val="28"/>
                <w:bdr w:val="none" w:sz="0" w:space="0" w:color="auto" w:frame="1"/>
                <w:lang w:val="kk-KZ"/>
              </w:rPr>
            </w:pPr>
            <w:r w:rsidRPr="007A2CE4">
              <w:rPr>
                <w:b/>
                <w:bCs/>
                <w:color w:val="1F1F1F"/>
                <w:sz w:val="28"/>
                <w:szCs w:val="28"/>
                <w:bdr w:val="none" w:sz="0" w:space="0" w:color="auto" w:frame="1"/>
                <w:lang w:val="kk-KZ"/>
              </w:rPr>
              <w:t>26</w:t>
            </w:r>
          </w:p>
        </w:tc>
        <w:tc>
          <w:tcPr>
            <w:tcW w:w="2346" w:type="dxa"/>
          </w:tcPr>
          <w:p w14:paraId="085FAA7C" w14:textId="77777777" w:rsidR="00C86561" w:rsidRPr="007A2CE4" w:rsidRDefault="00C86561" w:rsidP="00C86561">
            <w:pPr>
              <w:jc w:val="center"/>
              <w:rPr>
                <w:sz w:val="28"/>
                <w:szCs w:val="28"/>
                <w:lang w:val="kk-KZ"/>
              </w:rPr>
            </w:pPr>
            <w:r w:rsidRPr="007A2CE4">
              <w:rPr>
                <w:sz w:val="28"/>
                <w:szCs w:val="28"/>
                <w:lang w:val="kk-KZ"/>
              </w:rPr>
              <w:t>«Қазақ тілі» және «Қазақ әдебиеті» пәндері  мұғалімдерінің пәндік және кәсіби құзыреттіліктерін дамыту»</w:t>
            </w:r>
          </w:p>
        </w:tc>
        <w:tc>
          <w:tcPr>
            <w:tcW w:w="1373" w:type="dxa"/>
          </w:tcPr>
          <w:p w14:paraId="591C1B01" w14:textId="77777777" w:rsidR="00C86561" w:rsidRPr="007A2CE4" w:rsidRDefault="00C86561" w:rsidP="00C86561">
            <w:pPr>
              <w:jc w:val="center"/>
              <w:rPr>
                <w:sz w:val="28"/>
                <w:szCs w:val="28"/>
                <w:lang w:val="kk-KZ"/>
              </w:rPr>
            </w:pPr>
            <w:r w:rsidRPr="007A2CE4">
              <w:rPr>
                <w:sz w:val="28"/>
                <w:szCs w:val="28"/>
                <w:lang w:val="kk-KZ"/>
              </w:rPr>
              <w:t>«Өрлеу» БАҰОАҚ</w:t>
            </w:r>
          </w:p>
        </w:tc>
        <w:tc>
          <w:tcPr>
            <w:tcW w:w="1670" w:type="dxa"/>
          </w:tcPr>
          <w:p w14:paraId="2644EBE7" w14:textId="77777777" w:rsidR="00C86561" w:rsidRPr="007A2CE4" w:rsidRDefault="00C86561" w:rsidP="00C86561">
            <w:pPr>
              <w:jc w:val="center"/>
              <w:rPr>
                <w:sz w:val="28"/>
                <w:szCs w:val="28"/>
                <w:lang w:val="kk-KZ"/>
              </w:rPr>
            </w:pPr>
            <w:r w:rsidRPr="007A2CE4">
              <w:rPr>
                <w:sz w:val="28"/>
                <w:szCs w:val="28"/>
                <w:lang w:val="kk-KZ"/>
              </w:rPr>
              <w:t>03.02.2025-14.02.2025ж</w:t>
            </w:r>
          </w:p>
        </w:tc>
        <w:tc>
          <w:tcPr>
            <w:tcW w:w="826" w:type="dxa"/>
          </w:tcPr>
          <w:p w14:paraId="3D1ABE08" w14:textId="77777777" w:rsidR="00C86561" w:rsidRPr="007A2CE4" w:rsidRDefault="00C86561" w:rsidP="00C86561">
            <w:pPr>
              <w:rPr>
                <w:b/>
                <w:bCs/>
                <w:color w:val="1F1F1F"/>
                <w:sz w:val="28"/>
                <w:szCs w:val="28"/>
                <w:bdr w:val="none" w:sz="0" w:space="0" w:color="auto" w:frame="1"/>
                <w:lang w:val="kk-KZ"/>
              </w:rPr>
            </w:pPr>
            <w:r w:rsidRPr="007A2CE4">
              <w:rPr>
                <w:b/>
                <w:bCs/>
                <w:color w:val="1F1F1F"/>
                <w:sz w:val="28"/>
                <w:szCs w:val="28"/>
                <w:bdr w:val="none" w:sz="0" w:space="0" w:color="auto" w:frame="1"/>
                <w:lang w:val="kk-KZ"/>
              </w:rPr>
              <w:t>№0809377</w:t>
            </w:r>
          </w:p>
        </w:tc>
      </w:tr>
      <w:tr w:rsidR="00DF1E13" w:rsidRPr="007A2CE4" w14:paraId="05A84AB1" w14:textId="77777777" w:rsidTr="00582BB7">
        <w:tc>
          <w:tcPr>
            <w:tcW w:w="498" w:type="dxa"/>
          </w:tcPr>
          <w:p w14:paraId="7E6DE546" w14:textId="77777777" w:rsidR="00C86561" w:rsidRPr="007A2CE4" w:rsidRDefault="00C86561" w:rsidP="00C86561">
            <w:pPr>
              <w:rPr>
                <w:b/>
                <w:bCs/>
                <w:color w:val="1F1F1F"/>
                <w:sz w:val="28"/>
                <w:szCs w:val="28"/>
                <w:bdr w:val="none" w:sz="0" w:space="0" w:color="auto" w:frame="1"/>
                <w:lang w:val="kk-KZ"/>
              </w:rPr>
            </w:pPr>
            <w:r w:rsidRPr="007A2CE4">
              <w:rPr>
                <w:b/>
                <w:bCs/>
                <w:color w:val="1F1F1F"/>
                <w:sz w:val="28"/>
                <w:szCs w:val="28"/>
                <w:bdr w:val="none" w:sz="0" w:space="0" w:color="auto" w:frame="1"/>
                <w:lang w:val="kk-KZ"/>
              </w:rPr>
              <w:t>3</w:t>
            </w:r>
          </w:p>
        </w:tc>
        <w:tc>
          <w:tcPr>
            <w:tcW w:w="2194" w:type="dxa"/>
          </w:tcPr>
          <w:p w14:paraId="59019A7A" w14:textId="77777777" w:rsidR="00C86561" w:rsidRPr="007A2CE4" w:rsidRDefault="00C86561" w:rsidP="00C86561">
            <w:pPr>
              <w:rPr>
                <w:sz w:val="28"/>
                <w:szCs w:val="28"/>
                <w:lang w:val="kk-KZ"/>
              </w:rPr>
            </w:pPr>
            <w:r w:rsidRPr="007A2CE4">
              <w:rPr>
                <w:sz w:val="28"/>
                <w:szCs w:val="28"/>
                <w:lang w:val="kk-KZ"/>
              </w:rPr>
              <w:t>Сатыбалы Әсем Аманжолқызы</w:t>
            </w:r>
          </w:p>
        </w:tc>
        <w:tc>
          <w:tcPr>
            <w:tcW w:w="1586" w:type="dxa"/>
          </w:tcPr>
          <w:p w14:paraId="2D901177" w14:textId="77777777" w:rsidR="00C86561" w:rsidRPr="007A2CE4" w:rsidRDefault="00C86561" w:rsidP="00C86561">
            <w:pPr>
              <w:rPr>
                <w:sz w:val="28"/>
                <w:szCs w:val="28"/>
              </w:rPr>
            </w:pPr>
            <w:r w:rsidRPr="007A2CE4">
              <w:rPr>
                <w:sz w:val="28"/>
                <w:szCs w:val="28"/>
                <w:lang w:val="kk-KZ"/>
              </w:rPr>
              <w:t>Қазақ тілі мен әдебиеті</w:t>
            </w:r>
          </w:p>
        </w:tc>
        <w:tc>
          <w:tcPr>
            <w:tcW w:w="990" w:type="dxa"/>
          </w:tcPr>
          <w:p w14:paraId="0AFABF3A" w14:textId="77777777" w:rsidR="00C86561" w:rsidRPr="007A2CE4" w:rsidRDefault="00C86561" w:rsidP="00C86561">
            <w:pPr>
              <w:rPr>
                <w:b/>
                <w:bCs/>
                <w:color w:val="1F1F1F"/>
                <w:sz w:val="28"/>
                <w:szCs w:val="28"/>
                <w:bdr w:val="none" w:sz="0" w:space="0" w:color="auto" w:frame="1"/>
                <w:lang w:val="kk-KZ"/>
              </w:rPr>
            </w:pPr>
            <w:r w:rsidRPr="007A2CE4">
              <w:rPr>
                <w:b/>
                <w:bCs/>
                <w:color w:val="1F1F1F"/>
                <w:sz w:val="28"/>
                <w:szCs w:val="28"/>
                <w:bdr w:val="none" w:sz="0" w:space="0" w:color="auto" w:frame="1"/>
                <w:lang w:val="kk-KZ"/>
              </w:rPr>
              <w:t>10</w:t>
            </w:r>
          </w:p>
        </w:tc>
        <w:tc>
          <w:tcPr>
            <w:tcW w:w="2346" w:type="dxa"/>
          </w:tcPr>
          <w:p w14:paraId="5086C200" w14:textId="77777777" w:rsidR="00C86561" w:rsidRPr="007A2CE4" w:rsidRDefault="00C86561" w:rsidP="00C86561">
            <w:pPr>
              <w:jc w:val="center"/>
              <w:rPr>
                <w:sz w:val="28"/>
                <w:szCs w:val="28"/>
                <w:lang w:val="kk-KZ"/>
              </w:rPr>
            </w:pPr>
            <w:r w:rsidRPr="007A2CE4">
              <w:rPr>
                <w:sz w:val="28"/>
                <w:szCs w:val="28"/>
                <w:lang w:val="kk-KZ"/>
              </w:rPr>
              <w:t>«Қазақ тілі» және «Қазақ әдебиеті» пәндері  мұғалімдерінің пәндік және кәсіби құзыреттіліктерін дамыту»</w:t>
            </w:r>
          </w:p>
        </w:tc>
        <w:tc>
          <w:tcPr>
            <w:tcW w:w="1373" w:type="dxa"/>
          </w:tcPr>
          <w:p w14:paraId="5CCD611A" w14:textId="77777777" w:rsidR="00C86561" w:rsidRPr="007A2CE4" w:rsidRDefault="00C86561" w:rsidP="00C86561">
            <w:pPr>
              <w:rPr>
                <w:sz w:val="28"/>
                <w:szCs w:val="28"/>
                <w:lang w:val="kk-KZ"/>
              </w:rPr>
            </w:pPr>
            <w:r w:rsidRPr="007A2CE4">
              <w:rPr>
                <w:sz w:val="28"/>
                <w:szCs w:val="28"/>
                <w:lang w:val="kk-KZ"/>
              </w:rPr>
              <w:t>«Өрлеу» БАҰОАҚ</w:t>
            </w:r>
          </w:p>
        </w:tc>
        <w:tc>
          <w:tcPr>
            <w:tcW w:w="1670" w:type="dxa"/>
          </w:tcPr>
          <w:p w14:paraId="4E12F9E3" w14:textId="77777777" w:rsidR="00C86561" w:rsidRPr="007A2CE4" w:rsidRDefault="00C86561" w:rsidP="00C86561">
            <w:pPr>
              <w:jc w:val="center"/>
              <w:rPr>
                <w:sz w:val="28"/>
                <w:szCs w:val="28"/>
                <w:lang w:val="kk-KZ"/>
              </w:rPr>
            </w:pPr>
            <w:r w:rsidRPr="007A2CE4">
              <w:rPr>
                <w:sz w:val="28"/>
                <w:szCs w:val="28"/>
                <w:lang w:val="kk-KZ"/>
              </w:rPr>
              <w:t>22.09.2025-03.10.2025ж</w:t>
            </w:r>
          </w:p>
        </w:tc>
        <w:tc>
          <w:tcPr>
            <w:tcW w:w="826" w:type="dxa"/>
          </w:tcPr>
          <w:p w14:paraId="49095254" w14:textId="77777777" w:rsidR="00C86561" w:rsidRPr="007A2CE4" w:rsidRDefault="00C86561" w:rsidP="00C86561">
            <w:pPr>
              <w:rPr>
                <w:b/>
                <w:bCs/>
                <w:color w:val="1F1F1F"/>
                <w:sz w:val="28"/>
                <w:szCs w:val="28"/>
                <w:bdr w:val="none" w:sz="0" w:space="0" w:color="auto" w:frame="1"/>
                <w:lang w:val="kk-KZ"/>
              </w:rPr>
            </w:pPr>
            <w:r w:rsidRPr="007A2CE4">
              <w:rPr>
                <w:b/>
                <w:bCs/>
                <w:color w:val="1F1F1F"/>
                <w:sz w:val="28"/>
                <w:szCs w:val="28"/>
                <w:bdr w:val="none" w:sz="0" w:space="0" w:color="auto" w:frame="1"/>
                <w:lang w:val="kk-KZ"/>
              </w:rPr>
              <w:t>№0947071</w:t>
            </w:r>
          </w:p>
        </w:tc>
      </w:tr>
      <w:tr w:rsidR="00DF1E13" w:rsidRPr="007A2CE4" w14:paraId="663DFABF" w14:textId="77777777" w:rsidTr="00582BB7">
        <w:tc>
          <w:tcPr>
            <w:tcW w:w="498" w:type="dxa"/>
          </w:tcPr>
          <w:p w14:paraId="24462A8A" w14:textId="77777777" w:rsidR="00C86561" w:rsidRPr="007A2CE4" w:rsidRDefault="00C86561" w:rsidP="00C86561">
            <w:pPr>
              <w:rPr>
                <w:b/>
                <w:bCs/>
                <w:color w:val="1F1F1F"/>
                <w:sz w:val="28"/>
                <w:szCs w:val="28"/>
                <w:bdr w:val="none" w:sz="0" w:space="0" w:color="auto" w:frame="1"/>
                <w:lang w:val="kk-KZ"/>
              </w:rPr>
            </w:pPr>
            <w:r w:rsidRPr="007A2CE4">
              <w:rPr>
                <w:b/>
                <w:bCs/>
                <w:color w:val="1F1F1F"/>
                <w:sz w:val="28"/>
                <w:szCs w:val="28"/>
                <w:bdr w:val="none" w:sz="0" w:space="0" w:color="auto" w:frame="1"/>
                <w:lang w:val="kk-KZ"/>
              </w:rPr>
              <w:t>4</w:t>
            </w:r>
          </w:p>
        </w:tc>
        <w:tc>
          <w:tcPr>
            <w:tcW w:w="2194" w:type="dxa"/>
          </w:tcPr>
          <w:p w14:paraId="32DAB97D" w14:textId="77777777" w:rsidR="00C86561" w:rsidRPr="007A2CE4" w:rsidRDefault="00C86561" w:rsidP="00C86561">
            <w:pPr>
              <w:rPr>
                <w:sz w:val="28"/>
                <w:szCs w:val="28"/>
                <w:lang w:val="kk-KZ"/>
              </w:rPr>
            </w:pPr>
            <w:r w:rsidRPr="007A2CE4">
              <w:rPr>
                <w:sz w:val="28"/>
                <w:szCs w:val="28"/>
                <w:lang w:val="kk-KZ"/>
              </w:rPr>
              <w:t>Көшенова Шырайлым Темирболатовна</w:t>
            </w:r>
          </w:p>
        </w:tc>
        <w:tc>
          <w:tcPr>
            <w:tcW w:w="1586" w:type="dxa"/>
          </w:tcPr>
          <w:p w14:paraId="0C0AC396" w14:textId="77777777" w:rsidR="00C86561" w:rsidRPr="007A2CE4" w:rsidRDefault="00C86561" w:rsidP="00C86561">
            <w:pPr>
              <w:rPr>
                <w:sz w:val="28"/>
                <w:szCs w:val="28"/>
              </w:rPr>
            </w:pPr>
            <w:r w:rsidRPr="007A2CE4">
              <w:rPr>
                <w:sz w:val="28"/>
                <w:szCs w:val="28"/>
                <w:lang w:val="kk-KZ"/>
              </w:rPr>
              <w:t>Қазақ тілі мен әдебиеті</w:t>
            </w:r>
          </w:p>
        </w:tc>
        <w:tc>
          <w:tcPr>
            <w:tcW w:w="990" w:type="dxa"/>
          </w:tcPr>
          <w:p w14:paraId="13FDF66F" w14:textId="77777777" w:rsidR="00C86561" w:rsidRPr="007A2CE4" w:rsidRDefault="00C86561" w:rsidP="00C86561">
            <w:pPr>
              <w:rPr>
                <w:b/>
                <w:bCs/>
                <w:color w:val="1F1F1F"/>
                <w:sz w:val="28"/>
                <w:szCs w:val="28"/>
                <w:bdr w:val="none" w:sz="0" w:space="0" w:color="auto" w:frame="1"/>
                <w:lang w:val="kk-KZ"/>
              </w:rPr>
            </w:pPr>
            <w:r w:rsidRPr="007A2CE4">
              <w:rPr>
                <w:b/>
                <w:bCs/>
                <w:color w:val="1F1F1F"/>
                <w:sz w:val="28"/>
                <w:szCs w:val="28"/>
                <w:bdr w:val="none" w:sz="0" w:space="0" w:color="auto" w:frame="1"/>
                <w:lang w:val="kk-KZ"/>
              </w:rPr>
              <w:t>2</w:t>
            </w:r>
          </w:p>
        </w:tc>
        <w:tc>
          <w:tcPr>
            <w:tcW w:w="2346" w:type="dxa"/>
          </w:tcPr>
          <w:p w14:paraId="10E3C8DC" w14:textId="77777777" w:rsidR="00C86561" w:rsidRPr="007A2CE4" w:rsidRDefault="00C86561" w:rsidP="00C86561">
            <w:pPr>
              <w:rPr>
                <w:sz w:val="28"/>
                <w:szCs w:val="28"/>
                <w:lang w:val="kk-KZ"/>
              </w:rPr>
            </w:pPr>
            <w:r w:rsidRPr="007A2CE4">
              <w:rPr>
                <w:b/>
                <w:sz w:val="28"/>
                <w:szCs w:val="28"/>
                <w:lang w:val="kk-KZ"/>
              </w:rPr>
              <w:t>«</w:t>
            </w:r>
            <w:r w:rsidRPr="007A2CE4">
              <w:rPr>
                <w:sz w:val="28"/>
                <w:szCs w:val="28"/>
                <w:lang w:val="kk-KZ"/>
              </w:rPr>
              <w:t>Педагогтердің пәндік құзыреттілігін дамыту: қазақ тілі  мен қазақ әдебиетінің   оқытудың тиімді тәжірбиесі»</w:t>
            </w:r>
          </w:p>
        </w:tc>
        <w:tc>
          <w:tcPr>
            <w:tcW w:w="1373" w:type="dxa"/>
          </w:tcPr>
          <w:p w14:paraId="0D9D4CCF" w14:textId="77777777" w:rsidR="00C86561" w:rsidRPr="007A2CE4" w:rsidRDefault="00C86561" w:rsidP="00C86561">
            <w:pPr>
              <w:jc w:val="center"/>
              <w:rPr>
                <w:sz w:val="28"/>
                <w:szCs w:val="28"/>
                <w:lang w:val="kk-KZ"/>
              </w:rPr>
            </w:pPr>
            <w:r w:rsidRPr="007A2CE4">
              <w:rPr>
                <w:sz w:val="28"/>
                <w:szCs w:val="28"/>
                <w:lang w:val="kk-KZ"/>
              </w:rPr>
              <w:t>НЗМ» ДББҰ ПШО</w:t>
            </w:r>
          </w:p>
        </w:tc>
        <w:tc>
          <w:tcPr>
            <w:tcW w:w="1670" w:type="dxa"/>
          </w:tcPr>
          <w:p w14:paraId="66984D1B" w14:textId="77777777" w:rsidR="00C86561" w:rsidRPr="007A2CE4" w:rsidRDefault="00C86561" w:rsidP="00C86561">
            <w:pPr>
              <w:jc w:val="center"/>
              <w:rPr>
                <w:sz w:val="28"/>
                <w:szCs w:val="28"/>
                <w:lang w:val="kk-KZ"/>
              </w:rPr>
            </w:pPr>
            <w:r w:rsidRPr="007A2CE4">
              <w:rPr>
                <w:sz w:val="28"/>
                <w:szCs w:val="28"/>
                <w:lang w:val="kk-KZ"/>
              </w:rPr>
              <w:t>03. 07.2026</w:t>
            </w:r>
          </w:p>
        </w:tc>
        <w:tc>
          <w:tcPr>
            <w:tcW w:w="826" w:type="dxa"/>
          </w:tcPr>
          <w:p w14:paraId="7BD2EF94" w14:textId="77777777" w:rsidR="00C86561" w:rsidRPr="007A2CE4" w:rsidRDefault="00C86561" w:rsidP="00C86561">
            <w:pPr>
              <w:rPr>
                <w:b/>
                <w:bCs/>
                <w:color w:val="1F1F1F"/>
                <w:sz w:val="28"/>
                <w:szCs w:val="28"/>
                <w:bdr w:val="none" w:sz="0" w:space="0" w:color="auto" w:frame="1"/>
                <w:lang w:val="kk-KZ"/>
              </w:rPr>
            </w:pPr>
            <w:r w:rsidRPr="007A2CE4">
              <w:rPr>
                <w:b/>
                <w:bCs/>
                <w:color w:val="1F1F1F"/>
                <w:sz w:val="28"/>
                <w:szCs w:val="28"/>
                <w:bdr w:val="none" w:sz="0" w:space="0" w:color="auto" w:frame="1"/>
                <w:lang w:val="kk-KZ"/>
              </w:rPr>
              <w:t>№201462</w:t>
            </w:r>
          </w:p>
        </w:tc>
      </w:tr>
      <w:tr w:rsidR="00DF1E13" w:rsidRPr="007A2CE4" w14:paraId="3D86429F" w14:textId="77777777" w:rsidTr="00582BB7">
        <w:tc>
          <w:tcPr>
            <w:tcW w:w="498" w:type="dxa"/>
          </w:tcPr>
          <w:p w14:paraId="72C9667F" w14:textId="77777777" w:rsidR="00C86561" w:rsidRPr="007A2CE4" w:rsidRDefault="00C86561" w:rsidP="00C86561">
            <w:pPr>
              <w:rPr>
                <w:b/>
                <w:bCs/>
                <w:color w:val="1F1F1F"/>
                <w:sz w:val="28"/>
                <w:szCs w:val="28"/>
                <w:bdr w:val="none" w:sz="0" w:space="0" w:color="auto" w:frame="1"/>
                <w:lang w:val="kk-KZ"/>
              </w:rPr>
            </w:pPr>
            <w:r w:rsidRPr="007A2CE4">
              <w:rPr>
                <w:b/>
                <w:bCs/>
                <w:color w:val="1F1F1F"/>
                <w:sz w:val="28"/>
                <w:szCs w:val="28"/>
                <w:bdr w:val="none" w:sz="0" w:space="0" w:color="auto" w:frame="1"/>
                <w:lang w:val="kk-KZ"/>
              </w:rPr>
              <w:t>5</w:t>
            </w:r>
          </w:p>
        </w:tc>
        <w:tc>
          <w:tcPr>
            <w:tcW w:w="2194" w:type="dxa"/>
          </w:tcPr>
          <w:p w14:paraId="336E12AB" w14:textId="77777777" w:rsidR="00C86561" w:rsidRPr="007A2CE4" w:rsidRDefault="00C86561" w:rsidP="00C86561">
            <w:pPr>
              <w:rPr>
                <w:sz w:val="28"/>
                <w:szCs w:val="28"/>
                <w:lang w:val="kk-KZ"/>
              </w:rPr>
            </w:pPr>
            <w:r w:rsidRPr="007A2CE4">
              <w:rPr>
                <w:sz w:val="28"/>
                <w:szCs w:val="28"/>
                <w:lang w:val="kk-KZ"/>
              </w:rPr>
              <w:t>Жунусова Асемгуль Манатовна</w:t>
            </w:r>
          </w:p>
        </w:tc>
        <w:tc>
          <w:tcPr>
            <w:tcW w:w="1586" w:type="dxa"/>
          </w:tcPr>
          <w:p w14:paraId="20CEFFC4" w14:textId="77777777" w:rsidR="00C86561" w:rsidRPr="007A2CE4" w:rsidRDefault="00C86561" w:rsidP="00C86561">
            <w:pPr>
              <w:rPr>
                <w:sz w:val="28"/>
                <w:szCs w:val="28"/>
              </w:rPr>
            </w:pPr>
            <w:r w:rsidRPr="007A2CE4">
              <w:rPr>
                <w:sz w:val="28"/>
                <w:szCs w:val="28"/>
                <w:lang w:val="kk-KZ"/>
              </w:rPr>
              <w:t>Қазақ тілі мен әдебиеті</w:t>
            </w:r>
          </w:p>
        </w:tc>
        <w:tc>
          <w:tcPr>
            <w:tcW w:w="990" w:type="dxa"/>
          </w:tcPr>
          <w:p w14:paraId="4036CD48" w14:textId="77777777" w:rsidR="00C86561" w:rsidRPr="007A2CE4" w:rsidRDefault="00C86561" w:rsidP="00C86561">
            <w:pPr>
              <w:rPr>
                <w:b/>
                <w:bCs/>
                <w:color w:val="1F1F1F"/>
                <w:sz w:val="28"/>
                <w:szCs w:val="28"/>
                <w:bdr w:val="none" w:sz="0" w:space="0" w:color="auto" w:frame="1"/>
                <w:lang w:val="kk-KZ"/>
              </w:rPr>
            </w:pPr>
            <w:r w:rsidRPr="007A2CE4">
              <w:rPr>
                <w:b/>
                <w:bCs/>
                <w:color w:val="1F1F1F"/>
                <w:sz w:val="28"/>
                <w:szCs w:val="28"/>
                <w:bdr w:val="none" w:sz="0" w:space="0" w:color="auto" w:frame="1"/>
                <w:lang w:val="kk-KZ"/>
              </w:rPr>
              <w:t>15</w:t>
            </w:r>
          </w:p>
        </w:tc>
        <w:tc>
          <w:tcPr>
            <w:tcW w:w="2346" w:type="dxa"/>
          </w:tcPr>
          <w:p w14:paraId="116E1D26" w14:textId="77777777" w:rsidR="00C86561" w:rsidRPr="007A2CE4" w:rsidRDefault="00C86561" w:rsidP="00C86561">
            <w:pPr>
              <w:jc w:val="center"/>
              <w:rPr>
                <w:b/>
                <w:sz w:val="28"/>
                <w:szCs w:val="28"/>
                <w:lang w:val="kk-KZ"/>
              </w:rPr>
            </w:pPr>
            <w:r w:rsidRPr="007A2CE4">
              <w:rPr>
                <w:b/>
                <w:sz w:val="28"/>
                <w:szCs w:val="28"/>
                <w:lang w:val="kk-KZ"/>
              </w:rPr>
              <w:t>«</w:t>
            </w:r>
            <w:r w:rsidRPr="007A2CE4">
              <w:rPr>
                <w:sz w:val="28"/>
                <w:szCs w:val="28"/>
                <w:lang w:val="kk-KZ"/>
              </w:rPr>
              <w:t xml:space="preserve">Педагогтердің пәндік құзыреттілігін дамыту: қазақ тілі  мен қазақ әдебиетінің   </w:t>
            </w:r>
            <w:r w:rsidRPr="007A2CE4">
              <w:rPr>
                <w:sz w:val="28"/>
                <w:szCs w:val="28"/>
                <w:lang w:val="kk-KZ"/>
              </w:rPr>
              <w:lastRenderedPageBreak/>
              <w:t>оқытудың тиімді тәжірбиесі»</w:t>
            </w:r>
          </w:p>
        </w:tc>
        <w:tc>
          <w:tcPr>
            <w:tcW w:w="1373" w:type="dxa"/>
          </w:tcPr>
          <w:p w14:paraId="4860F40D" w14:textId="77777777" w:rsidR="00C86561" w:rsidRPr="007A2CE4" w:rsidRDefault="00C86561" w:rsidP="00C86561">
            <w:pPr>
              <w:jc w:val="center"/>
              <w:rPr>
                <w:sz w:val="28"/>
                <w:szCs w:val="28"/>
                <w:lang w:val="kk-KZ"/>
              </w:rPr>
            </w:pPr>
            <w:r w:rsidRPr="007A2CE4">
              <w:rPr>
                <w:sz w:val="28"/>
                <w:szCs w:val="28"/>
                <w:lang w:val="kk-KZ"/>
              </w:rPr>
              <w:lastRenderedPageBreak/>
              <w:t>НЗМ» ДББҰ ПШО</w:t>
            </w:r>
          </w:p>
        </w:tc>
        <w:tc>
          <w:tcPr>
            <w:tcW w:w="1670" w:type="dxa"/>
          </w:tcPr>
          <w:p w14:paraId="4A7F67DF" w14:textId="77777777" w:rsidR="00C86561" w:rsidRPr="007A2CE4" w:rsidRDefault="00C86561" w:rsidP="00C86561">
            <w:pPr>
              <w:jc w:val="center"/>
              <w:rPr>
                <w:sz w:val="28"/>
                <w:szCs w:val="28"/>
                <w:lang w:val="kk-KZ"/>
              </w:rPr>
            </w:pPr>
            <w:r w:rsidRPr="007A2CE4">
              <w:rPr>
                <w:sz w:val="28"/>
                <w:szCs w:val="28"/>
                <w:lang w:val="kk-KZ"/>
              </w:rPr>
              <w:t>19.06.2026ж</w:t>
            </w:r>
          </w:p>
        </w:tc>
        <w:tc>
          <w:tcPr>
            <w:tcW w:w="826" w:type="dxa"/>
          </w:tcPr>
          <w:p w14:paraId="14C0A4FD" w14:textId="77777777" w:rsidR="00C86561" w:rsidRPr="007A2CE4" w:rsidRDefault="00C86561" w:rsidP="00C86561">
            <w:pPr>
              <w:rPr>
                <w:b/>
                <w:bCs/>
                <w:color w:val="1F1F1F"/>
                <w:sz w:val="28"/>
                <w:szCs w:val="28"/>
                <w:bdr w:val="none" w:sz="0" w:space="0" w:color="auto" w:frame="1"/>
                <w:lang w:val="kk-KZ"/>
              </w:rPr>
            </w:pPr>
            <w:r w:rsidRPr="007A2CE4">
              <w:rPr>
                <w:b/>
                <w:bCs/>
                <w:color w:val="1F1F1F"/>
                <w:sz w:val="28"/>
                <w:szCs w:val="28"/>
                <w:bdr w:val="none" w:sz="0" w:space="0" w:color="auto" w:frame="1"/>
                <w:lang w:val="kk-KZ"/>
              </w:rPr>
              <w:t>№201320</w:t>
            </w:r>
          </w:p>
        </w:tc>
      </w:tr>
      <w:tr w:rsidR="00DF1E13" w:rsidRPr="007A2CE4" w14:paraId="51F1EF5C" w14:textId="77777777" w:rsidTr="00582BB7">
        <w:tc>
          <w:tcPr>
            <w:tcW w:w="498" w:type="dxa"/>
          </w:tcPr>
          <w:p w14:paraId="62B696E4" w14:textId="77777777" w:rsidR="00C86561" w:rsidRPr="007A2CE4" w:rsidRDefault="00C86561" w:rsidP="00C86561">
            <w:pPr>
              <w:rPr>
                <w:b/>
                <w:bCs/>
                <w:color w:val="1F1F1F"/>
                <w:sz w:val="28"/>
                <w:szCs w:val="28"/>
                <w:bdr w:val="none" w:sz="0" w:space="0" w:color="auto" w:frame="1"/>
                <w:lang w:val="kk-KZ"/>
              </w:rPr>
            </w:pPr>
            <w:r w:rsidRPr="007A2CE4">
              <w:rPr>
                <w:b/>
                <w:bCs/>
                <w:color w:val="1F1F1F"/>
                <w:sz w:val="28"/>
                <w:szCs w:val="28"/>
                <w:bdr w:val="none" w:sz="0" w:space="0" w:color="auto" w:frame="1"/>
                <w:lang w:val="kk-KZ"/>
              </w:rPr>
              <w:t>6</w:t>
            </w:r>
          </w:p>
        </w:tc>
        <w:tc>
          <w:tcPr>
            <w:tcW w:w="2194" w:type="dxa"/>
          </w:tcPr>
          <w:p w14:paraId="11C78D76" w14:textId="77777777" w:rsidR="00C86561" w:rsidRPr="007A2CE4" w:rsidRDefault="00C86561" w:rsidP="00C86561">
            <w:pPr>
              <w:rPr>
                <w:sz w:val="28"/>
                <w:szCs w:val="28"/>
                <w:lang w:val="kk-KZ"/>
              </w:rPr>
            </w:pPr>
            <w:r w:rsidRPr="007A2CE4">
              <w:rPr>
                <w:sz w:val="28"/>
                <w:szCs w:val="28"/>
                <w:lang w:val="kk-KZ"/>
              </w:rPr>
              <w:t>Аринов Орикбай Серикович</w:t>
            </w:r>
          </w:p>
        </w:tc>
        <w:tc>
          <w:tcPr>
            <w:tcW w:w="1586" w:type="dxa"/>
          </w:tcPr>
          <w:p w14:paraId="2F8A992C" w14:textId="77777777" w:rsidR="00C86561" w:rsidRPr="007A2CE4" w:rsidRDefault="00C86561" w:rsidP="00C86561">
            <w:pPr>
              <w:rPr>
                <w:sz w:val="28"/>
                <w:szCs w:val="28"/>
              </w:rPr>
            </w:pPr>
            <w:r w:rsidRPr="007A2CE4">
              <w:rPr>
                <w:sz w:val="28"/>
                <w:szCs w:val="28"/>
                <w:lang w:val="kk-KZ"/>
              </w:rPr>
              <w:t>Қазақ тілі мен әдебиеті</w:t>
            </w:r>
          </w:p>
        </w:tc>
        <w:tc>
          <w:tcPr>
            <w:tcW w:w="990" w:type="dxa"/>
          </w:tcPr>
          <w:p w14:paraId="7322F463" w14:textId="77777777" w:rsidR="00C86561" w:rsidRPr="007A2CE4" w:rsidRDefault="00C86561" w:rsidP="00C86561">
            <w:pPr>
              <w:rPr>
                <w:b/>
                <w:bCs/>
                <w:color w:val="1F1F1F"/>
                <w:sz w:val="28"/>
                <w:szCs w:val="28"/>
                <w:bdr w:val="none" w:sz="0" w:space="0" w:color="auto" w:frame="1"/>
                <w:lang w:val="kk-KZ"/>
              </w:rPr>
            </w:pPr>
            <w:r w:rsidRPr="007A2CE4">
              <w:rPr>
                <w:b/>
                <w:bCs/>
                <w:color w:val="1F1F1F"/>
                <w:sz w:val="28"/>
                <w:szCs w:val="28"/>
                <w:bdr w:val="none" w:sz="0" w:space="0" w:color="auto" w:frame="1"/>
                <w:lang w:val="kk-KZ"/>
              </w:rPr>
              <w:t>20</w:t>
            </w:r>
          </w:p>
        </w:tc>
        <w:tc>
          <w:tcPr>
            <w:tcW w:w="2346" w:type="dxa"/>
          </w:tcPr>
          <w:p w14:paraId="1F067E24" w14:textId="77777777" w:rsidR="00C86561" w:rsidRPr="007A2CE4" w:rsidRDefault="00C86561" w:rsidP="00C86561">
            <w:pPr>
              <w:jc w:val="center"/>
              <w:rPr>
                <w:sz w:val="28"/>
                <w:szCs w:val="28"/>
                <w:lang w:val="kk-KZ"/>
              </w:rPr>
            </w:pPr>
            <w:r w:rsidRPr="007A2CE4">
              <w:rPr>
                <w:sz w:val="28"/>
                <w:szCs w:val="28"/>
                <w:lang w:val="kk-KZ"/>
              </w:rPr>
              <w:t>Мемлекеттік жалпыға міндетті білім беру стандартын жүзеге асырудағы жаңа тәсілдер: мақсаттан күтілетін оқу нәтижесіне жету. «Қазақ тілі» және «Қазақ әдебиеті»</w:t>
            </w:r>
          </w:p>
        </w:tc>
        <w:tc>
          <w:tcPr>
            <w:tcW w:w="1373" w:type="dxa"/>
          </w:tcPr>
          <w:p w14:paraId="5721EE70" w14:textId="77777777" w:rsidR="00C86561" w:rsidRPr="007A2CE4" w:rsidRDefault="00C86561" w:rsidP="00C86561">
            <w:pPr>
              <w:jc w:val="center"/>
              <w:rPr>
                <w:sz w:val="28"/>
                <w:szCs w:val="28"/>
                <w:lang w:val="kk-KZ"/>
              </w:rPr>
            </w:pPr>
            <w:r w:rsidRPr="007A2CE4">
              <w:rPr>
                <w:sz w:val="28"/>
                <w:szCs w:val="28"/>
                <w:lang w:val="kk-KZ"/>
              </w:rPr>
              <w:t>«Өрлеу» БАҰОАҚ</w:t>
            </w:r>
          </w:p>
        </w:tc>
        <w:tc>
          <w:tcPr>
            <w:tcW w:w="1670" w:type="dxa"/>
          </w:tcPr>
          <w:p w14:paraId="4BC523D7" w14:textId="77777777" w:rsidR="00C86561" w:rsidRPr="007A2CE4" w:rsidRDefault="00C86561" w:rsidP="00C86561">
            <w:pPr>
              <w:jc w:val="center"/>
              <w:rPr>
                <w:sz w:val="28"/>
                <w:szCs w:val="28"/>
                <w:lang w:val="kk-KZ"/>
              </w:rPr>
            </w:pPr>
            <w:r w:rsidRPr="007A2CE4">
              <w:rPr>
                <w:sz w:val="28"/>
                <w:szCs w:val="28"/>
                <w:lang w:val="kk-KZ"/>
              </w:rPr>
              <w:t>01.06.2026-12.06.2026 ж</w:t>
            </w:r>
          </w:p>
        </w:tc>
        <w:tc>
          <w:tcPr>
            <w:tcW w:w="826" w:type="dxa"/>
          </w:tcPr>
          <w:p w14:paraId="64FCD12F" w14:textId="77777777" w:rsidR="00C86561" w:rsidRPr="007A2CE4" w:rsidRDefault="00C86561" w:rsidP="00C86561">
            <w:pPr>
              <w:rPr>
                <w:b/>
                <w:bCs/>
                <w:color w:val="1F1F1F"/>
                <w:sz w:val="28"/>
                <w:szCs w:val="28"/>
                <w:bdr w:val="none" w:sz="0" w:space="0" w:color="auto" w:frame="1"/>
                <w:lang w:val="kk-KZ"/>
              </w:rPr>
            </w:pPr>
            <w:r w:rsidRPr="007A2CE4">
              <w:rPr>
                <w:b/>
                <w:bCs/>
                <w:color w:val="1F1F1F"/>
                <w:sz w:val="28"/>
                <w:szCs w:val="28"/>
                <w:bdr w:val="none" w:sz="0" w:space="0" w:color="auto" w:frame="1"/>
                <w:lang w:val="kk-KZ"/>
              </w:rPr>
              <w:t>№0951367</w:t>
            </w:r>
          </w:p>
        </w:tc>
      </w:tr>
    </w:tbl>
    <w:p w14:paraId="49787CDB" w14:textId="77777777" w:rsidR="00C86561" w:rsidRPr="007A2CE4" w:rsidRDefault="00C86561" w:rsidP="00C86561">
      <w:pPr>
        <w:pStyle w:val="ds-markdown-paragraph"/>
        <w:shd w:val="clear" w:color="auto" w:fill="FFFFFF"/>
        <w:spacing w:before="240" w:beforeAutospacing="0" w:after="240" w:afterAutospacing="0"/>
        <w:contextualSpacing/>
        <w:jc w:val="both"/>
        <w:rPr>
          <w:sz w:val="28"/>
          <w:szCs w:val="28"/>
          <w:lang w:val="kk-KZ"/>
        </w:rPr>
      </w:pPr>
    </w:p>
    <w:p w14:paraId="2E5AAEA2" w14:textId="77777777" w:rsidR="00C86561" w:rsidRPr="007A2CE4" w:rsidRDefault="00C86561" w:rsidP="00C86561">
      <w:pPr>
        <w:pStyle w:val="ds-markdown-paragraph"/>
        <w:shd w:val="clear" w:color="auto" w:fill="FFFFFF"/>
        <w:spacing w:before="240" w:beforeAutospacing="0" w:after="240" w:afterAutospacing="0"/>
        <w:contextualSpacing/>
        <w:jc w:val="both"/>
        <w:rPr>
          <w:sz w:val="28"/>
          <w:szCs w:val="28"/>
          <w:lang w:val="kk-KZ"/>
        </w:rPr>
      </w:pPr>
      <w:r w:rsidRPr="007A2CE4">
        <w:rPr>
          <w:sz w:val="28"/>
          <w:szCs w:val="28"/>
          <w:lang w:val="kk-KZ"/>
        </w:rPr>
        <w:t>ғ) Орыс тілі мен әдебиеті пәні мұғалімдерінің біліктілігін арттыру</w:t>
      </w:r>
    </w:p>
    <w:tbl>
      <w:tblPr>
        <w:tblStyle w:val="a7"/>
        <w:tblW w:w="0" w:type="auto"/>
        <w:tblInd w:w="-572" w:type="dxa"/>
        <w:tblLook w:val="04A0" w:firstRow="1" w:lastRow="0" w:firstColumn="1" w:lastColumn="0" w:noHBand="0" w:noVBand="1"/>
      </w:tblPr>
      <w:tblGrid>
        <w:gridCol w:w="456"/>
        <w:gridCol w:w="1698"/>
        <w:gridCol w:w="1383"/>
        <w:gridCol w:w="876"/>
        <w:gridCol w:w="2200"/>
        <w:gridCol w:w="1509"/>
        <w:gridCol w:w="1455"/>
        <w:gridCol w:w="1558"/>
      </w:tblGrid>
      <w:tr w:rsidR="00C86561" w:rsidRPr="007A2CE4" w14:paraId="6DBBFDDB" w14:textId="77777777" w:rsidTr="00C86561">
        <w:tc>
          <w:tcPr>
            <w:tcW w:w="995" w:type="dxa"/>
            <w:hideMark/>
          </w:tcPr>
          <w:p w14:paraId="67EA44DB" w14:textId="77777777" w:rsidR="00C86561" w:rsidRPr="007A2CE4" w:rsidRDefault="00C86561" w:rsidP="00C86561">
            <w:pPr>
              <w:rPr>
                <w:color w:val="1F1F1F"/>
                <w:sz w:val="28"/>
                <w:szCs w:val="28"/>
                <w:lang w:eastAsia="ru-RU"/>
              </w:rPr>
            </w:pPr>
            <w:r w:rsidRPr="007A2CE4">
              <w:rPr>
                <w:b/>
                <w:bCs/>
                <w:color w:val="1F1F1F"/>
                <w:sz w:val="28"/>
                <w:szCs w:val="28"/>
                <w:bdr w:val="none" w:sz="0" w:space="0" w:color="auto" w:frame="1"/>
                <w:lang w:eastAsia="ru-RU"/>
              </w:rPr>
              <w:t>№</w:t>
            </w:r>
          </w:p>
        </w:tc>
        <w:tc>
          <w:tcPr>
            <w:tcW w:w="1377" w:type="dxa"/>
            <w:hideMark/>
          </w:tcPr>
          <w:p w14:paraId="216074C1" w14:textId="77777777" w:rsidR="00C86561" w:rsidRPr="007A2CE4" w:rsidRDefault="00C86561" w:rsidP="00C86561">
            <w:pPr>
              <w:rPr>
                <w:color w:val="1F1F1F"/>
                <w:sz w:val="28"/>
                <w:szCs w:val="28"/>
                <w:lang w:eastAsia="ru-RU"/>
              </w:rPr>
            </w:pPr>
            <w:r w:rsidRPr="007A2CE4">
              <w:rPr>
                <w:b/>
                <w:bCs/>
                <w:color w:val="1F1F1F"/>
                <w:sz w:val="28"/>
                <w:szCs w:val="28"/>
                <w:bdr w:val="none" w:sz="0" w:space="0" w:color="auto" w:frame="1"/>
                <w:lang w:eastAsia="ru-RU"/>
              </w:rPr>
              <w:t>Педагогтің аты-жөні</w:t>
            </w:r>
          </w:p>
        </w:tc>
        <w:tc>
          <w:tcPr>
            <w:tcW w:w="1214" w:type="dxa"/>
            <w:hideMark/>
          </w:tcPr>
          <w:p w14:paraId="0C6BD8DF" w14:textId="77777777" w:rsidR="00C86561" w:rsidRPr="007A2CE4" w:rsidRDefault="00C86561" w:rsidP="00C86561">
            <w:pPr>
              <w:rPr>
                <w:color w:val="1F1F1F"/>
                <w:sz w:val="28"/>
                <w:szCs w:val="28"/>
                <w:lang w:eastAsia="ru-RU"/>
              </w:rPr>
            </w:pPr>
            <w:r w:rsidRPr="007A2CE4">
              <w:rPr>
                <w:b/>
                <w:bCs/>
                <w:color w:val="1F1F1F"/>
                <w:sz w:val="28"/>
                <w:szCs w:val="28"/>
                <w:bdr w:val="none" w:sz="0" w:space="0" w:color="auto" w:frame="1"/>
                <w:lang w:eastAsia="ru-RU"/>
              </w:rPr>
              <w:t>Лауазымы / Беретін пәні</w:t>
            </w:r>
          </w:p>
        </w:tc>
        <w:tc>
          <w:tcPr>
            <w:tcW w:w="780" w:type="dxa"/>
          </w:tcPr>
          <w:p w14:paraId="206BA4CD" w14:textId="77777777" w:rsidR="00C86561" w:rsidRPr="007A2CE4" w:rsidRDefault="00C86561" w:rsidP="00C86561">
            <w:pPr>
              <w:rPr>
                <w:b/>
                <w:bCs/>
                <w:color w:val="1F1F1F"/>
                <w:sz w:val="28"/>
                <w:szCs w:val="28"/>
                <w:bdr w:val="none" w:sz="0" w:space="0" w:color="auto" w:frame="1"/>
                <w:lang w:val="kk-KZ" w:eastAsia="ru-RU"/>
              </w:rPr>
            </w:pPr>
            <w:r w:rsidRPr="007A2CE4">
              <w:rPr>
                <w:b/>
                <w:bCs/>
                <w:color w:val="1F1F1F"/>
                <w:sz w:val="28"/>
                <w:szCs w:val="28"/>
                <w:bdr w:val="none" w:sz="0" w:space="0" w:color="auto" w:frame="1"/>
                <w:lang w:val="kk-KZ" w:eastAsia="ru-RU"/>
              </w:rPr>
              <w:t>Еңбек өтілі</w:t>
            </w:r>
          </w:p>
        </w:tc>
        <w:tc>
          <w:tcPr>
            <w:tcW w:w="1770" w:type="dxa"/>
            <w:hideMark/>
          </w:tcPr>
          <w:p w14:paraId="5C9E1261" w14:textId="77777777" w:rsidR="00C86561" w:rsidRPr="007A2CE4" w:rsidRDefault="00C86561" w:rsidP="00C86561">
            <w:pPr>
              <w:rPr>
                <w:color w:val="1F1F1F"/>
                <w:sz w:val="28"/>
                <w:szCs w:val="28"/>
                <w:lang w:eastAsia="ru-RU"/>
              </w:rPr>
            </w:pPr>
            <w:r w:rsidRPr="007A2CE4">
              <w:rPr>
                <w:b/>
                <w:bCs/>
                <w:color w:val="1F1F1F"/>
                <w:sz w:val="28"/>
                <w:szCs w:val="28"/>
                <w:bdr w:val="none" w:sz="0" w:space="0" w:color="auto" w:frame="1"/>
                <w:lang w:eastAsia="ru-RU"/>
              </w:rPr>
              <w:t>Курс атауы / Тематикасы</w:t>
            </w:r>
          </w:p>
        </w:tc>
        <w:tc>
          <w:tcPr>
            <w:tcW w:w="1230" w:type="dxa"/>
            <w:hideMark/>
          </w:tcPr>
          <w:p w14:paraId="3733FF23" w14:textId="77777777" w:rsidR="00C86561" w:rsidRPr="007A2CE4" w:rsidRDefault="00C86561" w:rsidP="00C86561">
            <w:pPr>
              <w:rPr>
                <w:color w:val="1F1F1F"/>
                <w:sz w:val="28"/>
                <w:szCs w:val="28"/>
                <w:lang w:eastAsia="ru-RU"/>
              </w:rPr>
            </w:pPr>
            <w:r w:rsidRPr="007A2CE4">
              <w:rPr>
                <w:b/>
                <w:bCs/>
                <w:color w:val="1F1F1F"/>
                <w:sz w:val="28"/>
                <w:szCs w:val="28"/>
                <w:bdr w:val="none" w:sz="0" w:space="0" w:color="auto" w:frame="1"/>
                <w:lang w:eastAsia="ru-RU"/>
              </w:rPr>
              <w:t xml:space="preserve">Курсты өткізген ұйым </w:t>
            </w:r>
          </w:p>
        </w:tc>
        <w:tc>
          <w:tcPr>
            <w:tcW w:w="1187" w:type="dxa"/>
            <w:hideMark/>
          </w:tcPr>
          <w:p w14:paraId="60CFAAC5" w14:textId="77777777" w:rsidR="00C86561" w:rsidRPr="007A2CE4" w:rsidRDefault="00C86561" w:rsidP="00C86561">
            <w:pPr>
              <w:rPr>
                <w:color w:val="1F1F1F"/>
                <w:sz w:val="28"/>
                <w:szCs w:val="28"/>
                <w:lang w:eastAsia="ru-RU"/>
              </w:rPr>
            </w:pPr>
            <w:r w:rsidRPr="007A2CE4">
              <w:rPr>
                <w:b/>
                <w:bCs/>
                <w:color w:val="1F1F1F"/>
                <w:sz w:val="28"/>
                <w:szCs w:val="28"/>
                <w:bdr w:val="none" w:sz="0" w:space="0" w:color="auto" w:frame="1"/>
                <w:lang w:eastAsia="ru-RU"/>
              </w:rPr>
              <w:t>Курс өткен жылы, айы</w:t>
            </w:r>
          </w:p>
        </w:tc>
        <w:tc>
          <w:tcPr>
            <w:tcW w:w="1363" w:type="dxa"/>
            <w:hideMark/>
          </w:tcPr>
          <w:p w14:paraId="19D7253B" w14:textId="77777777" w:rsidR="00C86561" w:rsidRPr="007A2CE4" w:rsidRDefault="00C86561" w:rsidP="00C86561">
            <w:pPr>
              <w:rPr>
                <w:color w:val="1F1F1F"/>
                <w:sz w:val="28"/>
                <w:szCs w:val="28"/>
                <w:lang w:eastAsia="ru-RU"/>
              </w:rPr>
            </w:pPr>
            <w:r w:rsidRPr="007A2CE4">
              <w:rPr>
                <w:b/>
                <w:bCs/>
                <w:color w:val="1F1F1F"/>
                <w:sz w:val="28"/>
                <w:szCs w:val="28"/>
                <w:bdr w:val="none" w:sz="0" w:space="0" w:color="auto" w:frame="1"/>
                <w:lang w:eastAsia="ru-RU"/>
              </w:rPr>
              <w:t>Сертификат нөмірі мен берілген күні</w:t>
            </w:r>
          </w:p>
        </w:tc>
      </w:tr>
      <w:tr w:rsidR="00C86561" w:rsidRPr="007A2CE4" w14:paraId="385CF79F" w14:textId="77777777" w:rsidTr="00C86561">
        <w:tc>
          <w:tcPr>
            <w:tcW w:w="995" w:type="dxa"/>
          </w:tcPr>
          <w:p w14:paraId="6006A7F4" w14:textId="77777777" w:rsidR="00C86561" w:rsidRPr="007A2CE4" w:rsidRDefault="00C86561" w:rsidP="00C86561">
            <w:pPr>
              <w:rPr>
                <w:b/>
                <w:bCs/>
                <w:color w:val="1F1F1F"/>
                <w:sz w:val="28"/>
                <w:szCs w:val="28"/>
                <w:bdr w:val="none" w:sz="0" w:space="0" w:color="auto" w:frame="1"/>
                <w:lang w:val="kk-KZ" w:eastAsia="ru-RU"/>
              </w:rPr>
            </w:pPr>
            <w:r w:rsidRPr="007A2CE4">
              <w:rPr>
                <w:b/>
                <w:bCs/>
                <w:color w:val="1F1F1F"/>
                <w:sz w:val="28"/>
                <w:szCs w:val="28"/>
                <w:bdr w:val="none" w:sz="0" w:space="0" w:color="auto" w:frame="1"/>
                <w:lang w:val="kk-KZ" w:eastAsia="ru-RU"/>
              </w:rPr>
              <w:t>1</w:t>
            </w:r>
          </w:p>
        </w:tc>
        <w:tc>
          <w:tcPr>
            <w:tcW w:w="1377" w:type="dxa"/>
          </w:tcPr>
          <w:p w14:paraId="7A661CF8" w14:textId="77777777" w:rsidR="00C86561" w:rsidRPr="007A2CE4" w:rsidRDefault="00C86561" w:rsidP="00C86561">
            <w:pPr>
              <w:rPr>
                <w:sz w:val="28"/>
                <w:szCs w:val="28"/>
                <w:lang w:val="kk-KZ"/>
              </w:rPr>
            </w:pPr>
            <w:r w:rsidRPr="007A2CE4">
              <w:rPr>
                <w:sz w:val="28"/>
                <w:szCs w:val="28"/>
                <w:lang w:val="kk-KZ"/>
              </w:rPr>
              <w:t>Ибраева Гульжазира Кайырбековна</w:t>
            </w:r>
          </w:p>
        </w:tc>
        <w:tc>
          <w:tcPr>
            <w:tcW w:w="1214" w:type="dxa"/>
          </w:tcPr>
          <w:p w14:paraId="3A72546C" w14:textId="77777777" w:rsidR="00C86561" w:rsidRPr="007A2CE4" w:rsidRDefault="00C86561" w:rsidP="00C86561">
            <w:pPr>
              <w:jc w:val="center"/>
              <w:rPr>
                <w:sz w:val="28"/>
                <w:szCs w:val="28"/>
                <w:lang w:val="kk-KZ"/>
              </w:rPr>
            </w:pPr>
            <w:r w:rsidRPr="007A2CE4">
              <w:rPr>
                <w:sz w:val="28"/>
                <w:szCs w:val="28"/>
                <w:lang w:val="kk-KZ"/>
              </w:rPr>
              <w:t>Орыс тілі мен әдебиеті</w:t>
            </w:r>
          </w:p>
        </w:tc>
        <w:tc>
          <w:tcPr>
            <w:tcW w:w="780" w:type="dxa"/>
          </w:tcPr>
          <w:p w14:paraId="4F1D96AA" w14:textId="77777777" w:rsidR="00C86561" w:rsidRPr="007A2CE4" w:rsidRDefault="00C86561" w:rsidP="00C86561">
            <w:pPr>
              <w:rPr>
                <w:b/>
                <w:bCs/>
                <w:color w:val="1F1F1F"/>
                <w:sz w:val="28"/>
                <w:szCs w:val="28"/>
                <w:bdr w:val="none" w:sz="0" w:space="0" w:color="auto" w:frame="1"/>
                <w:lang w:val="kk-KZ" w:eastAsia="ru-RU"/>
              </w:rPr>
            </w:pPr>
            <w:r w:rsidRPr="007A2CE4">
              <w:rPr>
                <w:b/>
                <w:bCs/>
                <w:color w:val="1F1F1F"/>
                <w:sz w:val="28"/>
                <w:szCs w:val="28"/>
                <w:bdr w:val="none" w:sz="0" w:space="0" w:color="auto" w:frame="1"/>
                <w:lang w:val="kk-KZ" w:eastAsia="ru-RU"/>
              </w:rPr>
              <w:t>16</w:t>
            </w:r>
          </w:p>
        </w:tc>
        <w:tc>
          <w:tcPr>
            <w:tcW w:w="1770" w:type="dxa"/>
          </w:tcPr>
          <w:p w14:paraId="3D29D305" w14:textId="77777777" w:rsidR="00C86561" w:rsidRPr="007A2CE4" w:rsidRDefault="00C86561" w:rsidP="00C86561">
            <w:pPr>
              <w:jc w:val="center"/>
              <w:rPr>
                <w:sz w:val="28"/>
                <w:szCs w:val="28"/>
                <w:lang w:val="kk-KZ"/>
              </w:rPr>
            </w:pPr>
            <w:r w:rsidRPr="007A2CE4">
              <w:rPr>
                <w:sz w:val="28"/>
                <w:szCs w:val="28"/>
                <w:lang w:val="kk-KZ"/>
              </w:rPr>
              <w:t>Современные подходы к повышению профессиональной компетентности педагогов»</w:t>
            </w:r>
          </w:p>
        </w:tc>
        <w:tc>
          <w:tcPr>
            <w:tcW w:w="1230" w:type="dxa"/>
          </w:tcPr>
          <w:p w14:paraId="089149CD" w14:textId="77777777" w:rsidR="00C86561" w:rsidRPr="007A2CE4" w:rsidRDefault="00C86561" w:rsidP="00C86561">
            <w:pPr>
              <w:jc w:val="center"/>
              <w:rPr>
                <w:sz w:val="28"/>
                <w:szCs w:val="28"/>
                <w:lang w:val="kk-KZ"/>
              </w:rPr>
            </w:pPr>
            <w:r w:rsidRPr="007A2CE4">
              <w:rPr>
                <w:sz w:val="28"/>
                <w:szCs w:val="28"/>
                <w:lang w:val="kk-KZ"/>
              </w:rPr>
              <w:t xml:space="preserve">«USTAZ» педагогтерді үздіксіз кәсіби дамыту орталығы» ЖШС </w:t>
            </w:r>
          </w:p>
        </w:tc>
        <w:tc>
          <w:tcPr>
            <w:tcW w:w="1187" w:type="dxa"/>
          </w:tcPr>
          <w:p w14:paraId="48C8EEED" w14:textId="77777777" w:rsidR="00C86561" w:rsidRPr="007A2CE4" w:rsidRDefault="00C86561" w:rsidP="00C86561">
            <w:pPr>
              <w:jc w:val="center"/>
              <w:rPr>
                <w:sz w:val="28"/>
                <w:szCs w:val="28"/>
                <w:lang w:val="kk-KZ"/>
              </w:rPr>
            </w:pPr>
            <w:r w:rsidRPr="007A2CE4">
              <w:rPr>
                <w:sz w:val="28"/>
                <w:szCs w:val="28"/>
                <w:lang w:val="kk-KZ"/>
              </w:rPr>
              <w:t xml:space="preserve">18.03.2026 ж </w:t>
            </w:r>
          </w:p>
        </w:tc>
        <w:tc>
          <w:tcPr>
            <w:tcW w:w="1363" w:type="dxa"/>
          </w:tcPr>
          <w:p w14:paraId="5F82CF70" w14:textId="77777777" w:rsidR="00C86561" w:rsidRPr="007A2CE4" w:rsidRDefault="00C86561" w:rsidP="00C86561">
            <w:pPr>
              <w:rPr>
                <w:b/>
                <w:bCs/>
                <w:color w:val="1F1F1F"/>
                <w:sz w:val="28"/>
                <w:szCs w:val="28"/>
                <w:bdr w:val="none" w:sz="0" w:space="0" w:color="auto" w:frame="1"/>
                <w:lang w:val="kk-KZ" w:eastAsia="ru-RU"/>
              </w:rPr>
            </w:pPr>
            <w:r w:rsidRPr="007A2CE4">
              <w:rPr>
                <w:b/>
                <w:bCs/>
                <w:color w:val="1F1F1F"/>
                <w:sz w:val="28"/>
                <w:szCs w:val="28"/>
                <w:bdr w:val="none" w:sz="0" w:space="0" w:color="auto" w:frame="1"/>
                <w:lang w:val="kk-KZ" w:eastAsia="ru-RU"/>
              </w:rPr>
              <w:t>№943</w:t>
            </w:r>
          </w:p>
        </w:tc>
      </w:tr>
      <w:tr w:rsidR="00C86561" w:rsidRPr="007A2CE4" w14:paraId="6EF02C0E" w14:textId="77777777" w:rsidTr="00C86561">
        <w:tc>
          <w:tcPr>
            <w:tcW w:w="995" w:type="dxa"/>
          </w:tcPr>
          <w:p w14:paraId="619452DF" w14:textId="77777777" w:rsidR="00C86561" w:rsidRPr="007A2CE4" w:rsidRDefault="00C86561" w:rsidP="00C86561">
            <w:pPr>
              <w:rPr>
                <w:b/>
                <w:bCs/>
                <w:color w:val="1F1F1F"/>
                <w:sz w:val="28"/>
                <w:szCs w:val="28"/>
                <w:bdr w:val="none" w:sz="0" w:space="0" w:color="auto" w:frame="1"/>
                <w:lang w:val="kk-KZ" w:eastAsia="ru-RU"/>
              </w:rPr>
            </w:pPr>
            <w:r w:rsidRPr="007A2CE4">
              <w:rPr>
                <w:b/>
                <w:bCs/>
                <w:color w:val="1F1F1F"/>
                <w:sz w:val="28"/>
                <w:szCs w:val="28"/>
                <w:bdr w:val="none" w:sz="0" w:space="0" w:color="auto" w:frame="1"/>
                <w:lang w:val="kk-KZ" w:eastAsia="ru-RU"/>
              </w:rPr>
              <w:t>2</w:t>
            </w:r>
          </w:p>
        </w:tc>
        <w:tc>
          <w:tcPr>
            <w:tcW w:w="1377" w:type="dxa"/>
          </w:tcPr>
          <w:p w14:paraId="123C1320" w14:textId="77777777" w:rsidR="00C86561" w:rsidRPr="007A2CE4" w:rsidRDefault="00C86561" w:rsidP="00C86561">
            <w:pPr>
              <w:rPr>
                <w:sz w:val="28"/>
                <w:szCs w:val="28"/>
                <w:lang w:val="kk-KZ"/>
              </w:rPr>
            </w:pPr>
            <w:r w:rsidRPr="007A2CE4">
              <w:rPr>
                <w:sz w:val="28"/>
                <w:szCs w:val="28"/>
                <w:lang w:val="kk-KZ"/>
              </w:rPr>
              <w:t>Толеуов Аманжол Рымтаевич</w:t>
            </w:r>
          </w:p>
        </w:tc>
        <w:tc>
          <w:tcPr>
            <w:tcW w:w="1214" w:type="dxa"/>
          </w:tcPr>
          <w:p w14:paraId="25B66B7F" w14:textId="77777777" w:rsidR="00C86561" w:rsidRPr="007A2CE4" w:rsidRDefault="00C86561" w:rsidP="00C86561">
            <w:pPr>
              <w:jc w:val="center"/>
              <w:rPr>
                <w:sz w:val="28"/>
                <w:szCs w:val="28"/>
                <w:lang w:val="kk-KZ"/>
              </w:rPr>
            </w:pPr>
            <w:r w:rsidRPr="007A2CE4">
              <w:rPr>
                <w:sz w:val="28"/>
                <w:szCs w:val="28"/>
                <w:lang w:val="kk-KZ"/>
              </w:rPr>
              <w:t>Орыс тілі мен әдебиеті</w:t>
            </w:r>
          </w:p>
        </w:tc>
        <w:tc>
          <w:tcPr>
            <w:tcW w:w="780" w:type="dxa"/>
          </w:tcPr>
          <w:p w14:paraId="6246BBCE" w14:textId="77777777" w:rsidR="00C86561" w:rsidRPr="007A2CE4" w:rsidRDefault="00C86561" w:rsidP="00C86561">
            <w:pPr>
              <w:rPr>
                <w:b/>
                <w:bCs/>
                <w:color w:val="1F1F1F"/>
                <w:sz w:val="28"/>
                <w:szCs w:val="28"/>
                <w:bdr w:val="none" w:sz="0" w:space="0" w:color="auto" w:frame="1"/>
                <w:lang w:val="kk-KZ" w:eastAsia="ru-RU"/>
              </w:rPr>
            </w:pPr>
            <w:r w:rsidRPr="007A2CE4">
              <w:rPr>
                <w:b/>
                <w:bCs/>
                <w:color w:val="1F1F1F"/>
                <w:sz w:val="28"/>
                <w:szCs w:val="28"/>
                <w:bdr w:val="none" w:sz="0" w:space="0" w:color="auto" w:frame="1"/>
                <w:lang w:val="kk-KZ" w:eastAsia="ru-RU"/>
              </w:rPr>
              <w:t>26</w:t>
            </w:r>
          </w:p>
        </w:tc>
        <w:tc>
          <w:tcPr>
            <w:tcW w:w="1770" w:type="dxa"/>
          </w:tcPr>
          <w:p w14:paraId="4E9FB16A" w14:textId="77777777" w:rsidR="00C86561" w:rsidRPr="007A2CE4" w:rsidRDefault="00C86561" w:rsidP="00C86561">
            <w:pPr>
              <w:jc w:val="center"/>
              <w:rPr>
                <w:sz w:val="28"/>
                <w:szCs w:val="28"/>
                <w:lang w:val="kk-KZ"/>
              </w:rPr>
            </w:pPr>
            <w:r w:rsidRPr="007A2CE4">
              <w:rPr>
                <w:sz w:val="28"/>
                <w:szCs w:val="28"/>
                <w:lang w:val="kk-KZ"/>
              </w:rPr>
              <w:t>«Новые подходы релизации Государственного общеобязательного стандарта образования: от цели к ожидаеым результатам» Я2</w:t>
            </w:r>
          </w:p>
        </w:tc>
        <w:tc>
          <w:tcPr>
            <w:tcW w:w="1230" w:type="dxa"/>
          </w:tcPr>
          <w:p w14:paraId="5F6618B5" w14:textId="77777777" w:rsidR="00C86561" w:rsidRPr="007A2CE4" w:rsidRDefault="00C86561" w:rsidP="00C86561">
            <w:pPr>
              <w:jc w:val="center"/>
              <w:rPr>
                <w:sz w:val="28"/>
                <w:szCs w:val="28"/>
                <w:lang w:val="kk-KZ"/>
              </w:rPr>
            </w:pPr>
            <w:r w:rsidRPr="007A2CE4">
              <w:rPr>
                <w:sz w:val="28"/>
                <w:szCs w:val="28"/>
                <w:lang w:val="kk-KZ"/>
              </w:rPr>
              <w:t>«Өрлеу» БАҰОАҚ</w:t>
            </w:r>
          </w:p>
        </w:tc>
        <w:tc>
          <w:tcPr>
            <w:tcW w:w="1187" w:type="dxa"/>
          </w:tcPr>
          <w:p w14:paraId="6ACEB27D" w14:textId="77777777" w:rsidR="00C86561" w:rsidRPr="007A2CE4" w:rsidRDefault="00C86561" w:rsidP="00C86561">
            <w:pPr>
              <w:jc w:val="center"/>
              <w:rPr>
                <w:sz w:val="28"/>
                <w:szCs w:val="28"/>
                <w:lang w:val="kk-KZ"/>
              </w:rPr>
            </w:pPr>
            <w:r w:rsidRPr="007A2CE4">
              <w:rPr>
                <w:sz w:val="28"/>
                <w:szCs w:val="28"/>
                <w:lang w:val="kk-KZ"/>
              </w:rPr>
              <w:t>03.08.2026-14.08.2026ж</w:t>
            </w:r>
          </w:p>
        </w:tc>
        <w:tc>
          <w:tcPr>
            <w:tcW w:w="1363" w:type="dxa"/>
          </w:tcPr>
          <w:p w14:paraId="16A26457" w14:textId="77777777" w:rsidR="00C86561" w:rsidRPr="007A2CE4" w:rsidRDefault="00C86561" w:rsidP="00C86561">
            <w:pPr>
              <w:rPr>
                <w:b/>
                <w:bCs/>
                <w:color w:val="1F1F1F"/>
                <w:sz w:val="28"/>
                <w:szCs w:val="28"/>
                <w:bdr w:val="none" w:sz="0" w:space="0" w:color="auto" w:frame="1"/>
                <w:lang w:eastAsia="ru-RU"/>
              </w:rPr>
            </w:pPr>
          </w:p>
        </w:tc>
      </w:tr>
      <w:tr w:rsidR="00C86561" w:rsidRPr="007A2CE4" w14:paraId="1F5908ED" w14:textId="77777777" w:rsidTr="00C86561">
        <w:tc>
          <w:tcPr>
            <w:tcW w:w="995" w:type="dxa"/>
          </w:tcPr>
          <w:p w14:paraId="0ED6F5BF" w14:textId="77777777" w:rsidR="00C86561" w:rsidRPr="007A2CE4" w:rsidRDefault="00C86561" w:rsidP="00C86561">
            <w:pPr>
              <w:rPr>
                <w:b/>
                <w:bCs/>
                <w:color w:val="1F1F1F"/>
                <w:sz w:val="28"/>
                <w:szCs w:val="28"/>
                <w:bdr w:val="none" w:sz="0" w:space="0" w:color="auto" w:frame="1"/>
                <w:lang w:val="kk-KZ" w:eastAsia="ru-RU"/>
              </w:rPr>
            </w:pPr>
            <w:r w:rsidRPr="007A2CE4">
              <w:rPr>
                <w:b/>
                <w:bCs/>
                <w:color w:val="1F1F1F"/>
                <w:sz w:val="28"/>
                <w:szCs w:val="28"/>
                <w:bdr w:val="none" w:sz="0" w:space="0" w:color="auto" w:frame="1"/>
                <w:lang w:val="kk-KZ" w:eastAsia="ru-RU"/>
              </w:rPr>
              <w:t>3</w:t>
            </w:r>
          </w:p>
        </w:tc>
        <w:tc>
          <w:tcPr>
            <w:tcW w:w="1377" w:type="dxa"/>
          </w:tcPr>
          <w:p w14:paraId="679E6026" w14:textId="77777777" w:rsidR="00C86561" w:rsidRPr="007A2CE4" w:rsidRDefault="008D1D0B" w:rsidP="00C86561">
            <w:pPr>
              <w:rPr>
                <w:color w:val="FF0000"/>
                <w:sz w:val="28"/>
                <w:szCs w:val="28"/>
                <w:lang w:val="kk-KZ"/>
              </w:rPr>
            </w:pPr>
            <w:hyperlink r:id="rId11" w:history="1">
              <w:r w:rsidR="00C86561" w:rsidRPr="007A2CE4">
                <w:rPr>
                  <w:sz w:val="28"/>
                  <w:szCs w:val="28"/>
                  <w:u w:val="single"/>
                </w:rPr>
                <w:t>Исанова Ракила Айыповна</w:t>
              </w:r>
            </w:hyperlink>
          </w:p>
        </w:tc>
        <w:tc>
          <w:tcPr>
            <w:tcW w:w="1214" w:type="dxa"/>
          </w:tcPr>
          <w:p w14:paraId="41DB81BF" w14:textId="77777777" w:rsidR="00C86561" w:rsidRPr="007A2CE4" w:rsidRDefault="00C86561" w:rsidP="00C86561">
            <w:pPr>
              <w:jc w:val="center"/>
              <w:rPr>
                <w:sz w:val="28"/>
                <w:szCs w:val="28"/>
                <w:lang w:val="kk-KZ"/>
              </w:rPr>
            </w:pPr>
            <w:r w:rsidRPr="007A2CE4">
              <w:rPr>
                <w:sz w:val="28"/>
                <w:szCs w:val="28"/>
                <w:lang w:val="kk-KZ"/>
              </w:rPr>
              <w:t>Орыс тілі</w:t>
            </w:r>
          </w:p>
        </w:tc>
        <w:tc>
          <w:tcPr>
            <w:tcW w:w="780" w:type="dxa"/>
          </w:tcPr>
          <w:p w14:paraId="1D0D6477" w14:textId="77777777" w:rsidR="00C86561" w:rsidRPr="007A2CE4" w:rsidRDefault="00C86561" w:rsidP="00C86561">
            <w:pPr>
              <w:rPr>
                <w:b/>
                <w:bCs/>
                <w:color w:val="1F1F1F"/>
                <w:sz w:val="28"/>
                <w:szCs w:val="28"/>
                <w:bdr w:val="none" w:sz="0" w:space="0" w:color="auto" w:frame="1"/>
                <w:lang w:val="kk-KZ" w:eastAsia="ru-RU"/>
              </w:rPr>
            </w:pPr>
            <w:r w:rsidRPr="007A2CE4">
              <w:rPr>
                <w:b/>
                <w:bCs/>
                <w:color w:val="1F1F1F"/>
                <w:sz w:val="28"/>
                <w:szCs w:val="28"/>
                <w:bdr w:val="none" w:sz="0" w:space="0" w:color="auto" w:frame="1"/>
                <w:lang w:val="kk-KZ" w:eastAsia="ru-RU"/>
              </w:rPr>
              <w:t>36</w:t>
            </w:r>
          </w:p>
        </w:tc>
        <w:tc>
          <w:tcPr>
            <w:tcW w:w="1770" w:type="dxa"/>
          </w:tcPr>
          <w:p w14:paraId="25D3E82C" w14:textId="77777777" w:rsidR="00C86561" w:rsidRPr="007A2CE4" w:rsidRDefault="00C86561" w:rsidP="00C86561">
            <w:pPr>
              <w:jc w:val="center"/>
              <w:rPr>
                <w:sz w:val="28"/>
                <w:szCs w:val="28"/>
                <w:lang w:val="kk-KZ"/>
              </w:rPr>
            </w:pPr>
            <w:r w:rsidRPr="007A2CE4">
              <w:rPr>
                <w:sz w:val="28"/>
                <w:szCs w:val="28"/>
                <w:lang w:val="kk-KZ"/>
              </w:rPr>
              <w:t xml:space="preserve">«Новые подходы релизации </w:t>
            </w:r>
            <w:r w:rsidRPr="007A2CE4">
              <w:rPr>
                <w:sz w:val="28"/>
                <w:szCs w:val="28"/>
                <w:lang w:val="kk-KZ"/>
              </w:rPr>
              <w:lastRenderedPageBreak/>
              <w:t>Государственного общеобязательного стандарта образования: от цели к ожидаеым результатам» Я2</w:t>
            </w:r>
          </w:p>
        </w:tc>
        <w:tc>
          <w:tcPr>
            <w:tcW w:w="1230" w:type="dxa"/>
          </w:tcPr>
          <w:p w14:paraId="4D7EA9A3" w14:textId="77777777" w:rsidR="00C86561" w:rsidRPr="007A2CE4" w:rsidRDefault="00C86561" w:rsidP="00C86561">
            <w:pPr>
              <w:jc w:val="center"/>
              <w:rPr>
                <w:sz w:val="28"/>
                <w:szCs w:val="28"/>
                <w:lang w:val="kk-KZ"/>
              </w:rPr>
            </w:pPr>
            <w:r w:rsidRPr="007A2CE4">
              <w:rPr>
                <w:sz w:val="28"/>
                <w:szCs w:val="28"/>
                <w:lang w:val="kk-KZ"/>
              </w:rPr>
              <w:lastRenderedPageBreak/>
              <w:t>«Өрлеу» БАҰОАҚ</w:t>
            </w:r>
          </w:p>
        </w:tc>
        <w:tc>
          <w:tcPr>
            <w:tcW w:w="1187" w:type="dxa"/>
          </w:tcPr>
          <w:p w14:paraId="0F3EC143" w14:textId="77777777" w:rsidR="00C86561" w:rsidRPr="007A2CE4" w:rsidRDefault="00C86561" w:rsidP="00C86561">
            <w:pPr>
              <w:jc w:val="center"/>
              <w:rPr>
                <w:sz w:val="28"/>
                <w:szCs w:val="28"/>
                <w:lang w:val="kk-KZ"/>
              </w:rPr>
            </w:pPr>
            <w:r w:rsidRPr="007A2CE4">
              <w:rPr>
                <w:sz w:val="28"/>
                <w:szCs w:val="28"/>
                <w:lang w:val="kk-KZ"/>
              </w:rPr>
              <w:t>03.08.2026-14.08.202</w:t>
            </w:r>
            <w:r w:rsidRPr="007A2CE4">
              <w:rPr>
                <w:sz w:val="28"/>
                <w:szCs w:val="28"/>
                <w:lang w:val="kk-KZ"/>
              </w:rPr>
              <w:lastRenderedPageBreak/>
              <w:t>6ж</w:t>
            </w:r>
          </w:p>
        </w:tc>
        <w:tc>
          <w:tcPr>
            <w:tcW w:w="1363" w:type="dxa"/>
          </w:tcPr>
          <w:p w14:paraId="7588E228" w14:textId="77777777" w:rsidR="00C86561" w:rsidRPr="007A2CE4" w:rsidRDefault="00C86561" w:rsidP="00C86561">
            <w:pPr>
              <w:rPr>
                <w:b/>
                <w:bCs/>
                <w:color w:val="1F1F1F"/>
                <w:sz w:val="28"/>
                <w:szCs w:val="28"/>
                <w:bdr w:val="none" w:sz="0" w:space="0" w:color="auto" w:frame="1"/>
                <w:lang w:eastAsia="ru-RU"/>
              </w:rPr>
            </w:pPr>
          </w:p>
        </w:tc>
      </w:tr>
    </w:tbl>
    <w:p w14:paraId="76467D8D" w14:textId="6B6F87D5" w:rsidR="00C86561" w:rsidRPr="007A2CE4" w:rsidRDefault="00C86561" w:rsidP="00C86561">
      <w:pPr>
        <w:pStyle w:val="ds-markdown-paragraph"/>
        <w:shd w:val="clear" w:color="auto" w:fill="FFFFFF"/>
        <w:spacing w:before="240" w:beforeAutospacing="0" w:after="240" w:afterAutospacing="0"/>
        <w:contextualSpacing/>
        <w:jc w:val="both"/>
        <w:rPr>
          <w:sz w:val="28"/>
          <w:szCs w:val="28"/>
          <w:lang w:val="kk-KZ"/>
        </w:rPr>
      </w:pPr>
      <w:r w:rsidRPr="007A2CE4">
        <w:rPr>
          <w:sz w:val="28"/>
          <w:szCs w:val="28"/>
          <w:lang w:val="kk-KZ"/>
        </w:rPr>
        <w:t>д) Ағылшын тілі пәні мұғалімдерінің біліктілігін арттыру</w:t>
      </w:r>
    </w:p>
    <w:tbl>
      <w:tblPr>
        <w:tblStyle w:val="a7"/>
        <w:tblW w:w="10065" w:type="dxa"/>
        <w:tblInd w:w="-572" w:type="dxa"/>
        <w:tblLook w:val="04A0" w:firstRow="1" w:lastRow="0" w:firstColumn="1" w:lastColumn="0" w:noHBand="0" w:noVBand="1"/>
      </w:tblPr>
      <w:tblGrid>
        <w:gridCol w:w="460"/>
        <w:gridCol w:w="1680"/>
        <w:gridCol w:w="1397"/>
        <w:gridCol w:w="883"/>
        <w:gridCol w:w="2018"/>
        <w:gridCol w:w="1655"/>
        <w:gridCol w:w="1469"/>
        <w:gridCol w:w="1573"/>
      </w:tblGrid>
      <w:tr w:rsidR="00C86561" w:rsidRPr="007A2CE4" w14:paraId="6DCE8180" w14:textId="77777777" w:rsidTr="00C86561">
        <w:tc>
          <w:tcPr>
            <w:tcW w:w="450" w:type="dxa"/>
            <w:hideMark/>
          </w:tcPr>
          <w:p w14:paraId="094B7C7E" w14:textId="77777777" w:rsidR="00C86561" w:rsidRPr="007A2CE4" w:rsidRDefault="00C86561" w:rsidP="00C86561">
            <w:pPr>
              <w:rPr>
                <w:color w:val="1F1F1F"/>
                <w:sz w:val="28"/>
                <w:szCs w:val="28"/>
                <w:lang w:eastAsia="ru-RU"/>
              </w:rPr>
            </w:pPr>
            <w:r w:rsidRPr="007A2CE4">
              <w:rPr>
                <w:b/>
                <w:bCs/>
                <w:color w:val="1F1F1F"/>
                <w:sz w:val="28"/>
                <w:szCs w:val="28"/>
                <w:bdr w:val="none" w:sz="0" w:space="0" w:color="auto" w:frame="1"/>
                <w:lang w:eastAsia="ru-RU"/>
              </w:rPr>
              <w:t>№</w:t>
            </w:r>
          </w:p>
        </w:tc>
        <w:tc>
          <w:tcPr>
            <w:tcW w:w="1508" w:type="dxa"/>
            <w:hideMark/>
          </w:tcPr>
          <w:p w14:paraId="2FF3A166" w14:textId="77777777" w:rsidR="00C86561" w:rsidRPr="007A2CE4" w:rsidRDefault="00C86561" w:rsidP="00C86561">
            <w:pPr>
              <w:rPr>
                <w:color w:val="1F1F1F"/>
                <w:sz w:val="28"/>
                <w:szCs w:val="28"/>
                <w:lang w:eastAsia="ru-RU"/>
              </w:rPr>
            </w:pPr>
            <w:r w:rsidRPr="007A2CE4">
              <w:rPr>
                <w:b/>
                <w:bCs/>
                <w:color w:val="1F1F1F"/>
                <w:sz w:val="28"/>
                <w:szCs w:val="28"/>
                <w:bdr w:val="none" w:sz="0" w:space="0" w:color="auto" w:frame="1"/>
                <w:lang w:eastAsia="ru-RU"/>
              </w:rPr>
              <w:t>Педагогтің аты-жөні</w:t>
            </w:r>
          </w:p>
        </w:tc>
        <w:tc>
          <w:tcPr>
            <w:tcW w:w="1352" w:type="dxa"/>
            <w:hideMark/>
          </w:tcPr>
          <w:p w14:paraId="3083A5AA" w14:textId="77777777" w:rsidR="00C86561" w:rsidRPr="007A2CE4" w:rsidRDefault="00C86561" w:rsidP="00C86561">
            <w:pPr>
              <w:rPr>
                <w:color w:val="1F1F1F"/>
                <w:sz w:val="28"/>
                <w:szCs w:val="28"/>
                <w:lang w:eastAsia="ru-RU"/>
              </w:rPr>
            </w:pPr>
            <w:r w:rsidRPr="007A2CE4">
              <w:rPr>
                <w:b/>
                <w:bCs/>
                <w:color w:val="1F1F1F"/>
                <w:sz w:val="28"/>
                <w:szCs w:val="28"/>
                <w:bdr w:val="none" w:sz="0" w:space="0" w:color="auto" w:frame="1"/>
                <w:lang w:eastAsia="ru-RU"/>
              </w:rPr>
              <w:t>Лауазымы / Беретін пәні</w:t>
            </w:r>
          </w:p>
        </w:tc>
        <w:tc>
          <w:tcPr>
            <w:tcW w:w="859" w:type="dxa"/>
          </w:tcPr>
          <w:p w14:paraId="45773BE8" w14:textId="77777777" w:rsidR="00C86561" w:rsidRPr="007A2CE4" w:rsidRDefault="00C86561" w:rsidP="00C86561">
            <w:pPr>
              <w:rPr>
                <w:b/>
                <w:bCs/>
                <w:color w:val="1F1F1F"/>
                <w:sz w:val="28"/>
                <w:szCs w:val="28"/>
                <w:bdr w:val="none" w:sz="0" w:space="0" w:color="auto" w:frame="1"/>
                <w:lang w:val="kk-KZ" w:eastAsia="ru-RU"/>
              </w:rPr>
            </w:pPr>
            <w:r w:rsidRPr="007A2CE4">
              <w:rPr>
                <w:b/>
                <w:bCs/>
                <w:color w:val="1F1F1F"/>
                <w:sz w:val="28"/>
                <w:szCs w:val="28"/>
                <w:bdr w:val="none" w:sz="0" w:space="0" w:color="auto" w:frame="1"/>
                <w:lang w:val="kk-KZ" w:eastAsia="ru-RU"/>
              </w:rPr>
              <w:t>Еңбек өтілі</w:t>
            </w:r>
          </w:p>
        </w:tc>
        <w:tc>
          <w:tcPr>
            <w:tcW w:w="1806" w:type="dxa"/>
            <w:hideMark/>
          </w:tcPr>
          <w:p w14:paraId="0A420242" w14:textId="77777777" w:rsidR="00C86561" w:rsidRPr="007A2CE4" w:rsidRDefault="00C86561" w:rsidP="00C86561">
            <w:pPr>
              <w:rPr>
                <w:color w:val="1F1F1F"/>
                <w:sz w:val="28"/>
                <w:szCs w:val="28"/>
                <w:lang w:eastAsia="ru-RU"/>
              </w:rPr>
            </w:pPr>
            <w:r w:rsidRPr="007A2CE4">
              <w:rPr>
                <w:b/>
                <w:bCs/>
                <w:color w:val="1F1F1F"/>
                <w:sz w:val="28"/>
                <w:szCs w:val="28"/>
                <w:bdr w:val="none" w:sz="0" w:space="0" w:color="auto" w:frame="1"/>
                <w:lang w:eastAsia="ru-RU"/>
              </w:rPr>
              <w:t>Курс атауы / Тематикасы</w:t>
            </w:r>
          </w:p>
        </w:tc>
        <w:tc>
          <w:tcPr>
            <w:tcW w:w="1096" w:type="dxa"/>
            <w:hideMark/>
          </w:tcPr>
          <w:p w14:paraId="215D62B0" w14:textId="77777777" w:rsidR="00C86561" w:rsidRPr="007A2CE4" w:rsidRDefault="00C86561" w:rsidP="00C86561">
            <w:pPr>
              <w:rPr>
                <w:color w:val="1F1F1F"/>
                <w:sz w:val="28"/>
                <w:szCs w:val="28"/>
                <w:lang w:eastAsia="ru-RU"/>
              </w:rPr>
            </w:pPr>
            <w:r w:rsidRPr="007A2CE4">
              <w:rPr>
                <w:b/>
                <w:bCs/>
                <w:color w:val="1F1F1F"/>
                <w:sz w:val="28"/>
                <w:szCs w:val="28"/>
                <w:bdr w:val="none" w:sz="0" w:space="0" w:color="auto" w:frame="1"/>
                <w:lang w:eastAsia="ru-RU"/>
              </w:rPr>
              <w:t xml:space="preserve">Курсты өткізген ұйым </w:t>
            </w:r>
          </w:p>
        </w:tc>
        <w:tc>
          <w:tcPr>
            <w:tcW w:w="1322" w:type="dxa"/>
            <w:hideMark/>
          </w:tcPr>
          <w:p w14:paraId="169FC312" w14:textId="77777777" w:rsidR="00C86561" w:rsidRPr="007A2CE4" w:rsidRDefault="00C86561" w:rsidP="00C86561">
            <w:pPr>
              <w:rPr>
                <w:color w:val="1F1F1F"/>
                <w:sz w:val="28"/>
                <w:szCs w:val="28"/>
                <w:lang w:eastAsia="ru-RU"/>
              </w:rPr>
            </w:pPr>
            <w:r w:rsidRPr="007A2CE4">
              <w:rPr>
                <w:b/>
                <w:bCs/>
                <w:color w:val="1F1F1F"/>
                <w:sz w:val="28"/>
                <w:szCs w:val="28"/>
                <w:bdr w:val="none" w:sz="0" w:space="0" w:color="auto" w:frame="1"/>
                <w:lang w:eastAsia="ru-RU"/>
              </w:rPr>
              <w:t>Курс өткен жылы, айы</w:t>
            </w:r>
          </w:p>
        </w:tc>
        <w:tc>
          <w:tcPr>
            <w:tcW w:w="1672" w:type="dxa"/>
            <w:hideMark/>
          </w:tcPr>
          <w:p w14:paraId="0A0B47CF" w14:textId="77777777" w:rsidR="00C86561" w:rsidRPr="007A2CE4" w:rsidRDefault="00C86561" w:rsidP="00C86561">
            <w:pPr>
              <w:rPr>
                <w:color w:val="1F1F1F"/>
                <w:sz w:val="28"/>
                <w:szCs w:val="28"/>
                <w:lang w:eastAsia="ru-RU"/>
              </w:rPr>
            </w:pPr>
            <w:r w:rsidRPr="007A2CE4">
              <w:rPr>
                <w:b/>
                <w:bCs/>
                <w:color w:val="1F1F1F"/>
                <w:sz w:val="28"/>
                <w:szCs w:val="28"/>
                <w:bdr w:val="none" w:sz="0" w:space="0" w:color="auto" w:frame="1"/>
                <w:lang w:eastAsia="ru-RU"/>
              </w:rPr>
              <w:t>Сертификат нөмірі мен берілген күні</w:t>
            </w:r>
          </w:p>
        </w:tc>
      </w:tr>
      <w:tr w:rsidR="00C86561" w:rsidRPr="007A2CE4" w14:paraId="147BDB4A" w14:textId="77777777" w:rsidTr="00C86561">
        <w:tc>
          <w:tcPr>
            <w:tcW w:w="450" w:type="dxa"/>
          </w:tcPr>
          <w:p w14:paraId="264AF946" w14:textId="77777777" w:rsidR="00C86561" w:rsidRPr="007A2CE4" w:rsidRDefault="00C86561" w:rsidP="00C86561">
            <w:pPr>
              <w:rPr>
                <w:b/>
                <w:bCs/>
                <w:color w:val="1F1F1F"/>
                <w:sz w:val="28"/>
                <w:szCs w:val="28"/>
                <w:bdr w:val="none" w:sz="0" w:space="0" w:color="auto" w:frame="1"/>
                <w:lang w:val="kk-KZ" w:eastAsia="ru-RU"/>
              </w:rPr>
            </w:pPr>
            <w:r w:rsidRPr="007A2CE4">
              <w:rPr>
                <w:b/>
                <w:bCs/>
                <w:color w:val="1F1F1F"/>
                <w:sz w:val="28"/>
                <w:szCs w:val="28"/>
                <w:bdr w:val="none" w:sz="0" w:space="0" w:color="auto" w:frame="1"/>
                <w:lang w:val="kk-KZ" w:eastAsia="ru-RU"/>
              </w:rPr>
              <w:t>1</w:t>
            </w:r>
          </w:p>
        </w:tc>
        <w:tc>
          <w:tcPr>
            <w:tcW w:w="1508" w:type="dxa"/>
          </w:tcPr>
          <w:p w14:paraId="2549A9F4" w14:textId="77777777" w:rsidR="00C86561" w:rsidRPr="007A2CE4" w:rsidRDefault="00C86561" w:rsidP="00C86561">
            <w:pPr>
              <w:rPr>
                <w:sz w:val="28"/>
                <w:szCs w:val="28"/>
                <w:lang w:val="kk-KZ"/>
              </w:rPr>
            </w:pPr>
            <w:r w:rsidRPr="007A2CE4">
              <w:rPr>
                <w:sz w:val="28"/>
                <w:szCs w:val="28"/>
                <w:lang w:val="kk-KZ"/>
              </w:rPr>
              <w:t xml:space="preserve">Адукаримов Казбек Нуркенович </w:t>
            </w:r>
          </w:p>
        </w:tc>
        <w:tc>
          <w:tcPr>
            <w:tcW w:w="1352" w:type="dxa"/>
          </w:tcPr>
          <w:p w14:paraId="1609BFF9" w14:textId="77777777" w:rsidR="00C86561" w:rsidRPr="0056303A" w:rsidRDefault="00C86561" w:rsidP="00C86561">
            <w:pPr>
              <w:rPr>
                <w:bCs/>
                <w:color w:val="1F1F1F"/>
                <w:sz w:val="28"/>
                <w:szCs w:val="28"/>
                <w:bdr w:val="none" w:sz="0" w:space="0" w:color="auto" w:frame="1"/>
                <w:lang w:val="kk-KZ" w:eastAsia="ru-RU"/>
              </w:rPr>
            </w:pPr>
            <w:r w:rsidRPr="0056303A">
              <w:rPr>
                <w:bCs/>
                <w:color w:val="1F1F1F"/>
                <w:sz w:val="28"/>
                <w:szCs w:val="28"/>
                <w:bdr w:val="none" w:sz="0" w:space="0" w:color="auto" w:frame="1"/>
                <w:lang w:val="kk-KZ" w:eastAsia="ru-RU"/>
              </w:rPr>
              <w:t>Ағылшын тілі</w:t>
            </w:r>
          </w:p>
        </w:tc>
        <w:tc>
          <w:tcPr>
            <w:tcW w:w="859" w:type="dxa"/>
          </w:tcPr>
          <w:p w14:paraId="0F166E21" w14:textId="77777777" w:rsidR="00C86561" w:rsidRPr="0056303A" w:rsidRDefault="00C86561" w:rsidP="00C86561">
            <w:pPr>
              <w:rPr>
                <w:bCs/>
                <w:color w:val="1F1F1F"/>
                <w:sz w:val="28"/>
                <w:szCs w:val="28"/>
                <w:bdr w:val="none" w:sz="0" w:space="0" w:color="auto" w:frame="1"/>
                <w:lang w:val="kk-KZ" w:eastAsia="ru-RU"/>
              </w:rPr>
            </w:pPr>
            <w:r w:rsidRPr="0056303A">
              <w:rPr>
                <w:bCs/>
                <w:color w:val="1F1F1F"/>
                <w:sz w:val="28"/>
                <w:szCs w:val="28"/>
                <w:bdr w:val="none" w:sz="0" w:space="0" w:color="auto" w:frame="1"/>
                <w:lang w:val="kk-KZ" w:eastAsia="ru-RU"/>
              </w:rPr>
              <w:t>3 жыл</w:t>
            </w:r>
          </w:p>
        </w:tc>
        <w:tc>
          <w:tcPr>
            <w:tcW w:w="1806" w:type="dxa"/>
          </w:tcPr>
          <w:p w14:paraId="6A8BA414" w14:textId="77777777" w:rsidR="00C86561" w:rsidRPr="0056303A" w:rsidRDefault="00C86561" w:rsidP="00C86561">
            <w:pPr>
              <w:jc w:val="center"/>
              <w:rPr>
                <w:sz w:val="28"/>
                <w:szCs w:val="28"/>
                <w:lang w:val="kk-KZ"/>
              </w:rPr>
            </w:pPr>
            <w:r w:rsidRPr="0056303A">
              <w:rPr>
                <w:sz w:val="28"/>
                <w:szCs w:val="28"/>
                <w:lang w:val="kk-KZ"/>
              </w:rPr>
              <w:t>«Инновационные технологии в обучении английскому языку»</w:t>
            </w:r>
          </w:p>
        </w:tc>
        <w:tc>
          <w:tcPr>
            <w:tcW w:w="1096" w:type="dxa"/>
          </w:tcPr>
          <w:p w14:paraId="0A228709" w14:textId="77777777" w:rsidR="00C86561" w:rsidRPr="0056303A" w:rsidRDefault="00C86561" w:rsidP="00C86561">
            <w:pPr>
              <w:rPr>
                <w:sz w:val="28"/>
                <w:szCs w:val="28"/>
                <w:lang w:val="kk-KZ"/>
              </w:rPr>
            </w:pPr>
            <w:r w:rsidRPr="0056303A">
              <w:rPr>
                <w:sz w:val="28"/>
                <w:szCs w:val="28"/>
                <w:lang w:val="kk-KZ"/>
              </w:rPr>
              <w:t>«Өрлеу» БАҰОАҚ</w:t>
            </w:r>
          </w:p>
        </w:tc>
        <w:tc>
          <w:tcPr>
            <w:tcW w:w="1322" w:type="dxa"/>
          </w:tcPr>
          <w:p w14:paraId="69A309BB" w14:textId="77777777" w:rsidR="00C86561" w:rsidRPr="0056303A" w:rsidRDefault="00C86561" w:rsidP="00C86561">
            <w:pPr>
              <w:jc w:val="center"/>
              <w:rPr>
                <w:sz w:val="28"/>
                <w:szCs w:val="28"/>
                <w:lang w:val="kk-KZ"/>
              </w:rPr>
            </w:pPr>
            <w:r w:rsidRPr="0056303A">
              <w:rPr>
                <w:sz w:val="28"/>
                <w:szCs w:val="28"/>
                <w:lang w:val="kk-KZ"/>
              </w:rPr>
              <w:t>17.06-28.06.2024 ж</w:t>
            </w:r>
          </w:p>
        </w:tc>
        <w:tc>
          <w:tcPr>
            <w:tcW w:w="1672" w:type="dxa"/>
          </w:tcPr>
          <w:p w14:paraId="2EB9443E" w14:textId="77777777" w:rsidR="00C86561" w:rsidRPr="0056303A" w:rsidRDefault="00C86561" w:rsidP="00C86561">
            <w:pPr>
              <w:rPr>
                <w:bCs/>
                <w:color w:val="1F1F1F"/>
                <w:sz w:val="28"/>
                <w:szCs w:val="28"/>
                <w:bdr w:val="none" w:sz="0" w:space="0" w:color="auto" w:frame="1"/>
                <w:lang w:val="kk-KZ" w:eastAsia="ru-RU"/>
              </w:rPr>
            </w:pPr>
            <w:r w:rsidRPr="0056303A">
              <w:rPr>
                <w:bCs/>
                <w:color w:val="1F1F1F"/>
                <w:sz w:val="28"/>
                <w:szCs w:val="28"/>
                <w:bdr w:val="none" w:sz="0" w:space="0" w:color="auto" w:frame="1"/>
                <w:lang w:val="kk-KZ" w:eastAsia="ru-RU"/>
              </w:rPr>
              <w:t>№0804472</w:t>
            </w:r>
          </w:p>
        </w:tc>
      </w:tr>
      <w:tr w:rsidR="00C86561" w:rsidRPr="007A2CE4" w14:paraId="744958A0" w14:textId="77777777" w:rsidTr="00C86561">
        <w:tc>
          <w:tcPr>
            <w:tcW w:w="450" w:type="dxa"/>
          </w:tcPr>
          <w:p w14:paraId="6E985469" w14:textId="77777777" w:rsidR="00C86561" w:rsidRPr="007A2CE4" w:rsidRDefault="00C86561" w:rsidP="00C86561">
            <w:pPr>
              <w:rPr>
                <w:b/>
                <w:bCs/>
                <w:color w:val="1F1F1F"/>
                <w:sz w:val="28"/>
                <w:szCs w:val="28"/>
                <w:bdr w:val="none" w:sz="0" w:space="0" w:color="auto" w:frame="1"/>
                <w:lang w:val="kk-KZ" w:eastAsia="ru-RU"/>
              </w:rPr>
            </w:pPr>
            <w:r w:rsidRPr="007A2CE4">
              <w:rPr>
                <w:b/>
                <w:bCs/>
                <w:color w:val="1F1F1F"/>
                <w:sz w:val="28"/>
                <w:szCs w:val="28"/>
                <w:bdr w:val="none" w:sz="0" w:space="0" w:color="auto" w:frame="1"/>
                <w:lang w:val="kk-KZ" w:eastAsia="ru-RU"/>
              </w:rPr>
              <w:t>2</w:t>
            </w:r>
          </w:p>
        </w:tc>
        <w:tc>
          <w:tcPr>
            <w:tcW w:w="1508" w:type="dxa"/>
          </w:tcPr>
          <w:p w14:paraId="64EB38A1" w14:textId="77777777" w:rsidR="00C86561" w:rsidRPr="007A2CE4" w:rsidRDefault="00C86561" w:rsidP="00C86561">
            <w:pPr>
              <w:rPr>
                <w:sz w:val="28"/>
                <w:szCs w:val="28"/>
                <w:lang w:val="kk-KZ"/>
              </w:rPr>
            </w:pPr>
            <w:r w:rsidRPr="007A2CE4">
              <w:rPr>
                <w:sz w:val="28"/>
                <w:szCs w:val="28"/>
                <w:lang w:val="kk-KZ"/>
              </w:rPr>
              <w:t>Сүйіндік Лейла Мерекеқызы</w:t>
            </w:r>
          </w:p>
        </w:tc>
        <w:tc>
          <w:tcPr>
            <w:tcW w:w="1352" w:type="dxa"/>
          </w:tcPr>
          <w:p w14:paraId="2EE85553" w14:textId="77777777" w:rsidR="00C86561" w:rsidRPr="0056303A" w:rsidRDefault="00C86561" w:rsidP="00C86561">
            <w:pPr>
              <w:rPr>
                <w:sz w:val="28"/>
                <w:szCs w:val="28"/>
              </w:rPr>
            </w:pPr>
            <w:r w:rsidRPr="0056303A">
              <w:rPr>
                <w:bCs/>
                <w:color w:val="1F1F1F"/>
                <w:sz w:val="28"/>
                <w:szCs w:val="28"/>
                <w:bdr w:val="none" w:sz="0" w:space="0" w:color="auto" w:frame="1"/>
                <w:lang w:val="kk-KZ" w:eastAsia="ru-RU"/>
              </w:rPr>
              <w:t>Ағылшын тілі</w:t>
            </w:r>
          </w:p>
        </w:tc>
        <w:tc>
          <w:tcPr>
            <w:tcW w:w="859" w:type="dxa"/>
          </w:tcPr>
          <w:p w14:paraId="221E2D04" w14:textId="77777777" w:rsidR="00C86561" w:rsidRPr="0056303A" w:rsidRDefault="00C86561" w:rsidP="00C86561">
            <w:pPr>
              <w:rPr>
                <w:bCs/>
                <w:color w:val="1F1F1F"/>
                <w:sz w:val="28"/>
                <w:szCs w:val="28"/>
                <w:bdr w:val="none" w:sz="0" w:space="0" w:color="auto" w:frame="1"/>
                <w:lang w:val="kk-KZ" w:eastAsia="ru-RU"/>
              </w:rPr>
            </w:pPr>
            <w:r w:rsidRPr="0056303A">
              <w:rPr>
                <w:bCs/>
                <w:color w:val="1F1F1F"/>
                <w:sz w:val="28"/>
                <w:szCs w:val="28"/>
                <w:bdr w:val="none" w:sz="0" w:space="0" w:color="auto" w:frame="1"/>
                <w:lang w:val="kk-KZ" w:eastAsia="ru-RU"/>
              </w:rPr>
              <w:t>2,9 ай</w:t>
            </w:r>
          </w:p>
        </w:tc>
        <w:tc>
          <w:tcPr>
            <w:tcW w:w="1806" w:type="dxa"/>
          </w:tcPr>
          <w:p w14:paraId="7AB1C073" w14:textId="77777777" w:rsidR="00C86561" w:rsidRPr="0056303A" w:rsidRDefault="00C86561" w:rsidP="00C86561">
            <w:pPr>
              <w:jc w:val="center"/>
              <w:rPr>
                <w:sz w:val="28"/>
                <w:szCs w:val="28"/>
                <w:lang w:val="kk-KZ"/>
              </w:rPr>
            </w:pPr>
            <w:r w:rsidRPr="0056303A">
              <w:rPr>
                <w:sz w:val="28"/>
                <w:szCs w:val="28"/>
                <w:lang w:val="kk-KZ"/>
              </w:rPr>
              <w:t>«Инновационные технологии в обучении английскому языку»</w:t>
            </w:r>
          </w:p>
        </w:tc>
        <w:tc>
          <w:tcPr>
            <w:tcW w:w="1096" w:type="dxa"/>
          </w:tcPr>
          <w:p w14:paraId="1030FF5B" w14:textId="77777777" w:rsidR="00C86561" w:rsidRPr="0056303A" w:rsidRDefault="00C86561" w:rsidP="00C86561">
            <w:pPr>
              <w:rPr>
                <w:sz w:val="28"/>
                <w:szCs w:val="28"/>
                <w:lang w:val="kk-KZ"/>
              </w:rPr>
            </w:pPr>
            <w:r w:rsidRPr="0056303A">
              <w:rPr>
                <w:sz w:val="28"/>
                <w:szCs w:val="28"/>
                <w:lang w:val="kk-KZ"/>
              </w:rPr>
              <w:t>«Өрлеу» БАҰОАҚ</w:t>
            </w:r>
          </w:p>
        </w:tc>
        <w:tc>
          <w:tcPr>
            <w:tcW w:w="1322" w:type="dxa"/>
          </w:tcPr>
          <w:p w14:paraId="42C0F809" w14:textId="77777777" w:rsidR="00C86561" w:rsidRPr="0056303A" w:rsidRDefault="00C86561" w:rsidP="00C86561">
            <w:pPr>
              <w:jc w:val="center"/>
              <w:rPr>
                <w:sz w:val="28"/>
                <w:szCs w:val="28"/>
                <w:lang w:val="kk-KZ"/>
              </w:rPr>
            </w:pPr>
            <w:r w:rsidRPr="0056303A">
              <w:rPr>
                <w:sz w:val="28"/>
                <w:szCs w:val="28"/>
                <w:lang w:val="kk-KZ"/>
              </w:rPr>
              <w:t>01.04.-12.04.2024ж</w:t>
            </w:r>
          </w:p>
        </w:tc>
        <w:tc>
          <w:tcPr>
            <w:tcW w:w="1672" w:type="dxa"/>
          </w:tcPr>
          <w:p w14:paraId="7FF85106" w14:textId="77777777" w:rsidR="00C86561" w:rsidRPr="0056303A" w:rsidRDefault="00C86561" w:rsidP="00C86561">
            <w:pPr>
              <w:rPr>
                <w:bCs/>
                <w:color w:val="1F1F1F"/>
                <w:sz w:val="28"/>
                <w:szCs w:val="28"/>
                <w:bdr w:val="none" w:sz="0" w:space="0" w:color="auto" w:frame="1"/>
                <w:lang w:val="kk-KZ" w:eastAsia="ru-RU"/>
              </w:rPr>
            </w:pPr>
            <w:r w:rsidRPr="0056303A">
              <w:rPr>
                <w:bCs/>
                <w:color w:val="1F1F1F"/>
                <w:sz w:val="28"/>
                <w:szCs w:val="28"/>
                <w:bdr w:val="none" w:sz="0" w:space="0" w:color="auto" w:frame="1"/>
                <w:lang w:val="kk-KZ" w:eastAsia="ru-RU"/>
              </w:rPr>
              <w:t>№0801926</w:t>
            </w:r>
          </w:p>
        </w:tc>
      </w:tr>
      <w:tr w:rsidR="00C86561" w:rsidRPr="007A2CE4" w14:paraId="21AAB787" w14:textId="77777777" w:rsidTr="00C86561">
        <w:tc>
          <w:tcPr>
            <w:tcW w:w="450" w:type="dxa"/>
          </w:tcPr>
          <w:p w14:paraId="3CD9DF4C" w14:textId="77777777" w:rsidR="00C86561" w:rsidRPr="007A2CE4" w:rsidRDefault="00C86561" w:rsidP="00C86561">
            <w:pPr>
              <w:rPr>
                <w:b/>
                <w:bCs/>
                <w:color w:val="1F1F1F"/>
                <w:sz w:val="28"/>
                <w:szCs w:val="28"/>
                <w:bdr w:val="none" w:sz="0" w:space="0" w:color="auto" w:frame="1"/>
                <w:lang w:val="kk-KZ" w:eastAsia="ru-RU"/>
              </w:rPr>
            </w:pPr>
            <w:r w:rsidRPr="007A2CE4">
              <w:rPr>
                <w:b/>
                <w:bCs/>
                <w:color w:val="1F1F1F"/>
                <w:sz w:val="28"/>
                <w:szCs w:val="28"/>
                <w:bdr w:val="none" w:sz="0" w:space="0" w:color="auto" w:frame="1"/>
                <w:lang w:val="kk-KZ" w:eastAsia="ru-RU"/>
              </w:rPr>
              <w:t>3</w:t>
            </w:r>
          </w:p>
        </w:tc>
        <w:tc>
          <w:tcPr>
            <w:tcW w:w="1508" w:type="dxa"/>
          </w:tcPr>
          <w:p w14:paraId="0D58331D" w14:textId="77777777" w:rsidR="00C86561" w:rsidRPr="007A2CE4" w:rsidRDefault="00C86561" w:rsidP="00C86561">
            <w:pPr>
              <w:jc w:val="center"/>
              <w:rPr>
                <w:sz w:val="28"/>
                <w:szCs w:val="28"/>
                <w:lang w:val="kk-KZ"/>
              </w:rPr>
            </w:pPr>
            <w:r w:rsidRPr="007A2CE4">
              <w:rPr>
                <w:sz w:val="28"/>
                <w:szCs w:val="28"/>
                <w:lang w:val="kk-KZ"/>
              </w:rPr>
              <w:t xml:space="preserve">Бекей Саян Айдарұлы </w:t>
            </w:r>
          </w:p>
        </w:tc>
        <w:tc>
          <w:tcPr>
            <w:tcW w:w="1352" w:type="dxa"/>
          </w:tcPr>
          <w:p w14:paraId="0BADA479" w14:textId="77777777" w:rsidR="00C86561" w:rsidRPr="0056303A" w:rsidRDefault="00C86561" w:rsidP="00C86561">
            <w:pPr>
              <w:rPr>
                <w:sz w:val="28"/>
                <w:szCs w:val="28"/>
              </w:rPr>
            </w:pPr>
            <w:r w:rsidRPr="0056303A">
              <w:rPr>
                <w:bCs/>
                <w:color w:val="1F1F1F"/>
                <w:sz w:val="28"/>
                <w:szCs w:val="28"/>
                <w:bdr w:val="none" w:sz="0" w:space="0" w:color="auto" w:frame="1"/>
                <w:lang w:val="kk-KZ" w:eastAsia="ru-RU"/>
              </w:rPr>
              <w:t>Ағылшын тілі</w:t>
            </w:r>
          </w:p>
        </w:tc>
        <w:tc>
          <w:tcPr>
            <w:tcW w:w="859" w:type="dxa"/>
          </w:tcPr>
          <w:p w14:paraId="1F8B6DA2" w14:textId="77777777" w:rsidR="00C86561" w:rsidRPr="0056303A" w:rsidRDefault="00C86561" w:rsidP="00C86561">
            <w:pPr>
              <w:rPr>
                <w:bCs/>
                <w:color w:val="1F1F1F"/>
                <w:sz w:val="28"/>
                <w:szCs w:val="28"/>
                <w:bdr w:val="none" w:sz="0" w:space="0" w:color="auto" w:frame="1"/>
                <w:lang w:val="kk-KZ" w:eastAsia="ru-RU"/>
              </w:rPr>
            </w:pPr>
            <w:r w:rsidRPr="0056303A">
              <w:rPr>
                <w:bCs/>
                <w:color w:val="1F1F1F"/>
                <w:sz w:val="28"/>
                <w:szCs w:val="28"/>
                <w:bdr w:val="none" w:sz="0" w:space="0" w:color="auto" w:frame="1"/>
                <w:lang w:val="kk-KZ" w:eastAsia="ru-RU"/>
              </w:rPr>
              <w:t>3</w:t>
            </w:r>
          </w:p>
        </w:tc>
        <w:tc>
          <w:tcPr>
            <w:tcW w:w="1806" w:type="dxa"/>
          </w:tcPr>
          <w:p w14:paraId="42F991C1" w14:textId="77777777" w:rsidR="00C86561" w:rsidRPr="0056303A" w:rsidRDefault="00C86561" w:rsidP="00C86561">
            <w:pPr>
              <w:jc w:val="center"/>
              <w:rPr>
                <w:sz w:val="28"/>
                <w:szCs w:val="28"/>
                <w:lang w:val="kk-KZ"/>
              </w:rPr>
            </w:pPr>
            <w:r w:rsidRPr="0056303A">
              <w:rPr>
                <w:sz w:val="28"/>
                <w:szCs w:val="28"/>
                <w:lang w:val="kk-KZ"/>
              </w:rPr>
              <w:t>«Инновационные технологии в обучении английскому языку»</w:t>
            </w:r>
          </w:p>
        </w:tc>
        <w:tc>
          <w:tcPr>
            <w:tcW w:w="1096" w:type="dxa"/>
          </w:tcPr>
          <w:p w14:paraId="7B5971E6" w14:textId="77777777" w:rsidR="00C86561" w:rsidRPr="0056303A" w:rsidRDefault="00C86561" w:rsidP="00C86561">
            <w:pPr>
              <w:rPr>
                <w:sz w:val="28"/>
                <w:szCs w:val="28"/>
                <w:lang w:val="kk-KZ"/>
              </w:rPr>
            </w:pPr>
            <w:r w:rsidRPr="0056303A">
              <w:rPr>
                <w:sz w:val="28"/>
                <w:szCs w:val="28"/>
                <w:lang w:val="kk-KZ"/>
              </w:rPr>
              <w:t>«Өрлеу» БАҰОАҚ</w:t>
            </w:r>
          </w:p>
        </w:tc>
        <w:tc>
          <w:tcPr>
            <w:tcW w:w="1322" w:type="dxa"/>
          </w:tcPr>
          <w:p w14:paraId="31738E20" w14:textId="77777777" w:rsidR="00C86561" w:rsidRPr="0056303A" w:rsidRDefault="00C86561" w:rsidP="00C86561">
            <w:pPr>
              <w:jc w:val="center"/>
              <w:rPr>
                <w:sz w:val="28"/>
                <w:szCs w:val="28"/>
                <w:lang w:val="kk-KZ"/>
              </w:rPr>
            </w:pPr>
            <w:r w:rsidRPr="0056303A">
              <w:rPr>
                <w:sz w:val="28"/>
                <w:szCs w:val="28"/>
                <w:lang w:val="kk-KZ"/>
              </w:rPr>
              <w:t>21.04.2025 -02.05.2025 ж</w:t>
            </w:r>
          </w:p>
        </w:tc>
        <w:tc>
          <w:tcPr>
            <w:tcW w:w="1672" w:type="dxa"/>
          </w:tcPr>
          <w:p w14:paraId="392027FC" w14:textId="77777777" w:rsidR="00C86561" w:rsidRPr="0056303A" w:rsidRDefault="00C86561" w:rsidP="00C86561">
            <w:pPr>
              <w:rPr>
                <w:bCs/>
                <w:color w:val="1F1F1F"/>
                <w:sz w:val="28"/>
                <w:szCs w:val="28"/>
                <w:bdr w:val="none" w:sz="0" w:space="0" w:color="auto" w:frame="1"/>
                <w:lang w:val="kk-KZ" w:eastAsia="ru-RU"/>
              </w:rPr>
            </w:pPr>
            <w:r w:rsidRPr="0056303A">
              <w:rPr>
                <w:bCs/>
                <w:color w:val="1F1F1F"/>
                <w:sz w:val="28"/>
                <w:szCs w:val="28"/>
                <w:bdr w:val="none" w:sz="0" w:space="0" w:color="auto" w:frame="1"/>
                <w:lang w:val="kk-KZ" w:eastAsia="ru-RU"/>
              </w:rPr>
              <w:t>№0944306</w:t>
            </w:r>
          </w:p>
        </w:tc>
      </w:tr>
      <w:tr w:rsidR="00C86561" w:rsidRPr="007A2CE4" w14:paraId="72CF3E0C" w14:textId="77777777" w:rsidTr="00C86561">
        <w:tc>
          <w:tcPr>
            <w:tcW w:w="450" w:type="dxa"/>
          </w:tcPr>
          <w:p w14:paraId="2D4F8CBD" w14:textId="77777777" w:rsidR="00C86561" w:rsidRPr="007A2CE4" w:rsidRDefault="00C86561" w:rsidP="00C86561">
            <w:pPr>
              <w:rPr>
                <w:b/>
                <w:bCs/>
                <w:color w:val="1F1F1F"/>
                <w:sz w:val="28"/>
                <w:szCs w:val="28"/>
                <w:bdr w:val="none" w:sz="0" w:space="0" w:color="auto" w:frame="1"/>
                <w:lang w:val="kk-KZ" w:eastAsia="ru-RU"/>
              </w:rPr>
            </w:pPr>
            <w:r w:rsidRPr="007A2CE4">
              <w:rPr>
                <w:b/>
                <w:bCs/>
                <w:color w:val="1F1F1F"/>
                <w:sz w:val="28"/>
                <w:szCs w:val="28"/>
                <w:bdr w:val="none" w:sz="0" w:space="0" w:color="auto" w:frame="1"/>
                <w:lang w:val="kk-KZ" w:eastAsia="ru-RU"/>
              </w:rPr>
              <w:t>4</w:t>
            </w:r>
          </w:p>
        </w:tc>
        <w:tc>
          <w:tcPr>
            <w:tcW w:w="1508" w:type="dxa"/>
          </w:tcPr>
          <w:p w14:paraId="5FD6E834" w14:textId="77777777" w:rsidR="00C86561" w:rsidRPr="007A2CE4" w:rsidRDefault="00C86561" w:rsidP="00C86561">
            <w:pPr>
              <w:rPr>
                <w:sz w:val="28"/>
                <w:szCs w:val="28"/>
                <w:lang w:val="kk-KZ"/>
              </w:rPr>
            </w:pPr>
            <w:r w:rsidRPr="007A2CE4">
              <w:rPr>
                <w:sz w:val="28"/>
                <w:szCs w:val="28"/>
                <w:lang w:val="kk-KZ"/>
              </w:rPr>
              <w:t>Жаманкешова Нұрайым Мұратқызы</w:t>
            </w:r>
          </w:p>
        </w:tc>
        <w:tc>
          <w:tcPr>
            <w:tcW w:w="1352" w:type="dxa"/>
          </w:tcPr>
          <w:p w14:paraId="5296FFE9" w14:textId="77777777" w:rsidR="00C86561" w:rsidRPr="0056303A" w:rsidRDefault="00C86561" w:rsidP="00C86561">
            <w:pPr>
              <w:rPr>
                <w:sz w:val="28"/>
                <w:szCs w:val="28"/>
              </w:rPr>
            </w:pPr>
            <w:r w:rsidRPr="0056303A">
              <w:rPr>
                <w:bCs/>
                <w:color w:val="1F1F1F"/>
                <w:sz w:val="28"/>
                <w:szCs w:val="28"/>
                <w:bdr w:val="none" w:sz="0" w:space="0" w:color="auto" w:frame="1"/>
                <w:lang w:val="kk-KZ" w:eastAsia="ru-RU"/>
              </w:rPr>
              <w:t>Ағылшын тілі</w:t>
            </w:r>
          </w:p>
        </w:tc>
        <w:tc>
          <w:tcPr>
            <w:tcW w:w="859" w:type="dxa"/>
          </w:tcPr>
          <w:p w14:paraId="05E47280" w14:textId="77777777" w:rsidR="00C86561" w:rsidRPr="0056303A" w:rsidRDefault="00C86561" w:rsidP="00C86561">
            <w:pPr>
              <w:rPr>
                <w:bCs/>
                <w:color w:val="1F1F1F"/>
                <w:sz w:val="28"/>
                <w:szCs w:val="28"/>
                <w:bdr w:val="none" w:sz="0" w:space="0" w:color="auto" w:frame="1"/>
                <w:lang w:val="kk-KZ" w:eastAsia="ru-RU"/>
              </w:rPr>
            </w:pPr>
            <w:r w:rsidRPr="0056303A">
              <w:rPr>
                <w:bCs/>
                <w:color w:val="1F1F1F"/>
                <w:sz w:val="28"/>
                <w:szCs w:val="28"/>
                <w:bdr w:val="none" w:sz="0" w:space="0" w:color="auto" w:frame="1"/>
                <w:lang w:val="kk-KZ" w:eastAsia="ru-RU"/>
              </w:rPr>
              <w:t>9</w:t>
            </w:r>
          </w:p>
        </w:tc>
        <w:tc>
          <w:tcPr>
            <w:tcW w:w="1806" w:type="dxa"/>
          </w:tcPr>
          <w:p w14:paraId="28095EB6" w14:textId="77777777" w:rsidR="00C86561" w:rsidRPr="0056303A" w:rsidRDefault="00C86561" w:rsidP="00C86561">
            <w:pPr>
              <w:jc w:val="center"/>
              <w:rPr>
                <w:sz w:val="28"/>
                <w:szCs w:val="28"/>
                <w:lang w:val="kk-KZ"/>
              </w:rPr>
            </w:pPr>
            <w:r w:rsidRPr="0056303A">
              <w:rPr>
                <w:sz w:val="28"/>
                <w:szCs w:val="28"/>
                <w:lang w:val="kk-KZ"/>
              </w:rPr>
              <w:t>«Создание позитивной и продуктивной среды обучения английскому языку с использованием эффективных стратегий управления классом»</w:t>
            </w:r>
          </w:p>
        </w:tc>
        <w:tc>
          <w:tcPr>
            <w:tcW w:w="1096" w:type="dxa"/>
          </w:tcPr>
          <w:p w14:paraId="0A83272A" w14:textId="77777777" w:rsidR="00C86561" w:rsidRPr="0056303A" w:rsidRDefault="00C86561" w:rsidP="00C86561">
            <w:pPr>
              <w:rPr>
                <w:sz w:val="28"/>
                <w:szCs w:val="28"/>
                <w:lang w:val="kk-KZ"/>
              </w:rPr>
            </w:pPr>
            <w:r w:rsidRPr="0056303A">
              <w:rPr>
                <w:sz w:val="28"/>
                <w:szCs w:val="28"/>
                <w:lang w:val="kk-KZ"/>
              </w:rPr>
              <w:t>«Өрлеу» БАҰОАҚ</w:t>
            </w:r>
          </w:p>
        </w:tc>
        <w:tc>
          <w:tcPr>
            <w:tcW w:w="1322" w:type="dxa"/>
          </w:tcPr>
          <w:p w14:paraId="64822ED4" w14:textId="77777777" w:rsidR="00C86561" w:rsidRPr="0056303A" w:rsidRDefault="00C86561" w:rsidP="00C86561">
            <w:pPr>
              <w:jc w:val="center"/>
              <w:rPr>
                <w:sz w:val="28"/>
                <w:szCs w:val="28"/>
                <w:lang w:val="kk-KZ"/>
              </w:rPr>
            </w:pPr>
            <w:r w:rsidRPr="0056303A">
              <w:rPr>
                <w:sz w:val="28"/>
                <w:szCs w:val="28"/>
                <w:lang w:val="kk-KZ"/>
              </w:rPr>
              <w:t>13.04.2026-24.04.2026ж</w:t>
            </w:r>
          </w:p>
        </w:tc>
        <w:tc>
          <w:tcPr>
            <w:tcW w:w="1672" w:type="dxa"/>
          </w:tcPr>
          <w:p w14:paraId="714B5A2C" w14:textId="77777777" w:rsidR="00C86561" w:rsidRPr="0056303A" w:rsidRDefault="00C86561" w:rsidP="00C86561">
            <w:pPr>
              <w:rPr>
                <w:bCs/>
                <w:color w:val="1F1F1F"/>
                <w:sz w:val="28"/>
                <w:szCs w:val="28"/>
                <w:bdr w:val="none" w:sz="0" w:space="0" w:color="auto" w:frame="1"/>
                <w:lang w:val="kk-KZ" w:eastAsia="ru-RU"/>
              </w:rPr>
            </w:pPr>
            <w:r w:rsidRPr="0056303A">
              <w:rPr>
                <w:bCs/>
                <w:color w:val="1F1F1F"/>
                <w:sz w:val="28"/>
                <w:szCs w:val="28"/>
                <w:bdr w:val="none" w:sz="0" w:space="0" w:color="auto" w:frame="1"/>
                <w:lang w:val="kk-KZ" w:eastAsia="ru-RU"/>
              </w:rPr>
              <w:t>№0950518</w:t>
            </w:r>
          </w:p>
        </w:tc>
      </w:tr>
      <w:tr w:rsidR="00C86561" w:rsidRPr="007A2CE4" w14:paraId="418E0C1D" w14:textId="77777777" w:rsidTr="00C86561">
        <w:tc>
          <w:tcPr>
            <w:tcW w:w="450" w:type="dxa"/>
          </w:tcPr>
          <w:p w14:paraId="138C3A23" w14:textId="77777777" w:rsidR="00C86561" w:rsidRPr="007A2CE4" w:rsidRDefault="00C86561" w:rsidP="00C86561">
            <w:pPr>
              <w:rPr>
                <w:b/>
                <w:bCs/>
                <w:color w:val="1F1F1F"/>
                <w:sz w:val="28"/>
                <w:szCs w:val="28"/>
                <w:bdr w:val="none" w:sz="0" w:space="0" w:color="auto" w:frame="1"/>
                <w:lang w:val="kk-KZ" w:eastAsia="ru-RU"/>
              </w:rPr>
            </w:pPr>
            <w:r w:rsidRPr="007A2CE4">
              <w:rPr>
                <w:b/>
                <w:bCs/>
                <w:color w:val="1F1F1F"/>
                <w:sz w:val="28"/>
                <w:szCs w:val="28"/>
                <w:bdr w:val="none" w:sz="0" w:space="0" w:color="auto" w:frame="1"/>
                <w:lang w:val="kk-KZ" w:eastAsia="ru-RU"/>
              </w:rPr>
              <w:t>5</w:t>
            </w:r>
          </w:p>
        </w:tc>
        <w:tc>
          <w:tcPr>
            <w:tcW w:w="1508" w:type="dxa"/>
          </w:tcPr>
          <w:p w14:paraId="059F1A39" w14:textId="77777777" w:rsidR="00C86561" w:rsidRPr="007A2CE4" w:rsidRDefault="00C86561" w:rsidP="00C86561">
            <w:pPr>
              <w:rPr>
                <w:sz w:val="28"/>
                <w:szCs w:val="28"/>
                <w:lang w:val="kk-KZ"/>
              </w:rPr>
            </w:pPr>
            <w:r w:rsidRPr="007A2CE4">
              <w:rPr>
                <w:sz w:val="28"/>
                <w:szCs w:val="28"/>
                <w:lang w:val="kk-KZ"/>
              </w:rPr>
              <w:t xml:space="preserve">Спатаева </w:t>
            </w:r>
            <w:r w:rsidRPr="007A2CE4">
              <w:rPr>
                <w:sz w:val="28"/>
                <w:szCs w:val="28"/>
                <w:lang w:val="kk-KZ"/>
              </w:rPr>
              <w:lastRenderedPageBreak/>
              <w:t>Перизат Алимжановна</w:t>
            </w:r>
          </w:p>
        </w:tc>
        <w:tc>
          <w:tcPr>
            <w:tcW w:w="1352" w:type="dxa"/>
          </w:tcPr>
          <w:p w14:paraId="43BDB773" w14:textId="77777777" w:rsidR="00C86561" w:rsidRPr="0056303A" w:rsidRDefault="00C86561" w:rsidP="00C86561">
            <w:pPr>
              <w:rPr>
                <w:sz w:val="28"/>
                <w:szCs w:val="28"/>
              </w:rPr>
            </w:pPr>
            <w:r w:rsidRPr="0056303A">
              <w:rPr>
                <w:bCs/>
                <w:color w:val="1F1F1F"/>
                <w:sz w:val="28"/>
                <w:szCs w:val="28"/>
                <w:bdr w:val="none" w:sz="0" w:space="0" w:color="auto" w:frame="1"/>
                <w:lang w:val="kk-KZ" w:eastAsia="ru-RU"/>
              </w:rPr>
              <w:lastRenderedPageBreak/>
              <w:t>Ағылшы</w:t>
            </w:r>
            <w:r w:rsidRPr="0056303A">
              <w:rPr>
                <w:bCs/>
                <w:color w:val="1F1F1F"/>
                <w:sz w:val="28"/>
                <w:szCs w:val="28"/>
                <w:bdr w:val="none" w:sz="0" w:space="0" w:color="auto" w:frame="1"/>
                <w:lang w:val="kk-KZ" w:eastAsia="ru-RU"/>
              </w:rPr>
              <w:lastRenderedPageBreak/>
              <w:t>н тілі</w:t>
            </w:r>
          </w:p>
        </w:tc>
        <w:tc>
          <w:tcPr>
            <w:tcW w:w="859" w:type="dxa"/>
          </w:tcPr>
          <w:p w14:paraId="6033A033" w14:textId="77777777" w:rsidR="00C86561" w:rsidRPr="0056303A" w:rsidRDefault="00C86561" w:rsidP="00C86561">
            <w:pPr>
              <w:rPr>
                <w:bCs/>
                <w:color w:val="1F1F1F"/>
                <w:sz w:val="28"/>
                <w:szCs w:val="28"/>
                <w:bdr w:val="none" w:sz="0" w:space="0" w:color="auto" w:frame="1"/>
                <w:lang w:val="kk-KZ" w:eastAsia="ru-RU"/>
              </w:rPr>
            </w:pPr>
            <w:r w:rsidRPr="0056303A">
              <w:rPr>
                <w:bCs/>
                <w:color w:val="1F1F1F"/>
                <w:sz w:val="28"/>
                <w:szCs w:val="28"/>
                <w:bdr w:val="none" w:sz="0" w:space="0" w:color="auto" w:frame="1"/>
                <w:lang w:val="kk-KZ" w:eastAsia="ru-RU"/>
              </w:rPr>
              <w:lastRenderedPageBreak/>
              <w:t>19</w:t>
            </w:r>
          </w:p>
        </w:tc>
        <w:tc>
          <w:tcPr>
            <w:tcW w:w="1806" w:type="dxa"/>
          </w:tcPr>
          <w:p w14:paraId="3795B42C" w14:textId="77777777" w:rsidR="00C86561" w:rsidRPr="0056303A" w:rsidRDefault="00C86561" w:rsidP="00C86561">
            <w:pPr>
              <w:jc w:val="center"/>
              <w:rPr>
                <w:sz w:val="28"/>
                <w:szCs w:val="28"/>
                <w:lang w:val="kk-KZ"/>
              </w:rPr>
            </w:pPr>
            <w:r w:rsidRPr="0056303A">
              <w:rPr>
                <w:sz w:val="28"/>
                <w:szCs w:val="28"/>
                <w:lang w:val="kk-KZ"/>
              </w:rPr>
              <w:t xml:space="preserve">«Ағалшын тілі </w:t>
            </w:r>
            <w:r w:rsidRPr="0056303A">
              <w:rPr>
                <w:sz w:val="28"/>
                <w:szCs w:val="28"/>
                <w:lang w:val="kk-KZ"/>
              </w:rPr>
              <w:lastRenderedPageBreak/>
              <w:t>сабақтарында цифрлық білім беру ресурстарын қолдану: тероиядан практикаға дейін»</w:t>
            </w:r>
          </w:p>
        </w:tc>
        <w:tc>
          <w:tcPr>
            <w:tcW w:w="1096" w:type="dxa"/>
          </w:tcPr>
          <w:p w14:paraId="052DC831" w14:textId="77777777" w:rsidR="00C86561" w:rsidRPr="0056303A" w:rsidRDefault="00C86561" w:rsidP="00C86561">
            <w:pPr>
              <w:rPr>
                <w:sz w:val="28"/>
                <w:szCs w:val="28"/>
                <w:lang w:val="kk-KZ"/>
              </w:rPr>
            </w:pPr>
            <w:r w:rsidRPr="0056303A">
              <w:rPr>
                <w:sz w:val="28"/>
                <w:szCs w:val="28"/>
                <w:lang w:val="kk-KZ"/>
              </w:rPr>
              <w:lastRenderedPageBreak/>
              <w:t>«DARYN</w:t>
            </w:r>
          </w:p>
          <w:p w14:paraId="4865A8DC" w14:textId="77777777" w:rsidR="00C86561" w:rsidRPr="0056303A" w:rsidRDefault="00C86561" w:rsidP="00C86561">
            <w:pPr>
              <w:rPr>
                <w:sz w:val="28"/>
                <w:szCs w:val="28"/>
                <w:lang w:val="kk-KZ"/>
              </w:rPr>
            </w:pPr>
            <w:r w:rsidRPr="0056303A">
              <w:rPr>
                <w:sz w:val="28"/>
                <w:szCs w:val="28"/>
                <w:lang w:val="kk-KZ"/>
              </w:rPr>
              <w:lastRenderedPageBreak/>
              <w:t>USTAZ»</w:t>
            </w:r>
          </w:p>
          <w:p w14:paraId="7F0BEE70" w14:textId="77777777" w:rsidR="00C86561" w:rsidRPr="0056303A" w:rsidRDefault="00C86561" w:rsidP="00C86561">
            <w:pPr>
              <w:jc w:val="center"/>
              <w:rPr>
                <w:sz w:val="28"/>
                <w:szCs w:val="28"/>
                <w:lang w:val="kk-KZ"/>
              </w:rPr>
            </w:pPr>
          </w:p>
        </w:tc>
        <w:tc>
          <w:tcPr>
            <w:tcW w:w="1322" w:type="dxa"/>
          </w:tcPr>
          <w:p w14:paraId="07C73BD2" w14:textId="77777777" w:rsidR="00C86561" w:rsidRPr="0056303A" w:rsidRDefault="00C86561" w:rsidP="00C86561">
            <w:pPr>
              <w:jc w:val="center"/>
              <w:rPr>
                <w:sz w:val="28"/>
                <w:szCs w:val="28"/>
                <w:lang w:val="kk-KZ"/>
              </w:rPr>
            </w:pPr>
            <w:r w:rsidRPr="0056303A">
              <w:rPr>
                <w:sz w:val="28"/>
                <w:szCs w:val="28"/>
                <w:lang w:val="kk-KZ"/>
              </w:rPr>
              <w:lastRenderedPageBreak/>
              <w:t>30.04.202</w:t>
            </w:r>
            <w:r w:rsidRPr="0056303A">
              <w:rPr>
                <w:sz w:val="28"/>
                <w:szCs w:val="28"/>
                <w:lang w:val="kk-KZ"/>
              </w:rPr>
              <w:lastRenderedPageBreak/>
              <w:t>6-14.05.2026ж</w:t>
            </w:r>
          </w:p>
        </w:tc>
        <w:tc>
          <w:tcPr>
            <w:tcW w:w="1672" w:type="dxa"/>
          </w:tcPr>
          <w:p w14:paraId="014EA7F5" w14:textId="77777777" w:rsidR="00C86561" w:rsidRPr="0056303A" w:rsidRDefault="00C86561" w:rsidP="00C86561">
            <w:pPr>
              <w:rPr>
                <w:bCs/>
                <w:color w:val="1F1F1F"/>
                <w:sz w:val="28"/>
                <w:szCs w:val="28"/>
                <w:bdr w:val="none" w:sz="0" w:space="0" w:color="auto" w:frame="1"/>
                <w:lang w:val="kk-KZ" w:eastAsia="ru-RU"/>
              </w:rPr>
            </w:pPr>
            <w:r w:rsidRPr="0056303A">
              <w:rPr>
                <w:bCs/>
                <w:color w:val="1F1F1F"/>
                <w:sz w:val="28"/>
                <w:szCs w:val="28"/>
                <w:bdr w:val="none" w:sz="0" w:space="0" w:color="auto" w:frame="1"/>
                <w:lang w:val="kk-KZ" w:eastAsia="ru-RU"/>
              </w:rPr>
              <w:lastRenderedPageBreak/>
              <w:t>№683</w:t>
            </w:r>
          </w:p>
        </w:tc>
      </w:tr>
      <w:tr w:rsidR="00C86561" w:rsidRPr="00B51BE6" w14:paraId="1B44682D" w14:textId="77777777" w:rsidTr="00C86561">
        <w:tc>
          <w:tcPr>
            <w:tcW w:w="450" w:type="dxa"/>
          </w:tcPr>
          <w:p w14:paraId="01739187" w14:textId="77777777" w:rsidR="00C86561" w:rsidRPr="007A2CE4" w:rsidRDefault="00C86561" w:rsidP="00C86561">
            <w:pPr>
              <w:rPr>
                <w:b/>
                <w:bCs/>
                <w:color w:val="1F1F1F"/>
                <w:sz w:val="28"/>
                <w:szCs w:val="28"/>
                <w:bdr w:val="none" w:sz="0" w:space="0" w:color="auto" w:frame="1"/>
                <w:lang w:val="kk-KZ" w:eastAsia="ru-RU"/>
              </w:rPr>
            </w:pPr>
            <w:r w:rsidRPr="007A2CE4">
              <w:rPr>
                <w:b/>
                <w:bCs/>
                <w:color w:val="1F1F1F"/>
                <w:sz w:val="28"/>
                <w:szCs w:val="28"/>
                <w:bdr w:val="none" w:sz="0" w:space="0" w:color="auto" w:frame="1"/>
                <w:lang w:val="kk-KZ" w:eastAsia="ru-RU"/>
              </w:rPr>
              <w:t>6</w:t>
            </w:r>
          </w:p>
        </w:tc>
        <w:tc>
          <w:tcPr>
            <w:tcW w:w="1508" w:type="dxa"/>
          </w:tcPr>
          <w:p w14:paraId="49A29094" w14:textId="77777777" w:rsidR="00C86561" w:rsidRPr="007A2CE4" w:rsidRDefault="00C86561" w:rsidP="00C86561">
            <w:pPr>
              <w:rPr>
                <w:sz w:val="28"/>
                <w:szCs w:val="28"/>
                <w:lang w:val="kk-KZ"/>
              </w:rPr>
            </w:pPr>
            <w:r w:rsidRPr="007A2CE4">
              <w:rPr>
                <w:sz w:val="28"/>
                <w:szCs w:val="28"/>
                <w:lang w:val="kk-KZ"/>
              </w:rPr>
              <w:t xml:space="preserve">Шәкәрім Айдана Толеубековна </w:t>
            </w:r>
          </w:p>
        </w:tc>
        <w:tc>
          <w:tcPr>
            <w:tcW w:w="1352" w:type="dxa"/>
          </w:tcPr>
          <w:p w14:paraId="7C9161DE" w14:textId="77777777" w:rsidR="00C86561" w:rsidRPr="0056303A" w:rsidRDefault="00C86561" w:rsidP="00C86561">
            <w:pPr>
              <w:rPr>
                <w:sz w:val="28"/>
                <w:szCs w:val="28"/>
              </w:rPr>
            </w:pPr>
            <w:r w:rsidRPr="0056303A">
              <w:rPr>
                <w:bCs/>
                <w:color w:val="1F1F1F"/>
                <w:sz w:val="28"/>
                <w:szCs w:val="28"/>
                <w:bdr w:val="none" w:sz="0" w:space="0" w:color="auto" w:frame="1"/>
                <w:lang w:val="kk-KZ" w:eastAsia="ru-RU"/>
              </w:rPr>
              <w:t>Ағылшын тілі</w:t>
            </w:r>
          </w:p>
        </w:tc>
        <w:tc>
          <w:tcPr>
            <w:tcW w:w="859" w:type="dxa"/>
          </w:tcPr>
          <w:p w14:paraId="706480B9" w14:textId="77777777" w:rsidR="00C86561" w:rsidRPr="0056303A" w:rsidRDefault="00C86561" w:rsidP="00C86561">
            <w:pPr>
              <w:rPr>
                <w:bCs/>
                <w:color w:val="1F1F1F"/>
                <w:sz w:val="28"/>
                <w:szCs w:val="28"/>
                <w:bdr w:val="none" w:sz="0" w:space="0" w:color="auto" w:frame="1"/>
                <w:lang w:val="kk-KZ" w:eastAsia="ru-RU"/>
              </w:rPr>
            </w:pPr>
            <w:r w:rsidRPr="0056303A">
              <w:rPr>
                <w:bCs/>
                <w:color w:val="1F1F1F"/>
                <w:sz w:val="28"/>
                <w:szCs w:val="28"/>
                <w:bdr w:val="none" w:sz="0" w:space="0" w:color="auto" w:frame="1"/>
                <w:lang w:val="kk-KZ" w:eastAsia="ru-RU"/>
              </w:rPr>
              <w:t>9</w:t>
            </w:r>
          </w:p>
        </w:tc>
        <w:tc>
          <w:tcPr>
            <w:tcW w:w="1806" w:type="dxa"/>
          </w:tcPr>
          <w:p w14:paraId="5AAB3BCE" w14:textId="448E0721" w:rsidR="00C86561" w:rsidRPr="00B51BE6" w:rsidRDefault="00B51BE6" w:rsidP="00B51BE6">
            <w:pPr>
              <w:rPr>
                <w:bCs/>
                <w:color w:val="1F1F1F"/>
                <w:sz w:val="28"/>
                <w:szCs w:val="28"/>
                <w:bdr w:val="none" w:sz="0" w:space="0" w:color="auto" w:frame="1"/>
                <w:lang w:val="kk-KZ" w:eastAsia="ru-RU"/>
              </w:rPr>
            </w:pPr>
            <w:r>
              <w:rPr>
                <w:bCs/>
                <w:color w:val="1F1F1F"/>
                <w:sz w:val="28"/>
                <w:szCs w:val="28"/>
                <w:bdr w:val="none" w:sz="0" w:space="0" w:color="auto" w:frame="1"/>
                <w:lang w:val="kk-KZ" w:eastAsia="ru-RU"/>
              </w:rPr>
              <w:t>Ағылшын тілін оқытудағы және мәдениетаралық қарым-қатынастағы заманауи тәсілдер</w:t>
            </w:r>
          </w:p>
        </w:tc>
        <w:tc>
          <w:tcPr>
            <w:tcW w:w="1096" w:type="dxa"/>
          </w:tcPr>
          <w:p w14:paraId="76223EC0" w14:textId="50A26574" w:rsidR="00C86561" w:rsidRPr="00B51BE6" w:rsidRDefault="00B51BE6" w:rsidP="00C86561">
            <w:pPr>
              <w:rPr>
                <w:bCs/>
                <w:color w:val="1F1F1F"/>
                <w:sz w:val="28"/>
                <w:szCs w:val="28"/>
                <w:bdr w:val="none" w:sz="0" w:space="0" w:color="auto" w:frame="1"/>
                <w:lang w:val="kk-KZ" w:eastAsia="ru-RU"/>
              </w:rPr>
            </w:pPr>
            <w:r>
              <w:rPr>
                <w:bCs/>
                <w:color w:val="1F1F1F"/>
                <w:sz w:val="28"/>
                <w:szCs w:val="28"/>
                <w:bdr w:val="none" w:sz="0" w:space="0" w:color="auto" w:frame="1"/>
                <w:lang w:val="kk-KZ" w:eastAsia="ru-RU"/>
              </w:rPr>
              <w:t>Біліктілік арттырудың Қазақстандық өңіраралық орталығы</w:t>
            </w:r>
          </w:p>
        </w:tc>
        <w:tc>
          <w:tcPr>
            <w:tcW w:w="1322" w:type="dxa"/>
          </w:tcPr>
          <w:p w14:paraId="1ACE41B1" w14:textId="291C3D58" w:rsidR="00C86561" w:rsidRPr="00B51BE6" w:rsidRDefault="00B51BE6" w:rsidP="00C86561">
            <w:pPr>
              <w:rPr>
                <w:bCs/>
                <w:color w:val="1F1F1F"/>
                <w:sz w:val="28"/>
                <w:szCs w:val="28"/>
                <w:bdr w:val="none" w:sz="0" w:space="0" w:color="auto" w:frame="1"/>
                <w:lang w:val="kk-KZ" w:eastAsia="ru-RU"/>
              </w:rPr>
            </w:pPr>
            <w:r>
              <w:rPr>
                <w:bCs/>
                <w:color w:val="1F1F1F"/>
                <w:sz w:val="28"/>
                <w:szCs w:val="28"/>
                <w:bdr w:val="none" w:sz="0" w:space="0" w:color="auto" w:frame="1"/>
                <w:lang w:val="kk-KZ" w:eastAsia="ru-RU"/>
              </w:rPr>
              <w:t>05.10.2026-16.10.2026</w:t>
            </w:r>
          </w:p>
        </w:tc>
        <w:tc>
          <w:tcPr>
            <w:tcW w:w="1672" w:type="dxa"/>
          </w:tcPr>
          <w:p w14:paraId="75BAD32D" w14:textId="38E6AAA0" w:rsidR="00C86561" w:rsidRPr="00B51BE6" w:rsidRDefault="00B51BE6" w:rsidP="00C86561">
            <w:pPr>
              <w:rPr>
                <w:bCs/>
                <w:color w:val="1F1F1F"/>
                <w:sz w:val="28"/>
                <w:szCs w:val="28"/>
                <w:bdr w:val="none" w:sz="0" w:space="0" w:color="auto" w:frame="1"/>
                <w:lang w:val="kk-KZ" w:eastAsia="ru-RU"/>
              </w:rPr>
            </w:pPr>
            <w:r>
              <w:rPr>
                <w:bCs/>
                <w:color w:val="1F1F1F"/>
                <w:sz w:val="28"/>
                <w:szCs w:val="28"/>
                <w:bdr w:val="none" w:sz="0" w:space="0" w:color="auto" w:frame="1"/>
                <w:lang w:val="kk-KZ" w:eastAsia="ru-RU"/>
              </w:rPr>
              <w:t>№073764</w:t>
            </w:r>
          </w:p>
        </w:tc>
      </w:tr>
    </w:tbl>
    <w:p w14:paraId="565A9B7F" w14:textId="07A40CBB" w:rsidR="00C86561" w:rsidRPr="007A2CE4" w:rsidRDefault="00C86561" w:rsidP="00C86561">
      <w:pPr>
        <w:pStyle w:val="ds-markdown-paragraph"/>
        <w:shd w:val="clear" w:color="auto" w:fill="FFFFFF"/>
        <w:spacing w:before="240" w:beforeAutospacing="0" w:after="240" w:afterAutospacing="0"/>
        <w:contextualSpacing/>
        <w:jc w:val="both"/>
        <w:rPr>
          <w:sz w:val="28"/>
          <w:szCs w:val="28"/>
          <w:lang w:val="kk-KZ"/>
        </w:rPr>
      </w:pPr>
    </w:p>
    <w:p w14:paraId="06BD0423" w14:textId="6C60C2EE" w:rsidR="00C86561" w:rsidRPr="00250CF0" w:rsidRDefault="00C86561" w:rsidP="00C86561">
      <w:pPr>
        <w:pStyle w:val="ds-markdown-paragraph"/>
        <w:shd w:val="clear" w:color="auto" w:fill="FFFFFF"/>
        <w:spacing w:before="240" w:beforeAutospacing="0" w:after="240" w:afterAutospacing="0"/>
        <w:contextualSpacing/>
        <w:jc w:val="both"/>
        <w:rPr>
          <w:sz w:val="28"/>
          <w:szCs w:val="28"/>
          <w:lang w:val="kk-KZ"/>
        </w:rPr>
      </w:pPr>
      <w:r w:rsidRPr="007A2CE4">
        <w:rPr>
          <w:sz w:val="28"/>
          <w:szCs w:val="28"/>
          <w:lang w:val="kk-KZ"/>
        </w:rPr>
        <w:t>е) Дене шынықтыру пәні мұғалімдерінің біліктілігін арттыру</w:t>
      </w:r>
    </w:p>
    <w:tbl>
      <w:tblPr>
        <w:tblStyle w:val="a7"/>
        <w:tblW w:w="10065" w:type="dxa"/>
        <w:tblInd w:w="-572" w:type="dxa"/>
        <w:tblLook w:val="04A0" w:firstRow="1" w:lastRow="0" w:firstColumn="1" w:lastColumn="0" w:noHBand="0" w:noVBand="1"/>
      </w:tblPr>
      <w:tblGrid>
        <w:gridCol w:w="460"/>
        <w:gridCol w:w="1793"/>
        <w:gridCol w:w="1550"/>
        <w:gridCol w:w="873"/>
        <w:gridCol w:w="1780"/>
        <w:gridCol w:w="1621"/>
        <w:gridCol w:w="1536"/>
        <w:gridCol w:w="1522"/>
      </w:tblGrid>
      <w:tr w:rsidR="00C86561" w:rsidRPr="007A2CE4" w14:paraId="73E9A7BA" w14:textId="77777777" w:rsidTr="00C86561">
        <w:tc>
          <w:tcPr>
            <w:tcW w:w="438" w:type="dxa"/>
            <w:hideMark/>
          </w:tcPr>
          <w:p w14:paraId="1C545901"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w:t>
            </w:r>
          </w:p>
        </w:tc>
        <w:tc>
          <w:tcPr>
            <w:tcW w:w="1544" w:type="dxa"/>
            <w:hideMark/>
          </w:tcPr>
          <w:p w14:paraId="6AE74E3B"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Педагогтің аты-жөні</w:t>
            </w:r>
          </w:p>
        </w:tc>
        <w:tc>
          <w:tcPr>
            <w:tcW w:w="1441" w:type="dxa"/>
            <w:hideMark/>
          </w:tcPr>
          <w:p w14:paraId="46B12997"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Лауазымы / Беретін пәні</w:t>
            </w:r>
          </w:p>
        </w:tc>
        <w:tc>
          <w:tcPr>
            <w:tcW w:w="820" w:type="dxa"/>
          </w:tcPr>
          <w:p w14:paraId="15955EF3"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Еңбек өтілі</w:t>
            </w:r>
          </w:p>
        </w:tc>
        <w:tc>
          <w:tcPr>
            <w:tcW w:w="1532" w:type="dxa"/>
            <w:hideMark/>
          </w:tcPr>
          <w:p w14:paraId="1E6842A2"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Курс атауы / Тематикасы</w:t>
            </w:r>
          </w:p>
        </w:tc>
        <w:tc>
          <w:tcPr>
            <w:tcW w:w="1399" w:type="dxa"/>
            <w:hideMark/>
          </w:tcPr>
          <w:p w14:paraId="20D0F6BA"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 xml:space="preserve">Курсты өткізген ұйым </w:t>
            </w:r>
          </w:p>
        </w:tc>
        <w:tc>
          <w:tcPr>
            <w:tcW w:w="1328" w:type="dxa"/>
            <w:hideMark/>
          </w:tcPr>
          <w:p w14:paraId="0B96080D"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Курс өткен жылы, айы</w:t>
            </w:r>
          </w:p>
        </w:tc>
        <w:tc>
          <w:tcPr>
            <w:tcW w:w="1563" w:type="dxa"/>
            <w:hideMark/>
          </w:tcPr>
          <w:p w14:paraId="15BFA355"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Сертификат нөмірі мен берілген күні</w:t>
            </w:r>
          </w:p>
        </w:tc>
      </w:tr>
      <w:tr w:rsidR="00C86561" w:rsidRPr="007A2CE4" w14:paraId="7916BF7B" w14:textId="77777777" w:rsidTr="00C86561">
        <w:tc>
          <w:tcPr>
            <w:tcW w:w="438" w:type="dxa"/>
          </w:tcPr>
          <w:p w14:paraId="65D47F15" w14:textId="77777777" w:rsidR="00C86561" w:rsidRPr="007A2CE4" w:rsidRDefault="00C86561" w:rsidP="00C86561">
            <w:pPr>
              <w:rPr>
                <w:bCs/>
                <w:color w:val="1F1F1F"/>
                <w:sz w:val="28"/>
                <w:szCs w:val="28"/>
                <w:bdr w:val="none" w:sz="0" w:space="0" w:color="auto" w:frame="1"/>
                <w:lang w:eastAsia="ru-RU"/>
              </w:rPr>
            </w:pPr>
          </w:p>
        </w:tc>
        <w:tc>
          <w:tcPr>
            <w:tcW w:w="1544" w:type="dxa"/>
          </w:tcPr>
          <w:p w14:paraId="241C33DA" w14:textId="77777777" w:rsidR="00C86561" w:rsidRPr="007A2CE4" w:rsidRDefault="00C86561" w:rsidP="00C86561">
            <w:pPr>
              <w:jc w:val="center"/>
              <w:rPr>
                <w:sz w:val="28"/>
                <w:szCs w:val="28"/>
                <w:lang w:val="kk-KZ"/>
              </w:rPr>
            </w:pPr>
            <w:r w:rsidRPr="007A2CE4">
              <w:rPr>
                <w:sz w:val="28"/>
                <w:szCs w:val="28"/>
                <w:lang w:val="kk-KZ"/>
              </w:rPr>
              <w:t>Жабаев Каби Базарбаевич</w:t>
            </w:r>
          </w:p>
        </w:tc>
        <w:tc>
          <w:tcPr>
            <w:tcW w:w="1441" w:type="dxa"/>
          </w:tcPr>
          <w:p w14:paraId="68FE0943"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 xml:space="preserve">Дене шынықтыру </w:t>
            </w:r>
          </w:p>
        </w:tc>
        <w:tc>
          <w:tcPr>
            <w:tcW w:w="820" w:type="dxa"/>
          </w:tcPr>
          <w:p w14:paraId="74B62BB9"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33</w:t>
            </w:r>
          </w:p>
        </w:tc>
        <w:tc>
          <w:tcPr>
            <w:tcW w:w="1532" w:type="dxa"/>
          </w:tcPr>
          <w:p w14:paraId="0BB856FD" w14:textId="77777777" w:rsidR="00C86561" w:rsidRPr="007A2CE4" w:rsidRDefault="00C86561" w:rsidP="00C86561">
            <w:pPr>
              <w:jc w:val="center"/>
              <w:rPr>
                <w:sz w:val="28"/>
                <w:szCs w:val="28"/>
                <w:lang w:val="kk-KZ"/>
              </w:rPr>
            </w:pPr>
            <w:r w:rsidRPr="007A2CE4">
              <w:rPr>
                <w:sz w:val="28"/>
                <w:szCs w:val="28"/>
                <w:lang w:val="kk-KZ"/>
              </w:rPr>
              <w:t>«Дене шынықтыру педагогінің кәсіби құзыреттілігін дамыту»</w:t>
            </w:r>
          </w:p>
        </w:tc>
        <w:tc>
          <w:tcPr>
            <w:tcW w:w="1399" w:type="dxa"/>
          </w:tcPr>
          <w:p w14:paraId="39EDE846" w14:textId="77777777" w:rsidR="00C86561" w:rsidRPr="007A2CE4" w:rsidRDefault="00C86561" w:rsidP="00C86561">
            <w:pPr>
              <w:rPr>
                <w:sz w:val="28"/>
                <w:szCs w:val="28"/>
                <w:lang w:val="kk-KZ"/>
              </w:rPr>
            </w:pPr>
            <w:r w:rsidRPr="007A2CE4">
              <w:rPr>
                <w:sz w:val="28"/>
                <w:szCs w:val="28"/>
                <w:lang w:val="kk-KZ"/>
              </w:rPr>
              <w:t>ҚР Оқу-ағарту министрлігі «ҰҒПДТО» РМҚК</w:t>
            </w:r>
          </w:p>
        </w:tc>
        <w:tc>
          <w:tcPr>
            <w:tcW w:w="1328" w:type="dxa"/>
          </w:tcPr>
          <w:p w14:paraId="76F4A064" w14:textId="77777777" w:rsidR="00C86561" w:rsidRPr="007A2CE4" w:rsidRDefault="00C86561" w:rsidP="00C86561">
            <w:pPr>
              <w:jc w:val="center"/>
              <w:rPr>
                <w:sz w:val="28"/>
                <w:szCs w:val="28"/>
                <w:lang w:val="kk-KZ"/>
              </w:rPr>
            </w:pPr>
            <w:r w:rsidRPr="007A2CE4">
              <w:rPr>
                <w:sz w:val="28"/>
                <w:szCs w:val="28"/>
                <w:lang w:val="kk-KZ"/>
              </w:rPr>
              <w:t>12.06.2026ж</w:t>
            </w:r>
          </w:p>
        </w:tc>
        <w:tc>
          <w:tcPr>
            <w:tcW w:w="1563" w:type="dxa"/>
          </w:tcPr>
          <w:p w14:paraId="21BA09CD"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№020166</w:t>
            </w:r>
          </w:p>
        </w:tc>
      </w:tr>
      <w:tr w:rsidR="00C86561" w:rsidRPr="007A2CE4" w14:paraId="6170F70D" w14:textId="77777777" w:rsidTr="00C86561">
        <w:tc>
          <w:tcPr>
            <w:tcW w:w="438" w:type="dxa"/>
          </w:tcPr>
          <w:p w14:paraId="78BCD2DB" w14:textId="77777777" w:rsidR="00C86561" w:rsidRPr="007A2CE4" w:rsidRDefault="00C86561" w:rsidP="00C86561">
            <w:pPr>
              <w:rPr>
                <w:bCs/>
                <w:color w:val="1F1F1F"/>
                <w:sz w:val="28"/>
                <w:szCs w:val="28"/>
                <w:bdr w:val="none" w:sz="0" w:space="0" w:color="auto" w:frame="1"/>
                <w:lang w:val="kk-KZ" w:eastAsia="ru-RU"/>
              </w:rPr>
            </w:pPr>
          </w:p>
        </w:tc>
        <w:tc>
          <w:tcPr>
            <w:tcW w:w="1544" w:type="dxa"/>
          </w:tcPr>
          <w:p w14:paraId="7EF22174" w14:textId="77777777" w:rsidR="00C86561" w:rsidRPr="007A2CE4" w:rsidRDefault="00C86561" w:rsidP="00C86561">
            <w:pPr>
              <w:jc w:val="center"/>
              <w:rPr>
                <w:sz w:val="28"/>
                <w:szCs w:val="28"/>
                <w:lang w:val="kk-KZ"/>
              </w:rPr>
            </w:pPr>
            <w:r w:rsidRPr="007A2CE4">
              <w:rPr>
                <w:sz w:val="28"/>
                <w:szCs w:val="28"/>
                <w:lang w:val="kk-KZ"/>
              </w:rPr>
              <w:t>Қабыхан Арман Дәуренбекқлы</w:t>
            </w:r>
          </w:p>
        </w:tc>
        <w:tc>
          <w:tcPr>
            <w:tcW w:w="1441" w:type="dxa"/>
          </w:tcPr>
          <w:p w14:paraId="29FA4FC2" w14:textId="77777777" w:rsidR="00C86561" w:rsidRPr="007A2CE4" w:rsidRDefault="00C86561" w:rsidP="00C86561">
            <w:pPr>
              <w:rPr>
                <w:sz w:val="28"/>
                <w:szCs w:val="28"/>
              </w:rPr>
            </w:pPr>
            <w:r w:rsidRPr="007A2CE4">
              <w:rPr>
                <w:bCs/>
                <w:color w:val="1F1F1F"/>
                <w:sz w:val="28"/>
                <w:szCs w:val="28"/>
                <w:bdr w:val="none" w:sz="0" w:space="0" w:color="auto" w:frame="1"/>
                <w:lang w:val="kk-KZ" w:eastAsia="ru-RU"/>
              </w:rPr>
              <w:t xml:space="preserve">Дене шынықтыру </w:t>
            </w:r>
          </w:p>
        </w:tc>
        <w:tc>
          <w:tcPr>
            <w:tcW w:w="820" w:type="dxa"/>
          </w:tcPr>
          <w:p w14:paraId="02D29F9F"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6</w:t>
            </w:r>
          </w:p>
        </w:tc>
        <w:tc>
          <w:tcPr>
            <w:tcW w:w="1532" w:type="dxa"/>
          </w:tcPr>
          <w:p w14:paraId="65423794" w14:textId="77777777" w:rsidR="00C86561" w:rsidRPr="007A2CE4" w:rsidRDefault="00C86561" w:rsidP="00C86561">
            <w:pPr>
              <w:jc w:val="center"/>
              <w:rPr>
                <w:sz w:val="28"/>
                <w:szCs w:val="28"/>
                <w:lang w:val="kk-KZ"/>
              </w:rPr>
            </w:pPr>
            <w:r w:rsidRPr="007A2CE4">
              <w:rPr>
                <w:sz w:val="28"/>
                <w:szCs w:val="28"/>
                <w:lang w:val="kk-KZ"/>
              </w:rPr>
              <w:t>«Дене шынықтыру педагогінің кәсіби құзыреттілігін дамыту»</w:t>
            </w:r>
          </w:p>
        </w:tc>
        <w:tc>
          <w:tcPr>
            <w:tcW w:w="1399" w:type="dxa"/>
          </w:tcPr>
          <w:p w14:paraId="385B180A" w14:textId="77777777" w:rsidR="00C86561" w:rsidRPr="007A2CE4" w:rsidRDefault="00C86561" w:rsidP="00C86561">
            <w:pPr>
              <w:rPr>
                <w:sz w:val="28"/>
                <w:szCs w:val="28"/>
                <w:lang w:val="kk-KZ"/>
              </w:rPr>
            </w:pPr>
            <w:r w:rsidRPr="007A2CE4">
              <w:rPr>
                <w:sz w:val="28"/>
                <w:szCs w:val="28"/>
                <w:lang w:val="kk-KZ"/>
              </w:rPr>
              <w:t>ҚР Оқу-ағарту министрлігі «ҰҒПДТО» РМҚК</w:t>
            </w:r>
          </w:p>
        </w:tc>
        <w:tc>
          <w:tcPr>
            <w:tcW w:w="1328" w:type="dxa"/>
          </w:tcPr>
          <w:p w14:paraId="19B5F800" w14:textId="77777777" w:rsidR="00C86561" w:rsidRPr="007A2CE4" w:rsidRDefault="00C86561" w:rsidP="00C86561">
            <w:pPr>
              <w:jc w:val="center"/>
              <w:rPr>
                <w:sz w:val="28"/>
                <w:szCs w:val="28"/>
                <w:lang w:val="kk-KZ"/>
              </w:rPr>
            </w:pPr>
            <w:r w:rsidRPr="007A2CE4">
              <w:rPr>
                <w:sz w:val="28"/>
                <w:szCs w:val="28"/>
                <w:lang w:val="kk-KZ"/>
              </w:rPr>
              <w:t>12.06.2026ж</w:t>
            </w:r>
          </w:p>
        </w:tc>
        <w:tc>
          <w:tcPr>
            <w:tcW w:w="1563" w:type="dxa"/>
          </w:tcPr>
          <w:p w14:paraId="74F7CC99"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№020175</w:t>
            </w:r>
          </w:p>
        </w:tc>
      </w:tr>
      <w:tr w:rsidR="00C86561" w:rsidRPr="007A2CE4" w14:paraId="7739AAEA" w14:textId="77777777" w:rsidTr="00C86561">
        <w:tc>
          <w:tcPr>
            <w:tcW w:w="438" w:type="dxa"/>
          </w:tcPr>
          <w:p w14:paraId="45C29619" w14:textId="77777777" w:rsidR="00C86561" w:rsidRPr="007A2CE4" w:rsidRDefault="00C86561" w:rsidP="00C86561">
            <w:pPr>
              <w:rPr>
                <w:bCs/>
                <w:color w:val="1F1F1F"/>
                <w:sz w:val="28"/>
                <w:szCs w:val="28"/>
                <w:bdr w:val="none" w:sz="0" w:space="0" w:color="auto" w:frame="1"/>
                <w:lang w:val="kk-KZ" w:eastAsia="ru-RU"/>
              </w:rPr>
            </w:pPr>
          </w:p>
        </w:tc>
        <w:tc>
          <w:tcPr>
            <w:tcW w:w="1544" w:type="dxa"/>
          </w:tcPr>
          <w:p w14:paraId="550517E5" w14:textId="77777777" w:rsidR="00C86561" w:rsidRPr="007A2CE4" w:rsidRDefault="00C86561" w:rsidP="00C86561">
            <w:pPr>
              <w:jc w:val="center"/>
              <w:rPr>
                <w:sz w:val="28"/>
                <w:szCs w:val="28"/>
                <w:lang w:val="kk-KZ"/>
              </w:rPr>
            </w:pPr>
            <w:r w:rsidRPr="007A2CE4">
              <w:rPr>
                <w:sz w:val="28"/>
                <w:szCs w:val="28"/>
                <w:lang w:val="kk-KZ"/>
              </w:rPr>
              <w:t>Қамай Дархан Мейрамұлы</w:t>
            </w:r>
          </w:p>
        </w:tc>
        <w:tc>
          <w:tcPr>
            <w:tcW w:w="1441" w:type="dxa"/>
          </w:tcPr>
          <w:p w14:paraId="3F728BBA" w14:textId="77777777" w:rsidR="00C86561" w:rsidRPr="007A2CE4" w:rsidRDefault="00C86561" w:rsidP="00C86561">
            <w:pPr>
              <w:rPr>
                <w:sz w:val="28"/>
                <w:szCs w:val="28"/>
              </w:rPr>
            </w:pPr>
            <w:r w:rsidRPr="007A2CE4">
              <w:rPr>
                <w:bCs/>
                <w:color w:val="1F1F1F"/>
                <w:sz w:val="28"/>
                <w:szCs w:val="28"/>
                <w:bdr w:val="none" w:sz="0" w:space="0" w:color="auto" w:frame="1"/>
                <w:lang w:val="kk-KZ" w:eastAsia="ru-RU"/>
              </w:rPr>
              <w:t xml:space="preserve">Дене шынықтыру </w:t>
            </w:r>
          </w:p>
        </w:tc>
        <w:tc>
          <w:tcPr>
            <w:tcW w:w="820" w:type="dxa"/>
          </w:tcPr>
          <w:p w14:paraId="286728C0"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10</w:t>
            </w:r>
          </w:p>
        </w:tc>
        <w:tc>
          <w:tcPr>
            <w:tcW w:w="1532" w:type="dxa"/>
          </w:tcPr>
          <w:p w14:paraId="189320D9" w14:textId="77777777" w:rsidR="00C86561" w:rsidRPr="007A2CE4" w:rsidRDefault="00C86561" w:rsidP="00C86561">
            <w:pPr>
              <w:jc w:val="center"/>
              <w:rPr>
                <w:sz w:val="28"/>
                <w:szCs w:val="28"/>
                <w:lang w:val="kk-KZ"/>
              </w:rPr>
            </w:pPr>
            <w:r w:rsidRPr="007A2CE4">
              <w:rPr>
                <w:sz w:val="28"/>
                <w:szCs w:val="28"/>
                <w:lang w:val="kk-KZ"/>
              </w:rPr>
              <w:t>«Дене шынықтыру педагогінің кәсіби құзыреттілігін дамыту»</w:t>
            </w:r>
          </w:p>
        </w:tc>
        <w:tc>
          <w:tcPr>
            <w:tcW w:w="1399" w:type="dxa"/>
          </w:tcPr>
          <w:p w14:paraId="5F5FE92A" w14:textId="77777777" w:rsidR="00C86561" w:rsidRPr="007A2CE4" w:rsidRDefault="00C86561" w:rsidP="00C86561">
            <w:pPr>
              <w:rPr>
                <w:sz w:val="28"/>
                <w:szCs w:val="28"/>
                <w:lang w:val="kk-KZ"/>
              </w:rPr>
            </w:pPr>
            <w:r w:rsidRPr="007A2CE4">
              <w:rPr>
                <w:sz w:val="28"/>
                <w:szCs w:val="28"/>
                <w:lang w:val="kk-KZ"/>
              </w:rPr>
              <w:t>ҚР Оқу-ағарту министрлігі «ҰҒПДТО» РМҚК</w:t>
            </w:r>
          </w:p>
        </w:tc>
        <w:tc>
          <w:tcPr>
            <w:tcW w:w="1328" w:type="dxa"/>
          </w:tcPr>
          <w:p w14:paraId="7D80E345" w14:textId="77777777" w:rsidR="00C86561" w:rsidRPr="007A2CE4" w:rsidRDefault="00C86561" w:rsidP="00C86561">
            <w:pPr>
              <w:jc w:val="center"/>
              <w:rPr>
                <w:sz w:val="28"/>
                <w:szCs w:val="28"/>
                <w:lang w:val="kk-KZ"/>
              </w:rPr>
            </w:pPr>
            <w:r w:rsidRPr="007A2CE4">
              <w:rPr>
                <w:sz w:val="28"/>
                <w:szCs w:val="28"/>
                <w:lang w:val="kk-KZ"/>
              </w:rPr>
              <w:t>12.06.2026ж</w:t>
            </w:r>
          </w:p>
        </w:tc>
        <w:tc>
          <w:tcPr>
            <w:tcW w:w="1563" w:type="dxa"/>
          </w:tcPr>
          <w:p w14:paraId="549BC74D"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№020178</w:t>
            </w:r>
          </w:p>
        </w:tc>
      </w:tr>
      <w:tr w:rsidR="00C86561" w:rsidRPr="007A2CE4" w14:paraId="4E257B9C" w14:textId="77777777" w:rsidTr="00C86561">
        <w:tc>
          <w:tcPr>
            <w:tcW w:w="438" w:type="dxa"/>
          </w:tcPr>
          <w:p w14:paraId="7A5EB9F5" w14:textId="77777777" w:rsidR="00C86561" w:rsidRPr="007A2CE4" w:rsidRDefault="00C86561" w:rsidP="00C86561">
            <w:pPr>
              <w:rPr>
                <w:bCs/>
                <w:color w:val="1F1F1F"/>
                <w:sz w:val="28"/>
                <w:szCs w:val="28"/>
                <w:bdr w:val="none" w:sz="0" w:space="0" w:color="auto" w:frame="1"/>
                <w:lang w:val="kk-KZ" w:eastAsia="ru-RU"/>
              </w:rPr>
            </w:pPr>
          </w:p>
        </w:tc>
        <w:tc>
          <w:tcPr>
            <w:tcW w:w="1544" w:type="dxa"/>
          </w:tcPr>
          <w:p w14:paraId="1F10DC06" w14:textId="77777777" w:rsidR="00C86561" w:rsidRPr="007A2CE4" w:rsidRDefault="00C86561" w:rsidP="00C86561">
            <w:pPr>
              <w:jc w:val="center"/>
              <w:rPr>
                <w:sz w:val="28"/>
                <w:szCs w:val="28"/>
                <w:lang w:val="kk-KZ"/>
              </w:rPr>
            </w:pPr>
            <w:r w:rsidRPr="007A2CE4">
              <w:rPr>
                <w:sz w:val="28"/>
                <w:szCs w:val="28"/>
                <w:lang w:val="kk-KZ"/>
              </w:rPr>
              <w:t xml:space="preserve">Далашев Женис </w:t>
            </w:r>
            <w:r w:rsidRPr="007A2CE4">
              <w:rPr>
                <w:sz w:val="28"/>
                <w:szCs w:val="28"/>
                <w:lang w:val="kk-KZ"/>
              </w:rPr>
              <w:lastRenderedPageBreak/>
              <w:t>Жаркенович</w:t>
            </w:r>
          </w:p>
        </w:tc>
        <w:tc>
          <w:tcPr>
            <w:tcW w:w="1441" w:type="dxa"/>
          </w:tcPr>
          <w:p w14:paraId="64D59AEF" w14:textId="77777777" w:rsidR="00C86561" w:rsidRPr="007A2CE4" w:rsidRDefault="00C86561" w:rsidP="00C86561">
            <w:pPr>
              <w:rPr>
                <w:sz w:val="28"/>
                <w:szCs w:val="28"/>
              </w:rPr>
            </w:pPr>
            <w:r w:rsidRPr="007A2CE4">
              <w:rPr>
                <w:bCs/>
                <w:color w:val="1F1F1F"/>
                <w:sz w:val="28"/>
                <w:szCs w:val="28"/>
                <w:bdr w:val="none" w:sz="0" w:space="0" w:color="auto" w:frame="1"/>
                <w:lang w:val="kk-KZ" w:eastAsia="ru-RU"/>
              </w:rPr>
              <w:lastRenderedPageBreak/>
              <w:t>Дене шынықтыр</w:t>
            </w:r>
            <w:r w:rsidRPr="007A2CE4">
              <w:rPr>
                <w:bCs/>
                <w:color w:val="1F1F1F"/>
                <w:sz w:val="28"/>
                <w:szCs w:val="28"/>
                <w:bdr w:val="none" w:sz="0" w:space="0" w:color="auto" w:frame="1"/>
                <w:lang w:val="kk-KZ" w:eastAsia="ru-RU"/>
              </w:rPr>
              <w:lastRenderedPageBreak/>
              <w:t xml:space="preserve">у </w:t>
            </w:r>
          </w:p>
        </w:tc>
        <w:tc>
          <w:tcPr>
            <w:tcW w:w="820" w:type="dxa"/>
          </w:tcPr>
          <w:p w14:paraId="71A5AAF9"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lastRenderedPageBreak/>
              <w:t>8</w:t>
            </w:r>
          </w:p>
        </w:tc>
        <w:tc>
          <w:tcPr>
            <w:tcW w:w="1532" w:type="dxa"/>
          </w:tcPr>
          <w:p w14:paraId="7B9CFEBA" w14:textId="77777777" w:rsidR="00C86561" w:rsidRPr="007A2CE4" w:rsidRDefault="00C86561" w:rsidP="00C86561">
            <w:pPr>
              <w:jc w:val="center"/>
              <w:rPr>
                <w:sz w:val="28"/>
                <w:szCs w:val="28"/>
                <w:lang w:val="kk-KZ"/>
              </w:rPr>
            </w:pPr>
            <w:r w:rsidRPr="007A2CE4">
              <w:rPr>
                <w:sz w:val="28"/>
                <w:szCs w:val="28"/>
                <w:lang w:val="kk-KZ"/>
              </w:rPr>
              <w:t xml:space="preserve">«Дене шынықтыру </w:t>
            </w:r>
            <w:r w:rsidRPr="007A2CE4">
              <w:rPr>
                <w:sz w:val="28"/>
                <w:szCs w:val="28"/>
                <w:lang w:val="kk-KZ"/>
              </w:rPr>
              <w:lastRenderedPageBreak/>
              <w:t>педагогінің кәсіби құзыреттілігін дамыту»</w:t>
            </w:r>
          </w:p>
        </w:tc>
        <w:tc>
          <w:tcPr>
            <w:tcW w:w="1399" w:type="dxa"/>
          </w:tcPr>
          <w:p w14:paraId="50E5118B" w14:textId="77777777" w:rsidR="00C86561" w:rsidRPr="007A2CE4" w:rsidRDefault="00C86561" w:rsidP="00C86561">
            <w:pPr>
              <w:rPr>
                <w:sz w:val="28"/>
                <w:szCs w:val="28"/>
                <w:lang w:val="kk-KZ"/>
              </w:rPr>
            </w:pPr>
            <w:r w:rsidRPr="007A2CE4">
              <w:rPr>
                <w:sz w:val="28"/>
                <w:szCs w:val="28"/>
                <w:lang w:val="kk-KZ"/>
              </w:rPr>
              <w:lastRenderedPageBreak/>
              <w:t xml:space="preserve">ҚР Оқу-ағарту </w:t>
            </w:r>
            <w:r w:rsidRPr="007A2CE4">
              <w:rPr>
                <w:sz w:val="28"/>
                <w:szCs w:val="28"/>
                <w:lang w:val="kk-KZ"/>
              </w:rPr>
              <w:lastRenderedPageBreak/>
              <w:t>министрлігі «ҰҒПДТО» РМҚК</w:t>
            </w:r>
          </w:p>
        </w:tc>
        <w:tc>
          <w:tcPr>
            <w:tcW w:w="1328" w:type="dxa"/>
          </w:tcPr>
          <w:p w14:paraId="7EDED197" w14:textId="77777777" w:rsidR="00C86561" w:rsidRPr="007A2CE4" w:rsidRDefault="00C86561" w:rsidP="00C86561">
            <w:pPr>
              <w:jc w:val="center"/>
              <w:rPr>
                <w:sz w:val="28"/>
                <w:szCs w:val="28"/>
                <w:lang w:val="kk-KZ"/>
              </w:rPr>
            </w:pPr>
            <w:r w:rsidRPr="007A2CE4">
              <w:rPr>
                <w:sz w:val="28"/>
                <w:szCs w:val="28"/>
                <w:lang w:val="kk-KZ"/>
              </w:rPr>
              <w:lastRenderedPageBreak/>
              <w:t>12.06.2026ж</w:t>
            </w:r>
          </w:p>
        </w:tc>
        <w:tc>
          <w:tcPr>
            <w:tcW w:w="1563" w:type="dxa"/>
          </w:tcPr>
          <w:p w14:paraId="451B94BA"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№020163</w:t>
            </w:r>
          </w:p>
        </w:tc>
      </w:tr>
      <w:tr w:rsidR="00C86561" w:rsidRPr="007A2CE4" w14:paraId="0F8ABD8A" w14:textId="77777777" w:rsidTr="00C86561">
        <w:tc>
          <w:tcPr>
            <w:tcW w:w="438" w:type="dxa"/>
          </w:tcPr>
          <w:p w14:paraId="0F03F9EC" w14:textId="77777777" w:rsidR="00C86561" w:rsidRPr="007A2CE4" w:rsidRDefault="00C86561" w:rsidP="00C86561">
            <w:pPr>
              <w:rPr>
                <w:bCs/>
                <w:color w:val="1F1F1F"/>
                <w:sz w:val="28"/>
                <w:szCs w:val="28"/>
                <w:bdr w:val="none" w:sz="0" w:space="0" w:color="auto" w:frame="1"/>
                <w:lang w:val="kk-KZ" w:eastAsia="ru-RU"/>
              </w:rPr>
            </w:pPr>
          </w:p>
        </w:tc>
        <w:tc>
          <w:tcPr>
            <w:tcW w:w="1544" w:type="dxa"/>
          </w:tcPr>
          <w:p w14:paraId="26979BF1" w14:textId="77777777" w:rsidR="00C86561" w:rsidRPr="007A2CE4" w:rsidRDefault="00C86561" w:rsidP="00C86561">
            <w:pPr>
              <w:jc w:val="center"/>
              <w:rPr>
                <w:sz w:val="28"/>
                <w:szCs w:val="28"/>
                <w:lang w:val="kk-KZ"/>
              </w:rPr>
            </w:pPr>
            <w:r w:rsidRPr="007A2CE4">
              <w:rPr>
                <w:sz w:val="28"/>
                <w:szCs w:val="28"/>
                <w:lang w:val="kk-KZ"/>
              </w:rPr>
              <w:t xml:space="preserve">Сұлтанов Жұмажан Сәбитұлы </w:t>
            </w:r>
          </w:p>
        </w:tc>
        <w:tc>
          <w:tcPr>
            <w:tcW w:w="1441" w:type="dxa"/>
          </w:tcPr>
          <w:p w14:paraId="214631C9" w14:textId="77777777" w:rsidR="00C86561" w:rsidRPr="007A2CE4" w:rsidRDefault="00C86561" w:rsidP="00C86561">
            <w:pPr>
              <w:rPr>
                <w:sz w:val="28"/>
                <w:szCs w:val="28"/>
              </w:rPr>
            </w:pPr>
            <w:r w:rsidRPr="007A2CE4">
              <w:rPr>
                <w:bCs/>
                <w:color w:val="1F1F1F"/>
                <w:sz w:val="28"/>
                <w:szCs w:val="28"/>
                <w:bdr w:val="none" w:sz="0" w:space="0" w:color="auto" w:frame="1"/>
                <w:lang w:val="kk-KZ" w:eastAsia="ru-RU"/>
              </w:rPr>
              <w:t xml:space="preserve">Дене шынықтыру </w:t>
            </w:r>
          </w:p>
        </w:tc>
        <w:tc>
          <w:tcPr>
            <w:tcW w:w="820" w:type="dxa"/>
          </w:tcPr>
          <w:p w14:paraId="1CF0BF91"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9</w:t>
            </w:r>
          </w:p>
        </w:tc>
        <w:tc>
          <w:tcPr>
            <w:tcW w:w="1532" w:type="dxa"/>
          </w:tcPr>
          <w:p w14:paraId="5AF1E575" w14:textId="77777777" w:rsidR="00C86561" w:rsidRPr="007A2CE4" w:rsidRDefault="00C86561" w:rsidP="00C86561">
            <w:pPr>
              <w:jc w:val="center"/>
              <w:rPr>
                <w:sz w:val="28"/>
                <w:szCs w:val="28"/>
                <w:lang w:val="kk-KZ"/>
              </w:rPr>
            </w:pPr>
            <w:r w:rsidRPr="007A2CE4">
              <w:rPr>
                <w:sz w:val="28"/>
                <w:szCs w:val="28"/>
                <w:lang w:val="kk-KZ"/>
              </w:rPr>
              <w:t>«Дене шынықтыру педагогінің кәсіби құзреттілігін дамыту»</w:t>
            </w:r>
          </w:p>
        </w:tc>
        <w:tc>
          <w:tcPr>
            <w:tcW w:w="1399" w:type="dxa"/>
          </w:tcPr>
          <w:p w14:paraId="0CFC93CC" w14:textId="77777777" w:rsidR="00C86561" w:rsidRPr="007A2CE4" w:rsidRDefault="00C86561" w:rsidP="00C86561">
            <w:pPr>
              <w:rPr>
                <w:sz w:val="28"/>
                <w:szCs w:val="28"/>
                <w:lang w:val="kk-KZ"/>
              </w:rPr>
            </w:pPr>
            <w:r w:rsidRPr="007A2CE4">
              <w:rPr>
                <w:sz w:val="28"/>
                <w:szCs w:val="28"/>
                <w:lang w:val="kk-KZ"/>
              </w:rPr>
              <w:t>«Ұлттық ғылыми-практикалық дене тәрбиесі орталығы»</w:t>
            </w:r>
          </w:p>
        </w:tc>
        <w:tc>
          <w:tcPr>
            <w:tcW w:w="1328" w:type="dxa"/>
          </w:tcPr>
          <w:p w14:paraId="50BEA7DD" w14:textId="77777777" w:rsidR="00C86561" w:rsidRPr="007A2CE4" w:rsidRDefault="00C86561" w:rsidP="00C86561">
            <w:pPr>
              <w:jc w:val="center"/>
              <w:rPr>
                <w:sz w:val="28"/>
                <w:szCs w:val="28"/>
                <w:lang w:val="kk-KZ"/>
              </w:rPr>
            </w:pPr>
            <w:r w:rsidRPr="007A2CE4">
              <w:rPr>
                <w:sz w:val="28"/>
                <w:szCs w:val="28"/>
                <w:lang w:val="kk-KZ"/>
              </w:rPr>
              <w:t>05.06.2025</w:t>
            </w:r>
          </w:p>
        </w:tc>
        <w:tc>
          <w:tcPr>
            <w:tcW w:w="1563" w:type="dxa"/>
          </w:tcPr>
          <w:p w14:paraId="3D3AB050" w14:textId="77777777" w:rsidR="00C86561" w:rsidRPr="007A2CE4" w:rsidRDefault="00C86561" w:rsidP="00C86561">
            <w:pPr>
              <w:rPr>
                <w:bCs/>
                <w:color w:val="1F1F1F"/>
                <w:sz w:val="28"/>
                <w:szCs w:val="28"/>
                <w:bdr w:val="none" w:sz="0" w:space="0" w:color="auto" w:frame="1"/>
                <w:lang w:eastAsia="ru-RU"/>
              </w:rPr>
            </w:pPr>
            <w:r w:rsidRPr="007A2CE4">
              <w:rPr>
                <w:sz w:val="28"/>
                <w:szCs w:val="28"/>
                <w:lang w:val="kk-KZ"/>
              </w:rPr>
              <w:t>№ 0006471</w:t>
            </w:r>
          </w:p>
        </w:tc>
      </w:tr>
    </w:tbl>
    <w:p w14:paraId="58960DC1" w14:textId="77777777" w:rsidR="00C86561" w:rsidRPr="007A2CE4" w:rsidRDefault="00C86561" w:rsidP="00C86561">
      <w:pPr>
        <w:rPr>
          <w:sz w:val="28"/>
          <w:szCs w:val="28"/>
        </w:rPr>
      </w:pPr>
    </w:p>
    <w:p w14:paraId="0F9A8EEA" w14:textId="77777777" w:rsidR="00C86561" w:rsidRPr="007A2CE4" w:rsidRDefault="00C86561" w:rsidP="00C86561">
      <w:pPr>
        <w:pStyle w:val="ds-markdown-paragraph"/>
        <w:shd w:val="clear" w:color="auto" w:fill="FFFFFF"/>
        <w:spacing w:before="240" w:beforeAutospacing="0" w:after="240" w:afterAutospacing="0"/>
        <w:contextualSpacing/>
        <w:jc w:val="both"/>
        <w:rPr>
          <w:sz w:val="28"/>
          <w:szCs w:val="28"/>
          <w:lang w:val="kk-KZ"/>
        </w:rPr>
      </w:pPr>
      <w:r w:rsidRPr="007A2CE4">
        <w:rPr>
          <w:bCs/>
          <w:iCs/>
          <w:color w:val="0F1115"/>
          <w:sz w:val="28"/>
          <w:szCs w:val="28"/>
          <w:lang w:val="kk-KZ"/>
        </w:rPr>
        <w:t xml:space="preserve">ж) </w:t>
      </w:r>
      <w:r w:rsidRPr="007A2CE4">
        <w:rPr>
          <w:bCs/>
          <w:i/>
          <w:iCs/>
          <w:sz w:val="28"/>
          <w:szCs w:val="28"/>
          <w:lang w:val="kk-KZ"/>
        </w:rPr>
        <w:t xml:space="preserve"> </w:t>
      </w:r>
      <w:r w:rsidRPr="007A2CE4">
        <w:rPr>
          <w:sz w:val="28"/>
          <w:szCs w:val="28"/>
          <w:lang w:val="kk-KZ"/>
        </w:rPr>
        <w:t>Математика  пәні мұғалімдерінің біліктілігін арттыру</w:t>
      </w:r>
    </w:p>
    <w:tbl>
      <w:tblPr>
        <w:tblStyle w:val="a7"/>
        <w:tblW w:w="10065" w:type="dxa"/>
        <w:tblInd w:w="-572" w:type="dxa"/>
        <w:tblLook w:val="04A0" w:firstRow="1" w:lastRow="0" w:firstColumn="1" w:lastColumn="0" w:noHBand="0" w:noVBand="1"/>
      </w:tblPr>
      <w:tblGrid>
        <w:gridCol w:w="460"/>
        <w:gridCol w:w="1933"/>
        <w:gridCol w:w="1543"/>
        <w:gridCol w:w="877"/>
        <w:gridCol w:w="1979"/>
        <w:gridCol w:w="1272"/>
        <w:gridCol w:w="1543"/>
        <w:gridCol w:w="1528"/>
      </w:tblGrid>
      <w:tr w:rsidR="00C86561" w:rsidRPr="007A2CE4" w14:paraId="5D4C5314" w14:textId="77777777" w:rsidTr="00C86561">
        <w:tc>
          <w:tcPr>
            <w:tcW w:w="440" w:type="dxa"/>
            <w:hideMark/>
          </w:tcPr>
          <w:p w14:paraId="37696CC4"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w:t>
            </w:r>
          </w:p>
        </w:tc>
        <w:tc>
          <w:tcPr>
            <w:tcW w:w="1661" w:type="dxa"/>
            <w:hideMark/>
          </w:tcPr>
          <w:p w14:paraId="627E7929"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Педагогтің аты-жөні</w:t>
            </w:r>
          </w:p>
        </w:tc>
        <w:tc>
          <w:tcPr>
            <w:tcW w:w="1435" w:type="dxa"/>
            <w:hideMark/>
          </w:tcPr>
          <w:p w14:paraId="28FB118F"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Лауазымы / Беретін пәні</w:t>
            </w:r>
          </w:p>
        </w:tc>
        <w:tc>
          <w:tcPr>
            <w:tcW w:w="823" w:type="dxa"/>
          </w:tcPr>
          <w:p w14:paraId="42DD517F"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Еңбек өтілі</w:t>
            </w:r>
          </w:p>
        </w:tc>
        <w:tc>
          <w:tcPr>
            <w:tcW w:w="1700" w:type="dxa"/>
            <w:hideMark/>
          </w:tcPr>
          <w:p w14:paraId="3F8C57F8"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Курс атауы / Тематикасы</w:t>
            </w:r>
          </w:p>
        </w:tc>
        <w:tc>
          <w:tcPr>
            <w:tcW w:w="1104" w:type="dxa"/>
            <w:hideMark/>
          </w:tcPr>
          <w:p w14:paraId="06178EFA"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 xml:space="preserve">Курсты өткізген ұйым </w:t>
            </w:r>
          </w:p>
        </w:tc>
        <w:tc>
          <w:tcPr>
            <w:tcW w:w="1333" w:type="dxa"/>
            <w:hideMark/>
          </w:tcPr>
          <w:p w14:paraId="50D4C40B"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Курс өткен жылы, айы</w:t>
            </w:r>
          </w:p>
        </w:tc>
        <w:tc>
          <w:tcPr>
            <w:tcW w:w="1569" w:type="dxa"/>
            <w:hideMark/>
          </w:tcPr>
          <w:p w14:paraId="0D71AED1"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Сертификат нөмірі мен берілген күні</w:t>
            </w:r>
          </w:p>
        </w:tc>
      </w:tr>
      <w:tr w:rsidR="00C86561" w:rsidRPr="007A2CE4" w14:paraId="5332849A" w14:textId="77777777" w:rsidTr="00C86561">
        <w:tc>
          <w:tcPr>
            <w:tcW w:w="440" w:type="dxa"/>
          </w:tcPr>
          <w:p w14:paraId="541C0739"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1</w:t>
            </w:r>
          </w:p>
        </w:tc>
        <w:tc>
          <w:tcPr>
            <w:tcW w:w="1661" w:type="dxa"/>
          </w:tcPr>
          <w:p w14:paraId="524DF132" w14:textId="77777777" w:rsidR="00C86561" w:rsidRPr="007A2CE4" w:rsidRDefault="00C86561" w:rsidP="00C86561">
            <w:pPr>
              <w:rPr>
                <w:sz w:val="28"/>
                <w:szCs w:val="28"/>
                <w:lang w:val="kk-KZ"/>
              </w:rPr>
            </w:pPr>
            <w:r w:rsidRPr="007A2CE4">
              <w:rPr>
                <w:sz w:val="28"/>
                <w:szCs w:val="28"/>
                <w:lang w:val="kk-KZ"/>
              </w:rPr>
              <w:t xml:space="preserve">Айнабаева Жансая Маратовна </w:t>
            </w:r>
          </w:p>
        </w:tc>
        <w:tc>
          <w:tcPr>
            <w:tcW w:w="1435" w:type="dxa"/>
          </w:tcPr>
          <w:p w14:paraId="132ADCB0"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 xml:space="preserve">Математика </w:t>
            </w:r>
          </w:p>
        </w:tc>
        <w:tc>
          <w:tcPr>
            <w:tcW w:w="823" w:type="dxa"/>
          </w:tcPr>
          <w:p w14:paraId="6E611763"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23</w:t>
            </w:r>
          </w:p>
        </w:tc>
        <w:tc>
          <w:tcPr>
            <w:tcW w:w="1700" w:type="dxa"/>
          </w:tcPr>
          <w:p w14:paraId="1DCB2DCC" w14:textId="77777777" w:rsidR="00C86561" w:rsidRPr="007A2CE4" w:rsidRDefault="00C86561" w:rsidP="00C86561">
            <w:pPr>
              <w:jc w:val="center"/>
              <w:rPr>
                <w:sz w:val="28"/>
                <w:szCs w:val="28"/>
                <w:lang w:val="kk-KZ"/>
              </w:rPr>
            </w:pPr>
            <w:r w:rsidRPr="007A2CE4">
              <w:rPr>
                <w:sz w:val="28"/>
                <w:szCs w:val="28"/>
                <w:lang w:val="kk-KZ"/>
              </w:rPr>
              <w:t>«Математиканы оқыту: қазіргі тендециялар мен әдістемелері»</w:t>
            </w:r>
          </w:p>
        </w:tc>
        <w:tc>
          <w:tcPr>
            <w:tcW w:w="1104" w:type="dxa"/>
          </w:tcPr>
          <w:p w14:paraId="16A8B644" w14:textId="77777777" w:rsidR="00C86561" w:rsidRPr="007A2CE4" w:rsidRDefault="00C86561" w:rsidP="00C86561">
            <w:pPr>
              <w:rPr>
                <w:sz w:val="28"/>
                <w:szCs w:val="28"/>
                <w:lang w:val="kk-KZ"/>
              </w:rPr>
            </w:pPr>
            <w:r w:rsidRPr="007A2CE4">
              <w:rPr>
                <w:sz w:val="28"/>
                <w:szCs w:val="28"/>
                <w:lang w:val="kk-KZ"/>
              </w:rPr>
              <w:t>«Өрлеу» БАҰОАҚ</w:t>
            </w:r>
          </w:p>
        </w:tc>
        <w:tc>
          <w:tcPr>
            <w:tcW w:w="1333" w:type="dxa"/>
          </w:tcPr>
          <w:p w14:paraId="6165094C" w14:textId="77777777" w:rsidR="00C86561" w:rsidRPr="007A2CE4" w:rsidRDefault="00C86561" w:rsidP="00C86561">
            <w:pPr>
              <w:jc w:val="center"/>
              <w:rPr>
                <w:sz w:val="28"/>
                <w:szCs w:val="28"/>
                <w:lang w:val="kk-KZ"/>
              </w:rPr>
            </w:pPr>
            <w:r w:rsidRPr="007A2CE4">
              <w:rPr>
                <w:sz w:val="28"/>
                <w:szCs w:val="28"/>
                <w:lang w:val="kk-KZ"/>
              </w:rPr>
              <w:t>23.09.2024-04.10.2024ж</w:t>
            </w:r>
          </w:p>
        </w:tc>
        <w:tc>
          <w:tcPr>
            <w:tcW w:w="1569" w:type="dxa"/>
          </w:tcPr>
          <w:p w14:paraId="7C228418"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№0806772</w:t>
            </w:r>
          </w:p>
        </w:tc>
      </w:tr>
      <w:tr w:rsidR="00C86561" w:rsidRPr="007A2CE4" w14:paraId="104F9B25" w14:textId="77777777" w:rsidTr="00C86561">
        <w:tc>
          <w:tcPr>
            <w:tcW w:w="440" w:type="dxa"/>
          </w:tcPr>
          <w:p w14:paraId="5415F9C3"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2</w:t>
            </w:r>
          </w:p>
        </w:tc>
        <w:tc>
          <w:tcPr>
            <w:tcW w:w="1661" w:type="dxa"/>
          </w:tcPr>
          <w:p w14:paraId="6A1B844E" w14:textId="77777777" w:rsidR="00C86561" w:rsidRPr="007A2CE4" w:rsidRDefault="00C86561" w:rsidP="00C86561">
            <w:pPr>
              <w:rPr>
                <w:sz w:val="28"/>
                <w:szCs w:val="28"/>
                <w:lang w:val="kk-KZ"/>
              </w:rPr>
            </w:pPr>
            <w:r w:rsidRPr="007A2CE4">
              <w:rPr>
                <w:sz w:val="28"/>
                <w:szCs w:val="28"/>
                <w:lang w:val="kk-KZ"/>
              </w:rPr>
              <w:t xml:space="preserve">Ихсанова Асель Тунгушбековна </w:t>
            </w:r>
          </w:p>
        </w:tc>
        <w:tc>
          <w:tcPr>
            <w:tcW w:w="1435" w:type="dxa"/>
          </w:tcPr>
          <w:p w14:paraId="3CAF95B4" w14:textId="77777777" w:rsidR="00C86561" w:rsidRPr="007A2CE4" w:rsidRDefault="00C86561" w:rsidP="00C86561">
            <w:pPr>
              <w:rPr>
                <w:sz w:val="28"/>
                <w:szCs w:val="28"/>
              </w:rPr>
            </w:pPr>
            <w:r w:rsidRPr="007A2CE4">
              <w:rPr>
                <w:bCs/>
                <w:color w:val="1F1F1F"/>
                <w:sz w:val="28"/>
                <w:szCs w:val="28"/>
                <w:bdr w:val="none" w:sz="0" w:space="0" w:color="auto" w:frame="1"/>
                <w:lang w:val="kk-KZ" w:eastAsia="ru-RU"/>
              </w:rPr>
              <w:t>Математика</w:t>
            </w:r>
          </w:p>
        </w:tc>
        <w:tc>
          <w:tcPr>
            <w:tcW w:w="823" w:type="dxa"/>
          </w:tcPr>
          <w:p w14:paraId="370EED69"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21</w:t>
            </w:r>
          </w:p>
        </w:tc>
        <w:tc>
          <w:tcPr>
            <w:tcW w:w="1700" w:type="dxa"/>
          </w:tcPr>
          <w:p w14:paraId="52B6B8E0" w14:textId="77777777" w:rsidR="00C86561" w:rsidRPr="007A2CE4" w:rsidRDefault="00C86561" w:rsidP="00C86561">
            <w:pPr>
              <w:jc w:val="center"/>
              <w:rPr>
                <w:sz w:val="28"/>
                <w:szCs w:val="28"/>
                <w:lang w:val="kk-KZ"/>
              </w:rPr>
            </w:pPr>
            <w:r w:rsidRPr="007A2CE4">
              <w:rPr>
                <w:sz w:val="28"/>
                <w:szCs w:val="28"/>
                <w:lang w:val="kk-KZ"/>
              </w:rPr>
              <w:t>«Математиканы оқыту: қазіргі тендециялар мен әдістемелері»</w:t>
            </w:r>
          </w:p>
        </w:tc>
        <w:tc>
          <w:tcPr>
            <w:tcW w:w="1104" w:type="dxa"/>
          </w:tcPr>
          <w:p w14:paraId="46DF3A26" w14:textId="77777777" w:rsidR="00C86561" w:rsidRPr="007A2CE4" w:rsidRDefault="00C86561" w:rsidP="00C86561">
            <w:pPr>
              <w:rPr>
                <w:sz w:val="28"/>
                <w:szCs w:val="28"/>
                <w:lang w:val="kk-KZ"/>
              </w:rPr>
            </w:pPr>
            <w:r w:rsidRPr="007A2CE4">
              <w:rPr>
                <w:sz w:val="28"/>
                <w:szCs w:val="28"/>
                <w:lang w:val="kk-KZ"/>
              </w:rPr>
              <w:t>«Өрлеу» БАҰОАҚ</w:t>
            </w:r>
          </w:p>
        </w:tc>
        <w:tc>
          <w:tcPr>
            <w:tcW w:w="1333" w:type="dxa"/>
          </w:tcPr>
          <w:p w14:paraId="7CC6964C" w14:textId="77777777" w:rsidR="00C86561" w:rsidRPr="007A2CE4" w:rsidRDefault="00C86561" w:rsidP="00C86561">
            <w:pPr>
              <w:jc w:val="center"/>
              <w:rPr>
                <w:sz w:val="28"/>
                <w:szCs w:val="28"/>
                <w:lang w:val="kk-KZ"/>
              </w:rPr>
            </w:pPr>
            <w:r w:rsidRPr="007A2CE4">
              <w:rPr>
                <w:sz w:val="28"/>
                <w:szCs w:val="28"/>
                <w:lang w:val="kk-KZ"/>
              </w:rPr>
              <w:t>01.04.2024-12.04.2024ж</w:t>
            </w:r>
          </w:p>
        </w:tc>
        <w:tc>
          <w:tcPr>
            <w:tcW w:w="1569" w:type="dxa"/>
          </w:tcPr>
          <w:p w14:paraId="6980E149"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№0801867</w:t>
            </w:r>
          </w:p>
        </w:tc>
      </w:tr>
      <w:tr w:rsidR="00C86561" w:rsidRPr="007A2CE4" w14:paraId="1005F1F4" w14:textId="77777777" w:rsidTr="00C86561">
        <w:tc>
          <w:tcPr>
            <w:tcW w:w="440" w:type="dxa"/>
          </w:tcPr>
          <w:p w14:paraId="58FF83F3"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3</w:t>
            </w:r>
          </w:p>
        </w:tc>
        <w:tc>
          <w:tcPr>
            <w:tcW w:w="1661" w:type="dxa"/>
          </w:tcPr>
          <w:p w14:paraId="5D75F33E" w14:textId="77777777" w:rsidR="00C86561" w:rsidRPr="007A2CE4" w:rsidRDefault="00C86561" w:rsidP="00C86561">
            <w:pPr>
              <w:rPr>
                <w:color w:val="FF0000"/>
                <w:sz w:val="28"/>
                <w:szCs w:val="28"/>
                <w:lang w:val="kk-KZ"/>
              </w:rPr>
            </w:pPr>
            <w:r w:rsidRPr="007A2CE4">
              <w:rPr>
                <w:sz w:val="28"/>
                <w:szCs w:val="28"/>
                <w:lang w:val="kk-KZ"/>
              </w:rPr>
              <w:t>Солтанбек Елдос</w:t>
            </w:r>
          </w:p>
        </w:tc>
        <w:tc>
          <w:tcPr>
            <w:tcW w:w="1435" w:type="dxa"/>
          </w:tcPr>
          <w:p w14:paraId="110175EE" w14:textId="77777777" w:rsidR="00C86561" w:rsidRPr="007A2CE4" w:rsidRDefault="00C86561" w:rsidP="00C86561">
            <w:pPr>
              <w:rPr>
                <w:sz w:val="28"/>
                <w:szCs w:val="28"/>
              </w:rPr>
            </w:pPr>
            <w:r w:rsidRPr="007A2CE4">
              <w:rPr>
                <w:bCs/>
                <w:color w:val="1F1F1F"/>
                <w:sz w:val="28"/>
                <w:szCs w:val="28"/>
                <w:bdr w:val="none" w:sz="0" w:space="0" w:color="auto" w:frame="1"/>
                <w:lang w:val="kk-KZ" w:eastAsia="ru-RU"/>
              </w:rPr>
              <w:t>Математика</w:t>
            </w:r>
          </w:p>
        </w:tc>
        <w:tc>
          <w:tcPr>
            <w:tcW w:w="823" w:type="dxa"/>
          </w:tcPr>
          <w:p w14:paraId="0015EE3A"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9</w:t>
            </w:r>
          </w:p>
        </w:tc>
        <w:tc>
          <w:tcPr>
            <w:tcW w:w="1700" w:type="dxa"/>
          </w:tcPr>
          <w:p w14:paraId="6460D47A" w14:textId="77777777" w:rsidR="00C86561" w:rsidRPr="007A2CE4" w:rsidRDefault="00C86561" w:rsidP="00C86561">
            <w:pPr>
              <w:jc w:val="center"/>
              <w:rPr>
                <w:sz w:val="28"/>
                <w:szCs w:val="28"/>
                <w:lang w:val="kk-KZ"/>
              </w:rPr>
            </w:pPr>
            <w:r w:rsidRPr="007A2CE4">
              <w:rPr>
                <w:sz w:val="28"/>
                <w:szCs w:val="28"/>
                <w:lang w:val="kk-KZ"/>
              </w:rPr>
              <w:t>«Педагогтердің пәндік құзыреттілігін дамыту: математиканы  оқытудың тиімді тәжірбиесі»</w:t>
            </w:r>
          </w:p>
        </w:tc>
        <w:tc>
          <w:tcPr>
            <w:tcW w:w="1104" w:type="dxa"/>
          </w:tcPr>
          <w:p w14:paraId="71C42901" w14:textId="77777777" w:rsidR="00C86561" w:rsidRPr="007A2CE4" w:rsidRDefault="00C86561" w:rsidP="00C86561">
            <w:pPr>
              <w:jc w:val="center"/>
              <w:rPr>
                <w:sz w:val="28"/>
                <w:szCs w:val="28"/>
                <w:lang w:val="kk-KZ"/>
              </w:rPr>
            </w:pPr>
            <w:r w:rsidRPr="007A2CE4">
              <w:rPr>
                <w:sz w:val="28"/>
                <w:szCs w:val="28"/>
                <w:lang w:val="kk-KZ"/>
              </w:rPr>
              <w:t>НЗМ» ДББҰ ПШО</w:t>
            </w:r>
          </w:p>
        </w:tc>
        <w:tc>
          <w:tcPr>
            <w:tcW w:w="1333" w:type="dxa"/>
          </w:tcPr>
          <w:p w14:paraId="0D660D4B" w14:textId="77777777" w:rsidR="00C86561" w:rsidRPr="007A2CE4" w:rsidRDefault="00C86561" w:rsidP="00C86561">
            <w:pPr>
              <w:jc w:val="center"/>
              <w:rPr>
                <w:sz w:val="28"/>
                <w:szCs w:val="28"/>
                <w:lang w:val="kk-KZ"/>
              </w:rPr>
            </w:pPr>
            <w:r w:rsidRPr="007A2CE4">
              <w:rPr>
                <w:sz w:val="28"/>
                <w:szCs w:val="28"/>
                <w:lang w:val="kk-KZ"/>
              </w:rPr>
              <w:t>17.08.2026-28.08.2026ж</w:t>
            </w:r>
          </w:p>
        </w:tc>
        <w:tc>
          <w:tcPr>
            <w:tcW w:w="1569" w:type="dxa"/>
          </w:tcPr>
          <w:p w14:paraId="1F18A886"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№201720</w:t>
            </w:r>
          </w:p>
        </w:tc>
      </w:tr>
      <w:tr w:rsidR="00C86561" w:rsidRPr="007A2CE4" w14:paraId="25BFA15B" w14:textId="77777777" w:rsidTr="00C86561">
        <w:tc>
          <w:tcPr>
            <w:tcW w:w="440" w:type="dxa"/>
          </w:tcPr>
          <w:p w14:paraId="4F1FC5E0"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4</w:t>
            </w:r>
          </w:p>
        </w:tc>
        <w:tc>
          <w:tcPr>
            <w:tcW w:w="1661" w:type="dxa"/>
          </w:tcPr>
          <w:p w14:paraId="10F710F9" w14:textId="77777777" w:rsidR="00C86561" w:rsidRPr="007A2CE4" w:rsidRDefault="00C86561" w:rsidP="00C86561">
            <w:pPr>
              <w:rPr>
                <w:sz w:val="28"/>
                <w:szCs w:val="28"/>
                <w:lang w:val="kk-KZ"/>
              </w:rPr>
            </w:pPr>
            <w:r w:rsidRPr="007A2CE4">
              <w:rPr>
                <w:sz w:val="28"/>
                <w:szCs w:val="28"/>
                <w:lang w:val="kk-KZ"/>
              </w:rPr>
              <w:t xml:space="preserve">Букенова Аружан Ерлановна </w:t>
            </w:r>
          </w:p>
        </w:tc>
        <w:tc>
          <w:tcPr>
            <w:tcW w:w="1435" w:type="dxa"/>
          </w:tcPr>
          <w:p w14:paraId="7152D7D4" w14:textId="77777777" w:rsidR="00C86561" w:rsidRPr="007A2CE4" w:rsidRDefault="00C86561" w:rsidP="00C86561">
            <w:pPr>
              <w:rPr>
                <w:sz w:val="28"/>
                <w:szCs w:val="28"/>
              </w:rPr>
            </w:pPr>
            <w:r w:rsidRPr="007A2CE4">
              <w:rPr>
                <w:bCs/>
                <w:color w:val="1F1F1F"/>
                <w:sz w:val="28"/>
                <w:szCs w:val="28"/>
                <w:bdr w:val="none" w:sz="0" w:space="0" w:color="auto" w:frame="1"/>
                <w:lang w:val="kk-KZ" w:eastAsia="ru-RU"/>
              </w:rPr>
              <w:t>Математика</w:t>
            </w:r>
          </w:p>
        </w:tc>
        <w:tc>
          <w:tcPr>
            <w:tcW w:w="823" w:type="dxa"/>
          </w:tcPr>
          <w:p w14:paraId="122EC2C6"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4</w:t>
            </w:r>
          </w:p>
        </w:tc>
        <w:tc>
          <w:tcPr>
            <w:tcW w:w="1700" w:type="dxa"/>
          </w:tcPr>
          <w:p w14:paraId="26F2E8FE" w14:textId="77777777" w:rsidR="00C86561" w:rsidRPr="007A2CE4" w:rsidRDefault="00C86561" w:rsidP="00C86561">
            <w:pPr>
              <w:jc w:val="center"/>
              <w:rPr>
                <w:sz w:val="28"/>
                <w:szCs w:val="28"/>
                <w:lang w:val="kk-KZ"/>
              </w:rPr>
            </w:pPr>
            <w:r w:rsidRPr="007A2CE4">
              <w:rPr>
                <w:sz w:val="28"/>
                <w:szCs w:val="28"/>
                <w:lang w:val="kk-KZ"/>
              </w:rPr>
              <w:t xml:space="preserve">Мемлекеттік жалпыға міндетті білім беру стандартын жүзеге асырудағы </w:t>
            </w:r>
            <w:r w:rsidRPr="007A2CE4">
              <w:rPr>
                <w:sz w:val="28"/>
                <w:szCs w:val="28"/>
                <w:lang w:val="kk-KZ"/>
              </w:rPr>
              <w:lastRenderedPageBreak/>
              <w:t>жаңа тәсілдер: мақсаттан күтілетін оқу нәтижесіне жету. « Математика»</w:t>
            </w:r>
          </w:p>
        </w:tc>
        <w:tc>
          <w:tcPr>
            <w:tcW w:w="1104" w:type="dxa"/>
          </w:tcPr>
          <w:p w14:paraId="4FE1218D" w14:textId="77777777" w:rsidR="00C86561" w:rsidRPr="007A2CE4" w:rsidRDefault="00C86561" w:rsidP="00C86561">
            <w:pPr>
              <w:jc w:val="center"/>
              <w:rPr>
                <w:sz w:val="28"/>
                <w:szCs w:val="28"/>
                <w:lang w:val="kk-KZ"/>
              </w:rPr>
            </w:pPr>
            <w:r w:rsidRPr="007A2CE4">
              <w:rPr>
                <w:sz w:val="28"/>
                <w:szCs w:val="28"/>
                <w:lang w:val="kk-KZ"/>
              </w:rPr>
              <w:lastRenderedPageBreak/>
              <w:t>«Өрлеу» БАҰОАҚ</w:t>
            </w:r>
          </w:p>
        </w:tc>
        <w:tc>
          <w:tcPr>
            <w:tcW w:w="1333" w:type="dxa"/>
          </w:tcPr>
          <w:p w14:paraId="0AD110CB" w14:textId="77777777" w:rsidR="00C86561" w:rsidRPr="007A2CE4" w:rsidRDefault="00C86561" w:rsidP="00C86561">
            <w:pPr>
              <w:jc w:val="center"/>
              <w:rPr>
                <w:sz w:val="28"/>
                <w:szCs w:val="28"/>
                <w:lang w:val="kk-KZ"/>
              </w:rPr>
            </w:pPr>
            <w:r w:rsidRPr="007A2CE4">
              <w:rPr>
                <w:sz w:val="28"/>
                <w:szCs w:val="28"/>
                <w:lang w:val="kk-KZ"/>
              </w:rPr>
              <w:t>01.06.2026-12.06.2026ж</w:t>
            </w:r>
          </w:p>
        </w:tc>
        <w:tc>
          <w:tcPr>
            <w:tcW w:w="1569" w:type="dxa"/>
          </w:tcPr>
          <w:p w14:paraId="117DE4CF"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№0951293</w:t>
            </w:r>
          </w:p>
        </w:tc>
      </w:tr>
      <w:tr w:rsidR="00C86561" w:rsidRPr="007A2CE4" w14:paraId="1354305D" w14:textId="77777777" w:rsidTr="00C86561">
        <w:tc>
          <w:tcPr>
            <w:tcW w:w="440" w:type="dxa"/>
          </w:tcPr>
          <w:p w14:paraId="439DF6D3"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5</w:t>
            </w:r>
          </w:p>
        </w:tc>
        <w:tc>
          <w:tcPr>
            <w:tcW w:w="1661" w:type="dxa"/>
          </w:tcPr>
          <w:p w14:paraId="1E12E388" w14:textId="77777777" w:rsidR="00C86561" w:rsidRPr="007A2CE4" w:rsidRDefault="008D1D0B" w:rsidP="00C86561">
            <w:pPr>
              <w:rPr>
                <w:sz w:val="28"/>
                <w:szCs w:val="28"/>
                <w:lang w:val="kk-KZ"/>
              </w:rPr>
            </w:pPr>
            <w:hyperlink r:id="rId12" w:history="1">
              <w:r w:rsidR="00C86561" w:rsidRPr="007A2CE4">
                <w:rPr>
                  <w:sz w:val="28"/>
                  <w:szCs w:val="28"/>
                  <w:u w:val="single"/>
                </w:rPr>
                <w:t>Құдакелді Меруерт Құдакелдіқызы</w:t>
              </w:r>
            </w:hyperlink>
          </w:p>
        </w:tc>
        <w:tc>
          <w:tcPr>
            <w:tcW w:w="1435" w:type="dxa"/>
          </w:tcPr>
          <w:p w14:paraId="55AF9AF1" w14:textId="77777777" w:rsidR="00C86561" w:rsidRPr="007A2CE4" w:rsidRDefault="00C86561" w:rsidP="00C86561">
            <w:pPr>
              <w:rPr>
                <w:sz w:val="28"/>
                <w:szCs w:val="28"/>
              </w:rPr>
            </w:pPr>
            <w:r w:rsidRPr="007A2CE4">
              <w:rPr>
                <w:bCs/>
                <w:color w:val="1F1F1F"/>
                <w:sz w:val="28"/>
                <w:szCs w:val="28"/>
                <w:bdr w:val="none" w:sz="0" w:space="0" w:color="auto" w:frame="1"/>
                <w:lang w:val="kk-KZ" w:eastAsia="ru-RU"/>
              </w:rPr>
              <w:t>Математика</w:t>
            </w:r>
          </w:p>
        </w:tc>
        <w:tc>
          <w:tcPr>
            <w:tcW w:w="823" w:type="dxa"/>
          </w:tcPr>
          <w:p w14:paraId="4CD7F4C7"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2</w:t>
            </w:r>
          </w:p>
        </w:tc>
        <w:tc>
          <w:tcPr>
            <w:tcW w:w="1700" w:type="dxa"/>
          </w:tcPr>
          <w:p w14:paraId="13D65F58" w14:textId="77777777" w:rsidR="00C86561" w:rsidRPr="007A2CE4" w:rsidRDefault="00C86561" w:rsidP="00C86561">
            <w:pPr>
              <w:jc w:val="center"/>
              <w:rPr>
                <w:sz w:val="28"/>
                <w:szCs w:val="28"/>
                <w:lang w:val="kk-KZ"/>
              </w:rPr>
            </w:pPr>
            <w:r w:rsidRPr="007A2CE4">
              <w:rPr>
                <w:sz w:val="28"/>
                <w:szCs w:val="28"/>
                <w:lang w:val="kk-KZ"/>
              </w:rPr>
              <w:t>«Педагогтердің пәндік 6құзыреттілігін дамыту: математиканы  оқытудың тиімді тәжірбиесі»</w:t>
            </w:r>
          </w:p>
        </w:tc>
        <w:tc>
          <w:tcPr>
            <w:tcW w:w="1104" w:type="dxa"/>
          </w:tcPr>
          <w:p w14:paraId="22147FC6" w14:textId="77777777" w:rsidR="00C86561" w:rsidRPr="007A2CE4" w:rsidRDefault="00C86561" w:rsidP="00C86561">
            <w:pPr>
              <w:jc w:val="center"/>
              <w:rPr>
                <w:sz w:val="28"/>
                <w:szCs w:val="28"/>
                <w:lang w:val="kk-KZ"/>
              </w:rPr>
            </w:pPr>
            <w:r w:rsidRPr="007A2CE4">
              <w:rPr>
                <w:sz w:val="28"/>
                <w:szCs w:val="28"/>
                <w:lang w:val="kk-KZ"/>
              </w:rPr>
              <w:t>НЗМ» ДББҰ ПШО</w:t>
            </w:r>
          </w:p>
        </w:tc>
        <w:tc>
          <w:tcPr>
            <w:tcW w:w="1333" w:type="dxa"/>
          </w:tcPr>
          <w:p w14:paraId="07768961" w14:textId="77777777" w:rsidR="00C86561" w:rsidRPr="007A2CE4" w:rsidRDefault="00C86561" w:rsidP="00C86561">
            <w:pPr>
              <w:jc w:val="center"/>
              <w:rPr>
                <w:sz w:val="28"/>
                <w:szCs w:val="28"/>
                <w:lang w:val="kk-KZ"/>
              </w:rPr>
            </w:pPr>
            <w:r w:rsidRPr="007A2CE4">
              <w:rPr>
                <w:sz w:val="28"/>
                <w:szCs w:val="28"/>
                <w:lang w:val="kk-KZ"/>
              </w:rPr>
              <w:t>13.08.2026-26.08.2026</w:t>
            </w:r>
          </w:p>
        </w:tc>
        <w:tc>
          <w:tcPr>
            <w:tcW w:w="1569" w:type="dxa"/>
          </w:tcPr>
          <w:p w14:paraId="6980F56C"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№201413</w:t>
            </w:r>
          </w:p>
        </w:tc>
      </w:tr>
    </w:tbl>
    <w:p w14:paraId="1FD02A7E" w14:textId="77777777" w:rsidR="00C86561" w:rsidRPr="007A2CE4" w:rsidRDefault="00C86561" w:rsidP="00C86561">
      <w:pPr>
        <w:pStyle w:val="ds-markdown-paragraph"/>
        <w:shd w:val="clear" w:color="auto" w:fill="FFFFFF"/>
        <w:spacing w:before="240" w:beforeAutospacing="0" w:after="240" w:afterAutospacing="0"/>
        <w:contextualSpacing/>
        <w:jc w:val="both"/>
        <w:rPr>
          <w:sz w:val="28"/>
          <w:szCs w:val="28"/>
          <w:lang w:val="kk-KZ"/>
        </w:rPr>
      </w:pPr>
      <w:r w:rsidRPr="007A2CE4">
        <w:rPr>
          <w:sz w:val="28"/>
          <w:szCs w:val="28"/>
          <w:lang w:val="kk-KZ"/>
        </w:rPr>
        <w:t>з) Химия  пәні мұғалімдерінің біліктілігін арттыру</w:t>
      </w:r>
    </w:p>
    <w:tbl>
      <w:tblPr>
        <w:tblStyle w:val="a7"/>
        <w:tblW w:w="0" w:type="auto"/>
        <w:tblInd w:w="-856" w:type="dxa"/>
        <w:tblLook w:val="04A0" w:firstRow="1" w:lastRow="0" w:firstColumn="1" w:lastColumn="0" w:noHBand="0" w:noVBand="1"/>
      </w:tblPr>
      <w:tblGrid>
        <w:gridCol w:w="450"/>
        <w:gridCol w:w="1362"/>
        <w:gridCol w:w="1301"/>
        <w:gridCol w:w="848"/>
        <w:gridCol w:w="3274"/>
        <w:gridCol w:w="1226"/>
        <w:gridCol w:w="1486"/>
        <w:gridCol w:w="1472"/>
      </w:tblGrid>
      <w:tr w:rsidR="00C86561" w:rsidRPr="007A2CE4" w14:paraId="5F721FD7" w14:textId="77777777" w:rsidTr="00C86561">
        <w:tc>
          <w:tcPr>
            <w:tcW w:w="421" w:type="dxa"/>
            <w:hideMark/>
          </w:tcPr>
          <w:p w14:paraId="0FFADAED"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w:t>
            </w:r>
          </w:p>
        </w:tc>
        <w:tc>
          <w:tcPr>
            <w:tcW w:w="1228" w:type="dxa"/>
            <w:hideMark/>
          </w:tcPr>
          <w:p w14:paraId="25AD5D96"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Педагогтің аты-жөні</w:t>
            </w:r>
          </w:p>
        </w:tc>
        <w:tc>
          <w:tcPr>
            <w:tcW w:w="1173" w:type="dxa"/>
            <w:hideMark/>
          </w:tcPr>
          <w:p w14:paraId="06EC12C5"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Лауазымы / Беретін пәні</w:t>
            </w:r>
          </w:p>
        </w:tc>
        <w:tc>
          <w:tcPr>
            <w:tcW w:w="774" w:type="dxa"/>
          </w:tcPr>
          <w:p w14:paraId="2998C9CA"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Еңбек өтілі</w:t>
            </w:r>
          </w:p>
        </w:tc>
        <w:tc>
          <w:tcPr>
            <w:tcW w:w="2642" w:type="dxa"/>
            <w:hideMark/>
          </w:tcPr>
          <w:p w14:paraId="65820307"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 xml:space="preserve">Курс атауы </w:t>
            </w:r>
          </w:p>
        </w:tc>
        <w:tc>
          <w:tcPr>
            <w:tcW w:w="1304" w:type="dxa"/>
            <w:hideMark/>
          </w:tcPr>
          <w:p w14:paraId="47BB09AC"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 xml:space="preserve">Курсты өткізген ұйым </w:t>
            </w:r>
          </w:p>
        </w:tc>
        <w:tc>
          <w:tcPr>
            <w:tcW w:w="1335" w:type="dxa"/>
            <w:hideMark/>
          </w:tcPr>
          <w:p w14:paraId="6D6ED510"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Курс өткен жылы, айы</w:t>
            </w:r>
          </w:p>
        </w:tc>
        <w:tc>
          <w:tcPr>
            <w:tcW w:w="1323" w:type="dxa"/>
            <w:hideMark/>
          </w:tcPr>
          <w:p w14:paraId="4FF0AEE3"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Сертификат нөмірі мен берілген күні</w:t>
            </w:r>
          </w:p>
        </w:tc>
      </w:tr>
      <w:tr w:rsidR="00C86561" w:rsidRPr="007A2CE4" w14:paraId="0527E648" w14:textId="77777777" w:rsidTr="00C86561">
        <w:tc>
          <w:tcPr>
            <w:tcW w:w="421" w:type="dxa"/>
          </w:tcPr>
          <w:p w14:paraId="383C7218"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1</w:t>
            </w:r>
          </w:p>
        </w:tc>
        <w:tc>
          <w:tcPr>
            <w:tcW w:w="1228" w:type="dxa"/>
          </w:tcPr>
          <w:p w14:paraId="01F1C748" w14:textId="77777777" w:rsidR="00C86561" w:rsidRPr="007A2CE4" w:rsidRDefault="008D1D0B" w:rsidP="00C86561">
            <w:pPr>
              <w:rPr>
                <w:bCs/>
                <w:color w:val="1F1F1F"/>
                <w:sz w:val="28"/>
                <w:szCs w:val="28"/>
                <w:bdr w:val="none" w:sz="0" w:space="0" w:color="auto" w:frame="1"/>
                <w:lang w:eastAsia="ru-RU"/>
              </w:rPr>
            </w:pPr>
            <w:hyperlink r:id="rId13" w:history="1">
              <w:r w:rsidR="00C86561" w:rsidRPr="007A2CE4">
                <w:rPr>
                  <w:sz w:val="28"/>
                  <w:szCs w:val="28"/>
                  <w:u w:val="single"/>
                </w:rPr>
                <w:t>Едресова Светлана Алимовна</w:t>
              </w:r>
            </w:hyperlink>
          </w:p>
        </w:tc>
        <w:tc>
          <w:tcPr>
            <w:tcW w:w="1173" w:type="dxa"/>
          </w:tcPr>
          <w:p w14:paraId="3376D05A"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 xml:space="preserve">Химия </w:t>
            </w:r>
          </w:p>
        </w:tc>
        <w:tc>
          <w:tcPr>
            <w:tcW w:w="774" w:type="dxa"/>
          </w:tcPr>
          <w:p w14:paraId="7023D334"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37</w:t>
            </w:r>
          </w:p>
        </w:tc>
        <w:tc>
          <w:tcPr>
            <w:tcW w:w="2642" w:type="dxa"/>
          </w:tcPr>
          <w:p w14:paraId="296A5FD0"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«Новые подходы реализации Государственного общеобязательногостандарта образования: от цели к ожидаемым результатам. «Химия»</w:t>
            </w:r>
          </w:p>
        </w:tc>
        <w:tc>
          <w:tcPr>
            <w:tcW w:w="1304" w:type="dxa"/>
          </w:tcPr>
          <w:p w14:paraId="70EA7405" w14:textId="77777777" w:rsidR="00C86561" w:rsidRPr="007A2CE4" w:rsidRDefault="00C86561" w:rsidP="00C86561">
            <w:pPr>
              <w:rPr>
                <w:bCs/>
                <w:color w:val="1F1F1F"/>
                <w:sz w:val="28"/>
                <w:szCs w:val="28"/>
                <w:bdr w:val="none" w:sz="0" w:space="0" w:color="auto" w:frame="1"/>
                <w:lang w:eastAsia="ru-RU"/>
              </w:rPr>
            </w:pPr>
            <w:r w:rsidRPr="007A2CE4">
              <w:rPr>
                <w:sz w:val="28"/>
                <w:szCs w:val="28"/>
                <w:lang w:val="kk-KZ"/>
              </w:rPr>
              <w:t>«Өрлеу» БАҰОАҚ</w:t>
            </w:r>
          </w:p>
        </w:tc>
        <w:tc>
          <w:tcPr>
            <w:tcW w:w="1335" w:type="dxa"/>
          </w:tcPr>
          <w:p w14:paraId="6D71CC44"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17.08.-28.08.2026ж</w:t>
            </w:r>
          </w:p>
        </w:tc>
        <w:tc>
          <w:tcPr>
            <w:tcW w:w="1323" w:type="dxa"/>
          </w:tcPr>
          <w:p w14:paraId="41B62EA2"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№0952568</w:t>
            </w:r>
          </w:p>
        </w:tc>
      </w:tr>
    </w:tbl>
    <w:p w14:paraId="66B9FB12" w14:textId="77777777" w:rsidR="00C86561" w:rsidRPr="007A2CE4" w:rsidRDefault="00C86561" w:rsidP="00C86561">
      <w:pPr>
        <w:pStyle w:val="ds-markdown-paragraph"/>
        <w:shd w:val="clear" w:color="auto" w:fill="FFFFFF"/>
        <w:spacing w:before="240" w:beforeAutospacing="0" w:after="240" w:afterAutospacing="0"/>
        <w:contextualSpacing/>
        <w:jc w:val="both"/>
        <w:rPr>
          <w:sz w:val="28"/>
          <w:szCs w:val="28"/>
          <w:lang w:val="kk-KZ"/>
        </w:rPr>
      </w:pPr>
      <w:r w:rsidRPr="007A2CE4">
        <w:rPr>
          <w:b/>
          <w:bCs/>
          <w:iCs/>
          <w:color w:val="0F1115"/>
          <w:sz w:val="28"/>
          <w:szCs w:val="28"/>
          <w:lang w:val="kk-KZ"/>
        </w:rPr>
        <w:t xml:space="preserve">и) </w:t>
      </w:r>
      <w:r w:rsidRPr="007A2CE4">
        <w:rPr>
          <w:sz w:val="28"/>
          <w:szCs w:val="28"/>
          <w:lang w:val="kk-KZ"/>
        </w:rPr>
        <w:t>информатика және жасанды интеллект  пәні мұғалімдерінің біліктілігін арттыру</w:t>
      </w:r>
    </w:p>
    <w:tbl>
      <w:tblPr>
        <w:tblStyle w:val="a7"/>
        <w:tblW w:w="0" w:type="auto"/>
        <w:tblInd w:w="-856" w:type="dxa"/>
        <w:tblLook w:val="04A0" w:firstRow="1" w:lastRow="0" w:firstColumn="1" w:lastColumn="0" w:noHBand="0" w:noVBand="1"/>
      </w:tblPr>
      <w:tblGrid>
        <w:gridCol w:w="469"/>
        <w:gridCol w:w="1846"/>
        <w:gridCol w:w="1661"/>
        <w:gridCol w:w="902"/>
        <w:gridCol w:w="2058"/>
        <w:gridCol w:w="1312"/>
        <w:gridCol w:w="1593"/>
        <w:gridCol w:w="1578"/>
      </w:tblGrid>
      <w:tr w:rsidR="00C86561" w:rsidRPr="007A2CE4" w14:paraId="6CFAF09E" w14:textId="77777777" w:rsidTr="00EB0F02">
        <w:tc>
          <w:tcPr>
            <w:tcW w:w="461" w:type="dxa"/>
            <w:hideMark/>
          </w:tcPr>
          <w:p w14:paraId="07E1D41C"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w:t>
            </w:r>
          </w:p>
        </w:tc>
        <w:tc>
          <w:tcPr>
            <w:tcW w:w="1800" w:type="dxa"/>
            <w:hideMark/>
          </w:tcPr>
          <w:p w14:paraId="7D92DF3B"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Педагогтің аты-жөні</w:t>
            </w:r>
          </w:p>
        </w:tc>
        <w:tc>
          <w:tcPr>
            <w:tcW w:w="1619" w:type="dxa"/>
            <w:hideMark/>
          </w:tcPr>
          <w:p w14:paraId="068AC8F5"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Лауазымы / Беретін пәні</w:t>
            </w:r>
          </w:p>
        </w:tc>
        <w:tc>
          <w:tcPr>
            <w:tcW w:w="882" w:type="dxa"/>
          </w:tcPr>
          <w:p w14:paraId="154C0F7C"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Еңбек өтілі</w:t>
            </w:r>
          </w:p>
        </w:tc>
        <w:tc>
          <w:tcPr>
            <w:tcW w:w="2004" w:type="dxa"/>
            <w:hideMark/>
          </w:tcPr>
          <w:p w14:paraId="21FACF88"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Курс атауы / Тематикасы</w:t>
            </w:r>
          </w:p>
        </w:tc>
        <w:tc>
          <w:tcPr>
            <w:tcW w:w="1280" w:type="dxa"/>
            <w:hideMark/>
          </w:tcPr>
          <w:p w14:paraId="2DF852D3"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 xml:space="preserve">Курсты өткізген ұйым </w:t>
            </w:r>
          </w:p>
        </w:tc>
        <w:tc>
          <w:tcPr>
            <w:tcW w:w="1553" w:type="dxa"/>
            <w:hideMark/>
          </w:tcPr>
          <w:p w14:paraId="2A8E27E5"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Курс өткен жылы, айы</w:t>
            </w:r>
          </w:p>
        </w:tc>
        <w:tc>
          <w:tcPr>
            <w:tcW w:w="1538" w:type="dxa"/>
            <w:hideMark/>
          </w:tcPr>
          <w:p w14:paraId="2A9D3B5C"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Сертификат нөмірі мен берілген күні</w:t>
            </w:r>
          </w:p>
        </w:tc>
      </w:tr>
      <w:tr w:rsidR="00C86561" w:rsidRPr="007A2CE4" w14:paraId="4118D848" w14:textId="77777777" w:rsidTr="00EB0F02">
        <w:tc>
          <w:tcPr>
            <w:tcW w:w="461" w:type="dxa"/>
            <w:vAlign w:val="center"/>
          </w:tcPr>
          <w:p w14:paraId="71EDC014" w14:textId="77777777" w:rsidR="00C86561" w:rsidRPr="007A2CE4" w:rsidRDefault="00C86561" w:rsidP="00C86561">
            <w:pPr>
              <w:jc w:val="center"/>
              <w:rPr>
                <w:bCs/>
                <w:color w:val="000000"/>
                <w:sz w:val="28"/>
                <w:szCs w:val="28"/>
                <w:lang w:val="kk-KZ"/>
              </w:rPr>
            </w:pPr>
            <w:r w:rsidRPr="007A2CE4">
              <w:rPr>
                <w:bCs/>
                <w:color w:val="000000"/>
                <w:sz w:val="28"/>
                <w:szCs w:val="28"/>
                <w:lang w:val="kk-KZ"/>
              </w:rPr>
              <w:t>1</w:t>
            </w:r>
          </w:p>
        </w:tc>
        <w:tc>
          <w:tcPr>
            <w:tcW w:w="1800" w:type="dxa"/>
          </w:tcPr>
          <w:p w14:paraId="48EEA1A5" w14:textId="77777777" w:rsidR="00C86561" w:rsidRPr="007A2CE4" w:rsidRDefault="00C86561" w:rsidP="00C86561">
            <w:pPr>
              <w:rPr>
                <w:sz w:val="28"/>
                <w:szCs w:val="28"/>
                <w:lang w:val="kk-KZ"/>
              </w:rPr>
            </w:pPr>
            <w:r w:rsidRPr="007A2CE4">
              <w:rPr>
                <w:sz w:val="28"/>
                <w:szCs w:val="28"/>
                <w:lang w:val="kk-KZ"/>
              </w:rPr>
              <w:t>Акубаева Айнур Жарылгасов</w:t>
            </w:r>
          </w:p>
          <w:p w14:paraId="05BC23D1" w14:textId="77777777" w:rsidR="00C86561" w:rsidRPr="007A2CE4" w:rsidRDefault="00C86561" w:rsidP="00C86561">
            <w:pPr>
              <w:rPr>
                <w:sz w:val="28"/>
                <w:szCs w:val="28"/>
                <w:lang w:val="kk-KZ"/>
              </w:rPr>
            </w:pPr>
            <w:r w:rsidRPr="007A2CE4">
              <w:rPr>
                <w:sz w:val="28"/>
                <w:szCs w:val="28"/>
                <w:lang w:val="kk-KZ"/>
              </w:rPr>
              <w:t>на</w:t>
            </w:r>
          </w:p>
        </w:tc>
        <w:tc>
          <w:tcPr>
            <w:tcW w:w="1619" w:type="dxa"/>
          </w:tcPr>
          <w:p w14:paraId="1DB6B97B"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 xml:space="preserve">Информаика және ЖИ </w:t>
            </w:r>
          </w:p>
        </w:tc>
        <w:tc>
          <w:tcPr>
            <w:tcW w:w="882" w:type="dxa"/>
          </w:tcPr>
          <w:p w14:paraId="05F67223"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26</w:t>
            </w:r>
          </w:p>
        </w:tc>
        <w:tc>
          <w:tcPr>
            <w:tcW w:w="2004" w:type="dxa"/>
          </w:tcPr>
          <w:p w14:paraId="5A856302" w14:textId="77777777" w:rsidR="00C86561" w:rsidRPr="007A2CE4" w:rsidRDefault="00C86561" w:rsidP="00C86561">
            <w:pPr>
              <w:rPr>
                <w:sz w:val="28"/>
                <w:szCs w:val="28"/>
                <w:lang w:val="kk-KZ"/>
              </w:rPr>
            </w:pPr>
            <w:r w:rsidRPr="007A2CE4">
              <w:rPr>
                <w:sz w:val="28"/>
                <w:szCs w:val="28"/>
                <w:lang w:val="kk-KZ"/>
              </w:rPr>
              <w:t xml:space="preserve">Мемлекеттік жалпыға міндетті білім беру стандартын жүзеге асырудағы жаңа тәсілдер: мақсаттан </w:t>
            </w:r>
            <w:r w:rsidRPr="007A2CE4">
              <w:rPr>
                <w:sz w:val="28"/>
                <w:szCs w:val="28"/>
                <w:lang w:val="kk-KZ"/>
              </w:rPr>
              <w:lastRenderedPageBreak/>
              <w:t>күтілетін оқу нәтижесіне жету. «Информатика»</w:t>
            </w:r>
          </w:p>
        </w:tc>
        <w:tc>
          <w:tcPr>
            <w:tcW w:w="1280" w:type="dxa"/>
            <w:vAlign w:val="center"/>
          </w:tcPr>
          <w:p w14:paraId="4A3429B4" w14:textId="77777777" w:rsidR="00C86561" w:rsidRPr="007A2CE4" w:rsidRDefault="00C86561" w:rsidP="00C86561">
            <w:pPr>
              <w:jc w:val="center"/>
              <w:rPr>
                <w:bCs/>
                <w:color w:val="000000"/>
                <w:sz w:val="28"/>
                <w:szCs w:val="28"/>
                <w:lang w:val="kk-KZ"/>
              </w:rPr>
            </w:pPr>
            <w:r w:rsidRPr="007A2CE4">
              <w:rPr>
                <w:sz w:val="28"/>
                <w:szCs w:val="28"/>
                <w:lang w:val="kk-KZ"/>
              </w:rPr>
              <w:lastRenderedPageBreak/>
              <w:t>«Өрлеу» БАҰОАҚ</w:t>
            </w:r>
          </w:p>
        </w:tc>
        <w:tc>
          <w:tcPr>
            <w:tcW w:w="1553" w:type="dxa"/>
          </w:tcPr>
          <w:p w14:paraId="4E30C065" w14:textId="77777777" w:rsidR="00C86561" w:rsidRPr="007A2CE4" w:rsidRDefault="00C86561" w:rsidP="00C86561">
            <w:pPr>
              <w:jc w:val="center"/>
              <w:rPr>
                <w:sz w:val="28"/>
                <w:szCs w:val="28"/>
                <w:lang w:val="kk-KZ"/>
              </w:rPr>
            </w:pPr>
            <w:r w:rsidRPr="007A2CE4">
              <w:rPr>
                <w:sz w:val="28"/>
                <w:szCs w:val="28"/>
                <w:lang w:val="kk-KZ"/>
              </w:rPr>
              <w:t>13.08.-14.08.2026</w:t>
            </w:r>
          </w:p>
        </w:tc>
        <w:tc>
          <w:tcPr>
            <w:tcW w:w="1538" w:type="dxa"/>
          </w:tcPr>
          <w:p w14:paraId="3F51D302"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№0951927</w:t>
            </w:r>
          </w:p>
        </w:tc>
      </w:tr>
      <w:tr w:rsidR="00C86561" w:rsidRPr="007A2CE4" w14:paraId="040B0477" w14:textId="77777777" w:rsidTr="00EB0F02">
        <w:tc>
          <w:tcPr>
            <w:tcW w:w="461" w:type="dxa"/>
            <w:vAlign w:val="center"/>
          </w:tcPr>
          <w:p w14:paraId="712E12DA" w14:textId="77777777" w:rsidR="00C86561" w:rsidRPr="007A2CE4" w:rsidRDefault="00C86561" w:rsidP="00C86561">
            <w:pPr>
              <w:jc w:val="center"/>
              <w:rPr>
                <w:bCs/>
                <w:color w:val="000000"/>
                <w:sz w:val="28"/>
                <w:szCs w:val="28"/>
                <w:lang w:val="kk-KZ"/>
              </w:rPr>
            </w:pPr>
            <w:r w:rsidRPr="007A2CE4">
              <w:rPr>
                <w:bCs/>
                <w:color w:val="000000"/>
                <w:sz w:val="28"/>
                <w:szCs w:val="28"/>
                <w:lang w:val="kk-KZ"/>
              </w:rPr>
              <w:t>3</w:t>
            </w:r>
          </w:p>
        </w:tc>
        <w:tc>
          <w:tcPr>
            <w:tcW w:w="1800" w:type="dxa"/>
          </w:tcPr>
          <w:p w14:paraId="0F962717" w14:textId="77777777" w:rsidR="00C86561" w:rsidRPr="007A2CE4" w:rsidRDefault="00C86561" w:rsidP="00C86561">
            <w:pPr>
              <w:rPr>
                <w:sz w:val="28"/>
                <w:szCs w:val="28"/>
                <w:lang w:val="kk-KZ"/>
              </w:rPr>
            </w:pPr>
            <w:r w:rsidRPr="007A2CE4">
              <w:rPr>
                <w:sz w:val="28"/>
                <w:szCs w:val="28"/>
                <w:lang w:val="kk-KZ"/>
              </w:rPr>
              <w:t>Садуакасова Айгерим Темирхановна</w:t>
            </w:r>
          </w:p>
        </w:tc>
        <w:tc>
          <w:tcPr>
            <w:tcW w:w="1619" w:type="dxa"/>
          </w:tcPr>
          <w:p w14:paraId="0E66546E" w14:textId="77777777" w:rsidR="00C86561" w:rsidRPr="007A2CE4" w:rsidRDefault="00C86561" w:rsidP="00C86561">
            <w:pPr>
              <w:rPr>
                <w:sz w:val="28"/>
                <w:szCs w:val="28"/>
              </w:rPr>
            </w:pPr>
            <w:r w:rsidRPr="007A2CE4">
              <w:rPr>
                <w:bCs/>
                <w:color w:val="1F1F1F"/>
                <w:sz w:val="28"/>
                <w:szCs w:val="28"/>
                <w:bdr w:val="none" w:sz="0" w:space="0" w:color="auto" w:frame="1"/>
                <w:lang w:val="kk-KZ" w:eastAsia="ru-RU"/>
              </w:rPr>
              <w:t xml:space="preserve">Информаика және ЖИ </w:t>
            </w:r>
          </w:p>
        </w:tc>
        <w:tc>
          <w:tcPr>
            <w:tcW w:w="882" w:type="dxa"/>
          </w:tcPr>
          <w:p w14:paraId="06C1C6D9"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12</w:t>
            </w:r>
          </w:p>
        </w:tc>
        <w:tc>
          <w:tcPr>
            <w:tcW w:w="2004" w:type="dxa"/>
          </w:tcPr>
          <w:p w14:paraId="52F61FDD" w14:textId="77777777" w:rsidR="00C86561" w:rsidRPr="007A2CE4" w:rsidRDefault="00C86561" w:rsidP="00C86561">
            <w:pPr>
              <w:jc w:val="center"/>
              <w:rPr>
                <w:sz w:val="28"/>
                <w:szCs w:val="28"/>
                <w:lang w:val="kk-KZ"/>
              </w:rPr>
            </w:pPr>
            <w:r w:rsidRPr="007A2CE4">
              <w:rPr>
                <w:sz w:val="28"/>
                <w:szCs w:val="28"/>
                <w:lang w:val="kk-KZ"/>
              </w:rPr>
              <w:t>Мемлекеттік жалпыға міндетті білім беру стандартын жүзеге асырудағы жаңа тәсілдер: мақсаттан күтілетін оқу нәтижесіне жету. «Информатика»</w:t>
            </w:r>
          </w:p>
        </w:tc>
        <w:tc>
          <w:tcPr>
            <w:tcW w:w="1280" w:type="dxa"/>
          </w:tcPr>
          <w:p w14:paraId="4731417E" w14:textId="77777777" w:rsidR="00C86561" w:rsidRPr="007A2CE4" w:rsidRDefault="00C86561" w:rsidP="00C86561">
            <w:pPr>
              <w:jc w:val="center"/>
              <w:rPr>
                <w:sz w:val="28"/>
                <w:szCs w:val="28"/>
                <w:lang w:val="kk-KZ"/>
              </w:rPr>
            </w:pPr>
            <w:r w:rsidRPr="007A2CE4">
              <w:rPr>
                <w:sz w:val="28"/>
                <w:szCs w:val="28"/>
                <w:lang w:val="kk-KZ"/>
              </w:rPr>
              <w:t>«Өрлеу» БАҰОАҚ</w:t>
            </w:r>
          </w:p>
        </w:tc>
        <w:tc>
          <w:tcPr>
            <w:tcW w:w="1553" w:type="dxa"/>
          </w:tcPr>
          <w:p w14:paraId="47AA614E" w14:textId="77777777" w:rsidR="00C86561" w:rsidRPr="007A2CE4" w:rsidRDefault="00C86561" w:rsidP="00C86561">
            <w:pPr>
              <w:jc w:val="center"/>
              <w:rPr>
                <w:sz w:val="28"/>
                <w:szCs w:val="28"/>
                <w:lang w:val="kk-KZ"/>
              </w:rPr>
            </w:pPr>
            <w:r w:rsidRPr="007A2CE4">
              <w:rPr>
                <w:sz w:val="28"/>
                <w:szCs w:val="28"/>
                <w:lang w:val="kk-KZ"/>
              </w:rPr>
              <w:t>06.08.2026-14.08.2026ж</w:t>
            </w:r>
          </w:p>
        </w:tc>
        <w:tc>
          <w:tcPr>
            <w:tcW w:w="1538" w:type="dxa"/>
          </w:tcPr>
          <w:p w14:paraId="6E63C1B4"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№0951943</w:t>
            </w:r>
          </w:p>
        </w:tc>
      </w:tr>
      <w:tr w:rsidR="00C86561" w:rsidRPr="007A2CE4" w14:paraId="70813413" w14:textId="77777777" w:rsidTr="00EB0F02">
        <w:tc>
          <w:tcPr>
            <w:tcW w:w="461" w:type="dxa"/>
            <w:vAlign w:val="center"/>
          </w:tcPr>
          <w:p w14:paraId="35B6F643" w14:textId="77777777" w:rsidR="00C86561" w:rsidRPr="007A2CE4" w:rsidRDefault="00C86561" w:rsidP="00C86561">
            <w:pPr>
              <w:jc w:val="center"/>
              <w:rPr>
                <w:bCs/>
                <w:color w:val="000000"/>
                <w:sz w:val="28"/>
                <w:szCs w:val="28"/>
                <w:lang w:val="kk-KZ"/>
              </w:rPr>
            </w:pPr>
            <w:r w:rsidRPr="007A2CE4">
              <w:rPr>
                <w:bCs/>
                <w:color w:val="000000"/>
                <w:sz w:val="28"/>
                <w:szCs w:val="28"/>
                <w:lang w:val="kk-KZ"/>
              </w:rPr>
              <w:t>4</w:t>
            </w:r>
          </w:p>
        </w:tc>
        <w:tc>
          <w:tcPr>
            <w:tcW w:w="1800" w:type="dxa"/>
          </w:tcPr>
          <w:p w14:paraId="4712488C" w14:textId="77777777" w:rsidR="00C86561" w:rsidRPr="007A2CE4" w:rsidRDefault="00C86561" w:rsidP="00C86561">
            <w:pPr>
              <w:rPr>
                <w:sz w:val="28"/>
                <w:szCs w:val="28"/>
                <w:lang w:val="kk-KZ"/>
              </w:rPr>
            </w:pPr>
            <w:r w:rsidRPr="007A2CE4">
              <w:rPr>
                <w:sz w:val="28"/>
                <w:szCs w:val="28"/>
                <w:lang w:val="kk-KZ"/>
              </w:rPr>
              <w:t>Майшекина Жанагуль Женисовна</w:t>
            </w:r>
          </w:p>
        </w:tc>
        <w:tc>
          <w:tcPr>
            <w:tcW w:w="1619" w:type="dxa"/>
          </w:tcPr>
          <w:p w14:paraId="23760564" w14:textId="77777777" w:rsidR="00C86561" w:rsidRPr="007A2CE4" w:rsidRDefault="00C86561" w:rsidP="00C86561">
            <w:pPr>
              <w:rPr>
                <w:sz w:val="28"/>
                <w:szCs w:val="28"/>
              </w:rPr>
            </w:pPr>
            <w:r w:rsidRPr="007A2CE4">
              <w:rPr>
                <w:bCs/>
                <w:color w:val="1F1F1F"/>
                <w:sz w:val="28"/>
                <w:szCs w:val="28"/>
                <w:bdr w:val="none" w:sz="0" w:space="0" w:color="auto" w:frame="1"/>
                <w:lang w:val="kk-KZ" w:eastAsia="ru-RU"/>
              </w:rPr>
              <w:t xml:space="preserve">Информаика және ЖИ </w:t>
            </w:r>
          </w:p>
        </w:tc>
        <w:tc>
          <w:tcPr>
            <w:tcW w:w="882" w:type="dxa"/>
          </w:tcPr>
          <w:p w14:paraId="01B9A1B4"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25</w:t>
            </w:r>
          </w:p>
        </w:tc>
        <w:tc>
          <w:tcPr>
            <w:tcW w:w="2004" w:type="dxa"/>
          </w:tcPr>
          <w:p w14:paraId="497D17BC" w14:textId="77777777" w:rsidR="00C86561" w:rsidRPr="007A2CE4" w:rsidRDefault="00C86561" w:rsidP="00C86561">
            <w:pPr>
              <w:jc w:val="center"/>
              <w:rPr>
                <w:sz w:val="28"/>
                <w:szCs w:val="28"/>
                <w:lang w:val="kk-KZ"/>
              </w:rPr>
            </w:pPr>
            <w:r w:rsidRPr="007A2CE4">
              <w:rPr>
                <w:sz w:val="28"/>
                <w:szCs w:val="28"/>
                <w:lang w:val="kk-KZ"/>
              </w:rPr>
              <w:t>«Блім беру процесінде біртұтас тәрбие құндылықтарын іске асыру»</w:t>
            </w:r>
          </w:p>
        </w:tc>
        <w:tc>
          <w:tcPr>
            <w:tcW w:w="1280" w:type="dxa"/>
          </w:tcPr>
          <w:p w14:paraId="5F045A9E" w14:textId="77777777" w:rsidR="00C86561" w:rsidRPr="007A2CE4" w:rsidRDefault="00C86561" w:rsidP="00C86561">
            <w:pPr>
              <w:jc w:val="center"/>
              <w:rPr>
                <w:sz w:val="28"/>
                <w:szCs w:val="28"/>
                <w:lang w:val="kk-KZ"/>
              </w:rPr>
            </w:pPr>
            <w:r w:rsidRPr="007A2CE4">
              <w:rPr>
                <w:sz w:val="28"/>
                <w:szCs w:val="28"/>
                <w:lang w:val="kk-KZ"/>
              </w:rPr>
              <w:t>«Өрлеу» БАҰОАҚ</w:t>
            </w:r>
          </w:p>
        </w:tc>
        <w:tc>
          <w:tcPr>
            <w:tcW w:w="1553" w:type="dxa"/>
          </w:tcPr>
          <w:p w14:paraId="45154FA4" w14:textId="77777777" w:rsidR="00C86561" w:rsidRPr="007A2CE4" w:rsidRDefault="00C86561" w:rsidP="00C86561">
            <w:pPr>
              <w:jc w:val="center"/>
              <w:rPr>
                <w:sz w:val="28"/>
                <w:szCs w:val="28"/>
                <w:lang w:val="kk-KZ"/>
              </w:rPr>
            </w:pPr>
            <w:r w:rsidRPr="007A2CE4">
              <w:rPr>
                <w:sz w:val="28"/>
                <w:szCs w:val="28"/>
                <w:lang w:val="kk-KZ"/>
              </w:rPr>
              <w:t>15.06.2026-26.06.2026 ж</w:t>
            </w:r>
          </w:p>
        </w:tc>
        <w:tc>
          <w:tcPr>
            <w:tcW w:w="1538" w:type="dxa"/>
          </w:tcPr>
          <w:p w14:paraId="5D9D2429"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w:t>
            </w:r>
          </w:p>
        </w:tc>
      </w:tr>
    </w:tbl>
    <w:p w14:paraId="27B7AE6C" w14:textId="77777777" w:rsidR="00C86561" w:rsidRPr="007A2CE4" w:rsidRDefault="00C86561" w:rsidP="00C86561">
      <w:pPr>
        <w:pStyle w:val="ds-markdown-paragraph"/>
        <w:shd w:val="clear" w:color="auto" w:fill="FFFFFF"/>
        <w:spacing w:before="240" w:beforeAutospacing="0" w:after="240" w:afterAutospacing="0"/>
        <w:contextualSpacing/>
        <w:jc w:val="both"/>
        <w:rPr>
          <w:sz w:val="28"/>
          <w:szCs w:val="28"/>
          <w:lang w:val="kk-KZ"/>
        </w:rPr>
      </w:pPr>
    </w:p>
    <w:p w14:paraId="4CAB1FE7" w14:textId="77777777" w:rsidR="00C86561" w:rsidRPr="007A2CE4" w:rsidRDefault="00C86561" w:rsidP="00C86561">
      <w:pPr>
        <w:pStyle w:val="ds-markdown-paragraph"/>
        <w:shd w:val="clear" w:color="auto" w:fill="FFFFFF"/>
        <w:spacing w:before="240" w:beforeAutospacing="0" w:after="240" w:afterAutospacing="0"/>
        <w:contextualSpacing/>
        <w:jc w:val="both"/>
        <w:rPr>
          <w:sz w:val="28"/>
          <w:szCs w:val="28"/>
          <w:lang w:val="kk-KZ"/>
        </w:rPr>
      </w:pPr>
      <w:r w:rsidRPr="007A2CE4">
        <w:rPr>
          <w:sz w:val="28"/>
          <w:szCs w:val="28"/>
          <w:lang w:val="kk-KZ"/>
        </w:rPr>
        <w:t>к) география  пәні мұғалімдерінің біліктілігін арттыру</w:t>
      </w:r>
    </w:p>
    <w:tbl>
      <w:tblPr>
        <w:tblStyle w:val="a7"/>
        <w:tblW w:w="11425" w:type="dxa"/>
        <w:tblInd w:w="-885" w:type="dxa"/>
        <w:tblLook w:val="04A0" w:firstRow="1" w:lastRow="0" w:firstColumn="1" w:lastColumn="0" w:noHBand="0" w:noVBand="1"/>
      </w:tblPr>
      <w:tblGrid>
        <w:gridCol w:w="484"/>
        <w:gridCol w:w="1547"/>
        <w:gridCol w:w="1459"/>
        <w:gridCol w:w="940"/>
        <w:gridCol w:w="2298"/>
        <w:gridCol w:w="1373"/>
        <w:gridCol w:w="1670"/>
        <w:gridCol w:w="1654"/>
      </w:tblGrid>
      <w:tr w:rsidR="00C86561" w:rsidRPr="007A2CE4" w14:paraId="4514232F" w14:textId="77777777" w:rsidTr="00EB0F02">
        <w:tc>
          <w:tcPr>
            <w:tcW w:w="484" w:type="dxa"/>
            <w:hideMark/>
          </w:tcPr>
          <w:p w14:paraId="5BF3C35F"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w:t>
            </w:r>
          </w:p>
        </w:tc>
        <w:tc>
          <w:tcPr>
            <w:tcW w:w="1547" w:type="dxa"/>
            <w:hideMark/>
          </w:tcPr>
          <w:p w14:paraId="319B0747"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Педагогтің аты-жөні</w:t>
            </w:r>
          </w:p>
        </w:tc>
        <w:tc>
          <w:tcPr>
            <w:tcW w:w="1459" w:type="dxa"/>
            <w:hideMark/>
          </w:tcPr>
          <w:p w14:paraId="2372FA9F"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Лауазымы / Беретін пәні</w:t>
            </w:r>
          </w:p>
        </w:tc>
        <w:tc>
          <w:tcPr>
            <w:tcW w:w="940" w:type="dxa"/>
          </w:tcPr>
          <w:p w14:paraId="0D0578B6"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Еңбек өтілі</w:t>
            </w:r>
          </w:p>
        </w:tc>
        <w:tc>
          <w:tcPr>
            <w:tcW w:w="2298" w:type="dxa"/>
            <w:hideMark/>
          </w:tcPr>
          <w:p w14:paraId="25F49484"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Курс атауы / Тематикасы</w:t>
            </w:r>
          </w:p>
        </w:tc>
        <w:tc>
          <w:tcPr>
            <w:tcW w:w="1373" w:type="dxa"/>
            <w:hideMark/>
          </w:tcPr>
          <w:p w14:paraId="32F260D9"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 xml:space="preserve">Курсты өткізген ұйым </w:t>
            </w:r>
          </w:p>
        </w:tc>
        <w:tc>
          <w:tcPr>
            <w:tcW w:w="1670" w:type="dxa"/>
            <w:hideMark/>
          </w:tcPr>
          <w:p w14:paraId="177A36F5"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Курс өткен жылы, айы</w:t>
            </w:r>
          </w:p>
        </w:tc>
        <w:tc>
          <w:tcPr>
            <w:tcW w:w="1654" w:type="dxa"/>
            <w:hideMark/>
          </w:tcPr>
          <w:p w14:paraId="469B0B7A"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Сертификат нөмірі мен берілген күні</w:t>
            </w:r>
          </w:p>
        </w:tc>
      </w:tr>
      <w:tr w:rsidR="00C86561" w:rsidRPr="007A2CE4" w14:paraId="05D89CC9" w14:textId="77777777" w:rsidTr="00EB0F02">
        <w:tc>
          <w:tcPr>
            <w:tcW w:w="484" w:type="dxa"/>
          </w:tcPr>
          <w:p w14:paraId="30969013"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1</w:t>
            </w:r>
          </w:p>
        </w:tc>
        <w:tc>
          <w:tcPr>
            <w:tcW w:w="1547" w:type="dxa"/>
          </w:tcPr>
          <w:p w14:paraId="1B22061E" w14:textId="77777777" w:rsidR="00C86561" w:rsidRPr="007A2CE4" w:rsidRDefault="00C86561" w:rsidP="00C86561">
            <w:pPr>
              <w:rPr>
                <w:bCs/>
                <w:color w:val="1F1F1F"/>
                <w:sz w:val="28"/>
                <w:szCs w:val="28"/>
                <w:bdr w:val="none" w:sz="0" w:space="0" w:color="auto" w:frame="1"/>
                <w:lang w:eastAsia="ru-RU"/>
              </w:rPr>
            </w:pPr>
            <w:r w:rsidRPr="007A2CE4">
              <w:rPr>
                <w:sz w:val="28"/>
                <w:szCs w:val="28"/>
                <w:lang w:val="kk-KZ"/>
              </w:rPr>
              <w:t>Уразалина Айжан Сериковна</w:t>
            </w:r>
          </w:p>
        </w:tc>
        <w:tc>
          <w:tcPr>
            <w:tcW w:w="1459" w:type="dxa"/>
          </w:tcPr>
          <w:p w14:paraId="03515EE1"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география</w:t>
            </w:r>
          </w:p>
        </w:tc>
        <w:tc>
          <w:tcPr>
            <w:tcW w:w="940" w:type="dxa"/>
          </w:tcPr>
          <w:p w14:paraId="63B19722"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19</w:t>
            </w:r>
          </w:p>
        </w:tc>
        <w:tc>
          <w:tcPr>
            <w:tcW w:w="2298" w:type="dxa"/>
          </w:tcPr>
          <w:p w14:paraId="2EFFD270" w14:textId="77777777" w:rsidR="00C86561" w:rsidRPr="007A2CE4" w:rsidRDefault="00C86561" w:rsidP="00C86561">
            <w:pPr>
              <w:jc w:val="center"/>
              <w:rPr>
                <w:sz w:val="28"/>
                <w:szCs w:val="28"/>
                <w:lang w:val="kk-KZ"/>
              </w:rPr>
            </w:pPr>
            <w:r w:rsidRPr="007A2CE4">
              <w:rPr>
                <w:sz w:val="28"/>
                <w:szCs w:val="28"/>
                <w:lang w:val="kk-KZ"/>
              </w:rPr>
              <w:t>Мемлекеттік жалпыға міндетті білім беру стандартын жүзеге асырудағы жаңа тәсілдер: мақсаттан күтілетін оқу нәтижесіне жету. « География»</w:t>
            </w:r>
          </w:p>
        </w:tc>
        <w:tc>
          <w:tcPr>
            <w:tcW w:w="1373" w:type="dxa"/>
          </w:tcPr>
          <w:p w14:paraId="2738F06D" w14:textId="77777777" w:rsidR="00C86561" w:rsidRPr="007A2CE4" w:rsidRDefault="00C86561" w:rsidP="00C86561">
            <w:pPr>
              <w:jc w:val="center"/>
              <w:rPr>
                <w:sz w:val="28"/>
                <w:szCs w:val="28"/>
                <w:lang w:val="kk-KZ"/>
              </w:rPr>
            </w:pPr>
            <w:r w:rsidRPr="007A2CE4">
              <w:rPr>
                <w:sz w:val="28"/>
                <w:szCs w:val="28"/>
                <w:lang w:val="kk-KZ"/>
              </w:rPr>
              <w:t>«Өрлеу» БАҰОАҚ</w:t>
            </w:r>
          </w:p>
        </w:tc>
        <w:tc>
          <w:tcPr>
            <w:tcW w:w="1670" w:type="dxa"/>
          </w:tcPr>
          <w:p w14:paraId="4E6C41FD" w14:textId="77777777" w:rsidR="00C86561" w:rsidRPr="007A2CE4" w:rsidRDefault="00C86561" w:rsidP="00C86561">
            <w:pPr>
              <w:rPr>
                <w:bCs/>
                <w:color w:val="1F1F1F"/>
                <w:sz w:val="28"/>
                <w:szCs w:val="28"/>
                <w:bdr w:val="none" w:sz="0" w:space="0" w:color="auto" w:frame="1"/>
                <w:lang w:eastAsia="ru-RU"/>
              </w:rPr>
            </w:pPr>
            <w:r w:rsidRPr="007A2CE4">
              <w:rPr>
                <w:sz w:val="28"/>
                <w:szCs w:val="28"/>
                <w:lang w:val="kk-KZ"/>
              </w:rPr>
              <w:t>01.06.2026-12.06.2026ж</w:t>
            </w:r>
          </w:p>
        </w:tc>
        <w:tc>
          <w:tcPr>
            <w:tcW w:w="1654" w:type="dxa"/>
          </w:tcPr>
          <w:p w14:paraId="2A2C7030"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№0951176</w:t>
            </w:r>
          </w:p>
        </w:tc>
      </w:tr>
      <w:tr w:rsidR="00C86561" w:rsidRPr="007A2CE4" w14:paraId="05FED8DB" w14:textId="77777777" w:rsidTr="00B56EC7">
        <w:tc>
          <w:tcPr>
            <w:tcW w:w="484" w:type="dxa"/>
          </w:tcPr>
          <w:p w14:paraId="62037919"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2</w:t>
            </w:r>
          </w:p>
        </w:tc>
        <w:tc>
          <w:tcPr>
            <w:tcW w:w="1547" w:type="dxa"/>
          </w:tcPr>
          <w:p w14:paraId="3A49A91F" w14:textId="77777777" w:rsidR="00C86561" w:rsidRPr="007A2CE4" w:rsidRDefault="00C86561" w:rsidP="00C86561">
            <w:pPr>
              <w:rPr>
                <w:sz w:val="28"/>
                <w:szCs w:val="28"/>
                <w:lang w:val="kk-KZ"/>
              </w:rPr>
            </w:pPr>
            <w:r w:rsidRPr="007A2CE4">
              <w:rPr>
                <w:sz w:val="28"/>
                <w:szCs w:val="28"/>
                <w:lang w:val="kk-KZ"/>
              </w:rPr>
              <w:t xml:space="preserve">Рысқұлова Айнұр </w:t>
            </w:r>
            <w:r w:rsidRPr="007A2CE4">
              <w:rPr>
                <w:sz w:val="28"/>
                <w:szCs w:val="28"/>
                <w:lang w:val="kk-KZ"/>
              </w:rPr>
              <w:lastRenderedPageBreak/>
              <w:t>Қанатқызы</w:t>
            </w:r>
          </w:p>
        </w:tc>
        <w:tc>
          <w:tcPr>
            <w:tcW w:w="1459" w:type="dxa"/>
          </w:tcPr>
          <w:p w14:paraId="36E9D976"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lastRenderedPageBreak/>
              <w:t>география</w:t>
            </w:r>
          </w:p>
        </w:tc>
        <w:tc>
          <w:tcPr>
            <w:tcW w:w="940" w:type="dxa"/>
          </w:tcPr>
          <w:p w14:paraId="44485D7B"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18</w:t>
            </w:r>
          </w:p>
        </w:tc>
        <w:tc>
          <w:tcPr>
            <w:tcW w:w="2298" w:type="dxa"/>
          </w:tcPr>
          <w:p w14:paraId="27371AD1" w14:textId="77777777" w:rsidR="00C86561" w:rsidRPr="007A2CE4" w:rsidRDefault="00C86561" w:rsidP="00C86561">
            <w:pPr>
              <w:jc w:val="center"/>
              <w:rPr>
                <w:sz w:val="28"/>
                <w:szCs w:val="28"/>
                <w:lang w:val="kk-KZ"/>
              </w:rPr>
            </w:pPr>
            <w:r w:rsidRPr="007A2CE4">
              <w:rPr>
                <w:sz w:val="28"/>
                <w:szCs w:val="28"/>
                <w:lang w:val="kk-KZ"/>
              </w:rPr>
              <w:t xml:space="preserve">«География сабақтарында </w:t>
            </w:r>
            <w:r w:rsidRPr="007A2CE4">
              <w:rPr>
                <w:sz w:val="28"/>
                <w:szCs w:val="28"/>
                <w:lang w:val="kk-KZ"/>
              </w:rPr>
              <w:lastRenderedPageBreak/>
              <w:t>дарынды балалармен жұмыс жасаудың білім беру технологиялары»</w:t>
            </w:r>
          </w:p>
        </w:tc>
        <w:tc>
          <w:tcPr>
            <w:tcW w:w="1373" w:type="dxa"/>
          </w:tcPr>
          <w:p w14:paraId="080C8352" w14:textId="77777777" w:rsidR="00C86561" w:rsidRPr="007A2CE4" w:rsidRDefault="00C86561" w:rsidP="00C86561">
            <w:pPr>
              <w:jc w:val="center"/>
              <w:rPr>
                <w:sz w:val="28"/>
                <w:szCs w:val="28"/>
                <w:lang w:val="kk-KZ"/>
              </w:rPr>
            </w:pPr>
            <w:r w:rsidRPr="007A2CE4">
              <w:rPr>
                <w:sz w:val="28"/>
                <w:szCs w:val="28"/>
                <w:lang w:val="kk-KZ"/>
              </w:rPr>
              <w:lastRenderedPageBreak/>
              <w:t>«Өрлеу» БАҰОАҚ</w:t>
            </w:r>
          </w:p>
        </w:tc>
        <w:tc>
          <w:tcPr>
            <w:tcW w:w="1670" w:type="dxa"/>
          </w:tcPr>
          <w:p w14:paraId="63168786" w14:textId="77777777" w:rsidR="00C86561" w:rsidRPr="007A2CE4" w:rsidRDefault="00C86561" w:rsidP="00C86561">
            <w:pPr>
              <w:rPr>
                <w:sz w:val="28"/>
                <w:szCs w:val="28"/>
                <w:lang w:val="kk-KZ"/>
              </w:rPr>
            </w:pPr>
            <w:r w:rsidRPr="007A2CE4">
              <w:rPr>
                <w:sz w:val="28"/>
                <w:szCs w:val="28"/>
                <w:lang w:val="kk-KZ"/>
              </w:rPr>
              <w:t>23.09.2024-04.10.2024</w:t>
            </w:r>
          </w:p>
        </w:tc>
        <w:tc>
          <w:tcPr>
            <w:tcW w:w="1654" w:type="dxa"/>
          </w:tcPr>
          <w:p w14:paraId="725A1C5C"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№0806683</w:t>
            </w:r>
          </w:p>
        </w:tc>
      </w:tr>
    </w:tbl>
    <w:p w14:paraId="1CD1FE89" w14:textId="77777777" w:rsidR="00C86561" w:rsidRPr="007A2CE4" w:rsidRDefault="00C86561" w:rsidP="00C86561">
      <w:pPr>
        <w:pStyle w:val="ds-markdown-paragraph"/>
        <w:shd w:val="clear" w:color="auto" w:fill="FFFFFF"/>
        <w:spacing w:before="240" w:beforeAutospacing="0" w:after="240" w:afterAutospacing="0"/>
        <w:contextualSpacing/>
        <w:jc w:val="both"/>
        <w:rPr>
          <w:sz w:val="28"/>
          <w:szCs w:val="28"/>
          <w:lang w:val="kk-KZ"/>
        </w:rPr>
      </w:pPr>
      <w:r w:rsidRPr="007A2CE4">
        <w:rPr>
          <w:sz w:val="28"/>
          <w:szCs w:val="28"/>
          <w:lang w:val="kk-KZ"/>
        </w:rPr>
        <w:t>қ) Биология  пәні мұғалімдерінің біліктілігін арттыру</w:t>
      </w:r>
    </w:p>
    <w:tbl>
      <w:tblPr>
        <w:tblStyle w:val="a7"/>
        <w:tblW w:w="11462" w:type="dxa"/>
        <w:tblInd w:w="-743" w:type="dxa"/>
        <w:tblLook w:val="04A0" w:firstRow="1" w:lastRow="0" w:firstColumn="1" w:lastColumn="0" w:noHBand="0" w:noVBand="1"/>
      </w:tblPr>
      <w:tblGrid>
        <w:gridCol w:w="609"/>
        <w:gridCol w:w="1998"/>
        <w:gridCol w:w="1459"/>
        <w:gridCol w:w="940"/>
        <w:gridCol w:w="1759"/>
        <w:gridCol w:w="1373"/>
        <w:gridCol w:w="1670"/>
        <w:gridCol w:w="1654"/>
      </w:tblGrid>
      <w:tr w:rsidR="00C86561" w:rsidRPr="007A2CE4" w14:paraId="63333394" w14:textId="77777777" w:rsidTr="00EB0F02">
        <w:tc>
          <w:tcPr>
            <w:tcW w:w="609" w:type="dxa"/>
            <w:hideMark/>
          </w:tcPr>
          <w:p w14:paraId="3F1E915B"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w:t>
            </w:r>
          </w:p>
        </w:tc>
        <w:tc>
          <w:tcPr>
            <w:tcW w:w="1998" w:type="dxa"/>
            <w:hideMark/>
          </w:tcPr>
          <w:p w14:paraId="12BB23C2"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Педагогтің аты-жөні</w:t>
            </w:r>
          </w:p>
        </w:tc>
        <w:tc>
          <w:tcPr>
            <w:tcW w:w="1459" w:type="dxa"/>
            <w:hideMark/>
          </w:tcPr>
          <w:p w14:paraId="305778D5"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Лауазымы / Беретін пәні</w:t>
            </w:r>
          </w:p>
        </w:tc>
        <w:tc>
          <w:tcPr>
            <w:tcW w:w="940" w:type="dxa"/>
          </w:tcPr>
          <w:p w14:paraId="26C3556D"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Еңбек өтілі</w:t>
            </w:r>
          </w:p>
        </w:tc>
        <w:tc>
          <w:tcPr>
            <w:tcW w:w="1759" w:type="dxa"/>
            <w:hideMark/>
          </w:tcPr>
          <w:p w14:paraId="2EB10C78"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Курс атауы / Тематикасы</w:t>
            </w:r>
          </w:p>
        </w:tc>
        <w:tc>
          <w:tcPr>
            <w:tcW w:w="1373" w:type="dxa"/>
            <w:hideMark/>
          </w:tcPr>
          <w:p w14:paraId="59381136"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 xml:space="preserve">Курсты өткізген ұйым </w:t>
            </w:r>
          </w:p>
        </w:tc>
        <w:tc>
          <w:tcPr>
            <w:tcW w:w="1670" w:type="dxa"/>
            <w:hideMark/>
          </w:tcPr>
          <w:p w14:paraId="56F9389B"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Курс өткен жылы, айы</w:t>
            </w:r>
          </w:p>
        </w:tc>
        <w:tc>
          <w:tcPr>
            <w:tcW w:w="1654" w:type="dxa"/>
            <w:hideMark/>
          </w:tcPr>
          <w:p w14:paraId="31FD730B"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Сертификат нөмірі мен берілген күні</w:t>
            </w:r>
          </w:p>
        </w:tc>
      </w:tr>
      <w:tr w:rsidR="00C86561" w:rsidRPr="007A2CE4" w14:paraId="72CEB3EE" w14:textId="77777777" w:rsidTr="00EB0F02">
        <w:tc>
          <w:tcPr>
            <w:tcW w:w="609" w:type="dxa"/>
          </w:tcPr>
          <w:p w14:paraId="3E4E92A7"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1</w:t>
            </w:r>
          </w:p>
        </w:tc>
        <w:tc>
          <w:tcPr>
            <w:tcW w:w="1998" w:type="dxa"/>
          </w:tcPr>
          <w:p w14:paraId="675CDAFF" w14:textId="77777777" w:rsidR="00C86561" w:rsidRPr="007A2CE4" w:rsidRDefault="00C86561" w:rsidP="00C86561">
            <w:pPr>
              <w:rPr>
                <w:sz w:val="28"/>
                <w:szCs w:val="28"/>
                <w:lang w:val="kk-KZ"/>
              </w:rPr>
            </w:pPr>
            <w:r w:rsidRPr="007A2CE4">
              <w:rPr>
                <w:sz w:val="28"/>
                <w:szCs w:val="28"/>
                <w:lang w:val="kk-KZ"/>
              </w:rPr>
              <w:t xml:space="preserve">Сыздыкова Айгуль Шакирбеквона </w:t>
            </w:r>
          </w:p>
        </w:tc>
        <w:tc>
          <w:tcPr>
            <w:tcW w:w="1459" w:type="dxa"/>
          </w:tcPr>
          <w:p w14:paraId="704A49AB"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 xml:space="preserve">Биология </w:t>
            </w:r>
          </w:p>
        </w:tc>
        <w:tc>
          <w:tcPr>
            <w:tcW w:w="940" w:type="dxa"/>
          </w:tcPr>
          <w:p w14:paraId="6CF90793"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16</w:t>
            </w:r>
          </w:p>
        </w:tc>
        <w:tc>
          <w:tcPr>
            <w:tcW w:w="1759" w:type="dxa"/>
          </w:tcPr>
          <w:p w14:paraId="28A48651" w14:textId="77777777" w:rsidR="00C86561" w:rsidRPr="007A2CE4" w:rsidRDefault="00C86561" w:rsidP="00C86561">
            <w:pPr>
              <w:jc w:val="center"/>
              <w:rPr>
                <w:sz w:val="28"/>
                <w:szCs w:val="28"/>
                <w:lang w:val="kk-KZ"/>
              </w:rPr>
            </w:pPr>
            <w:r w:rsidRPr="007A2CE4">
              <w:rPr>
                <w:sz w:val="28"/>
                <w:szCs w:val="28"/>
                <w:lang w:val="kk-KZ"/>
              </w:rPr>
              <w:t>«Білім алушыларды рефлективті ойлауға үйрету»</w:t>
            </w:r>
          </w:p>
        </w:tc>
        <w:tc>
          <w:tcPr>
            <w:tcW w:w="1373" w:type="dxa"/>
          </w:tcPr>
          <w:p w14:paraId="4AC1AB44" w14:textId="77777777" w:rsidR="00C86561" w:rsidRPr="007A2CE4" w:rsidRDefault="00C86561" w:rsidP="00C86561">
            <w:pPr>
              <w:rPr>
                <w:sz w:val="28"/>
                <w:szCs w:val="28"/>
                <w:lang w:val="kk-KZ"/>
              </w:rPr>
            </w:pPr>
            <w:r w:rsidRPr="007A2CE4">
              <w:rPr>
                <w:sz w:val="28"/>
                <w:szCs w:val="28"/>
                <w:lang w:val="kk-KZ"/>
              </w:rPr>
              <w:t>«Өрлеу» БАҰОАҚ</w:t>
            </w:r>
          </w:p>
        </w:tc>
        <w:tc>
          <w:tcPr>
            <w:tcW w:w="1670" w:type="dxa"/>
          </w:tcPr>
          <w:p w14:paraId="02D42161" w14:textId="77777777" w:rsidR="00C86561" w:rsidRPr="007A2CE4" w:rsidRDefault="00C86561" w:rsidP="00C86561">
            <w:pPr>
              <w:jc w:val="center"/>
              <w:rPr>
                <w:sz w:val="28"/>
                <w:szCs w:val="28"/>
                <w:lang w:val="kk-KZ"/>
              </w:rPr>
            </w:pPr>
            <w:r w:rsidRPr="007A2CE4">
              <w:rPr>
                <w:sz w:val="28"/>
                <w:szCs w:val="28"/>
                <w:lang w:val="kk-KZ"/>
              </w:rPr>
              <w:t>23.09-04.10.2024 ж</w:t>
            </w:r>
          </w:p>
        </w:tc>
        <w:tc>
          <w:tcPr>
            <w:tcW w:w="1654" w:type="dxa"/>
          </w:tcPr>
          <w:p w14:paraId="1F113944"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№0816714</w:t>
            </w:r>
          </w:p>
        </w:tc>
      </w:tr>
      <w:tr w:rsidR="00C86561" w:rsidRPr="007A2CE4" w14:paraId="2FF286B3" w14:textId="77777777" w:rsidTr="00EB0F02">
        <w:tc>
          <w:tcPr>
            <w:tcW w:w="609" w:type="dxa"/>
          </w:tcPr>
          <w:p w14:paraId="7ED99437"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2</w:t>
            </w:r>
          </w:p>
        </w:tc>
        <w:tc>
          <w:tcPr>
            <w:tcW w:w="1998" w:type="dxa"/>
          </w:tcPr>
          <w:p w14:paraId="7C17EB67" w14:textId="77777777" w:rsidR="00C86561" w:rsidRPr="007A2CE4" w:rsidRDefault="00C86561" w:rsidP="00C86561">
            <w:pPr>
              <w:rPr>
                <w:sz w:val="28"/>
                <w:szCs w:val="28"/>
                <w:lang w:val="kk-KZ"/>
              </w:rPr>
            </w:pPr>
            <w:r w:rsidRPr="007A2CE4">
              <w:rPr>
                <w:sz w:val="28"/>
                <w:szCs w:val="28"/>
                <w:lang w:val="kk-KZ"/>
              </w:rPr>
              <w:t>Шаривхан Нурбол</w:t>
            </w:r>
          </w:p>
        </w:tc>
        <w:tc>
          <w:tcPr>
            <w:tcW w:w="1459" w:type="dxa"/>
          </w:tcPr>
          <w:p w14:paraId="3CAEBE23"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Биологя</w:t>
            </w:r>
          </w:p>
        </w:tc>
        <w:tc>
          <w:tcPr>
            <w:tcW w:w="940" w:type="dxa"/>
          </w:tcPr>
          <w:p w14:paraId="16C117F7"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16</w:t>
            </w:r>
          </w:p>
        </w:tc>
        <w:tc>
          <w:tcPr>
            <w:tcW w:w="1759" w:type="dxa"/>
          </w:tcPr>
          <w:p w14:paraId="08C10AA4" w14:textId="77777777" w:rsidR="00C86561" w:rsidRPr="007A2CE4" w:rsidRDefault="00C86561" w:rsidP="00C86561">
            <w:pPr>
              <w:jc w:val="center"/>
              <w:rPr>
                <w:sz w:val="28"/>
                <w:szCs w:val="28"/>
                <w:lang w:val="kk-KZ"/>
              </w:rPr>
            </w:pPr>
            <w:r w:rsidRPr="007A2CE4">
              <w:rPr>
                <w:sz w:val="28"/>
                <w:szCs w:val="28"/>
                <w:lang w:val="kk-KZ"/>
              </w:rPr>
              <w:t>«Білім алушыларды рефлективті ойлауға үйрету»</w:t>
            </w:r>
          </w:p>
        </w:tc>
        <w:tc>
          <w:tcPr>
            <w:tcW w:w="1373" w:type="dxa"/>
          </w:tcPr>
          <w:p w14:paraId="70C1F9FC" w14:textId="77777777" w:rsidR="00C86561" w:rsidRPr="007A2CE4" w:rsidRDefault="00C86561" w:rsidP="00C86561">
            <w:pPr>
              <w:rPr>
                <w:sz w:val="28"/>
                <w:szCs w:val="28"/>
                <w:lang w:val="kk-KZ"/>
              </w:rPr>
            </w:pPr>
            <w:r w:rsidRPr="007A2CE4">
              <w:rPr>
                <w:sz w:val="28"/>
                <w:szCs w:val="28"/>
                <w:lang w:val="kk-KZ"/>
              </w:rPr>
              <w:t>«Өрлеу» БАҰОАҚ</w:t>
            </w:r>
          </w:p>
        </w:tc>
        <w:tc>
          <w:tcPr>
            <w:tcW w:w="1670" w:type="dxa"/>
          </w:tcPr>
          <w:p w14:paraId="5CA03287" w14:textId="77777777" w:rsidR="00C86561" w:rsidRPr="007A2CE4" w:rsidRDefault="00C86561" w:rsidP="00C86561">
            <w:pPr>
              <w:jc w:val="center"/>
              <w:rPr>
                <w:sz w:val="28"/>
                <w:szCs w:val="28"/>
                <w:lang w:val="kk-KZ"/>
              </w:rPr>
            </w:pPr>
            <w:r w:rsidRPr="007A2CE4">
              <w:rPr>
                <w:sz w:val="28"/>
                <w:szCs w:val="28"/>
                <w:lang w:val="kk-KZ"/>
              </w:rPr>
              <w:t>23.09-04.10.2024ж</w:t>
            </w:r>
          </w:p>
        </w:tc>
        <w:tc>
          <w:tcPr>
            <w:tcW w:w="1654" w:type="dxa"/>
          </w:tcPr>
          <w:p w14:paraId="08BF5A29"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№0806717</w:t>
            </w:r>
          </w:p>
        </w:tc>
      </w:tr>
    </w:tbl>
    <w:p w14:paraId="06265686" w14:textId="77777777" w:rsidR="00C86561" w:rsidRPr="007A2CE4" w:rsidRDefault="00C86561" w:rsidP="00C86561">
      <w:pPr>
        <w:pStyle w:val="ds-markdown-paragraph"/>
        <w:shd w:val="clear" w:color="auto" w:fill="FFFFFF"/>
        <w:spacing w:before="240" w:beforeAutospacing="0" w:after="240" w:afterAutospacing="0"/>
        <w:contextualSpacing/>
        <w:jc w:val="both"/>
        <w:rPr>
          <w:sz w:val="28"/>
          <w:szCs w:val="28"/>
          <w:lang w:val="kk-KZ"/>
        </w:rPr>
      </w:pPr>
      <w:r w:rsidRPr="007A2CE4">
        <w:rPr>
          <w:sz w:val="28"/>
          <w:szCs w:val="28"/>
          <w:lang w:val="kk-KZ"/>
        </w:rPr>
        <w:t>л) Тарих  пәні мұғалімдерінің біліктілігін арттыру</w:t>
      </w:r>
    </w:p>
    <w:tbl>
      <w:tblPr>
        <w:tblStyle w:val="a7"/>
        <w:tblW w:w="11057" w:type="dxa"/>
        <w:tblInd w:w="-601" w:type="dxa"/>
        <w:tblLayout w:type="fixed"/>
        <w:tblLook w:val="04A0" w:firstRow="1" w:lastRow="0" w:firstColumn="1" w:lastColumn="0" w:noHBand="0" w:noVBand="1"/>
      </w:tblPr>
      <w:tblGrid>
        <w:gridCol w:w="484"/>
        <w:gridCol w:w="1743"/>
        <w:gridCol w:w="1459"/>
        <w:gridCol w:w="940"/>
        <w:gridCol w:w="1955"/>
        <w:gridCol w:w="1373"/>
        <w:gridCol w:w="1670"/>
        <w:gridCol w:w="1433"/>
      </w:tblGrid>
      <w:tr w:rsidR="00C86561" w:rsidRPr="007A2CE4" w14:paraId="57AB06DE" w14:textId="77777777" w:rsidTr="00EB0F02">
        <w:tc>
          <w:tcPr>
            <w:tcW w:w="484" w:type="dxa"/>
            <w:hideMark/>
          </w:tcPr>
          <w:p w14:paraId="07D20FD3"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w:t>
            </w:r>
          </w:p>
        </w:tc>
        <w:tc>
          <w:tcPr>
            <w:tcW w:w="1743" w:type="dxa"/>
            <w:hideMark/>
          </w:tcPr>
          <w:p w14:paraId="20B5CD86"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Педагогтің аты-жөні</w:t>
            </w:r>
          </w:p>
        </w:tc>
        <w:tc>
          <w:tcPr>
            <w:tcW w:w="1459" w:type="dxa"/>
            <w:hideMark/>
          </w:tcPr>
          <w:p w14:paraId="799A462C"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Лауазымы / Беретін пәні</w:t>
            </w:r>
          </w:p>
        </w:tc>
        <w:tc>
          <w:tcPr>
            <w:tcW w:w="940" w:type="dxa"/>
          </w:tcPr>
          <w:p w14:paraId="2E83048A"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Еңбек өтілі</w:t>
            </w:r>
          </w:p>
        </w:tc>
        <w:tc>
          <w:tcPr>
            <w:tcW w:w="1955" w:type="dxa"/>
            <w:hideMark/>
          </w:tcPr>
          <w:p w14:paraId="7351F407"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Курс атауы / Тематикасы</w:t>
            </w:r>
          </w:p>
        </w:tc>
        <w:tc>
          <w:tcPr>
            <w:tcW w:w="1373" w:type="dxa"/>
            <w:hideMark/>
          </w:tcPr>
          <w:p w14:paraId="2A0B9ED7"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 xml:space="preserve">Курсты өткізген ұйым </w:t>
            </w:r>
          </w:p>
        </w:tc>
        <w:tc>
          <w:tcPr>
            <w:tcW w:w="1670" w:type="dxa"/>
            <w:hideMark/>
          </w:tcPr>
          <w:p w14:paraId="1AD95FF8"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Курс өткен жылы, айы</w:t>
            </w:r>
          </w:p>
        </w:tc>
        <w:tc>
          <w:tcPr>
            <w:tcW w:w="1433" w:type="dxa"/>
            <w:hideMark/>
          </w:tcPr>
          <w:p w14:paraId="204379F9"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Сертификат нөмірі мен берілген күні</w:t>
            </w:r>
          </w:p>
        </w:tc>
      </w:tr>
      <w:tr w:rsidR="00C86561" w:rsidRPr="007A2CE4" w14:paraId="2A9F59CE" w14:textId="77777777" w:rsidTr="00EB0F02">
        <w:tc>
          <w:tcPr>
            <w:tcW w:w="484" w:type="dxa"/>
          </w:tcPr>
          <w:p w14:paraId="57336271"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1</w:t>
            </w:r>
          </w:p>
        </w:tc>
        <w:tc>
          <w:tcPr>
            <w:tcW w:w="1743" w:type="dxa"/>
          </w:tcPr>
          <w:p w14:paraId="69546330" w14:textId="77777777" w:rsidR="00C86561" w:rsidRPr="007A2CE4" w:rsidRDefault="00C86561" w:rsidP="00C86561">
            <w:pPr>
              <w:rPr>
                <w:sz w:val="28"/>
                <w:szCs w:val="28"/>
                <w:lang w:val="kk-KZ"/>
              </w:rPr>
            </w:pPr>
            <w:r w:rsidRPr="007A2CE4">
              <w:rPr>
                <w:sz w:val="28"/>
                <w:szCs w:val="28"/>
                <w:lang w:val="kk-KZ"/>
              </w:rPr>
              <w:t>Айткожина Шуга Махметовна</w:t>
            </w:r>
          </w:p>
        </w:tc>
        <w:tc>
          <w:tcPr>
            <w:tcW w:w="1459" w:type="dxa"/>
          </w:tcPr>
          <w:p w14:paraId="656E15FB"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Тарих</w:t>
            </w:r>
          </w:p>
        </w:tc>
        <w:tc>
          <w:tcPr>
            <w:tcW w:w="940" w:type="dxa"/>
          </w:tcPr>
          <w:p w14:paraId="4B4E2D74"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10</w:t>
            </w:r>
          </w:p>
        </w:tc>
        <w:tc>
          <w:tcPr>
            <w:tcW w:w="1955" w:type="dxa"/>
          </w:tcPr>
          <w:p w14:paraId="11328ADE" w14:textId="77777777" w:rsidR="00C86561" w:rsidRPr="007A2CE4" w:rsidRDefault="00C86561" w:rsidP="00C86561">
            <w:pPr>
              <w:rPr>
                <w:sz w:val="28"/>
                <w:szCs w:val="28"/>
                <w:lang w:val="kk-KZ"/>
              </w:rPr>
            </w:pPr>
            <w:r w:rsidRPr="007A2CE4">
              <w:rPr>
                <w:sz w:val="28"/>
                <w:szCs w:val="28"/>
                <w:lang w:val="kk-KZ"/>
              </w:rPr>
              <w:t>«Тарих және құқық негіздері пәндерін оқытудың инновациялық әдістері»</w:t>
            </w:r>
          </w:p>
        </w:tc>
        <w:tc>
          <w:tcPr>
            <w:tcW w:w="1373" w:type="dxa"/>
          </w:tcPr>
          <w:p w14:paraId="5B062450" w14:textId="77777777" w:rsidR="00C86561" w:rsidRPr="007A2CE4" w:rsidRDefault="00C86561" w:rsidP="00C86561">
            <w:pPr>
              <w:rPr>
                <w:sz w:val="28"/>
                <w:szCs w:val="28"/>
                <w:lang w:val="kk-KZ"/>
              </w:rPr>
            </w:pPr>
            <w:r w:rsidRPr="007A2CE4">
              <w:rPr>
                <w:sz w:val="28"/>
                <w:szCs w:val="28"/>
                <w:lang w:val="kk-KZ"/>
              </w:rPr>
              <w:t>«Өрлеу» БАҰОАҚ</w:t>
            </w:r>
          </w:p>
        </w:tc>
        <w:tc>
          <w:tcPr>
            <w:tcW w:w="1670" w:type="dxa"/>
          </w:tcPr>
          <w:p w14:paraId="15ABFDB6" w14:textId="77777777" w:rsidR="00C86561" w:rsidRPr="007A2CE4" w:rsidRDefault="00C86561" w:rsidP="00C86561">
            <w:pPr>
              <w:jc w:val="center"/>
              <w:rPr>
                <w:sz w:val="28"/>
                <w:szCs w:val="28"/>
                <w:lang w:val="kk-KZ"/>
              </w:rPr>
            </w:pPr>
            <w:r w:rsidRPr="007A2CE4">
              <w:rPr>
                <w:sz w:val="28"/>
                <w:szCs w:val="28"/>
                <w:lang w:val="kk-KZ"/>
              </w:rPr>
              <w:t>12.08.-23.08.2024ж</w:t>
            </w:r>
          </w:p>
        </w:tc>
        <w:tc>
          <w:tcPr>
            <w:tcW w:w="1433" w:type="dxa"/>
          </w:tcPr>
          <w:p w14:paraId="0230F122"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№0804905</w:t>
            </w:r>
          </w:p>
        </w:tc>
      </w:tr>
      <w:tr w:rsidR="00C86561" w:rsidRPr="007A2CE4" w14:paraId="59CE29A4" w14:textId="77777777" w:rsidTr="00EB0F02">
        <w:tc>
          <w:tcPr>
            <w:tcW w:w="484" w:type="dxa"/>
          </w:tcPr>
          <w:p w14:paraId="3E44ED02"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2</w:t>
            </w:r>
          </w:p>
        </w:tc>
        <w:tc>
          <w:tcPr>
            <w:tcW w:w="1743" w:type="dxa"/>
          </w:tcPr>
          <w:p w14:paraId="754546E8" w14:textId="77777777" w:rsidR="00C86561" w:rsidRPr="007A2CE4" w:rsidRDefault="00C86561" w:rsidP="00C86561">
            <w:pPr>
              <w:rPr>
                <w:sz w:val="28"/>
                <w:szCs w:val="28"/>
                <w:lang w:val="kk-KZ"/>
              </w:rPr>
            </w:pPr>
            <w:r w:rsidRPr="007A2CE4">
              <w:rPr>
                <w:sz w:val="28"/>
                <w:szCs w:val="28"/>
                <w:lang w:val="kk-KZ"/>
              </w:rPr>
              <w:t>Шошимова Динара Тлеубековна</w:t>
            </w:r>
          </w:p>
        </w:tc>
        <w:tc>
          <w:tcPr>
            <w:tcW w:w="1459" w:type="dxa"/>
          </w:tcPr>
          <w:p w14:paraId="7DBE22AC"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Тарих</w:t>
            </w:r>
          </w:p>
        </w:tc>
        <w:tc>
          <w:tcPr>
            <w:tcW w:w="940" w:type="dxa"/>
          </w:tcPr>
          <w:p w14:paraId="02450C03"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19</w:t>
            </w:r>
          </w:p>
        </w:tc>
        <w:tc>
          <w:tcPr>
            <w:tcW w:w="1955" w:type="dxa"/>
          </w:tcPr>
          <w:p w14:paraId="2DEA7561" w14:textId="77777777" w:rsidR="00C86561" w:rsidRPr="007A2CE4" w:rsidRDefault="00C86561" w:rsidP="00C86561">
            <w:pPr>
              <w:rPr>
                <w:sz w:val="28"/>
                <w:szCs w:val="28"/>
                <w:lang w:val="kk-KZ"/>
              </w:rPr>
            </w:pPr>
            <w:r w:rsidRPr="007A2CE4">
              <w:rPr>
                <w:sz w:val="28"/>
                <w:szCs w:val="28"/>
                <w:lang w:val="kk-KZ"/>
              </w:rPr>
              <w:t>«Тарих және құқық негіздері пәндерін оқытудың инновациялық әдістері»</w:t>
            </w:r>
          </w:p>
        </w:tc>
        <w:tc>
          <w:tcPr>
            <w:tcW w:w="1373" w:type="dxa"/>
          </w:tcPr>
          <w:p w14:paraId="16A5DD1D" w14:textId="77777777" w:rsidR="00C86561" w:rsidRPr="007A2CE4" w:rsidRDefault="00C86561" w:rsidP="00C86561">
            <w:pPr>
              <w:rPr>
                <w:sz w:val="28"/>
                <w:szCs w:val="28"/>
                <w:lang w:val="kk-KZ"/>
              </w:rPr>
            </w:pPr>
            <w:r w:rsidRPr="007A2CE4">
              <w:rPr>
                <w:sz w:val="28"/>
                <w:szCs w:val="28"/>
                <w:lang w:val="kk-KZ"/>
              </w:rPr>
              <w:t>«Өрлеу» БАҰОАҚ</w:t>
            </w:r>
          </w:p>
        </w:tc>
        <w:tc>
          <w:tcPr>
            <w:tcW w:w="1670" w:type="dxa"/>
          </w:tcPr>
          <w:p w14:paraId="742067F7" w14:textId="77777777" w:rsidR="00C86561" w:rsidRPr="007A2CE4" w:rsidRDefault="00C86561" w:rsidP="00C86561">
            <w:pPr>
              <w:jc w:val="center"/>
              <w:rPr>
                <w:sz w:val="28"/>
                <w:szCs w:val="28"/>
                <w:lang w:val="kk-KZ"/>
              </w:rPr>
            </w:pPr>
            <w:r w:rsidRPr="007A2CE4">
              <w:rPr>
                <w:sz w:val="28"/>
                <w:szCs w:val="28"/>
                <w:lang w:val="kk-KZ"/>
              </w:rPr>
              <w:t>12.08.-23.08.2024ж</w:t>
            </w:r>
          </w:p>
        </w:tc>
        <w:tc>
          <w:tcPr>
            <w:tcW w:w="1433" w:type="dxa"/>
          </w:tcPr>
          <w:p w14:paraId="1A41650B"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№0804932</w:t>
            </w:r>
          </w:p>
        </w:tc>
      </w:tr>
      <w:tr w:rsidR="00C86561" w:rsidRPr="007A2CE4" w14:paraId="4A25D8CD" w14:textId="77777777" w:rsidTr="00EB0F02">
        <w:tc>
          <w:tcPr>
            <w:tcW w:w="484" w:type="dxa"/>
          </w:tcPr>
          <w:p w14:paraId="55205FD4"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3</w:t>
            </w:r>
          </w:p>
        </w:tc>
        <w:tc>
          <w:tcPr>
            <w:tcW w:w="1743" w:type="dxa"/>
          </w:tcPr>
          <w:p w14:paraId="56092D65" w14:textId="77777777" w:rsidR="00C86561" w:rsidRPr="007A2CE4" w:rsidRDefault="00C86561" w:rsidP="00C86561">
            <w:pPr>
              <w:rPr>
                <w:sz w:val="28"/>
                <w:szCs w:val="28"/>
                <w:lang w:val="kk-KZ"/>
              </w:rPr>
            </w:pPr>
            <w:r w:rsidRPr="007A2CE4">
              <w:rPr>
                <w:sz w:val="28"/>
                <w:szCs w:val="28"/>
                <w:lang w:val="kk-KZ"/>
              </w:rPr>
              <w:t xml:space="preserve">Оралбаев Канатбек </w:t>
            </w:r>
            <w:r w:rsidRPr="007A2CE4">
              <w:rPr>
                <w:sz w:val="28"/>
                <w:szCs w:val="28"/>
                <w:lang w:val="kk-KZ"/>
              </w:rPr>
              <w:lastRenderedPageBreak/>
              <w:t>Амантаевич</w:t>
            </w:r>
          </w:p>
        </w:tc>
        <w:tc>
          <w:tcPr>
            <w:tcW w:w="1459" w:type="dxa"/>
          </w:tcPr>
          <w:p w14:paraId="391F4C51"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lastRenderedPageBreak/>
              <w:t xml:space="preserve">Тарих </w:t>
            </w:r>
          </w:p>
        </w:tc>
        <w:tc>
          <w:tcPr>
            <w:tcW w:w="940" w:type="dxa"/>
          </w:tcPr>
          <w:p w14:paraId="00BF83FD"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28</w:t>
            </w:r>
          </w:p>
        </w:tc>
        <w:tc>
          <w:tcPr>
            <w:tcW w:w="1955" w:type="dxa"/>
          </w:tcPr>
          <w:p w14:paraId="4E373C1A" w14:textId="77777777" w:rsidR="00C86561" w:rsidRPr="007A2CE4" w:rsidRDefault="00C86561" w:rsidP="00C86561">
            <w:pPr>
              <w:jc w:val="center"/>
              <w:rPr>
                <w:sz w:val="28"/>
                <w:szCs w:val="28"/>
                <w:lang w:val="kk-KZ"/>
              </w:rPr>
            </w:pPr>
            <w:r w:rsidRPr="007A2CE4">
              <w:rPr>
                <w:sz w:val="28"/>
                <w:szCs w:val="28"/>
                <w:lang w:val="kk-KZ"/>
              </w:rPr>
              <w:t xml:space="preserve">Мемлекеттік жалпыға </w:t>
            </w:r>
            <w:r w:rsidRPr="007A2CE4">
              <w:rPr>
                <w:sz w:val="28"/>
                <w:szCs w:val="28"/>
                <w:lang w:val="kk-KZ"/>
              </w:rPr>
              <w:lastRenderedPageBreak/>
              <w:t>міндетті білім беру стандартын жүзеге асырудағы жаңа тәсілдер: мақсаттан күтілетін оқу нәтижесіне жету. « Тарих» және «Құқық негіздері»</w:t>
            </w:r>
          </w:p>
        </w:tc>
        <w:tc>
          <w:tcPr>
            <w:tcW w:w="1373" w:type="dxa"/>
          </w:tcPr>
          <w:p w14:paraId="38099E51" w14:textId="77777777" w:rsidR="00C86561" w:rsidRPr="007A2CE4" w:rsidRDefault="00C86561" w:rsidP="00C86561">
            <w:pPr>
              <w:jc w:val="center"/>
              <w:rPr>
                <w:sz w:val="28"/>
                <w:szCs w:val="28"/>
                <w:lang w:val="kk-KZ"/>
              </w:rPr>
            </w:pPr>
            <w:r w:rsidRPr="007A2CE4">
              <w:rPr>
                <w:sz w:val="28"/>
                <w:szCs w:val="28"/>
                <w:lang w:val="kk-KZ"/>
              </w:rPr>
              <w:lastRenderedPageBreak/>
              <w:t>«Өрлеу» БАҰОАҚ</w:t>
            </w:r>
          </w:p>
        </w:tc>
        <w:tc>
          <w:tcPr>
            <w:tcW w:w="1670" w:type="dxa"/>
          </w:tcPr>
          <w:p w14:paraId="640B6BCE" w14:textId="77777777" w:rsidR="00C86561" w:rsidRPr="007A2CE4" w:rsidRDefault="00C86561" w:rsidP="00C86561">
            <w:pPr>
              <w:jc w:val="center"/>
              <w:rPr>
                <w:sz w:val="28"/>
                <w:szCs w:val="28"/>
                <w:lang w:val="kk-KZ"/>
              </w:rPr>
            </w:pPr>
            <w:r w:rsidRPr="007A2CE4">
              <w:rPr>
                <w:sz w:val="28"/>
                <w:szCs w:val="28"/>
                <w:lang w:val="kk-KZ"/>
              </w:rPr>
              <w:t>15.06.2026-26.06.2026ж</w:t>
            </w:r>
          </w:p>
        </w:tc>
        <w:tc>
          <w:tcPr>
            <w:tcW w:w="1433" w:type="dxa"/>
          </w:tcPr>
          <w:p w14:paraId="2533AAA2"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№0951609</w:t>
            </w:r>
          </w:p>
        </w:tc>
      </w:tr>
    </w:tbl>
    <w:p w14:paraId="28FB030C" w14:textId="77777777" w:rsidR="00C86561" w:rsidRPr="007A2CE4" w:rsidRDefault="00C86561" w:rsidP="00C86561">
      <w:pPr>
        <w:pStyle w:val="ds-markdown-paragraph"/>
        <w:shd w:val="clear" w:color="auto" w:fill="FFFFFF"/>
        <w:spacing w:before="240" w:beforeAutospacing="0" w:after="240" w:afterAutospacing="0"/>
        <w:contextualSpacing/>
        <w:jc w:val="both"/>
        <w:rPr>
          <w:sz w:val="28"/>
          <w:szCs w:val="28"/>
          <w:lang w:val="kk-KZ"/>
        </w:rPr>
      </w:pPr>
      <w:r w:rsidRPr="007A2CE4">
        <w:rPr>
          <w:sz w:val="28"/>
          <w:szCs w:val="28"/>
          <w:lang w:val="kk-KZ"/>
        </w:rPr>
        <w:t>м) Физика пәні мұғалімдерінің біліктілік арттыру</w:t>
      </w:r>
    </w:p>
    <w:tbl>
      <w:tblPr>
        <w:tblStyle w:val="a7"/>
        <w:tblW w:w="11420" w:type="dxa"/>
        <w:tblInd w:w="-743" w:type="dxa"/>
        <w:tblLook w:val="04A0" w:firstRow="1" w:lastRow="0" w:firstColumn="1" w:lastColumn="0" w:noHBand="0" w:noVBand="1"/>
      </w:tblPr>
      <w:tblGrid>
        <w:gridCol w:w="484"/>
        <w:gridCol w:w="1812"/>
        <w:gridCol w:w="1459"/>
        <w:gridCol w:w="650"/>
        <w:gridCol w:w="2428"/>
        <w:gridCol w:w="1373"/>
        <w:gridCol w:w="1570"/>
        <w:gridCol w:w="1654"/>
      </w:tblGrid>
      <w:tr w:rsidR="00C86561" w:rsidRPr="007A2CE4" w14:paraId="25F963A0" w14:textId="77777777" w:rsidTr="00EB0F02">
        <w:tc>
          <w:tcPr>
            <w:tcW w:w="483" w:type="dxa"/>
            <w:hideMark/>
          </w:tcPr>
          <w:p w14:paraId="40B09D47"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w:t>
            </w:r>
          </w:p>
        </w:tc>
        <w:tc>
          <w:tcPr>
            <w:tcW w:w="1809" w:type="dxa"/>
            <w:hideMark/>
          </w:tcPr>
          <w:p w14:paraId="528E964B"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Педагогтің аты-жөні</w:t>
            </w:r>
          </w:p>
        </w:tc>
        <w:tc>
          <w:tcPr>
            <w:tcW w:w="1458" w:type="dxa"/>
            <w:hideMark/>
          </w:tcPr>
          <w:p w14:paraId="43288B7F"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Лауазымы / Беретін пәні</w:t>
            </w:r>
          </w:p>
        </w:tc>
        <w:tc>
          <w:tcPr>
            <w:tcW w:w="650" w:type="dxa"/>
          </w:tcPr>
          <w:p w14:paraId="057C4F39"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Ең-бек өті-лі</w:t>
            </w:r>
          </w:p>
        </w:tc>
        <w:tc>
          <w:tcPr>
            <w:tcW w:w="2426" w:type="dxa"/>
            <w:hideMark/>
          </w:tcPr>
          <w:p w14:paraId="0CF7E725"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 xml:space="preserve">Курс атауы </w:t>
            </w:r>
          </w:p>
        </w:tc>
        <w:tc>
          <w:tcPr>
            <w:tcW w:w="1372" w:type="dxa"/>
            <w:hideMark/>
          </w:tcPr>
          <w:p w14:paraId="1D6B3B14"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 xml:space="preserve">Курсты өткізген ұйым </w:t>
            </w:r>
          </w:p>
        </w:tc>
        <w:tc>
          <w:tcPr>
            <w:tcW w:w="1569" w:type="dxa"/>
            <w:hideMark/>
          </w:tcPr>
          <w:p w14:paraId="35C6306E"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Курс өткен жылы, айы</w:t>
            </w:r>
          </w:p>
        </w:tc>
        <w:tc>
          <w:tcPr>
            <w:tcW w:w="1653" w:type="dxa"/>
            <w:hideMark/>
          </w:tcPr>
          <w:p w14:paraId="0F3CAE5A"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Сертификат нөмірі мен берілген күні</w:t>
            </w:r>
          </w:p>
        </w:tc>
      </w:tr>
      <w:tr w:rsidR="00C86561" w:rsidRPr="007A2CE4" w14:paraId="5656F026" w14:textId="77777777" w:rsidTr="00EB0F02">
        <w:tc>
          <w:tcPr>
            <w:tcW w:w="483" w:type="dxa"/>
          </w:tcPr>
          <w:p w14:paraId="6B6FBC0D"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1</w:t>
            </w:r>
          </w:p>
        </w:tc>
        <w:tc>
          <w:tcPr>
            <w:tcW w:w="1809" w:type="dxa"/>
          </w:tcPr>
          <w:p w14:paraId="388E3124" w14:textId="77777777" w:rsidR="00C86561" w:rsidRPr="007A2CE4" w:rsidRDefault="00C86561" w:rsidP="00C86561">
            <w:pPr>
              <w:rPr>
                <w:bCs/>
                <w:color w:val="1F1F1F"/>
                <w:sz w:val="28"/>
                <w:szCs w:val="28"/>
                <w:bdr w:val="none" w:sz="0" w:space="0" w:color="auto" w:frame="1"/>
                <w:lang w:val="kk-KZ" w:eastAsia="ru-RU"/>
              </w:rPr>
            </w:pPr>
            <w:r w:rsidRPr="007A2CE4">
              <w:rPr>
                <w:color w:val="000000"/>
                <w:sz w:val="28"/>
                <w:szCs w:val="28"/>
                <w:shd w:val="clear" w:color="auto" w:fill="FFFFFF"/>
                <w:lang w:val="kk-KZ"/>
              </w:rPr>
              <w:t>Сулейменова Аяулым Есенбекқызы</w:t>
            </w:r>
          </w:p>
        </w:tc>
        <w:tc>
          <w:tcPr>
            <w:tcW w:w="1458" w:type="dxa"/>
          </w:tcPr>
          <w:p w14:paraId="41FFF3A4"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 xml:space="preserve">Физика </w:t>
            </w:r>
          </w:p>
        </w:tc>
        <w:tc>
          <w:tcPr>
            <w:tcW w:w="650" w:type="dxa"/>
          </w:tcPr>
          <w:p w14:paraId="1332B1F3"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12</w:t>
            </w:r>
          </w:p>
        </w:tc>
        <w:tc>
          <w:tcPr>
            <w:tcW w:w="2426" w:type="dxa"/>
          </w:tcPr>
          <w:p w14:paraId="1AE162D0"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«Пән аралық интеграция негізінде физика пәнін тәжірбиеге бағыттап оқыту.</w:t>
            </w:r>
          </w:p>
        </w:tc>
        <w:tc>
          <w:tcPr>
            <w:tcW w:w="1372" w:type="dxa"/>
          </w:tcPr>
          <w:p w14:paraId="53988D7E" w14:textId="77777777" w:rsidR="00C86561" w:rsidRPr="007A2CE4" w:rsidRDefault="00C86561" w:rsidP="00C86561">
            <w:pPr>
              <w:rPr>
                <w:bCs/>
                <w:color w:val="1F1F1F"/>
                <w:sz w:val="28"/>
                <w:szCs w:val="28"/>
                <w:bdr w:val="none" w:sz="0" w:space="0" w:color="auto" w:frame="1"/>
                <w:lang w:val="kk-KZ" w:eastAsia="ru-RU"/>
              </w:rPr>
            </w:pPr>
            <w:r w:rsidRPr="007A2CE4">
              <w:rPr>
                <w:sz w:val="28"/>
                <w:szCs w:val="28"/>
                <w:lang w:val="kk-KZ"/>
              </w:rPr>
              <w:t>«Өрлеу» БАҰОАҚ</w:t>
            </w:r>
          </w:p>
        </w:tc>
        <w:tc>
          <w:tcPr>
            <w:tcW w:w="1569" w:type="dxa"/>
          </w:tcPr>
          <w:p w14:paraId="1E790300"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16,02.2026-27.02.2026</w:t>
            </w:r>
          </w:p>
        </w:tc>
        <w:tc>
          <w:tcPr>
            <w:tcW w:w="1653" w:type="dxa"/>
          </w:tcPr>
          <w:p w14:paraId="2374E3E1"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№0949853</w:t>
            </w:r>
          </w:p>
        </w:tc>
      </w:tr>
      <w:tr w:rsidR="00C86561" w:rsidRPr="007A2CE4" w14:paraId="09744BB9" w14:textId="77777777" w:rsidTr="00EB0F02">
        <w:tc>
          <w:tcPr>
            <w:tcW w:w="483" w:type="dxa"/>
          </w:tcPr>
          <w:p w14:paraId="6047D199"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2</w:t>
            </w:r>
          </w:p>
        </w:tc>
        <w:tc>
          <w:tcPr>
            <w:tcW w:w="1809" w:type="dxa"/>
          </w:tcPr>
          <w:p w14:paraId="3E40B4B9"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Момынбаева Лаура Бериковна</w:t>
            </w:r>
          </w:p>
        </w:tc>
        <w:tc>
          <w:tcPr>
            <w:tcW w:w="1458" w:type="dxa"/>
          </w:tcPr>
          <w:p w14:paraId="5361E463"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Физика</w:t>
            </w:r>
          </w:p>
        </w:tc>
        <w:tc>
          <w:tcPr>
            <w:tcW w:w="650" w:type="dxa"/>
          </w:tcPr>
          <w:p w14:paraId="6D83993B"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24</w:t>
            </w:r>
          </w:p>
        </w:tc>
        <w:tc>
          <w:tcPr>
            <w:tcW w:w="2426" w:type="dxa"/>
          </w:tcPr>
          <w:p w14:paraId="6C9A6285" w14:textId="77777777" w:rsidR="00C86561" w:rsidRPr="007A2CE4" w:rsidRDefault="00C86561" w:rsidP="00C86561">
            <w:pPr>
              <w:jc w:val="center"/>
              <w:rPr>
                <w:sz w:val="28"/>
                <w:szCs w:val="28"/>
                <w:lang w:val="kk-KZ"/>
              </w:rPr>
            </w:pPr>
            <w:r w:rsidRPr="007A2CE4">
              <w:rPr>
                <w:sz w:val="28"/>
                <w:szCs w:val="28"/>
                <w:lang w:val="kk-KZ"/>
              </w:rPr>
              <w:t>«Педагогтердің пәндік құзыреттілігін дамыту: физика мен жаратылыстануды   оқытудың тиімді тәжірбиесі»</w:t>
            </w:r>
          </w:p>
        </w:tc>
        <w:tc>
          <w:tcPr>
            <w:tcW w:w="1372" w:type="dxa"/>
          </w:tcPr>
          <w:p w14:paraId="79C26C58" w14:textId="77777777" w:rsidR="00C86561" w:rsidRPr="007A2CE4" w:rsidRDefault="00C86561" w:rsidP="00C86561">
            <w:pPr>
              <w:jc w:val="center"/>
              <w:rPr>
                <w:sz w:val="28"/>
                <w:szCs w:val="28"/>
                <w:lang w:val="kk-KZ"/>
              </w:rPr>
            </w:pPr>
            <w:r w:rsidRPr="007A2CE4">
              <w:rPr>
                <w:sz w:val="28"/>
                <w:szCs w:val="28"/>
                <w:lang w:val="kk-KZ"/>
              </w:rPr>
              <w:t>НЗМ» ДББҰ ПШО</w:t>
            </w:r>
          </w:p>
        </w:tc>
        <w:tc>
          <w:tcPr>
            <w:tcW w:w="1569" w:type="dxa"/>
          </w:tcPr>
          <w:p w14:paraId="32C358B1"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26.06.2026</w:t>
            </w:r>
          </w:p>
        </w:tc>
        <w:tc>
          <w:tcPr>
            <w:tcW w:w="1653" w:type="dxa"/>
          </w:tcPr>
          <w:p w14:paraId="0B2E475C"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№201332</w:t>
            </w:r>
          </w:p>
        </w:tc>
      </w:tr>
    </w:tbl>
    <w:p w14:paraId="4D89ADA1" w14:textId="77777777" w:rsidR="00C86561" w:rsidRPr="007A2CE4" w:rsidRDefault="00C86561" w:rsidP="00C86561">
      <w:pPr>
        <w:pStyle w:val="ds-markdown-paragraph"/>
        <w:shd w:val="clear" w:color="auto" w:fill="FFFFFF"/>
        <w:spacing w:before="240" w:beforeAutospacing="0" w:after="240" w:afterAutospacing="0"/>
        <w:contextualSpacing/>
        <w:jc w:val="both"/>
        <w:rPr>
          <w:sz w:val="28"/>
          <w:szCs w:val="28"/>
          <w:lang w:val="kk-KZ"/>
        </w:rPr>
      </w:pPr>
    </w:p>
    <w:p w14:paraId="35D6E6E2" w14:textId="77777777" w:rsidR="00C86561" w:rsidRPr="007A2CE4" w:rsidRDefault="00C86561" w:rsidP="00C86561">
      <w:pPr>
        <w:pStyle w:val="ds-markdown-paragraph"/>
        <w:shd w:val="clear" w:color="auto" w:fill="FFFFFF"/>
        <w:spacing w:before="240" w:beforeAutospacing="0" w:after="240" w:afterAutospacing="0"/>
        <w:contextualSpacing/>
        <w:jc w:val="both"/>
        <w:rPr>
          <w:sz w:val="28"/>
          <w:szCs w:val="28"/>
          <w:lang w:val="kk-KZ"/>
        </w:rPr>
      </w:pPr>
      <w:r w:rsidRPr="007A2CE4">
        <w:rPr>
          <w:sz w:val="28"/>
          <w:szCs w:val="28"/>
          <w:lang w:val="kk-KZ"/>
        </w:rPr>
        <w:t>н) көркем еңбек   пәні мұғалімдерінің біліктілігін арттыру</w:t>
      </w:r>
    </w:p>
    <w:tbl>
      <w:tblPr>
        <w:tblStyle w:val="a7"/>
        <w:tblW w:w="0" w:type="auto"/>
        <w:tblInd w:w="-856" w:type="dxa"/>
        <w:tblLook w:val="04A0" w:firstRow="1" w:lastRow="0" w:firstColumn="1" w:lastColumn="0" w:noHBand="0" w:noVBand="1"/>
      </w:tblPr>
      <w:tblGrid>
        <w:gridCol w:w="635"/>
        <w:gridCol w:w="1825"/>
        <w:gridCol w:w="1459"/>
        <w:gridCol w:w="940"/>
        <w:gridCol w:w="1750"/>
        <w:gridCol w:w="1486"/>
        <w:gridCol w:w="1670"/>
        <w:gridCol w:w="1654"/>
      </w:tblGrid>
      <w:tr w:rsidR="00C86561" w:rsidRPr="007A2CE4" w14:paraId="24971FAF" w14:textId="77777777" w:rsidTr="00C86561">
        <w:tc>
          <w:tcPr>
            <w:tcW w:w="709" w:type="dxa"/>
            <w:hideMark/>
          </w:tcPr>
          <w:p w14:paraId="10644D70"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w:t>
            </w:r>
          </w:p>
        </w:tc>
        <w:tc>
          <w:tcPr>
            <w:tcW w:w="1972" w:type="dxa"/>
            <w:hideMark/>
          </w:tcPr>
          <w:p w14:paraId="72FB734A"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Педагогтің аты-жөні</w:t>
            </w:r>
          </w:p>
        </w:tc>
        <w:tc>
          <w:tcPr>
            <w:tcW w:w="1293" w:type="dxa"/>
            <w:hideMark/>
          </w:tcPr>
          <w:p w14:paraId="3382C12A"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Лауазымы / Беретін пәні</w:t>
            </w:r>
          </w:p>
        </w:tc>
        <w:tc>
          <w:tcPr>
            <w:tcW w:w="852" w:type="dxa"/>
          </w:tcPr>
          <w:p w14:paraId="3A3935A9"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Еңбек өтілі</w:t>
            </w:r>
          </w:p>
        </w:tc>
        <w:tc>
          <w:tcPr>
            <w:tcW w:w="1542" w:type="dxa"/>
            <w:hideMark/>
          </w:tcPr>
          <w:p w14:paraId="3FCC6039"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Курс атауы / Тематикасы</w:t>
            </w:r>
          </w:p>
        </w:tc>
        <w:tc>
          <w:tcPr>
            <w:tcW w:w="1152" w:type="dxa"/>
            <w:hideMark/>
          </w:tcPr>
          <w:p w14:paraId="1E943DA8"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 xml:space="preserve">Курсты өткізген ұйым </w:t>
            </w:r>
          </w:p>
        </w:tc>
        <w:tc>
          <w:tcPr>
            <w:tcW w:w="1228" w:type="dxa"/>
            <w:hideMark/>
          </w:tcPr>
          <w:p w14:paraId="380E0C6E"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Курс өткен жылы, айы</w:t>
            </w:r>
          </w:p>
        </w:tc>
        <w:tc>
          <w:tcPr>
            <w:tcW w:w="1452" w:type="dxa"/>
            <w:hideMark/>
          </w:tcPr>
          <w:p w14:paraId="0DFFACDC"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Сертификат нөмірі мен берілген күні</w:t>
            </w:r>
          </w:p>
        </w:tc>
      </w:tr>
      <w:tr w:rsidR="00C86561" w:rsidRPr="007A2CE4" w14:paraId="61EF760A" w14:textId="77777777" w:rsidTr="00C86561">
        <w:tc>
          <w:tcPr>
            <w:tcW w:w="709" w:type="dxa"/>
          </w:tcPr>
          <w:p w14:paraId="54A7330C"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1</w:t>
            </w:r>
          </w:p>
        </w:tc>
        <w:tc>
          <w:tcPr>
            <w:tcW w:w="1972" w:type="dxa"/>
          </w:tcPr>
          <w:p w14:paraId="2D5E2F39" w14:textId="77777777" w:rsidR="00C86561" w:rsidRPr="007A2CE4" w:rsidRDefault="00C86561" w:rsidP="00C86561">
            <w:pPr>
              <w:rPr>
                <w:sz w:val="28"/>
                <w:szCs w:val="28"/>
                <w:lang w:val="kk-KZ"/>
              </w:rPr>
            </w:pPr>
            <w:r w:rsidRPr="007A2CE4">
              <w:rPr>
                <w:sz w:val="28"/>
                <w:szCs w:val="28"/>
                <w:lang w:val="kk-KZ"/>
              </w:rPr>
              <w:t>Оспанов Дархан Абкенулы</w:t>
            </w:r>
          </w:p>
        </w:tc>
        <w:tc>
          <w:tcPr>
            <w:tcW w:w="1293" w:type="dxa"/>
          </w:tcPr>
          <w:p w14:paraId="11466BB6" w14:textId="77777777" w:rsidR="00C86561" w:rsidRPr="007A2CE4" w:rsidRDefault="00C86561" w:rsidP="00C86561">
            <w:pPr>
              <w:jc w:val="center"/>
              <w:rPr>
                <w:sz w:val="28"/>
                <w:szCs w:val="28"/>
                <w:lang w:val="kk-KZ"/>
              </w:rPr>
            </w:pPr>
            <w:r w:rsidRPr="007A2CE4">
              <w:rPr>
                <w:sz w:val="28"/>
                <w:szCs w:val="28"/>
                <w:lang w:val="kk-KZ"/>
              </w:rPr>
              <w:t>Көркем еңбек</w:t>
            </w:r>
          </w:p>
        </w:tc>
        <w:tc>
          <w:tcPr>
            <w:tcW w:w="852" w:type="dxa"/>
          </w:tcPr>
          <w:p w14:paraId="559EDBF7"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31</w:t>
            </w:r>
          </w:p>
        </w:tc>
        <w:tc>
          <w:tcPr>
            <w:tcW w:w="1542" w:type="dxa"/>
          </w:tcPr>
          <w:p w14:paraId="4A696B12" w14:textId="77777777" w:rsidR="00C86561" w:rsidRPr="007A2CE4" w:rsidRDefault="00C86561" w:rsidP="00C86561">
            <w:pPr>
              <w:jc w:val="center"/>
              <w:rPr>
                <w:sz w:val="28"/>
                <w:szCs w:val="28"/>
                <w:lang w:val="kk-KZ"/>
              </w:rPr>
            </w:pPr>
            <w:r w:rsidRPr="007A2CE4">
              <w:rPr>
                <w:sz w:val="28"/>
                <w:szCs w:val="28"/>
                <w:lang w:val="kk-KZ"/>
              </w:rPr>
              <w:t xml:space="preserve">Мемлекеттік жалпыға міндетті білім беру стандартын </w:t>
            </w:r>
            <w:r w:rsidRPr="007A2CE4">
              <w:rPr>
                <w:sz w:val="28"/>
                <w:szCs w:val="28"/>
                <w:lang w:val="kk-KZ"/>
              </w:rPr>
              <w:lastRenderedPageBreak/>
              <w:t>жүзеге асырудағы жаңа тәсілдер: мақсаттан күтілетін оқу нәтижесіне жету. « Көркем еңбек»</w:t>
            </w:r>
          </w:p>
        </w:tc>
        <w:tc>
          <w:tcPr>
            <w:tcW w:w="1152" w:type="dxa"/>
          </w:tcPr>
          <w:p w14:paraId="493D714C" w14:textId="77777777" w:rsidR="00C86561" w:rsidRPr="007A2CE4" w:rsidRDefault="00C86561" w:rsidP="00C86561">
            <w:pPr>
              <w:jc w:val="center"/>
              <w:rPr>
                <w:sz w:val="28"/>
                <w:szCs w:val="28"/>
                <w:lang w:val="kk-KZ"/>
              </w:rPr>
            </w:pPr>
            <w:r w:rsidRPr="007A2CE4">
              <w:rPr>
                <w:sz w:val="28"/>
                <w:szCs w:val="28"/>
                <w:lang w:val="kk-KZ"/>
              </w:rPr>
              <w:lastRenderedPageBreak/>
              <w:t>«Өрлеу» БАҰОАҚ</w:t>
            </w:r>
          </w:p>
        </w:tc>
        <w:tc>
          <w:tcPr>
            <w:tcW w:w="1228" w:type="dxa"/>
          </w:tcPr>
          <w:p w14:paraId="55304FB1" w14:textId="77777777" w:rsidR="00C86561" w:rsidRPr="007A2CE4" w:rsidRDefault="00C86561" w:rsidP="00C86561">
            <w:pPr>
              <w:jc w:val="center"/>
              <w:rPr>
                <w:sz w:val="28"/>
                <w:szCs w:val="28"/>
                <w:lang w:val="kk-KZ"/>
              </w:rPr>
            </w:pPr>
            <w:r w:rsidRPr="007A2CE4">
              <w:rPr>
                <w:sz w:val="28"/>
                <w:szCs w:val="28"/>
                <w:lang w:val="kk-KZ"/>
              </w:rPr>
              <w:t>12.05.2026</w:t>
            </w:r>
          </w:p>
          <w:p w14:paraId="396E2666" w14:textId="77777777" w:rsidR="00C86561" w:rsidRPr="007A2CE4" w:rsidRDefault="00C86561" w:rsidP="00C86561">
            <w:pPr>
              <w:rPr>
                <w:bCs/>
                <w:color w:val="1F1F1F"/>
                <w:sz w:val="28"/>
                <w:szCs w:val="28"/>
                <w:bdr w:val="none" w:sz="0" w:space="0" w:color="auto" w:frame="1"/>
                <w:lang w:eastAsia="ru-RU"/>
              </w:rPr>
            </w:pPr>
            <w:r w:rsidRPr="007A2CE4">
              <w:rPr>
                <w:sz w:val="28"/>
                <w:szCs w:val="28"/>
                <w:lang w:val="kk-KZ"/>
              </w:rPr>
              <w:t>-22.05-2026ж</w:t>
            </w:r>
          </w:p>
        </w:tc>
        <w:tc>
          <w:tcPr>
            <w:tcW w:w="1452" w:type="dxa"/>
          </w:tcPr>
          <w:p w14:paraId="51C3DC83"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№0950976</w:t>
            </w:r>
          </w:p>
        </w:tc>
      </w:tr>
      <w:tr w:rsidR="00C86561" w:rsidRPr="007A2CE4" w14:paraId="7813E617" w14:textId="77777777" w:rsidTr="00C86561">
        <w:tc>
          <w:tcPr>
            <w:tcW w:w="709" w:type="dxa"/>
          </w:tcPr>
          <w:p w14:paraId="3A903F6A"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1</w:t>
            </w:r>
          </w:p>
        </w:tc>
        <w:tc>
          <w:tcPr>
            <w:tcW w:w="1972" w:type="dxa"/>
          </w:tcPr>
          <w:p w14:paraId="4ADDA0EC" w14:textId="77777777" w:rsidR="00C86561" w:rsidRPr="007A2CE4" w:rsidRDefault="00C86561" w:rsidP="00C86561">
            <w:pPr>
              <w:rPr>
                <w:sz w:val="28"/>
                <w:szCs w:val="28"/>
                <w:lang w:val="kk-KZ"/>
              </w:rPr>
            </w:pPr>
            <w:r w:rsidRPr="007A2CE4">
              <w:rPr>
                <w:sz w:val="28"/>
                <w:szCs w:val="28"/>
                <w:lang w:val="kk-KZ"/>
              </w:rPr>
              <w:t>Аманбай Аяжан</w:t>
            </w:r>
          </w:p>
        </w:tc>
        <w:tc>
          <w:tcPr>
            <w:tcW w:w="1293" w:type="dxa"/>
          </w:tcPr>
          <w:p w14:paraId="3373484A" w14:textId="77777777" w:rsidR="00C86561" w:rsidRPr="007A2CE4" w:rsidRDefault="00C86561" w:rsidP="00C86561">
            <w:pPr>
              <w:jc w:val="center"/>
              <w:rPr>
                <w:sz w:val="28"/>
                <w:szCs w:val="28"/>
                <w:lang w:val="kk-KZ"/>
              </w:rPr>
            </w:pPr>
            <w:r w:rsidRPr="007A2CE4">
              <w:rPr>
                <w:sz w:val="28"/>
                <w:szCs w:val="28"/>
                <w:lang w:val="kk-KZ"/>
              </w:rPr>
              <w:t>Көркем еңбек</w:t>
            </w:r>
          </w:p>
        </w:tc>
        <w:tc>
          <w:tcPr>
            <w:tcW w:w="852" w:type="dxa"/>
          </w:tcPr>
          <w:p w14:paraId="68A90E74"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4 ай</w:t>
            </w:r>
          </w:p>
        </w:tc>
        <w:tc>
          <w:tcPr>
            <w:tcW w:w="1542" w:type="dxa"/>
          </w:tcPr>
          <w:p w14:paraId="389C7499" w14:textId="2896D56E" w:rsidR="00C86561" w:rsidRPr="007A2CE4" w:rsidRDefault="000D243C"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Көркем еңбек пәні мұғалімінің кәсіби қызметінде сандық білім беру құралдары мен қызметтерін қолдану</w:t>
            </w:r>
          </w:p>
        </w:tc>
        <w:tc>
          <w:tcPr>
            <w:tcW w:w="1152" w:type="dxa"/>
          </w:tcPr>
          <w:p w14:paraId="6531E01B" w14:textId="22929468" w:rsidR="00C86561" w:rsidRPr="007A2CE4" w:rsidRDefault="000D243C"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«Білім» қайта даярлау және білімтілік арттыру институты</w:t>
            </w:r>
          </w:p>
        </w:tc>
        <w:tc>
          <w:tcPr>
            <w:tcW w:w="1228" w:type="dxa"/>
          </w:tcPr>
          <w:p w14:paraId="456F536F" w14:textId="56B3A875" w:rsidR="00C86561" w:rsidRPr="007A2CE4" w:rsidRDefault="000D243C"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28.09.</w:t>
            </w:r>
            <w:r w:rsidR="00C86561" w:rsidRPr="007A2CE4">
              <w:rPr>
                <w:bCs/>
                <w:color w:val="1F1F1F"/>
                <w:sz w:val="28"/>
                <w:szCs w:val="28"/>
                <w:bdr w:val="none" w:sz="0" w:space="0" w:color="auto" w:frame="1"/>
                <w:lang w:val="kk-KZ" w:eastAsia="ru-RU"/>
              </w:rPr>
              <w:t>2026</w:t>
            </w:r>
            <w:r w:rsidRPr="007A2CE4">
              <w:rPr>
                <w:bCs/>
                <w:color w:val="1F1F1F"/>
                <w:sz w:val="28"/>
                <w:szCs w:val="28"/>
                <w:bdr w:val="none" w:sz="0" w:space="0" w:color="auto" w:frame="1"/>
                <w:lang w:val="kk-KZ" w:eastAsia="ru-RU"/>
              </w:rPr>
              <w:t>-12.10.2026ж</w:t>
            </w:r>
          </w:p>
        </w:tc>
        <w:tc>
          <w:tcPr>
            <w:tcW w:w="1452" w:type="dxa"/>
          </w:tcPr>
          <w:p w14:paraId="5AE0AB2E" w14:textId="15BA5E42" w:rsidR="00C86561" w:rsidRPr="007A2CE4" w:rsidRDefault="000D243C"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№14395</w:t>
            </w:r>
          </w:p>
        </w:tc>
      </w:tr>
    </w:tbl>
    <w:p w14:paraId="39D523AE" w14:textId="3B3E4E25" w:rsidR="00C86561" w:rsidRPr="007A2CE4" w:rsidRDefault="00C86561" w:rsidP="00C86561">
      <w:pPr>
        <w:pStyle w:val="ds-markdown-paragraph"/>
        <w:shd w:val="clear" w:color="auto" w:fill="FFFFFF"/>
        <w:spacing w:before="240" w:beforeAutospacing="0" w:after="240" w:afterAutospacing="0"/>
        <w:contextualSpacing/>
        <w:jc w:val="both"/>
        <w:rPr>
          <w:sz w:val="28"/>
          <w:szCs w:val="28"/>
          <w:lang w:val="kk-KZ"/>
        </w:rPr>
      </w:pPr>
    </w:p>
    <w:p w14:paraId="40C68FBF" w14:textId="77777777" w:rsidR="00C86561" w:rsidRPr="007A2CE4" w:rsidRDefault="00C86561" w:rsidP="00C86561">
      <w:pPr>
        <w:pStyle w:val="ds-markdown-paragraph"/>
        <w:shd w:val="clear" w:color="auto" w:fill="FFFFFF"/>
        <w:spacing w:before="240" w:beforeAutospacing="0" w:after="240" w:afterAutospacing="0"/>
        <w:contextualSpacing/>
        <w:jc w:val="both"/>
        <w:rPr>
          <w:sz w:val="28"/>
          <w:szCs w:val="28"/>
          <w:lang w:val="kk-KZ"/>
        </w:rPr>
      </w:pPr>
      <w:r w:rsidRPr="007A2CE4">
        <w:rPr>
          <w:sz w:val="28"/>
          <w:szCs w:val="28"/>
          <w:lang w:val="kk-KZ"/>
        </w:rPr>
        <w:t>о) педагог-психолог, әлеуметтік педагог  мұғалімдерінің біліктілігін арттыру</w:t>
      </w:r>
    </w:p>
    <w:tbl>
      <w:tblPr>
        <w:tblStyle w:val="a7"/>
        <w:tblW w:w="0" w:type="auto"/>
        <w:tblInd w:w="-856" w:type="dxa"/>
        <w:tblLook w:val="04A0" w:firstRow="1" w:lastRow="0" w:firstColumn="1" w:lastColumn="0" w:noHBand="0" w:noVBand="1"/>
      </w:tblPr>
      <w:tblGrid>
        <w:gridCol w:w="470"/>
        <w:gridCol w:w="1592"/>
        <w:gridCol w:w="1504"/>
        <w:gridCol w:w="898"/>
        <w:gridCol w:w="2247"/>
        <w:gridCol w:w="1551"/>
        <w:gridCol w:w="1586"/>
        <w:gridCol w:w="1571"/>
      </w:tblGrid>
      <w:tr w:rsidR="00C86561" w:rsidRPr="007A2CE4" w14:paraId="4625B230" w14:textId="77777777" w:rsidTr="00C86561">
        <w:tc>
          <w:tcPr>
            <w:tcW w:w="1282" w:type="dxa"/>
            <w:hideMark/>
          </w:tcPr>
          <w:p w14:paraId="1C855B72"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w:t>
            </w:r>
          </w:p>
        </w:tc>
        <w:tc>
          <w:tcPr>
            <w:tcW w:w="1262" w:type="dxa"/>
            <w:hideMark/>
          </w:tcPr>
          <w:p w14:paraId="4311DBB6"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Педагогтің аты-жөні</w:t>
            </w:r>
          </w:p>
        </w:tc>
        <w:tc>
          <w:tcPr>
            <w:tcW w:w="1285" w:type="dxa"/>
            <w:hideMark/>
          </w:tcPr>
          <w:p w14:paraId="1F26B0E8"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Лауазымы / Беретін пәні</w:t>
            </w:r>
          </w:p>
        </w:tc>
        <w:tc>
          <w:tcPr>
            <w:tcW w:w="782" w:type="dxa"/>
          </w:tcPr>
          <w:p w14:paraId="2A5D7B51"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Еңбек өтілі</w:t>
            </w:r>
          </w:p>
        </w:tc>
        <w:tc>
          <w:tcPr>
            <w:tcW w:w="1760" w:type="dxa"/>
            <w:hideMark/>
          </w:tcPr>
          <w:p w14:paraId="5F508D65"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Курс атауы / Тематикасы</w:t>
            </w:r>
          </w:p>
        </w:tc>
        <w:tc>
          <w:tcPr>
            <w:tcW w:w="1230" w:type="dxa"/>
            <w:hideMark/>
          </w:tcPr>
          <w:p w14:paraId="304D33A9"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 xml:space="preserve">Курсты өткізген ұйым </w:t>
            </w:r>
          </w:p>
        </w:tc>
        <w:tc>
          <w:tcPr>
            <w:tcW w:w="1259" w:type="dxa"/>
            <w:hideMark/>
          </w:tcPr>
          <w:p w14:paraId="1CC39750"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Курс өткен жылы, айы</w:t>
            </w:r>
          </w:p>
        </w:tc>
        <w:tc>
          <w:tcPr>
            <w:tcW w:w="1340" w:type="dxa"/>
            <w:hideMark/>
          </w:tcPr>
          <w:p w14:paraId="1690A564"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Сертификат нөмірі мен берілген күні</w:t>
            </w:r>
          </w:p>
        </w:tc>
      </w:tr>
      <w:tr w:rsidR="00C86561" w:rsidRPr="007A2CE4" w14:paraId="2683778F" w14:textId="77777777" w:rsidTr="00C86561">
        <w:tc>
          <w:tcPr>
            <w:tcW w:w="1282" w:type="dxa"/>
          </w:tcPr>
          <w:p w14:paraId="2F31B281"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1</w:t>
            </w:r>
          </w:p>
        </w:tc>
        <w:tc>
          <w:tcPr>
            <w:tcW w:w="1262" w:type="dxa"/>
          </w:tcPr>
          <w:p w14:paraId="2099DB41" w14:textId="77777777" w:rsidR="00C86561" w:rsidRPr="007A2CE4" w:rsidRDefault="00C86561" w:rsidP="00C86561">
            <w:pPr>
              <w:rPr>
                <w:sz w:val="28"/>
                <w:szCs w:val="28"/>
                <w:lang w:val="kk-KZ"/>
              </w:rPr>
            </w:pPr>
            <w:r w:rsidRPr="007A2CE4">
              <w:rPr>
                <w:sz w:val="28"/>
                <w:szCs w:val="28"/>
                <w:lang w:val="kk-KZ"/>
              </w:rPr>
              <w:t xml:space="preserve">Рамазан Перизат Мұратқызы </w:t>
            </w:r>
          </w:p>
        </w:tc>
        <w:tc>
          <w:tcPr>
            <w:tcW w:w="1285" w:type="dxa"/>
          </w:tcPr>
          <w:p w14:paraId="497CFEAA"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Әлеуметтік педагог</w:t>
            </w:r>
          </w:p>
        </w:tc>
        <w:tc>
          <w:tcPr>
            <w:tcW w:w="782" w:type="dxa"/>
          </w:tcPr>
          <w:p w14:paraId="5B42A67C"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10</w:t>
            </w:r>
          </w:p>
        </w:tc>
        <w:tc>
          <w:tcPr>
            <w:tcW w:w="1760" w:type="dxa"/>
          </w:tcPr>
          <w:p w14:paraId="26F9BE03" w14:textId="77777777" w:rsidR="00C86561" w:rsidRPr="007A2CE4" w:rsidRDefault="00C86561" w:rsidP="00C86561">
            <w:pPr>
              <w:jc w:val="center"/>
              <w:rPr>
                <w:sz w:val="28"/>
                <w:szCs w:val="28"/>
                <w:lang w:val="kk-KZ"/>
              </w:rPr>
            </w:pPr>
            <w:r w:rsidRPr="007A2CE4">
              <w:rPr>
                <w:sz w:val="28"/>
                <w:szCs w:val="28"/>
                <w:lang w:val="kk-KZ"/>
              </w:rPr>
              <w:t>«Білім беру ұйымдарында зорлық-зомбылықтың алдын алу»</w:t>
            </w:r>
          </w:p>
        </w:tc>
        <w:tc>
          <w:tcPr>
            <w:tcW w:w="1230" w:type="dxa"/>
          </w:tcPr>
          <w:p w14:paraId="55FB4032" w14:textId="77777777" w:rsidR="00C86561" w:rsidRPr="007A2CE4" w:rsidRDefault="00C86561" w:rsidP="00C86561">
            <w:pPr>
              <w:rPr>
                <w:sz w:val="28"/>
                <w:szCs w:val="28"/>
                <w:lang w:val="kk-KZ"/>
              </w:rPr>
            </w:pPr>
            <w:r w:rsidRPr="007A2CE4">
              <w:rPr>
                <w:sz w:val="28"/>
                <w:szCs w:val="28"/>
                <w:lang w:val="kk-KZ"/>
              </w:rPr>
              <w:t>«Өркен» балалардың әл-ауқатын арттыру ҰҒПИ»</w:t>
            </w:r>
          </w:p>
        </w:tc>
        <w:tc>
          <w:tcPr>
            <w:tcW w:w="1259" w:type="dxa"/>
          </w:tcPr>
          <w:p w14:paraId="22DAA677" w14:textId="77777777" w:rsidR="00C86561" w:rsidRPr="007A2CE4" w:rsidRDefault="00C86561" w:rsidP="00C86561">
            <w:pPr>
              <w:jc w:val="center"/>
              <w:rPr>
                <w:sz w:val="28"/>
                <w:szCs w:val="28"/>
                <w:lang w:val="kk-KZ"/>
              </w:rPr>
            </w:pPr>
            <w:r w:rsidRPr="007A2CE4">
              <w:rPr>
                <w:sz w:val="28"/>
                <w:szCs w:val="28"/>
                <w:lang w:val="kk-KZ"/>
              </w:rPr>
              <w:t>04.10.2024ж</w:t>
            </w:r>
          </w:p>
        </w:tc>
        <w:tc>
          <w:tcPr>
            <w:tcW w:w="1340" w:type="dxa"/>
          </w:tcPr>
          <w:p w14:paraId="3930F713"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№0047679</w:t>
            </w:r>
          </w:p>
        </w:tc>
      </w:tr>
      <w:tr w:rsidR="00C86561" w:rsidRPr="007A2CE4" w14:paraId="32975CBB" w14:textId="77777777" w:rsidTr="00C86561">
        <w:tc>
          <w:tcPr>
            <w:tcW w:w="1282" w:type="dxa"/>
          </w:tcPr>
          <w:p w14:paraId="1C8E72C2"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2</w:t>
            </w:r>
          </w:p>
        </w:tc>
        <w:tc>
          <w:tcPr>
            <w:tcW w:w="1262" w:type="dxa"/>
          </w:tcPr>
          <w:p w14:paraId="1FD52CBC" w14:textId="77777777" w:rsidR="00C86561" w:rsidRPr="007A2CE4" w:rsidRDefault="00C86561" w:rsidP="00C86561">
            <w:pPr>
              <w:rPr>
                <w:sz w:val="28"/>
                <w:szCs w:val="28"/>
                <w:lang w:val="kk-KZ"/>
              </w:rPr>
            </w:pPr>
            <w:r w:rsidRPr="007A2CE4">
              <w:rPr>
                <w:sz w:val="28"/>
                <w:szCs w:val="28"/>
                <w:lang w:val="kk-KZ"/>
              </w:rPr>
              <w:t>Тлеубаев Жанат Билилович</w:t>
            </w:r>
          </w:p>
        </w:tc>
        <w:tc>
          <w:tcPr>
            <w:tcW w:w="1285" w:type="dxa"/>
          </w:tcPr>
          <w:p w14:paraId="5021DADF"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Пеадгог-психолог</w:t>
            </w:r>
          </w:p>
        </w:tc>
        <w:tc>
          <w:tcPr>
            <w:tcW w:w="782" w:type="dxa"/>
          </w:tcPr>
          <w:p w14:paraId="3DD68E27"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26</w:t>
            </w:r>
          </w:p>
        </w:tc>
        <w:tc>
          <w:tcPr>
            <w:tcW w:w="1760" w:type="dxa"/>
          </w:tcPr>
          <w:p w14:paraId="6B1852A5" w14:textId="77777777" w:rsidR="00C86561" w:rsidRPr="007A2CE4" w:rsidRDefault="00C86561" w:rsidP="00C86561">
            <w:pPr>
              <w:jc w:val="center"/>
              <w:rPr>
                <w:sz w:val="28"/>
                <w:szCs w:val="28"/>
                <w:lang w:val="kk-KZ"/>
              </w:rPr>
            </w:pPr>
            <w:r w:rsidRPr="007A2CE4">
              <w:rPr>
                <w:sz w:val="28"/>
                <w:szCs w:val="28"/>
                <w:lang w:val="kk-KZ"/>
              </w:rPr>
              <w:t>«Білім беру ұйымдарында буллингтің алдын алу бағдарламасының ғылыми-практикалық негіздері»</w:t>
            </w:r>
          </w:p>
        </w:tc>
        <w:tc>
          <w:tcPr>
            <w:tcW w:w="1230" w:type="dxa"/>
          </w:tcPr>
          <w:p w14:paraId="1F277409" w14:textId="77777777" w:rsidR="00C86561" w:rsidRPr="007A2CE4" w:rsidRDefault="00C86561" w:rsidP="00C86561">
            <w:pPr>
              <w:rPr>
                <w:sz w:val="28"/>
                <w:szCs w:val="28"/>
                <w:lang w:val="kk-KZ"/>
              </w:rPr>
            </w:pPr>
            <w:r w:rsidRPr="007A2CE4">
              <w:rPr>
                <w:sz w:val="28"/>
                <w:szCs w:val="28"/>
                <w:lang w:val="kk-KZ"/>
              </w:rPr>
              <w:t>«Өркен» балалардың әл-ауқатын арттыру ҰҒПИ»</w:t>
            </w:r>
          </w:p>
        </w:tc>
        <w:tc>
          <w:tcPr>
            <w:tcW w:w="1259" w:type="dxa"/>
          </w:tcPr>
          <w:p w14:paraId="479B4CEB" w14:textId="77777777" w:rsidR="00C86561" w:rsidRPr="007A2CE4" w:rsidRDefault="00C86561" w:rsidP="00C86561">
            <w:pPr>
              <w:jc w:val="center"/>
              <w:rPr>
                <w:sz w:val="28"/>
                <w:szCs w:val="28"/>
                <w:lang w:val="kk-KZ"/>
              </w:rPr>
            </w:pPr>
            <w:r w:rsidRPr="007A2CE4">
              <w:rPr>
                <w:sz w:val="28"/>
                <w:szCs w:val="28"/>
                <w:lang w:val="kk-KZ"/>
              </w:rPr>
              <w:t>05.04.2025ж</w:t>
            </w:r>
          </w:p>
        </w:tc>
        <w:tc>
          <w:tcPr>
            <w:tcW w:w="1340" w:type="dxa"/>
          </w:tcPr>
          <w:p w14:paraId="2BE2B06F"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№0056113</w:t>
            </w:r>
          </w:p>
        </w:tc>
      </w:tr>
      <w:tr w:rsidR="00C86561" w:rsidRPr="007A2CE4" w14:paraId="09CB4B68" w14:textId="77777777" w:rsidTr="00C86561">
        <w:tc>
          <w:tcPr>
            <w:tcW w:w="1282" w:type="dxa"/>
          </w:tcPr>
          <w:p w14:paraId="73CD3391"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3</w:t>
            </w:r>
          </w:p>
        </w:tc>
        <w:tc>
          <w:tcPr>
            <w:tcW w:w="1262" w:type="dxa"/>
          </w:tcPr>
          <w:p w14:paraId="22404660" w14:textId="77777777" w:rsidR="00C86561" w:rsidRPr="007A2CE4" w:rsidRDefault="00C86561" w:rsidP="00C86561">
            <w:pPr>
              <w:rPr>
                <w:sz w:val="28"/>
                <w:szCs w:val="28"/>
                <w:lang w:val="kk-KZ"/>
              </w:rPr>
            </w:pPr>
            <w:r w:rsidRPr="007A2CE4">
              <w:rPr>
                <w:sz w:val="28"/>
                <w:szCs w:val="28"/>
                <w:lang w:val="kk-KZ"/>
              </w:rPr>
              <w:t xml:space="preserve">Алибекова </w:t>
            </w:r>
            <w:r w:rsidRPr="007A2CE4">
              <w:rPr>
                <w:sz w:val="28"/>
                <w:szCs w:val="28"/>
                <w:lang w:val="kk-KZ"/>
              </w:rPr>
              <w:lastRenderedPageBreak/>
              <w:t>Толкын Козкешовна</w:t>
            </w:r>
          </w:p>
        </w:tc>
        <w:tc>
          <w:tcPr>
            <w:tcW w:w="1285" w:type="dxa"/>
          </w:tcPr>
          <w:p w14:paraId="16D89EBA"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lastRenderedPageBreak/>
              <w:t>Педагог-</w:t>
            </w:r>
            <w:r w:rsidRPr="007A2CE4">
              <w:rPr>
                <w:bCs/>
                <w:color w:val="1F1F1F"/>
                <w:sz w:val="28"/>
                <w:szCs w:val="28"/>
                <w:bdr w:val="none" w:sz="0" w:space="0" w:color="auto" w:frame="1"/>
                <w:lang w:val="kk-KZ" w:eastAsia="ru-RU"/>
              </w:rPr>
              <w:lastRenderedPageBreak/>
              <w:t>психолог</w:t>
            </w:r>
          </w:p>
        </w:tc>
        <w:tc>
          <w:tcPr>
            <w:tcW w:w="782" w:type="dxa"/>
          </w:tcPr>
          <w:p w14:paraId="0F4E14D9"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lastRenderedPageBreak/>
              <w:t>13</w:t>
            </w:r>
          </w:p>
        </w:tc>
        <w:tc>
          <w:tcPr>
            <w:tcW w:w="1760" w:type="dxa"/>
          </w:tcPr>
          <w:p w14:paraId="4182830D" w14:textId="77777777" w:rsidR="00C86561" w:rsidRPr="007A2CE4" w:rsidRDefault="00C86561" w:rsidP="00C86561">
            <w:pPr>
              <w:jc w:val="center"/>
              <w:rPr>
                <w:sz w:val="28"/>
                <w:szCs w:val="28"/>
                <w:lang w:val="kk-KZ"/>
              </w:rPr>
            </w:pPr>
            <w:r w:rsidRPr="007A2CE4">
              <w:rPr>
                <w:sz w:val="28"/>
                <w:szCs w:val="28"/>
                <w:lang w:val="kk-KZ"/>
              </w:rPr>
              <w:t xml:space="preserve">«Білім беру </w:t>
            </w:r>
            <w:r w:rsidRPr="007A2CE4">
              <w:rPr>
                <w:sz w:val="28"/>
                <w:szCs w:val="28"/>
                <w:lang w:val="kk-KZ"/>
              </w:rPr>
              <w:lastRenderedPageBreak/>
              <w:t>ұйымдарында буллингтің алдын алу бағдарламасының ғылыми-практикалық негіздері»</w:t>
            </w:r>
          </w:p>
        </w:tc>
        <w:tc>
          <w:tcPr>
            <w:tcW w:w="1230" w:type="dxa"/>
          </w:tcPr>
          <w:p w14:paraId="46EA68BB" w14:textId="77777777" w:rsidR="00C86561" w:rsidRPr="007A2CE4" w:rsidRDefault="00C86561" w:rsidP="00C86561">
            <w:pPr>
              <w:jc w:val="center"/>
              <w:rPr>
                <w:sz w:val="28"/>
                <w:szCs w:val="28"/>
                <w:lang w:val="kk-KZ"/>
              </w:rPr>
            </w:pPr>
            <w:r w:rsidRPr="007A2CE4">
              <w:rPr>
                <w:sz w:val="28"/>
                <w:szCs w:val="28"/>
                <w:lang w:val="kk-KZ"/>
              </w:rPr>
              <w:lastRenderedPageBreak/>
              <w:t xml:space="preserve">«Өркен» </w:t>
            </w:r>
            <w:r w:rsidRPr="007A2CE4">
              <w:rPr>
                <w:sz w:val="28"/>
                <w:szCs w:val="28"/>
                <w:lang w:val="kk-KZ"/>
              </w:rPr>
              <w:lastRenderedPageBreak/>
              <w:t>балалардың әл-ауқатын арттыру ҰҒПИ»</w:t>
            </w:r>
          </w:p>
        </w:tc>
        <w:tc>
          <w:tcPr>
            <w:tcW w:w="1259" w:type="dxa"/>
          </w:tcPr>
          <w:p w14:paraId="29C0B410" w14:textId="77777777" w:rsidR="00C86561" w:rsidRPr="007A2CE4" w:rsidRDefault="00C86561" w:rsidP="00C86561">
            <w:pPr>
              <w:jc w:val="center"/>
              <w:rPr>
                <w:sz w:val="28"/>
                <w:szCs w:val="28"/>
                <w:lang w:val="kk-KZ"/>
              </w:rPr>
            </w:pPr>
            <w:r w:rsidRPr="007A2CE4">
              <w:rPr>
                <w:sz w:val="28"/>
                <w:szCs w:val="28"/>
                <w:lang w:val="kk-KZ"/>
              </w:rPr>
              <w:lastRenderedPageBreak/>
              <w:t>13.02.2026</w:t>
            </w:r>
            <w:r w:rsidRPr="007A2CE4">
              <w:rPr>
                <w:sz w:val="28"/>
                <w:szCs w:val="28"/>
                <w:lang w:val="kk-KZ"/>
              </w:rPr>
              <w:lastRenderedPageBreak/>
              <w:t>ж</w:t>
            </w:r>
          </w:p>
        </w:tc>
        <w:tc>
          <w:tcPr>
            <w:tcW w:w="1340" w:type="dxa"/>
          </w:tcPr>
          <w:p w14:paraId="60C89364"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lastRenderedPageBreak/>
              <w:t>№0072771</w:t>
            </w:r>
          </w:p>
        </w:tc>
      </w:tr>
    </w:tbl>
    <w:p w14:paraId="571893B8" w14:textId="77777777" w:rsidR="00C86561" w:rsidRPr="007A2CE4" w:rsidRDefault="00C86561" w:rsidP="00C86561">
      <w:pPr>
        <w:pStyle w:val="ds-markdown-paragraph"/>
        <w:shd w:val="clear" w:color="auto" w:fill="FFFFFF"/>
        <w:spacing w:before="240" w:beforeAutospacing="0" w:after="240" w:afterAutospacing="0"/>
        <w:contextualSpacing/>
        <w:jc w:val="both"/>
        <w:rPr>
          <w:sz w:val="28"/>
          <w:szCs w:val="28"/>
          <w:lang w:val="kk-KZ"/>
        </w:rPr>
      </w:pPr>
      <w:r w:rsidRPr="007A2CE4">
        <w:rPr>
          <w:sz w:val="28"/>
          <w:szCs w:val="28"/>
          <w:lang w:val="kk-KZ"/>
        </w:rPr>
        <w:t>р)  Логопед, дефектолог  мұғалімдерінің біліктілігін арттыру</w:t>
      </w:r>
    </w:p>
    <w:tbl>
      <w:tblPr>
        <w:tblStyle w:val="a7"/>
        <w:tblW w:w="0" w:type="auto"/>
        <w:tblInd w:w="-856" w:type="dxa"/>
        <w:tblLook w:val="04A0" w:firstRow="1" w:lastRow="0" w:firstColumn="1" w:lastColumn="0" w:noHBand="0" w:noVBand="1"/>
      </w:tblPr>
      <w:tblGrid>
        <w:gridCol w:w="483"/>
        <w:gridCol w:w="1704"/>
        <w:gridCol w:w="1894"/>
        <w:gridCol w:w="935"/>
        <w:gridCol w:w="1924"/>
        <w:gridCol w:w="1366"/>
        <w:gridCol w:w="1468"/>
        <w:gridCol w:w="1645"/>
      </w:tblGrid>
      <w:tr w:rsidR="00C86561" w:rsidRPr="007A2CE4" w14:paraId="72B341A3" w14:textId="77777777" w:rsidTr="00C86561">
        <w:tc>
          <w:tcPr>
            <w:tcW w:w="641" w:type="dxa"/>
            <w:hideMark/>
          </w:tcPr>
          <w:p w14:paraId="64E7E9DC"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w:t>
            </w:r>
          </w:p>
        </w:tc>
        <w:tc>
          <w:tcPr>
            <w:tcW w:w="1499" w:type="dxa"/>
            <w:hideMark/>
          </w:tcPr>
          <w:p w14:paraId="30038BF8"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Педагогтің аты-жөні</w:t>
            </w:r>
          </w:p>
        </w:tc>
        <w:tc>
          <w:tcPr>
            <w:tcW w:w="1664" w:type="dxa"/>
            <w:hideMark/>
          </w:tcPr>
          <w:p w14:paraId="131D63EA"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Лауазымы / Беретін пәні</w:t>
            </w:r>
          </w:p>
        </w:tc>
        <w:tc>
          <w:tcPr>
            <w:tcW w:w="837" w:type="dxa"/>
          </w:tcPr>
          <w:p w14:paraId="698ED209"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Еңбек өтілі</w:t>
            </w:r>
          </w:p>
        </w:tc>
        <w:tc>
          <w:tcPr>
            <w:tcW w:w="1690" w:type="dxa"/>
            <w:hideMark/>
          </w:tcPr>
          <w:p w14:paraId="271C8ECB"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Курс атауы / Тематикасы</w:t>
            </w:r>
          </w:p>
        </w:tc>
        <w:tc>
          <w:tcPr>
            <w:tcW w:w="1125" w:type="dxa"/>
            <w:hideMark/>
          </w:tcPr>
          <w:p w14:paraId="0D9ECE54"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 xml:space="preserve">Курсты өткізген ұйым </w:t>
            </w:r>
          </w:p>
        </w:tc>
        <w:tc>
          <w:tcPr>
            <w:tcW w:w="1296" w:type="dxa"/>
            <w:hideMark/>
          </w:tcPr>
          <w:p w14:paraId="205E120F"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Курс өткен жылы, айы</w:t>
            </w:r>
          </w:p>
        </w:tc>
        <w:tc>
          <w:tcPr>
            <w:tcW w:w="1448" w:type="dxa"/>
            <w:hideMark/>
          </w:tcPr>
          <w:p w14:paraId="53E77D00"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Сертификат нөмірі мен берілген күні</w:t>
            </w:r>
          </w:p>
        </w:tc>
      </w:tr>
      <w:tr w:rsidR="00C86561" w:rsidRPr="007A2CE4" w14:paraId="573AF1A3" w14:textId="77777777" w:rsidTr="00C86561">
        <w:tc>
          <w:tcPr>
            <w:tcW w:w="641" w:type="dxa"/>
          </w:tcPr>
          <w:p w14:paraId="61EA05D8"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1</w:t>
            </w:r>
          </w:p>
        </w:tc>
        <w:tc>
          <w:tcPr>
            <w:tcW w:w="1499" w:type="dxa"/>
          </w:tcPr>
          <w:p w14:paraId="69EF2494"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Хасенова Сауле Нуржановна</w:t>
            </w:r>
          </w:p>
        </w:tc>
        <w:tc>
          <w:tcPr>
            <w:tcW w:w="1664" w:type="dxa"/>
          </w:tcPr>
          <w:p w14:paraId="165B3E4D"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Деффектолог-логопед</w:t>
            </w:r>
          </w:p>
        </w:tc>
        <w:tc>
          <w:tcPr>
            <w:tcW w:w="837" w:type="dxa"/>
          </w:tcPr>
          <w:p w14:paraId="4571BF1A"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10</w:t>
            </w:r>
          </w:p>
        </w:tc>
        <w:tc>
          <w:tcPr>
            <w:tcW w:w="1690" w:type="dxa"/>
          </w:tcPr>
          <w:p w14:paraId="37BD2BF3"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«Жалпы білім беретін мектептерде ерекше білім беру қажеттіліктері бар балаларды қолдау бойынша логопедиялық жұмыстың мазмұны»</w:t>
            </w:r>
          </w:p>
        </w:tc>
        <w:tc>
          <w:tcPr>
            <w:tcW w:w="1125" w:type="dxa"/>
          </w:tcPr>
          <w:p w14:paraId="6F4BEB81" w14:textId="77777777" w:rsidR="00C86561" w:rsidRPr="007A2CE4" w:rsidRDefault="00C86561" w:rsidP="00C86561">
            <w:pPr>
              <w:rPr>
                <w:bCs/>
                <w:color w:val="1F1F1F"/>
                <w:sz w:val="28"/>
                <w:szCs w:val="28"/>
                <w:bdr w:val="none" w:sz="0" w:space="0" w:color="auto" w:frame="1"/>
                <w:lang w:val="kk-KZ" w:eastAsia="ru-RU"/>
              </w:rPr>
            </w:pPr>
            <w:r w:rsidRPr="007A2CE4">
              <w:rPr>
                <w:sz w:val="28"/>
                <w:szCs w:val="28"/>
                <w:lang w:val="kk-KZ"/>
              </w:rPr>
              <w:t>«Өрлеу» БАҰОАҚ</w:t>
            </w:r>
          </w:p>
        </w:tc>
        <w:tc>
          <w:tcPr>
            <w:tcW w:w="1296" w:type="dxa"/>
          </w:tcPr>
          <w:p w14:paraId="4E96B916"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26.03-05.04.2024 ж</w:t>
            </w:r>
          </w:p>
        </w:tc>
        <w:tc>
          <w:tcPr>
            <w:tcW w:w="1448" w:type="dxa"/>
          </w:tcPr>
          <w:p w14:paraId="07475956"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№0860345</w:t>
            </w:r>
          </w:p>
        </w:tc>
      </w:tr>
    </w:tbl>
    <w:p w14:paraId="0B54D94D" w14:textId="77777777" w:rsidR="00C86561" w:rsidRPr="007A2CE4" w:rsidRDefault="00C86561" w:rsidP="00C86561">
      <w:pPr>
        <w:pStyle w:val="ds-markdown-paragraph"/>
        <w:shd w:val="clear" w:color="auto" w:fill="FFFFFF"/>
        <w:spacing w:before="240" w:beforeAutospacing="0" w:after="240" w:afterAutospacing="0"/>
        <w:contextualSpacing/>
        <w:jc w:val="both"/>
        <w:rPr>
          <w:sz w:val="28"/>
          <w:szCs w:val="28"/>
          <w:lang w:val="kk-KZ"/>
        </w:rPr>
      </w:pPr>
      <w:r w:rsidRPr="007A2CE4">
        <w:rPr>
          <w:sz w:val="28"/>
          <w:szCs w:val="28"/>
          <w:lang w:val="kk-KZ"/>
        </w:rPr>
        <w:t>с)  педагог-ассистент  мұғалімдерінің біліктілігін арттыру</w:t>
      </w:r>
    </w:p>
    <w:tbl>
      <w:tblPr>
        <w:tblStyle w:val="a7"/>
        <w:tblW w:w="0" w:type="auto"/>
        <w:tblInd w:w="-856" w:type="dxa"/>
        <w:tblLook w:val="04A0" w:firstRow="1" w:lastRow="0" w:firstColumn="1" w:lastColumn="0" w:noHBand="0" w:noVBand="1"/>
      </w:tblPr>
      <w:tblGrid>
        <w:gridCol w:w="475"/>
        <w:gridCol w:w="1484"/>
        <w:gridCol w:w="1417"/>
        <w:gridCol w:w="915"/>
        <w:gridCol w:w="2756"/>
        <w:gridCol w:w="1334"/>
        <w:gridCol w:w="1433"/>
        <w:gridCol w:w="1605"/>
      </w:tblGrid>
      <w:tr w:rsidR="00C86561" w:rsidRPr="007A2CE4" w14:paraId="38729E9B" w14:textId="77777777" w:rsidTr="00C86561">
        <w:tc>
          <w:tcPr>
            <w:tcW w:w="641" w:type="dxa"/>
            <w:hideMark/>
          </w:tcPr>
          <w:p w14:paraId="512125B4"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w:t>
            </w:r>
          </w:p>
        </w:tc>
        <w:tc>
          <w:tcPr>
            <w:tcW w:w="1499" w:type="dxa"/>
            <w:hideMark/>
          </w:tcPr>
          <w:p w14:paraId="7FB05635"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Педагогтің аты-жөні</w:t>
            </w:r>
          </w:p>
        </w:tc>
        <w:tc>
          <w:tcPr>
            <w:tcW w:w="1664" w:type="dxa"/>
            <w:hideMark/>
          </w:tcPr>
          <w:p w14:paraId="2AE83E12"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Лауазымы / Беретін пәні</w:t>
            </w:r>
          </w:p>
        </w:tc>
        <w:tc>
          <w:tcPr>
            <w:tcW w:w="837" w:type="dxa"/>
          </w:tcPr>
          <w:p w14:paraId="2AA1F41C"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Еңбек өтілі</w:t>
            </w:r>
          </w:p>
        </w:tc>
        <w:tc>
          <w:tcPr>
            <w:tcW w:w="1690" w:type="dxa"/>
            <w:hideMark/>
          </w:tcPr>
          <w:p w14:paraId="221E9929"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Курс атауы / Тематикасы</w:t>
            </w:r>
          </w:p>
        </w:tc>
        <w:tc>
          <w:tcPr>
            <w:tcW w:w="1125" w:type="dxa"/>
            <w:hideMark/>
          </w:tcPr>
          <w:p w14:paraId="0AE67C36"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 xml:space="preserve">Курсты өткізген ұйым </w:t>
            </w:r>
          </w:p>
        </w:tc>
        <w:tc>
          <w:tcPr>
            <w:tcW w:w="1296" w:type="dxa"/>
            <w:hideMark/>
          </w:tcPr>
          <w:p w14:paraId="4737CD94"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Курс өткен жылы, айы</w:t>
            </w:r>
          </w:p>
        </w:tc>
        <w:tc>
          <w:tcPr>
            <w:tcW w:w="1448" w:type="dxa"/>
            <w:hideMark/>
          </w:tcPr>
          <w:p w14:paraId="42D675D1"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Сертификат нөмірі мен берілген күні</w:t>
            </w:r>
          </w:p>
        </w:tc>
      </w:tr>
      <w:tr w:rsidR="00C86561" w:rsidRPr="007A2CE4" w14:paraId="7782A9A9" w14:textId="77777777" w:rsidTr="00C86561">
        <w:tc>
          <w:tcPr>
            <w:tcW w:w="641" w:type="dxa"/>
          </w:tcPr>
          <w:p w14:paraId="203B6552"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1</w:t>
            </w:r>
          </w:p>
        </w:tc>
        <w:tc>
          <w:tcPr>
            <w:tcW w:w="1499" w:type="dxa"/>
          </w:tcPr>
          <w:p w14:paraId="21AAB96E"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Абдугали</w:t>
            </w:r>
          </w:p>
          <w:p w14:paraId="2D98851B"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ева Фарида Дауытовна</w:t>
            </w:r>
          </w:p>
        </w:tc>
        <w:tc>
          <w:tcPr>
            <w:tcW w:w="1664" w:type="dxa"/>
          </w:tcPr>
          <w:p w14:paraId="4F3735F9" w14:textId="77777777" w:rsidR="00C86561" w:rsidRPr="007A2CE4" w:rsidRDefault="00C86561" w:rsidP="00C86561">
            <w:pPr>
              <w:rPr>
                <w:bCs/>
                <w:color w:val="1F1F1F"/>
                <w:sz w:val="28"/>
                <w:szCs w:val="28"/>
                <w:bdr w:val="none" w:sz="0" w:space="0" w:color="auto" w:frame="1"/>
                <w:lang w:eastAsia="ru-RU"/>
              </w:rPr>
            </w:pPr>
            <w:r w:rsidRPr="007A2CE4">
              <w:rPr>
                <w:sz w:val="28"/>
                <w:szCs w:val="28"/>
                <w:lang w:val="kk-KZ"/>
              </w:rPr>
              <w:t xml:space="preserve">педагог-ассистент  </w:t>
            </w:r>
          </w:p>
        </w:tc>
        <w:tc>
          <w:tcPr>
            <w:tcW w:w="837" w:type="dxa"/>
          </w:tcPr>
          <w:p w14:paraId="141E7125"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4 ай</w:t>
            </w:r>
          </w:p>
        </w:tc>
        <w:tc>
          <w:tcPr>
            <w:tcW w:w="1690" w:type="dxa"/>
          </w:tcPr>
          <w:p w14:paraId="6EE74A31"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Психолого-педагогического</w:t>
            </w:r>
          </w:p>
          <w:p w14:paraId="3A162B05"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Сопровождение детей особыми образовательными</w:t>
            </w:r>
          </w:p>
          <w:p w14:paraId="7F7D23F9"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потребностями в общеобразовательной школе</w:t>
            </w:r>
          </w:p>
        </w:tc>
        <w:tc>
          <w:tcPr>
            <w:tcW w:w="1125" w:type="dxa"/>
          </w:tcPr>
          <w:p w14:paraId="7ED9FA65" w14:textId="77777777" w:rsidR="00C86561" w:rsidRPr="007A2CE4" w:rsidRDefault="00C86561" w:rsidP="00C86561">
            <w:pPr>
              <w:rPr>
                <w:bCs/>
                <w:color w:val="1F1F1F"/>
                <w:sz w:val="28"/>
                <w:szCs w:val="28"/>
                <w:bdr w:val="none" w:sz="0" w:space="0" w:color="auto" w:frame="1"/>
                <w:lang w:eastAsia="ru-RU"/>
              </w:rPr>
            </w:pPr>
            <w:r w:rsidRPr="007A2CE4">
              <w:rPr>
                <w:sz w:val="28"/>
                <w:szCs w:val="28"/>
                <w:lang w:val="kk-KZ"/>
              </w:rPr>
              <w:t>«Өрлеу» БАҰОАҚ</w:t>
            </w:r>
          </w:p>
        </w:tc>
        <w:tc>
          <w:tcPr>
            <w:tcW w:w="1296" w:type="dxa"/>
          </w:tcPr>
          <w:p w14:paraId="0B67E71C"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08.09.-19.09.2025</w:t>
            </w:r>
          </w:p>
        </w:tc>
        <w:tc>
          <w:tcPr>
            <w:tcW w:w="1448" w:type="dxa"/>
          </w:tcPr>
          <w:p w14:paraId="2C19DEBC"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№0946766</w:t>
            </w:r>
          </w:p>
        </w:tc>
      </w:tr>
    </w:tbl>
    <w:p w14:paraId="6AB3B0A7" w14:textId="77777777" w:rsidR="00C86561" w:rsidRPr="00436D08" w:rsidRDefault="00C86561" w:rsidP="00C86561">
      <w:pPr>
        <w:pStyle w:val="af"/>
        <w:rPr>
          <w:bCs/>
          <w:sz w:val="28"/>
          <w:szCs w:val="28"/>
          <w:lang w:val="kk-KZ"/>
        </w:rPr>
      </w:pPr>
      <w:r w:rsidRPr="00436D08">
        <w:rPr>
          <w:bCs/>
          <w:sz w:val="28"/>
          <w:szCs w:val="28"/>
          <w:lang w:val="kk-KZ"/>
        </w:rPr>
        <w:t>Педагог ұйымдастарушы</w:t>
      </w:r>
    </w:p>
    <w:tbl>
      <w:tblPr>
        <w:tblStyle w:val="a7"/>
        <w:tblW w:w="0" w:type="auto"/>
        <w:tblInd w:w="-856" w:type="dxa"/>
        <w:tblLook w:val="04A0" w:firstRow="1" w:lastRow="0" w:firstColumn="1" w:lastColumn="0" w:noHBand="0" w:noVBand="1"/>
      </w:tblPr>
      <w:tblGrid>
        <w:gridCol w:w="482"/>
        <w:gridCol w:w="1517"/>
        <w:gridCol w:w="2238"/>
        <w:gridCol w:w="933"/>
        <w:gridCol w:w="1962"/>
        <w:gridCol w:w="1183"/>
        <w:gridCol w:w="1464"/>
        <w:gridCol w:w="1640"/>
      </w:tblGrid>
      <w:tr w:rsidR="00C86561" w:rsidRPr="007A2CE4" w14:paraId="2F278ACA" w14:textId="77777777" w:rsidTr="00C86561">
        <w:tc>
          <w:tcPr>
            <w:tcW w:w="641" w:type="dxa"/>
            <w:hideMark/>
          </w:tcPr>
          <w:p w14:paraId="0A8CE50A"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lastRenderedPageBreak/>
              <w:t>№</w:t>
            </w:r>
          </w:p>
        </w:tc>
        <w:tc>
          <w:tcPr>
            <w:tcW w:w="1499" w:type="dxa"/>
            <w:hideMark/>
          </w:tcPr>
          <w:p w14:paraId="5A3B7976"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Педагогтің аты-жөні</w:t>
            </w:r>
          </w:p>
        </w:tc>
        <w:tc>
          <w:tcPr>
            <w:tcW w:w="1664" w:type="dxa"/>
            <w:hideMark/>
          </w:tcPr>
          <w:p w14:paraId="36AF92FD"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Лауазымы / Беретін пәні</w:t>
            </w:r>
          </w:p>
        </w:tc>
        <w:tc>
          <w:tcPr>
            <w:tcW w:w="837" w:type="dxa"/>
          </w:tcPr>
          <w:p w14:paraId="08A6B5B3"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Еңбек өтілі</w:t>
            </w:r>
          </w:p>
        </w:tc>
        <w:tc>
          <w:tcPr>
            <w:tcW w:w="1690" w:type="dxa"/>
            <w:hideMark/>
          </w:tcPr>
          <w:p w14:paraId="7E9559EF"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Курс атауы / Тематикасы</w:t>
            </w:r>
          </w:p>
        </w:tc>
        <w:tc>
          <w:tcPr>
            <w:tcW w:w="1125" w:type="dxa"/>
            <w:hideMark/>
          </w:tcPr>
          <w:p w14:paraId="42A811B9"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 xml:space="preserve">Курсты өткізген ұйым </w:t>
            </w:r>
          </w:p>
        </w:tc>
        <w:tc>
          <w:tcPr>
            <w:tcW w:w="1296" w:type="dxa"/>
            <w:hideMark/>
          </w:tcPr>
          <w:p w14:paraId="44BCAF43"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Курс өткен жылы, айы</w:t>
            </w:r>
          </w:p>
        </w:tc>
        <w:tc>
          <w:tcPr>
            <w:tcW w:w="1448" w:type="dxa"/>
            <w:hideMark/>
          </w:tcPr>
          <w:p w14:paraId="159C7B01" w14:textId="77777777" w:rsidR="00C86561" w:rsidRPr="007A2CE4" w:rsidRDefault="00C86561" w:rsidP="00C86561">
            <w:pPr>
              <w:rPr>
                <w:color w:val="1F1F1F"/>
                <w:sz w:val="28"/>
                <w:szCs w:val="28"/>
                <w:lang w:eastAsia="ru-RU"/>
              </w:rPr>
            </w:pPr>
            <w:r w:rsidRPr="007A2CE4">
              <w:rPr>
                <w:bCs/>
                <w:color w:val="1F1F1F"/>
                <w:sz w:val="28"/>
                <w:szCs w:val="28"/>
                <w:bdr w:val="none" w:sz="0" w:space="0" w:color="auto" w:frame="1"/>
                <w:lang w:eastAsia="ru-RU"/>
              </w:rPr>
              <w:t>Сертификат нөмірі мен берілген күні</w:t>
            </w:r>
          </w:p>
        </w:tc>
      </w:tr>
      <w:tr w:rsidR="00C86561" w:rsidRPr="007A2CE4" w14:paraId="35335E3B" w14:textId="77777777" w:rsidTr="00C86561">
        <w:tc>
          <w:tcPr>
            <w:tcW w:w="641" w:type="dxa"/>
          </w:tcPr>
          <w:p w14:paraId="1B042E6B"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1</w:t>
            </w:r>
          </w:p>
        </w:tc>
        <w:tc>
          <w:tcPr>
            <w:tcW w:w="1499" w:type="dxa"/>
          </w:tcPr>
          <w:p w14:paraId="0A7579D8"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 xml:space="preserve">Асанова Салтанат </w:t>
            </w:r>
          </w:p>
        </w:tc>
        <w:tc>
          <w:tcPr>
            <w:tcW w:w="1664" w:type="dxa"/>
          </w:tcPr>
          <w:p w14:paraId="57D00512" w14:textId="77777777" w:rsidR="00C86561" w:rsidRPr="007A2CE4" w:rsidRDefault="00C86561"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Педагог-ұйымдастырушы</w:t>
            </w:r>
          </w:p>
        </w:tc>
        <w:tc>
          <w:tcPr>
            <w:tcW w:w="837" w:type="dxa"/>
          </w:tcPr>
          <w:p w14:paraId="625F66D1" w14:textId="77777777" w:rsidR="00C86561" w:rsidRPr="007A2CE4" w:rsidRDefault="00C86561" w:rsidP="00C86561">
            <w:pPr>
              <w:rPr>
                <w:bCs/>
                <w:color w:val="1F1F1F"/>
                <w:sz w:val="28"/>
                <w:szCs w:val="28"/>
                <w:bdr w:val="none" w:sz="0" w:space="0" w:color="auto" w:frame="1"/>
                <w:lang w:val="kk-KZ" w:eastAsia="ru-RU"/>
              </w:rPr>
            </w:pPr>
          </w:p>
        </w:tc>
        <w:tc>
          <w:tcPr>
            <w:tcW w:w="1690" w:type="dxa"/>
          </w:tcPr>
          <w:p w14:paraId="00F8539F" w14:textId="7A7117C2" w:rsidR="00C86561" w:rsidRPr="007A2CE4" w:rsidRDefault="00EB0F02"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Білім алушыны кәсіби бағдарлаудағы мектептің іс-әрекеті</w:t>
            </w:r>
          </w:p>
        </w:tc>
        <w:tc>
          <w:tcPr>
            <w:tcW w:w="1125" w:type="dxa"/>
          </w:tcPr>
          <w:p w14:paraId="51AC9942" w14:textId="3C5B2C09" w:rsidR="00C86561" w:rsidRPr="007A2CE4" w:rsidRDefault="00EB0F02"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Орлеу</w:t>
            </w:r>
          </w:p>
        </w:tc>
        <w:tc>
          <w:tcPr>
            <w:tcW w:w="1296" w:type="dxa"/>
          </w:tcPr>
          <w:p w14:paraId="6580500B" w14:textId="7B972A04" w:rsidR="00C86561" w:rsidRPr="007A2CE4" w:rsidRDefault="00EB0F02"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18.08-29.08.2025</w:t>
            </w:r>
          </w:p>
        </w:tc>
        <w:tc>
          <w:tcPr>
            <w:tcW w:w="1448" w:type="dxa"/>
          </w:tcPr>
          <w:p w14:paraId="068B9DDA" w14:textId="1010A21D" w:rsidR="00C86561" w:rsidRPr="007A2CE4" w:rsidRDefault="00EB0F02" w:rsidP="00C86561">
            <w:pPr>
              <w:rPr>
                <w:bCs/>
                <w:color w:val="1F1F1F"/>
                <w:sz w:val="28"/>
                <w:szCs w:val="28"/>
                <w:bdr w:val="none" w:sz="0" w:space="0" w:color="auto" w:frame="1"/>
                <w:lang w:val="kk-KZ" w:eastAsia="ru-RU"/>
              </w:rPr>
            </w:pPr>
            <w:r w:rsidRPr="007A2CE4">
              <w:rPr>
                <w:bCs/>
                <w:color w:val="1F1F1F"/>
                <w:sz w:val="28"/>
                <w:szCs w:val="28"/>
                <w:bdr w:val="none" w:sz="0" w:space="0" w:color="auto" w:frame="1"/>
                <w:lang w:val="kk-KZ" w:eastAsia="ru-RU"/>
              </w:rPr>
              <w:t>№0946416</w:t>
            </w:r>
          </w:p>
        </w:tc>
      </w:tr>
    </w:tbl>
    <w:p w14:paraId="0EB2D374" w14:textId="77777777" w:rsidR="00C86561" w:rsidRPr="007A2CE4" w:rsidRDefault="00C86561" w:rsidP="00C86561">
      <w:pPr>
        <w:pStyle w:val="af"/>
        <w:rPr>
          <w:b/>
          <w:bCs/>
          <w:sz w:val="28"/>
          <w:szCs w:val="28"/>
        </w:rPr>
      </w:pPr>
    </w:p>
    <w:p w14:paraId="40CE4119" w14:textId="77777777" w:rsidR="00D2084C" w:rsidRDefault="00D2084C" w:rsidP="00D2084C">
      <w:pPr>
        <w:rPr>
          <w:sz w:val="28"/>
          <w:szCs w:val="28"/>
          <w:lang w:val="kk-KZ"/>
        </w:rPr>
      </w:pPr>
      <w:r w:rsidRPr="00585978">
        <w:rPr>
          <w:sz w:val="28"/>
          <w:szCs w:val="28"/>
        </w:rPr>
        <w:t>2024</w:t>
      </w:r>
      <w:r w:rsidRPr="00585978">
        <w:rPr>
          <w:sz w:val="28"/>
          <w:szCs w:val="28"/>
          <w:lang w:val="kk-KZ"/>
        </w:rPr>
        <w:t>-</w:t>
      </w:r>
      <w:r w:rsidRPr="00585978">
        <w:rPr>
          <w:sz w:val="28"/>
          <w:szCs w:val="28"/>
        </w:rPr>
        <w:t>2025, 2025-2026, 2026-2027</w:t>
      </w:r>
      <w:r w:rsidRPr="00585978">
        <w:rPr>
          <w:sz w:val="28"/>
          <w:szCs w:val="28"/>
          <w:lang w:val="kk-KZ"/>
        </w:rPr>
        <w:t xml:space="preserve"> оқу жылдарында білім беру саоласындағы уәкілетті  орган бекіткен конкурстар мен жарыстардың қалалық, облыстық, республикалыө кезеңдерінің жеңімпаздары және олимпиада, конкурс жеңімпаздарын дайындаған педагогтер туралы.</w:t>
      </w:r>
    </w:p>
    <w:p w14:paraId="346FA7E5" w14:textId="77777777" w:rsidR="00D2084C" w:rsidRPr="00D2084C" w:rsidRDefault="00D2084C" w:rsidP="00EF01AA">
      <w:pPr>
        <w:pStyle w:val="af"/>
        <w:jc w:val="center"/>
        <w:rPr>
          <w:b/>
          <w:sz w:val="32"/>
          <w:szCs w:val="32"/>
          <w:lang w:val="kk-KZ"/>
        </w:rPr>
      </w:pPr>
    </w:p>
    <w:p w14:paraId="64966FEC" w14:textId="77777777" w:rsidR="0051012E" w:rsidRPr="00D2084C" w:rsidRDefault="0051012E" w:rsidP="00EF01AA">
      <w:pPr>
        <w:pStyle w:val="af"/>
        <w:jc w:val="center"/>
        <w:rPr>
          <w:b/>
          <w:sz w:val="32"/>
          <w:szCs w:val="32"/>
          <w:lang w:val="kk-KZ"/>
        </w:rPr>
      </w:pPr>
    </w:p>
    <w:p w14:paraId="3D7BC5DB" w14:textId="77777777" w:rsidR="0051012E" w:rsidRPr="00D2084C" w:rsidRDefault="0051012E" w:rsidP="00EF01AA">
      <w:pPr>
        <w:pStyle w:val="af"/>
        <w:jc w:val="center"/>
        <w:rPr>
          <w:b/>
          <w:sz w:val="32"/>
          <w:szCs w:val="32"/>
          <w:lang w:val="kk-KZ"/>
        </w:rPr>
      </w:pPr>
    </w:p>
    <w:p w14:paraId="4BDDBC18" w14:textId="52A17DFC" w:rsidR="0051012E" w:rsidRDefault="0051012E" w:rsidP="00EF01AA">
      <w:pPr>
        <w:pStyle w:val="af"/>
        <w:jc w:val="center"/>
        <w:rPr>
          <w:b/>
          <w:sz w:val="32"/>
          <w:szCs w:val="32"/>
          <w:lang w:val="kk-KZ"/>
        </w:rPr>
      </w:pPr>
    </w:p>
    <w:p w14:paraId="186B1706" w14:textId="3582923A" w:rsidR="00F060A1" w:rsidRDefault="00F060A1" w:rsidP="00EF01AA">
      <w:pPr>
        <w:pStyle w:val="af"/>
        <w:jc w:val="center"/>
        <w:rPr>
          <w:b/>
          <w:sz w:val="32"/>
          <w:szCs w:val="32"/>
          <w:lang w:val="kk-KZ"/>
        </w:rPr>
      </w:pPr>
    </w:p>
    <w:p w14:paraId="6D308386" w14:textId="7089E12B" w:rsidR="00F060A1" w:rsidRDefault="00F060A1" w:rsidP="00EF01AA">
      <w:pPr>
        <w:pStyle w:val="af"/>
        <w:jc w:val="center"/>
        <w:rPr>
          <w:b/>
          <w:sz w:val="32"/>
          <w:szCs w:val="32"/>
          <w:lang w:val="kk-KZ"/>
        </w:rPr>
      </w:pPr>
    </w:p>
    <w:p w14:paraId="74901113" w14:textId="7116F10C" w:rsidR="00F060A1" w:rsidRDefault="00F060A1" w:rsidP="00EF01AA">
      <w:pPr>
        <w:pStyle w:val="af"/>
        <w:jc w:val="center"/>
        <w:rPr>
          <w:b/>
          <w:sz w:val="32"/>
          <w:szCs w:val="32"/>
          <w:lang w:val="kk-KZ"/>
        </w:rPr>
      </w:pPr>
    </w:p>
    <w:p w14:paraId="182A5478" w14:textId="57C570C3" w:rsidR="00F060A1" w:rsidRDefault="00F060A1" w:rsidP="00EF01AA">
      <w:pPr>
        <w:pStyle w:val="af"/>
        <w:jc w:val="center"/>
        <w:rPr>
          <w:b/>
          <w:sz w:val="32"/>
          <w:szCs w:val="32"/>
          <w:lang w:val="kk-KZ"/>
        </w:rPr>
      </w:pPr>
    </w:p>
    <w:p w14:paraId="4C83C1DB" w14:textId="627377BF" w:rsidR="00F060A1" w:rsidRDefault="00F060A1" w:rsidP="00EF01AA">
      <w:pPr>
        <w:pStyle w:val="af"/>
        <w:jc w:val="center"/>
        <w:rPr>
          <w:b/>
          <w:sz w:val="32"/>
          <w:szCs w:val="32"/>
          <w:lang w:val="kk-KZ"/>
        </w:rPr>
      </w:pPr>
    </w:p>
    <w:p w14:paraId="02C5BC3F" w14:textId="681F42EB" w:rsidR="00F060A1" w:rsidRDefault="00F060A1" w:rsidP="00EF01AA">
      <w:pPr>
        <w:pStyle w:val="af"/>
        <w:jc w:val="center"/>
        <w:rPr>
          <w:b/>
          <w:sz w:val="32"/>
          <w:szCs w:val="32"/>
          <w:lang w:val="kk-KZ"/>
        </w:rPr>
      </w:pPr>
    </w:p>
    <w:p w14:paraId="125719C0" w14:textId="41267AE7" w:rsidR="00F060A1" w:rsidRDefault="00F060A1" w:rsidP="00EF01AA">
      <w:pPr>
        <w:pStyle w:val="af"/>
        <w:jc w:val="center"/>
        <w:rPr>
          <w:b/>
          <w:sz w:val="32"/>
          <w:szCs w:val="32"/>
          <w:lang w:val="kk-KZ"/>
        </w:rPr>
      </w:pPr>
    </w:p>
    <w:p w14:paraId="7C45B646" w14:textId="77777777" w:rsidR="00F060A1" w:rsidRPr="00D2084C" w:rsidRDefault="00F060A1" w:rsidP="00EF01AA">
      <w:pPr>
        <w:pStyle w:val="af"/>
        <w:jc w:val="center"/>
        <w:rPr>
          <w:b/>
          <w:sz w:val="32"/>
          <w:szCs w:val="32"/>
          <w:lang w:val="kk-KZ"/>
        </w:rPr>
      </w:pPr>
    </w:p>
    <w:p w14:paraId="294870BD" w14:textId="77777777" w:rsidR="0051012E" w:rsidRPr="00D2084C" w:rsidRDefault="0051012E" w:rsidP="00EF01AA">
      <w:pPr>
        <w:pStyle w:val="af"/>
        <w:jc w:val="center"/>
        <w:rPr>
          <w:b/>
          <w:sz w:val="32"/>
          <w:szCs w:val="32"/>
          <w:lang w:val="kk-KZ"/>
        </w:rPr>
      </w:pPr>
    </w:p>
    <w:p w14:paraId="36C3B971" w14:textId="77777777" w:rsidR="00414A67" w:rsidRPr="00D2084C" w:rsidRDefault="00414A67" w:rsidP="00D2084C">
      <w:pPr>
        <w:pStyle w:val="af"/>
        <w:rPr>
          <w:b/>
          <w:sz w:val="32"/>
          <w:szCs w:val="32"/>
          <w:lang w:val="kk-KZ"/>
        </w:rPr>
      </w:pPr>
    </w:p>
    <w:p w14:paraId="60D0AB68" w14:textId="2AC523E7" w:rsidR="00C9392C" w:rsidRPr="00FD4D57" w:rsidRDefault="00C9392C" w:rsidP="00EF01AA">
      <w:pPr>
        <w:pStyle w:val="af"/>
        <w:jc w:val="center"/>
        <w:rPr>
          <w:b/>
          <w:sz w:val="32"/>
          <w:szCs w:val="32"/>
          <w:lang w:val="kk-KZ"/>
        </w:rPr>
      </w:pPr>
      <w:r w:rsidRPr="00FD4D57">
        <w:rPr>
          <w:b/>
          <w:sz w:val="32"/>
          <w:szCs w:val="32"/>
          <w:lang w:val="kk-KZ"/>
        </w:rPr>
        <w:lastRenderedPageBreak/>
        <w:t>III. Білім алушылар контингенті</w:t>
      </w:r>
    </w:p>
    <w:p w14:paraId="404CA58C" w14:textId="77777777" w:rsidR="00C9392C" w:rsidRPr="00FD4D57" w:rsidRDefault="00C9392C" w:rsidP="00C9392C">
      <w:pPr>
        <w:pStyle w:val="af"/>
        <w:rPr>
          <w:sz w:val="28"/>
          <w:szCs w:val="28"/>
          <w:lang w:val="kk-KZ"/>
        </w:rPr>
      </w:pPr>
      <w:r w:rsidRPr="00FD4D57">
        <w:rPr>
          <w:sz w:val="28"/>
          <w:szCs w:val="28"/>
          <w:lang w:val="kk-KZ"/>
        </w:rPr>
        <w:t>1) Білім беру деңгейлері бойынша, оның ішінде ерекше білім беру қажеттіліктері бар білім алушылар контингенті туралы мәліметтер:</w:t>
      </w:r>
    </w:p>
    <w:p w14:paraId="68277EE6" w14:textId="77777777" w:rsidR="00C9392C" w:rsidRPr="00FD4D57" w:rsidRDefault="00C9392C" w:rsidP="008D3C3D">
      <w:pPr>
        <w:pStyle w:val="a8"/>
        <w:jc w:val="both"/>
        <w:rPr>
          <w:lang w:val="kk-KZ"/>
        </w:rPr>
      </w:pPr>
    </w:p>
    <w:p w14:paraId="61663EDA" w14:textId="737B9C49" w:rsidR="00BC1DEC" w:rsidRDefault="0059538D" w:rsidP="008D3C3D">
      <w:pPr>
        <w:pStyle w:val="a8"/>
        <w:jc w:val="both"/>
      </w:pPr>
      <w:r w:rsidRPr="0059538D">
        <w:rPr>
          <w:noProof/>
          <w:lang w:eastAsia="ru-RU"/>
        </w:rPr>
        <w:drawing>
          <wp:inline distT="0" distB="0" distL="0" distR="0" wp14:anchorId="261EFE7B" wp14:editId="131AA106">
            <wp:extent cx="6539475" cy="3248025"/>
            <wp:effectExtent l="0" t="0" r="0" b="0"/>
            <wp:docPr id="496" name="Рисунок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540823" cy="3248695"/>
                    </a:xfrm>
                    <a:prstGeom prst="rect">
                      <a:avLst/>
                    </a:prstGeom>
                  </pic:spPr>
                </pic:pic>
              </a:graphicData>
            </a:graphic>
          </wp:inline>
        </w:drawing>
      </w:r>
      <w:r w:rsidRPr="0059538D">
        <w:t xml:space="preserve"> </w:t>
      </w:r>
      <w:r w:rsidR="00575503" w:rsidRPr="004D1FA2">
        <w:fldChar w:fldCharType="begin"/>
      </w:r>
      <w:r w:rsidR="00575503" w:rsidRPr="004D1FA2">
        <w:instrText xml:space="preserve"> LINK </w:instrText>
      </w:r>
      <w:r w:rsidR="00BC1DEC">
        <w:instrText xml:space="preserve">Excel.Sheet.12 "C:\\Users\\1\\Desktop\\2024-2025\\Самооценка-23-24\\23-24, приложение9-13 — копия.xlsx" "П 8!R3C2:R11C11" </w:instrText>
      </w:r>
      <w:r w:rsidR="00575503" w:rsidRPr="004D1FA2">
        <w:instrText xml:space="preserve">\a \f 4 \h </w:instrText>
      </w:r>
      <w:r w:rsidR="00150A09" w:rsidRPr="004D1FA2">
        <w:instrText xml:space="preserve"> \* MERGEFORMAT </w:instrText>
      </w:r>
      <w:r w:rsidR="00575503" w:rsidRPr="004D1FA2">
        <w:fldChar w:fldCharType="separate"/>
      </w:r>
    </w:p>
    <w:p w14:paraId="5222977D" w14:textId="44297738" w:rsidR="008D3C3D" w:rsidRPr="004D1FA2" w:rsidRDefault="00575503" w:rsidP="008D3C3D">
      <w:pPr>
        <w:pStyle w:val="a8"/>
        <w:jc w:val="both"/>
        <w:rPr>
          <w:rFonts w:ascii="Times New Roman" w:hAnsi="Times New Roman" w:cs="Times New Roman"/>
          <w:sz w:val="28"/>
          <w:szCs w:val="28"/>
        </w:rPr>
      </w:pPr>
      <w:r w:rsidRPr="004D1FA2">
        <w:rPr>
          <w:rFonts w:ascii="Times New Roman" w:hAnsi="Times New Roman" w:cs="Times New Roman"/>
          <w:sz w:val="28"/>
          <w:szCs w:val="28"/>
        </w:rPr>
        <w:fldChar w:fldCharType="end"/>
      </w:r>
    </w:p>
    <w:p w14:paraId="2EC853F8" w14:textId="4F1B5E1D" w:rsidR="00A934D3" w:rsidRPr="004D1FA2" w:rsidRDefault="00C9392C" w:rsidP="008D3C3D">
      <w:pPr>
        <w:pStyle w:val="a8"/>
        <w:jc w:val="both"/>
        <w:rPr>
          <w:rFonts w:ascii="Times New Roman" w:hAnsi="Times New Roman" w:cs="Times New Roman"/>
          <w:sz w:val="28"/>
          <w:szCs w:val="28"/>
          <w:lang w:val="kk-KZ"/>
        </w:rPr>
      </w:pPr>
      <w:r w:rsidRPr="00C9392C">
        <w:rPr>
          <w:rFonts w:ascii="Times New Roman" w:hAnsi="Times New Roman" w:cs="Times New Roman"/>
          <w:noProof/>
          <w:sz w:val="28"/>
          <w:szCs w:val="28"/>
          <w:lang w:eastAsia="ru-RU"/>
        </w:rPr>
        <w:drawing>
          <wp:inline distT="0" distB="0" distL="0" distR="0" wp14:anchorId="67F65A52" wp14:editId="2778638A">
            <wp:extent cx="6614302" cy="3314700"/>
            <wp:effectExtent l="0" t="0" r="0" b="0"/>
            <wp:docPr id="497" name="Рисунок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616329" cy="3315716"/>
                    </a:xfrm>
                    <a:prstGeom prst="rect">
                      <a:avLst/>
                    </a:prstGeom>
                  </pic:spPr>
                </pic:pic>
              </a:graphicData>
            </a:graphic>
          </wp:inline>
        </w:drawing>
      </w:r>
    </w:p>
    <w:p w14:paraId="610FE841" w14:textId="77777777" w:rsidR="00326436" w:rsidRDefault="00326436" w:rsidP="008D3C3D">
      <w:pPr>
        <w:pStyle w:val="a8"/>
        <w:jc w:val="both"/>
        <w:rPr>
          <w:rFonts w:ascii="Times New Roman" w:hAnsi="Times New Roman" w:cs="Times New Roman"/>
          <w:sz w:val="28"/>
          <w:szCs w:val="28"/>
          <w:lang w:val="kk-KZ"/>
        </w:rPr>
      </w:pPr>
    </w:p>
    <w:p w14:paraId="5A6800F5" w14:textId="26D6AA29" w:rsidR="00326436" w:rsidRDefault="00C9392C" w:rsidP="008D3C3D">
      <w:pPr>
        <w:pStyle w:val="a8"/>
        <w:jc w:val="both"/>
        <w:rPr>
          <w:rFonts w:ascii="Times New Roman" w:hAnsi="Times New Roman" w:cs="Times New Roman"/>
          <w:sz w:val="28"/>
          <w:szCs w:val="28"/>
          <w:lang w:val="kk-KZ"/>
        </w:rPr>
      </w:pPr>
      <w:r w:rsidRPr="00C9392C">
        <w:rPr>
          <w:rFonts w:ascii="Times New Roman" w:hAnsi="Times New Roman" w:cs="Times New Roman"/>
          <w:noProof/>
          <w:sz w:val="28"/>
          <w:szCs w:val="28"/>
          <w:lang w:eastAsia="ru-RU"/>
        </w:rPr>
        <w:lastRenderedPageBreak/>
        <w:drawing>
          <wp:inline distT="0" distB="0" distL="0" distR="0" wp14:anchorId="144AB6C5" wp14:editId="4C1BC47F">
            <wp:extent cx="6657538" cy="3343275"/>
            <wp:effectExtent l="0" t="0" r="0" b="0"/>
            <wp:docPr id="498" name="Рисунок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659202" cy="3344111"/>
                    </a:xfrm>
                    <a:prstGeom prst="rect">
                      <a:avLst/>
                    </a:prstGeom>
                  </pic:spPr>
                </pic:pic>
              </a:graphicData>
            </a:graphic>
          </wp:inline>
        </w:drawing>
      </w:r>
    </w:p>
    <w:p w14:paraId="1A422B23" w14:textId="77777777" w:rsidR="00326436" w:rsidRDefault="00326436" w:rsidP="008D3C3D">
      <w:pPr>
        <w:pStyle w:val="a8"/>
        <w:jc w:val="both"/>
        <w:rPr>
          <w:rFonts w:ascii="Times New Roman" w:hAnsi="Times New Roman" w:cs="Times New Roman"/>
          <w:sz w:val="28"/>
          <w:szCs w:val="28"/>
          <w:lang w:val="kk-KZ"/>
        </w:rPr>
      </w:pPr>
    </w:p>
    <w:p w14:paraId="669D208A" w14:textId="77777777" w:rsidR="000F4209" w:rsidRDefault="000F4209" w:rsidP="008D3C3D">
      <w:pPr>
        <w:pStyle w:val="a8"/>
        <w:jc w:val="both"/>
        <w:rPr>
          <w:rFonts w:ascii="Times New Roman" w:hAnsi="Times New Roman" w:cs="Times New Roman"/>
          <w:sz w:val="28"/>
          <w:szCs w:val="28"/>
          <w:lang w:val="kk-KZ"/>
        </w:rPr>
      </w:pPr>
    </w:p>
    <w:p w14:paraId="252D28CC" w14:textId="2C82DD67" w:rsidR="008D3C3D" w:rsidRPr="00DE0A4F" w:rsidRDefault="002B1E78" w:rsidP="002B1E78">
      <w:pPr>
        <w:pStyle w:val="a8"/>
        <w:jc w:val="center"/>
        <w:rPr>
          <w:rFonts w:ascii="Times New Roman" w:hAnsi="Times New Roman" w:cs="Times New Roman"/>
          <w:b/>
          <w:sz w:val="28"/>
          <w:szCs w:val="28"/>
          <w:lang w:val="kk-KZ"/>
        </w:rPr>
      </w:pPr>
      <w:r w:rsidRPr="00DE0A4F">
        <w:rPr>
          <w:rFonts w:ascii="Times New Roman" w:hAnsi="Times New Roman" w:cs="Times New Roman"/>
          <w:b/>
          <w:sz w:val="28"/>
          <w:szCs w:val="28"/>
          <w:lang w:val="kk-KZ"/>
        </w:rPr>
        <w:t>Соңғы үш оқу жылындағы білім алушылар контингентінің өзгеру динамикасы</w:t>
      </w:r>
    </w:p>
    <w:tbl>
      <w:tblPr>
        <w:tblW w:w="993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6"/>
        <w:gridCol w:w="2126"/>
        <w:gridCol w:w="2268"/>
        <w:gridCol w:w="2256"/>
      </w:tblGrid>
      <w:tr w:rsidR="008D3C3D" w:rsidRPr="00DE0A4F" w14:paraId="405F68B8" w14:textId="77777777" w:rsidTr="00A65890">
        <w:trPr>
          <w:trHeight w:val="551"/>
          <w:jc w:val="center"/>
        </w:trPr>
        <w:tc>
          <w:tcPr>
            <w:tcW w:w="3286" w:type="dxa"/>
          </w:tcPr>
          <w:p w14:paraId="5082DF91" w14:textId="358F4A3F" w:rsidR="008D3C3D" w:rsidRPr="00DE0A4F" w:rsidRDefault="002B1E78" w:rsidP="00A65890">
            <w:pPr>
              <w:pStyle w:val="a8"/>
              <w:ind w:hanging="97"/>
              <w:jc w:val="center"/>
              <w:rPr>
                <w:rFonts w:ascii="Times New Roman" w:hAnsi="Times New Roman" w:cs="Times New Roman"/>
                <w:sz w:val="28"/>
                <w:szCs w:val="28"/>
                <w:lang w:val="kk-KZ"/>
              </w:rPr>
            </w:pPr>
            <w:r w:rsidRPr="00DE0A4F">
              <w:rPr>
                <w:rFonts w:ascii="Times New Roman" w:hAnsi="Times New Roman" w:cs="Times New Roman"/>
                <w:sz w:val="28"/>
                <w:szCs w:val="28"/>
                <w:lang w:val="kk-KZ"/>
              </w:rPr>
              <w:t>Оқу жылы</w:t>
            </w:r>
          </w:p>
        </w:tc>
        <w:tc>
          <w:tcPr>
            <w:tcW w:w="2126" w:type="dxa"/>
          </w:tcPr>
          <w:p w14:paraId="47C7A620" w14:textId="0498BC3E" w:rsidR="008D3C3D" w:rsidRPr="00DE0A4F" w:rsidRDefault="002B1E78" w:rsidP="00141BCD">
            <w:pPr>
              <w:pStyle w:val="a8"/>
              <w:jc w:val="center"/>
              <w:rPr>
                <w:rFonts w:ascii="Times New Roman" w:hAnsi="Times New Roman" w:cs="Times New Roman"/>
                <w:sz w:val="28"/>
                <w:szCs w:val="28"/>
              </w:rPr>
            </w:pPr>
            <w:r w:rsidRPr="00DE0A4F">
              <w:rPr>
                <w:rFonts w:ascii="Times New Roman" w:hAnsi="Times New Roman" w:cs="Times New Roman"/>
                <w:sz w:val="28"/>
                <w:szCs w:val="28"/>
              </w:rPr>
              <w:t>2024-2025</w:t>
            </w:r>
          </w:p>
        </w:tc>
        <w:tc>
          <w:tcPr>
            <w:tcW w:w="2268" w:type="dxa"/>
          </w:tcPr>
          <w:p w14:paraId="513CFB68" w14:textId="67D986EB" w:rsidR="008D3C3D" w:rsidRPr="00DE0A4F" w:rsidRDefault="002B1E78" w:rsidP="00141BCD">
            <w:pPr>
              <w:pStyle w:val="a8"/>
              <w:jc w:val="center"/>
              <w:rPr>
                <w:rFonts w:ascii="Times New Roman" w:hAnsi="Times New Roman" w:cs="Times New Roman"/>
                <w:sz w:val="28"/>
                <w:szCs w:val="28"/>
                <w:lang w:val="kk-KZ"/>
              </w:rPr>
            </w:pPr>
            <w:r w:rsidRPr="00DE0A4F">
              <w:rPr>
                <w:rFonts w:ascii="Times New Roman" w:hAnsi="Times New Roman" w:cs="Times New Roman"/>
                <w:sz w:val="28"/>
                <w:szCs w:val="28"/>
                <w:lang w:val="kk-KZ"/>
              </w:rPr>
              <w:t>2025-2026</w:t>
            </w:r>
          </w:p>
        </w:tc>
        <w:tc>
          <w:tcPr>
            <w:tcW w:w="2256" w:type="dxa"/>
          </w:tcPr>
          <w:p w14:paraId="2B85A032" w14:textId="7FA43C6C" w:rsidR="008D3C3D" w:rsidRPr="00DE0A4F" w:rsidRDefault="002B1E78" w:rsidP="00141BCD">
            <w:pPr>
              <w:pStyle w:val="a8"/>
              <w:jc w:val="center"/>
              <w:rPr>
                <w:rFonts w:ascii="Times New Roman" w:hAnsi="Times New Roman" w:cs="Times New Roman"/>
                <w:sz w:val="28"/>
                <w:szCs w:val="28"/>
                <w:lang w:val="kk-KZ"/>
              </w:rPr>
            </w:pPr>
            <w:r w:rsidRPr="00DE0A4F">
              <w:rPr>
                <w:rFonts w:ascii="Times New Roman" w:hAnsi="Times New Roman" w:cs="Times New Roman"/>
                <w:sz w:val="28"/>
                <w:szCs w:val="28"/>
                <w:lang w:val="kk-KZ"/>
              </w:rPr>
              <w:t>2026-2027</w:t>
            </w:r>
          </w:p>
        </w:tc>
      </w:tr>
      <w:tr w:rsidR="008D3C3D" w:rsidRPr="00DE0A4F" w14:paraId="320F7905" w14:textId="77777777" w:rsidTr="00A65890">
        <w:trPr>
          <w:trHeight w:val="277"/>
          <w:jc w:val="center"/>
        </w:trPr>
        <w:tc>
          <w:tcPr>
            <w:tcW w:w="3286" w:type="dxa"/>
          </w:tcPr>
          <w:p w14:paraId="27412A6B" w14:textId="77777777" w:rsidR="008D3C3D" w:rsidRPr="00DE0A4F" w:rsidRDefault="008D3C3D" w:rsidP="00141BCD">
            <w:pPr>
              <w:pStyle w:val="a8"/>
              <w:jc w:val="center"/>
              <w:rPr>
                <w:rFonts w:ascii="Times New Roman" w:hAnsi="Times New Roman" w:cs="Times New Roman"/>
                <w:sz w:val="28"/>
                <w:szCs w:val="28"/>
              </w:rPr>
            </w:pPr>
            <w:r w:rsidRPr="00DE0A4F">
              <w:rPr>
                <w:rFonts w:ascii="Times New Roman" w:hAnsi="Times New Roman" w:cs="Times New Roman"/>
                <w:sz w:val="28"/>
                <w:szCs w:val="28"/>
              </w:rPr>
              <w:t>Контингент</w:t>
            </w:r>
          </w:p>
        </w:tc>
        <w:tc>
          <w:tcPr>
            <w:tcW w:w="2126" w:type="dxa"/>
          </w:tcPr>
          <w:p w14:paraId="0A0520F8" w14:textId="19853412" w:rsidR="008D3C3D" w:rsidRPr="00DE0A4F" w:rsidRDefault="002B1E78" w:rsidP="00141BCD">
            <w:pPr>
              <w:pStyle w:val="a8"/>
              <w:jc w:val="center"/>
              <w:rPr>
                <w:rFonts w:ascii="Times New Roman" w:hAnsi="Times New Roman" w:cs="Times New Roman"/>
                <w:sz w:val="28"/>
                <w:szCs w:val="28"/>
                <w:lang w:val="kk-KZ"/>
              </w:rPr>
            </w:pPr>
            <w:r w:rsidRPr="00DE0A4F">
              <w:rPr>
                <w:rFonts w:ascii="Times New Roman" w:hAnsi="Times New Roman" w:cs="Times New Roman"/>
                <w:sz w:val="28"/>
                <w:szCs w:val="28"/>
                <w:lang w:val="kk-KZ"/>
              </w:rPr>
              <w:t>909</w:t>
            </w:r>
          </w:p>
        </w:tc>
        <w:tc>
          <w:tcPr>
            <w:tcW w:w="2268" w:type="dxa"/>
          </w:tcPr>
          <w:p w14:paraId="01CE7242" w14:textId="5E524D3F" w:rsidR="008D3C3D" w:rsidRPr="00DE0A4F" w:rsidRDefault="002B1E78" w:rsidP="00141BCD">
            <w:pPr>
              <w:pStyle w:val="a8"/>
              <w:jc w:val="center"/>
              <w:rPr>
                <w:rFonts w:ascii="Times New Roman" w:hAnsi="Times New Roman" w:cs="Times New Roman"/>
                <w:sz w:val="28"/>
                <w:szCs w:val="28"/>
                <w:lang w:val="kk-KZ"/>
              </w:rPr>
            </w:pPr>
            <w:r w:rsidRPr="00DE0A4F">
              <w:rPr>
                <w:rFonts w:ascii="Times New Roman" w:hAnsi="Times New Roman" w:cs="Times New Roman"/>
                <w:sz w:val="28"/>
                <w:szCs w:val="28"/>
                <w:lang w:val="kk-KZ"/>
              </w:rPr>
              <w:t>965</w:t>
            </w:r>
          </w:p>
        </w:tc>
        <w:tc>
          <w:tcPr>
            <w:tcW w:w="2256" w:type="dxa"/>
          </w:tcPr>
          <w:p w14:paraId="68020F3D" w14:textId="4A8A40B1" w:rsidR="008D3C3D" w:rsidRPr="00DE0A4F" w:rsidRDefault="002B1E78" w:rsidP="00141BCD">
            <w:pPr>
              <w:pStyle w:val="a8"/>
              <w:jc w:val="center"/>
              <w:rPr>
                <w:rFonts w:ascii="Times New Roman" w:hAnsi="Times New Roman" w:cs="Times New Roman"/>
                <w:sz w:val="28"/>
                <w:szCs w:val="28"/>
                <w:lang w:val="kk-KZ"/>
              </w:rPr>
            </w:pPr>
            <w:r w:rsidRPr="00DE0A4F">
              <w:rPr>
                <w:rFonts w:ascii="Times New Roman" w:hAnsi="Times New Roman" w:cs="Times New Roman"/>
                <w:sz w:val="28"/>
                <w:szCs w:val="28"/>
                <w:lang w:val="kk-KZ"/>
              </w:rPr>
              <w:t>1053</w:t>
            </w:r>
          </w:p>
        </w:tc>
      </w:tr>
    </w:tbl>
    <w:p w14:paraId="16A287D7" w14:textId="566D54D2" w:rsidR="008D3C3D" w:rsidRPr="00DE0A4F" w:rsidRDefault="008D3C3D" w:rsidP="00FA570C">
      <w:pPr>
        <w:pStyle w:val="a8"/>
        <w:jc w:val="center"/>
        <w:rPr>
          <w:rFonts w:ascii="Times New Roman" w:hAnsi="Times New Roman" w:cs="Times New Roman"/>
          <w:sz w:val="28"/>
          <w:szCs w:val="28"/>
        </w:rPr>
      </w:pPr>
    </w:p>
    <w:p w14:paraId="2318F2BB" w14:textId="2931D8D5" w:rsidR="008D3C3D" w:rsidRPr="00DE0A4F" w:rsidRDefault="002B1E78" w:rsidP="002B1E78">
      <w:pPr>
        <w:pStyle w:val="a8"/>
        <w:jc w:val="center"/>
        <w:rPr>
          <w:rFonts w:ascii="Times New Roman" w:hAnsi="Times New Roman" w:cs="Times New Roman"/>
          <w:b/>
          <w:sz w:val="28"/>
          <w:szCs w:val="28"/>
        </w:rPr>
      </w:pPr>
      <w:r w:rsidRPr="00DE0A4F">
        <w:rPr>
          <w:rFonts w:ascii="Times New Roman" w:hAnsi="Times New Roman" w:cs="Times New Roman"/>
          <w:b/>
          <w:sz w:val="28"/>
          <w:szCs w:val="28"/>
        </w:rPr>
        <w:t>Ерекше білім беру қажеттіліктері бар білім алушылар контингентінің өзгеру динамикасы</w:t>
      </w:r>
    </w:p>
    <w:p w14:paraId="785826D0" w14:textId="77777777" w:rsidR="002B1E78" w:rsidRPr="00DE0A4F" w:rsidRDefault="002B1E78" w:rsidP="002B1E78">
      <w:pPr>
        <w:pStyle w:val="a8"/>
        <w:jc w:val="center"/>
        <w:rPr>
          <w:rFonts w:ascii="Times New Roman" w:hAnsi="Times New Roman" w:cs="Times New Roman"/>
          <w:b/>
          <w:sz w:val="28"/>
          <w:szCs w:val="28"/>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2126"/>
        <w:gridCol w:w="1843"/>
        <w:gridCol w:w="2268"/>
        <w:gridCol w:w="1843"/>
      </w:tblGrid>
      <w:tr w:rsidR="00312B68" w:rsidRPr="00DE0A4F" w14:paraId="2AD3124B" w14:textId="77777777" w:rsidTr="00387B16">
        <w:tc>
          <w:tcPr>
            <w:tcW w:w="1701" w:type="dxa"/>
          </w:tcPr>
          <w:p w14:paraId="10498F05" w14:textId="0B315D43" w:rsidR="00312B68" w:rsidRPr="00DE0A4F" w:rsidRDefault="002B1E78" w:rsidP="00141BCD">
            <w:pPr>
              <w:pStyle w:val="a8"/>
              <w:jc w:val="center"/>
              <w:rPr>
                <w:rFonts w:ascii="Times New Roman" w:hAnsi="Times New Roman" w:cs="Times New Roman"/>
                <w:b/>
                <w:bCs/>
                <w:sz w:val="28"/>
                <w:szCs w:val="28"/>
                <w:lang w:val="kk-KZ"/>
              </w:rPr>
            </w:pPr>
            <w:r w:rsidRPr="00DE0A4F">
              <w:rPr>
                <w:rFonts w:ascii="Times New Roman" w:hAnsi="Times New Roman" w:cs="Times New Roman"/>
                <w:b/>
                <w:bCs/>
                <w:sz w:val="28"/>
                <w:szCs w:val="28"/>
                <w:lang w:val="kk-KZ"/>
              </w:rPr>
              <w:t>Оқу жылы</w:t>
            </w:r>
          </w:p>
        </w:tc>
        <w:tc>
          <w:tcPr>
            <w:tcW w:w="2126" w:type="dxa"/>
          </w:tcPr>
          <w:p w14:paraId="710071D4" w14:textId="77777777" w:rsidR="00312B68" w:rsidRPr="00DE0A4F" w:rsidRDefault="00312B68" w:rsidP="00141BCD">
            <w:pPr>
              <w:pStyle w:val="a8"/>
              <w:jc w:val="center"/>
              <w:rPr>
                <w:rFonts w:ascii="Times New Roman" w:hAnsi="Times New Roman" w:cs="Times New Roman"/>
                <w:b/>
                <w:bCs/>
                <w:sz w:val="28"/>
                <w:szCs w:val="28"/>
                <w:lang w:val="kk-KZ"/>
              </w:rPr>
            </w:pPr>
            <w:r w:rsidRPr="00DE0A4F">
              <w:rPr>
                <w:rFonts w:ascii="Times New Roman" w:hAnsi="Times New Roman" w:cs="Times New Roman"/>
                <w:b/>
                <w:bCs/>
                <w:sz w:val="28"/>
                <w:szCs w:val="28"/>
              </w:rPr>
              <w:t>Контингент</w:t>
            </w:r>
          </w:p>
        </w:tc>
        <w:tc>
          <w:tcPr>
            <w:tcW w:w="1843" w:type="dxa"/>
          </w:tcPr>
          <w:p w14:paraId="391BC901" w14:textId="22C9F490" w:rsidR="00312B68" w:rsidRPr="00DE0A4F" w:rsidRDefault="002B1E78" w:rsidP="00141BCD">
            <w:pPr>
              <w:pStyle w:val="a8"/>
              <w:jc w:val="center"/>
              <w:rPr>
                <w:rFonts w:ascii="Times New Roman" w:hAnsi="Times New Roman" w:cs="Times New Roman"/>
                <w:b/>
                <w:bCs/>
                <w:sz w:val="28"/>
                <w:szCs w:val="28"/>
                <w:lang w:val="kk-KZ"/>
              </w:rPr>
            </w:pPr>
            <w:r w:rsidRPr="00DE0A4F">
              <w:rPr>
                <w:rFonts w:ascii="Times New Roman" w:hAnsi="Times New Roman" w:cs="Times New Roman"/>
                <w:b/>
                <w:bCs/>
                <w:sz w:val="28"/>
                <w:szCs w:val="28"/>
                <w:lang w:val="kk-KZ"/>
              </w:rPr>
              <w:t>Инклюзия</w:t>
            </w:r>
          </w:p>
        </w:tc>
        <w:tc>
          <w:tcPr>
            <w:tcW w:w="2268" w:type="dxa"/>
          </w:tcPr>
          <w:p w14:paraId="7B3745A8" w14:textId="70FB0C64" w:rsidR="00312B68" w:rsidRPr="00DE0A4F" w:rsidRDefault="002B1E78" w:rsidP="002B1E78">
            <w:pPr>
              <w:pStyle w:val="a8"/>
              <w:jc w:val="center"/>
              <w:rPr>
                <w:rFonts w:ascii="Times New Roman" w:hAnsi="Times New Roman" w:cs="Times New Roman"/>
                <w:b/>
                <w:bCs/>
                <w:sz w:val="28"/>
                <w:szCs w:val="28"/>
                <w:lang w:val="kk-KZ"/>
              </w:rPr>
            </w:pPr>
            <w:r w:rsidRPr="00DE0A4F">
              <w:rPr>
                <w:rFonts w:ascii="Times New Roman" w:hAnsi="Times New Roman" w:cs="Times New Roman"/>
                <w:b/>
                <w:bCs/>
                <w:sz w:val="28"/>
                <w:szCs w:val="28"/>
                <w:lang w:val="kk-KZ"/>
              </w:rPr>
              <w:t xml:space="preserve">Арнайы сынып </w:t>
            </w:r>
          </w:p>
        </w:tc>
        <w:tc>
          <w:tcPr>
            <w:tcW w:w="1843" w:type="dxa"/>
          </w:tcPr>
          <w:p w14:paraId="79FAEFEB" w14:textId="057E3A26" w:rsidR="00312B68" w:rsidRPr="00DE0A4F" w:rsidRDefault="002B1E78" w:rsidP="00141BCD">
            <w:pPr>
              <w:pStyle w:val="a8"/>
              <w:jc w:val="center"/>
              <w:rPr>
                <w:rFonts w:ascii="Times New Roman" w:hAnsi="Times New Roman" w:cs="Times New Roman"/>
                <w:b/>
                <w:bCs/>
                <w:sz w:val="28"/>
                <w:szCs w:val="28"/>
                <w:lang w:val="kk-KZ"/>
              </w:rPr>
            </w:pPr>
            <w:r w:rsidRPr="00DE0A4F">
              <w:rPr>
                <w:rFonts w:ascii="Times New Roman" w:hAnsi="Times New Roman" w:cs="Times New Roman"/>
                <w:b/>
                <w:bCs/>
                <w:sz w:val="28"/>
                <w:szCs w:val="28"/>
                <w:lang w:val="kk-KZ"/>
              </w:rPr>
              <w:t>Үйде оқыту</w:t>
            </w:r>
          </w:p>
        </w:tc>
      </w:tr>
      <w:tr w:rsidR="00575503" w:rsidRPr="00DE0A4F" w14:paraId="1223F6BB" w14:textId="77777777" w:rsidTr="00387B16">
        <w:tc>
          <w:tcPr>
            <w:tcW w:w="1701" w:type="dxa"/>
          </w:tcPr>
          <w:p w14:paraId="655DBBC5" w14:textId="14B1BFE3" w:rsidR="00575503" w:rsidRPr="00DE0A4F" w:rsidRDefault="002B1E78" w:rsidP="00575503">
            <w:pPr>
              <w:pStyle w:val="a8"/>
              <w:jc w:val="center"/>
              <w:rPr>
                <w:rFonts w:ascii="Times New Roman" w:hAnsi="Times New Roman" w:cs="Times New Roman"/>
                <w:sz w:val="28"/>
                <w:szCs w:val="28"/>
                <w:lang w:val="kk-KZ"/>
              </w:rPr>
            </w:pPr>
            <w:r w:rsidRPr="00DE0A4F">
              <w:rPr>
                <w:rFonts w:ascii="Times New Roman" w:hAnsi="Times New Roman" w:cs="Times New Roman"/>
                <w:sz w:val="28"/>
                <w:szCs w:val="28"/>
                <w:lang w:val="kk-KZ"/>
              </w:rPr>
              <w:t>2024-2025</w:t>
            </w:r>
          </w:p>
        </w:tc>
        <w:tc>
          <w:tcPr>
            <w:tcW w:w="2126" w:type="dxa"/>
          </w:tcPr>
          <w:p w14:paraId="57F96149" w14:textId="4D32A18A" w:rsidR="00575503" w:rsidRPr="00DE0A4F" w:rsidRDefault="002B1E78" w:rsidP="00575503">
            <w:pPr>
              <w:pStyle w:val="a8"/>
              <w:jc w:val="center"/>
              <w:rPr>
                <w:rFonts w:ascii="Times New Roman" w:hAnsi="Times New Roman" w:cs="Times New Roman"/>
                <w:sz w:val="28"/>
                <w:szCs w:val="28"/>
                <w:lang w:val="kk-KZ"/>
              </w:rPr>
            </w:pPr>
            <w:r w:rsidRPr="00DE0A4F">
              <w:rPr>
                <w:rFonts w:ascii="Times New Roman" w:hAnsi="Times New Roman" w:cs="Times New Roman"/>
                <w:sz w:val="28"/>
                <w:szCs w:val="28"/>
                <w:lang w:val="kk-KZ"/>
              </w:rPr>
              <w:t>909</w:t>
            </w:r>
          </w:p>
        </w:tc>
        <w:tc>
          <w:tcPr>
            <w:tcW w:w="1843" w:type="dxa"/>
          </w:tcPr>
          <w:p w14:paraId="15161CDE" w14:textId="6AD4B0AE" w:rsidR="00575503" w:rsidRPr="00DE0A4F" w:rsidRDefault="00605DBA" w:rsidP="00575503">
            <w:pPr>
              <w:pStyle w:val="a8"/>
              <w:jc w:val="cente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2268" w:type="dxa"/>
          </w:tcPr>
          <w:p w14:paraId="2B6844FE" w14:textId="27BC2298" w:rsidR="00575503" w:rsidRPr="00DE0A4F" w:rsidRDefault="00575503" w:rsidP="00575503">
            <w:pPr>
              <w:pStyle w:val="a8"/>
              <w:jc w:val="center"/>
              <w:rPr>
                <w:rFonts w:ascii="Times New Roman" w:hAnsi="Times New Roman" w:cs="Times New Roman"/>
                <w:sz w:val="28"/>
                <w:szCs w:val="28"/>
                <w:lang w:val="kk-KZ"/>
              </w:rPr>
            </w:pPr>
            <w:r w:rsidRPr="00DE0A4F">
              <w:rPr>
                <w:rFonts w:ascii="Times New Roman" w:hAnsi="Times New Roman" w:cs="Times New Roman"/>
                <w:sz w:val="28"/>
                <w:szCs w:val="28"/>
                <w:lang w:val="kk-KZ"/>
              </w:rPr>
              <w:t>0</w:t>
            </w:r>
          </w:p>
        </w:tc>
        <w:tc>
          <w:tcPr>
            <w:tcW w:w="1843" w:type="dxa"/>
          </w:tcPr>
          <w:p w14:paraId="0C5E20FB" w14:textId="388482FF" w:rsidR="00575503" w:rsidRPr="00DE0A4F" w:rsidRDefault="002B1E78" w:rsidP="00575503">
            <w:pPr>
              <w:pStyle w:val="a8"/>
              <w:jc w:val="center"/>
              <w:rPr>
                <w:rFonts w:ascii="Times New Roman" w:hAnsi="Times New Roman" w:cs="Times New Roman"/>
                <w:sz w:val="28"/>
                <w:szCs w:val="28"/>
                <w:lang w:val="kk-KZ"/>
              </w:rPr>
            </w:pPr>
            <w:r w:rsidRPr="00DE0A4F">
              <w:rPr>
                <w:rFonts w:ascii="Times New Roman" w:hAnsi="Times New Roman" w:cs="Times New Roman"/>
                <w:sz w:val="28"/>
                <w:szCs w:val="28"/>
                <w:lang w:val="kk-KZ"/>
              </w:rPr>
              <w:t>7</w:t>
            </w:r>
          </w:p>
        </w:tc>
      </w:tr>
      <w:tr w:rsidR="00DC5D73" w:rsidRPr="00DE0A4F" w14:paraId="498DAC09" w14:textId="77777777" w:rsidTr="00387B16">
        <w:tc>
          <w:tcPr>
            <w:tcW w:w="1701" w:type="dxa"/>
          </w:tcPr>
          <w:p w14:paraId="3954F283" w14:textId="2CC8BB6E" w:rsidR="00DC5D73" w:rsidRPr="00DE0A4F" w:rsidRDefault="002B1E78" w:rsidP="00575503">
            <w:pPr>
              <w:pStyle w:val="a8"/>
              <w:jc w:val="center"/>
              <w:rPr>
                <w:rFonts w:ascii="Times New Roman" w:hAnsi="Times New Roman" w:cs="Times New Roman"/>
                <w:sz w:val="28"/>
                <w:szCs w:val="28"/>
                <w:lang w:val="kk-KZ"/>
              </w:rPr>
            </w:pPr>
            <w:r w:rsidRPr="00DE0A4F">
              <w:rPr>
                <w:rFonts w:ascii="Times New Roman" w:hAnsi="Times New Roman" w:cs="Times New Roman"/>
                <w:sz w:val="28"/>
                <w:szCs w:val="28"/>
                <w:lang w:val="kk-KZ"/>
              </w:rPr>
              <w:t>2025-2026</w:t>
            </w:r>
          </w:p>
        </w:tc>
        <w:tc>
          <w:tcPr>
            <w:tcW w:w="2126" w:type="dxa"/>
          </w:tcPr>
          <w:p w14:paraId="0AE8588B" w14:textId="05414620" w:rsidR="00DC5D73" w:rsidRPr="00DE0A4F" w:rsidRDefault="002B1E78" w:rsidP="00575503">
            <w:pPr>
              <w:pStyle w:val="a8"/>
              <w:jc w:val="center"/>
              <w:rPr>
                <w:rFonts w:ascii="Times New Roman" w:hAnsi="Times New Roman" w:cs="Times New Roman"/>
                <w:sz w:val="28"/>
                <w:szCs w:val="28"/>
                <w:lang w:val="kk-KZ"/>
              </w:rPr>
            </w:pPr>
            <w:r w:rsidRPr="00DE0A4F">
              <w:rPr>
                <w:rFonts w:ascii="Times New Roman" w:hAnsi="Times New Roman" w:cs="Times New Roman"/>
                <w:sz w:val="28"/>
                <w:szCs w:val="28"/>
                <w:lang w:val="kk-KZ"/>
              </w:rPr>
              <w:t>965</w:t>
            </w:r>
          </w:p>
        </w:tc>
        <w:tc>
          <w:tcPr>
            <w:tcW w:w="1843" w:type="dxa"/>
          </w:tcPr>
          <w:p w14:paraId="0E9994E1" w14:textId="1F0A819E" w:rsidR="00DC5D73" w:rsidRPr="00DE0A4F" w:rsidRDefault="00C856EF" w:rsidP="00575503">
            <w:pPr>
              <w:pStyle w:val="a8"/>
              <w:jc w:val="center"/>
              <w:rPr>
                <w:rFonts w:ascii="Times New Roman" w:hAnsi="Times New Roman" w:cs="Times New Roman"/>
                <w:sz w:val="28"/>
                <w:szCs w:val="28"/>
                <w:lang w:val="kk-KZ"/>
              </w:rPr>
            </w:pPr>
            <w:r>
              <w:rPr>
                <w:rFonts w:ascii="Times New Roman" w:hAnsi="Times New Roman" w:cs="Times New Roman"/>
                <w:sz w:val="28"/>
                <w:szCs w:val="28"/>
                <w:lang w:val="kk-KZ"/>
              </w:rPr>
              <w:t>11</w:t>
            </w:r>
          </w:p>
        </w:tc>
        <w:tc>
          <w:tcPr>
            <w:tcW w:w="2268" w:type="dxa"/>
          </w:tcPr>
          <w:p w14:paraId="34F1410C" w14:textId="708AF70D" w:rsidR="00DC5D73" w:rsidRPr="00DE0A4F" w:rsidRDefault="001E1E96" w:rsidP="00575503">
            <w:pPr>
              <w:pStyle w:val="a8"/>
              <w:jc w:val="center"/>
              <w:rPr>
                <w:rFonts w:ascii="Times New Roman" w:hAnsi="Times New Roman" w:cs="Times New Roman"/>
                <w:sz w:val="28"/>
                <w:szCs w:val="28"/>
                <w:lang w:val="kk-KZ"/>
              </w:rPr>
            </w:pPr>
            <w:r w:rsidRPr="00DE0A4F">
              <w:rPr>
                <w:rFonts w:ascii="Times New Roman" w:hAnsi="Times New Roman" w:cs="Times New Roman"/>
                <w:sz w:val="28"/>
                <w:szCs w:val="28"/>
                <w:lang w:val="kk-KZ"/>
              </w:rPr>
              <w:t>0</w:t>
            </w:r>
          </w:p>
        </w:tc>
        <w:tc>
          <w:tcPr>
            <w:tcW w:w="1843" w:type="dxa"/>
          </w:tcPr>
          <w:p w14:paraId="265943E0" w14:textId="648784A8" w:rsidR="00DC5D73" w:rsidRPr="00DE0A4F" w:rsidRDefault="00A65890" w:rsidP="00575503">
            <w:pPr>
              <w:pStyle w:val="a8"/>
              <w:jc w:val="center"/>
              <w:rPr>
                <w:rFonts w:ascii="Times New Roman" w:hAnsi="Times New Roman" w:cs="Times New Roman"/>
                <w:sz w:val="28"/>
                <w:szCs w:val="28"/>
                <w:lang w:val="kk-KZ"/>
              </w:rPr>
            </w:pPr>
            <w:r w:rsidRPr="00DE0A4F">
              <w:rPr>
                <w:rFonts w:ascii="Times New Roman" w:hAnsi="Times New Roman" w:cs="Times New Roman"/>
                <w:sz w:val="28"/>
                <w:szCs w:val="28"/>
                <w:lang w:val="kk-KZ"/>
              </w:rPr>
              <w:t>7</w:t>
            </w:r>
          </w:p>
        </w:tc>
      </w:tr>
      <w:tr w:rsidR="00DC5D73" w:rsidRPr="00DE0A4F" w14:paraId="5E4C8463" w14:textId="77777777" w:rsidTr="00387B16">
        <w:tc>
          <w:tcPr>
            <w:tcW w:w="1701" w:type="dxa"/>
          </w:tcPr>
          <w:p w14:paraId="730C81E5" w14:textId="1E018A1C" w:rsidR="00DC5D73" w:rsidRPr="00DE0A4F" w:rsidRDefault="002B1E78" w:rsidP="00575503">
            <w:pPr>
              <w:pStyle w:val="a8"/>
              <w:jc w:val="center"/>
              <w:rPr>
                <w:rFonts w:ascii="Times New Roman" w:hAnsi="Times New Roman" w:cs="Times New Roman"/>
                <w:sz w:val="28"/>
                <w:szCs w:val="28"/>
                <w:lang w:val="kk-KZ"/>
              </w:rPr>
            </w:pPr>
            <w:r w:rsidRPr="00DE0A4F">
              <w:rPr>
                <w:rFonts w:ascii="Times New Roman" w:hAnsi="Times New Roman" w:cs="Times New Roman"/>
                <w:sz w:val="28"/>
                <w:szCs w:val="28"/>
                <w:lang w:val="kk-KZ"/>
              </w:rPr>
              <w:t>2026-2027</w:t>
            </w:r>
          </w:p>
        </w:tc>
        <w:tc>
          <w:tcPr>
            <w:tcW w:w="2126" w:type="dxa"/>
          </w:tcPr>
          <w:p w14:paraId="41E023AE" w14:textId="22093982" w:rsidR="00DC5D73" w:rsidRPr="00DE0A4F" w:rsidRDefault="002B1E78" w:rsidP="00575503">
            <w:pPr>
              <w:pStyle w:val="a8"/>
              <w:jc w:val="center"/>
              <w:rPr>
                <w:rFonts w:ascii="Times New Roman" w:hAnsi="Times New Roman" w:cs="Times New Roman"/>
                <w:sz w:val="28"/>
                <w:szCs w:val="28"/>
                <w:lang w:val="kk-KZ"/>
              </w:rPr>
            </w:pPr>
            <w:r w:rsidRPr="00DE0A4F">
              <w:rPr>
                <w:rFonts w:ascii="Times New Roman" w:hAnsi="Times New Roman" w:cs="Times New Roman"/>
                <w:sz w:val="28"/>
                <w:szCs w:val="28"/>
                <w:lang w:val="kk-KZ"/>
              </w:rPr>
              <w:t>1053</w:t>
            </w:r>
          </w:p>
        </w:tc>
        <w:tc>
          <w:tcPr>
            <w:tcW w:w="1843" w:type="dxa"/>
          </w:tcPr>
          <w:p w14:paraId="4EC59CDB" w14:textId="56C804A6" w:rsidR="00DC5D73" w:rsidRPr="00DE0A4F" w:rsidRDefault="00C856EF" w:rsidP="00575503">
            <w:pPr>
              <w:pStyle w:val="a8"/>
              <w:jc w:val="center"/>
              <w:rPr>
                <w:rFonts w:ascii="Times New Roman" w:hAnsi="Times New Roman" w:cs="Times New Roman"/>
                <w:sz w:val="28"/>
                <w:szCs w:val="28"/>
                <w:lang w:val="kk-KZ"/>
              </w:rPr>
            </w:pPr>
            <w:r>
              <w:rPr>
                <w:rFonts w:ascii="Times New Roman" w:hAnsi="Times New Roman" w:cs="Times New Roman"/>
                <w:sz w:val="28"/>
                <w:szCs w:val="28"/>
                <w:lang w:val="kk-KZ"/>
              </w:rPr>
              <w:t>11</w:t>
            </w:r>
          </w:p>
        </w:tc>
        <w:tc>
          <w:tcPr>
            <w:tcW w:w="2268" w:type="dxa"/>
          </w:tcPr>
          <w:p w14:paraId="0E1F64D0" w14:textId="1E348FA8" w:rsidR="00DC5D73" w:rsidRPr="00DE0A4F" w:rsidRDefault="001E1E96" w:rsidP="00575503">
            <w:pPr>
              <w:pStyle w:val="a8"/>
              <w:jc w:val="center"/>
              <w:rPr>
                <w:rFonts w:ascii="Times New Roman" w:hAnsi="Times New Roman" w:cs="Times New Roman"/>
                <w:sz w:val="28"/>
                <w:szCs w:val="28"/>
                <w:lang w:val="kk-KZ"/>
              </w:rPr>
            </w:pPr>
            <w:r w:rsidRPr="00DE0A4F">
              <w:rPr>
                <w:rFonts w:ascii="Times New Roman" w:hAnsi="Times New Roman" w:cs="Times New Roman"/>
                <w:sz w:val="28"/>
                <w:szCs w:val="28"/>
                <w:lang w:val="kk-KZ"/>
              </w:rPr>
              <w:t>0</w:t>
            </w:r>
          </w:p>
        </w:tc>
        <w:tc>
          <w:tcPr>
            <w:tcW w:w="1843" w:type="dxa"/>
          </w:tcPr>
          <w:p w14:paraId="656B3E93" w14:textId="1636EBC6" w:rsidR="00DC5D73" w:rsidRPr="00DE0A4F" w:rsidRDefault="00A65890" w:rsidP="00575503">
            <w:pPr>
              <w:pStyle w:val="a8"/>
              <w:jc w:val="center"/>
              <w:rPr>
                <w:rFonts w:ascii="Times New Roman" w:hAnsi="Times New Roman" w:cs="Times New Roman"/>
                <w:sz w:val="28"/>
                <w:szCs w:val="28"/>
                <w:lang w:val="kk-KZ"/>
              </w:rPr>
            </w:pPr>
            <w:r w:rsidRPr="00DE0A4F">
              <w:rPr>
                <w:rFonts w:ascii="Times New Roman" w:hAnsi="Times New Roman" w:cs="Times New Roman"/>
                <w:sz w:val="28"/>
                <w:szCs w:val="28"/>
                <w:lang w:val="kk-KZ"/>
              </w:rPr>
              <w:t>1</w:t>
            </w:r>
          </w:p>
        </w:tc>
      </w:tr>
    </w:tbl>
    <w:p w14:paraId="6E6EDAC4" w14:textId="3930CE2F" w:rsidR="0086235D" w:rsidRPr="0086235D" w:rsidRDefault="007C0F33" w:rsidP="007C0F33">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№14 м</w:t>
      </w:r>
      <w:r w:rsidR="0086235D" w:rsidRPr="0086235D">
        <w:rPr>
          <w:rFonts w:ascii="Times New Roman" w:hAnsi="Times New Roman" w:cs="Times New Roman"/>
          <w:sz w:val="28"/>
          <w:szCs w:val="28"/>
          <w:lang w:val="kk-KZ"/>
        </w:rPr>
        <w:t>ектеп-</w:t>
      </w:r>
      <w:r w:rsidR="0086235D">
        <w:rPr>
          <w:rFonts w:ascii="Times New Roman" w:hAnsi="Times New Roman" w:cs="Times New Roman"/>
          <w:sz w:val="28"/>
          <w:szCs w:val="28"/>
          <w:lang w:val="kk-KZ"/>
        </w:rPr>
        <w:t>гимназияда</w:t>
      </w:r>
      <w:r w:rsidR="0086235D" w:rsidRPr="0086235D">
        <w:rPr>
          <w:rFonts w:ascii="Times New Roman" w:hAnsi="Times New Roman" w:cs="Times New Roman"/>
          <w:sz w:val="28"/>
          <w:szCs w:val="28"/>
          <w:lang w:val="kk-KZ"/>
        </w:rPr>
        <w:t xml:space="preserve"> ерекше білім беруді қажет ететін білім алушыларға олардың жеке мүмкіндіктері мен білім алу қажеттіліктерін ескере отырып, жеке және бейімделген оқу бағдарламалары бойынша білім беру жұмыстары ұйымдастырылған. Оқу процесі білім алушылардың психофизикалық ерекшеліктерін, жеке даму деңгейін және психологиялық-медициналық-педагогикалық консультацияның (ПМПК) ұсынымдарын ескере отырып жүзеге асырылады.</w:t>
      </w:r>
    </w:p>
    <w:p w14:paraId="391BB80A" w14:textId="44DBB49D" w:rsidR="0086235D" w:rsidRPr="007C0F33" w:rsidRDefault="0086235D" w:rsidP="007C0F33">
      <w:pPr>
        <w:pStyle w:val="a8"/>
        <w:jc w:val="both"/>
        <w:rPr>
          <w:rFonts w:ascii="Times New Roman" w:hAnsi="Times New Roman" w:cs="Times New Roman"/>
          <w:b/>
          <w:sz w:val="28"/>
          <w:szCs w:val="28"/>
          <w:lang w:val="kk-KZ"/>
        </w:rPr>
      </w:pPr>
      <w:r w:rsidRPr="0086235D">
        <w:rPr>
          <w:rFonts w:ascii="Times New Roman" w:hAnsi="Times New Roman" w:cs="Times New Roman"/>
          <w:b/>
          <w:sz w:val="28"/>
          <w:szCs w:val="28"/>
          <w:lang w:val="kk-KZ"/>
        </w:rPr>
        <w:t>Қорытынды</w:t>
      </w:r>
    </w:p>
    <w:p w14:paraId="240D38D1" w14:textId="09139D5F" w:rsidR="0086235D" w:rsidRPr="0086235D" w:rsidRDefault="007C0F33" w:rsidP="007C0F33">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№14 м</w:t>
      </w:r>
      <w:r w:rsidR="0086235D" w:rsidRPr="0086235D">
        <w:rPr>
          <w:rFonts w:ascii="Times New Roman" w:hAnsi="Times New Roman" w:cs="Times New Roman"/>
          <w:sz w:val="28"/>
          <w:szCs w:val="28"/>
          <w:lang w:val="kk-KZ"/>
        </w:rPr>
        <w:t>ектеп-</w:t>
      </w:r>
      <w:r w:rsidR="0086235D">
        <w:rPr>
          <w:rFonts w:ascii="Times New Roman" w:hAnsi="Times New Roman" w:cs="Times New Roman"/>
          <w:sz w:val="28"/>
          <w:szCs w:val="28"/>
          <w:lang w:val="kk-KZ"/>
        </w:rPr>
        <w:t>гимназияда</w:t>
      </w:r>
      <w:r w:rsidR="0086235D" w:rsidRPr="0086235D">
        <w:rPr>
          <w:rFonts w:ascii="Times New Roman" w:hAnsi="Times New Roman" w:cs="Times New Roman"/>
          <w:sz w:val="28"/>
          <w:szCs w:val="28"/>
          <w:lang w:val="kk-KZ"/>
        </w:rPr>
        <w:t xml:space="preserve"> ерекше білім беруді қажет ететін білім алушылардың білім алуына жағдай жасау және олардың жеке қажеттіліктеріне сәйкес оқу процесін ұйымдастыру бағытындағы</w:t>
      </w:r>
      <w:r w:rsidR="0086235D">
        <w:rPr>
          <w:rFonts w:ascii="Times New Roman" w:hAnsi="Times New Roman" w:cs="Times New Roman"/>
          <w:sz w:val="28"/>
          <w:szCs w:val="28"/>
          <w:lang w:val="kk-KZ"/>
        </w:rPr>
        <w:t xml:space="preserve"> жұмыстар жүргізілуде.</w:t>
      </w:r>
    </w:p>
    <w:p w14:paraId="5C0404EA" w14:textId="6468647B" w:rsidR="0086235D" w:rsidRPr="0086235D" w:rsidRDefault="007C0F33" w:rsidP="007C0F33">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86235D" w:rsidRPr="0086235D">
        <w:rPr>
          <w:rFonts w:ascii="Times New Roman" w:hAnsi="Times New Roman" w:cs="Times New Roman"/>
          <w:sz w:val="28"/>
          <w:szCs w:val="28"/>
          <w:lang w:val="kk-KZ"/>
        </w:rPr>
        <w:t>2024–2027 оқу жылдары аралығында бейімделген оқу бағдарламалары бойынша білім алушылар санының өсуі байқалады. Бұл білім алушылардың жеке білім алу қажеттіліктерін ескере отырып, оқу бағдарламаларын бейімдеу жұмыс</w:t>
      </w:r>
      <w:r w:rsidR="0086235D">
        <w:rPr>
          <w:rFonts w:ascii="Times New Roman" w:hAnsi="Times New Roman" w:cs="Times New Roman"/>
          <w:sz w:val="28"/>
          <w:szCs w:val="28"/>
          <w:lang w:val="kk-KZ"/>
        </w:rPr>
        <w:t>тарының маңыздылығын көрсетеді.</w:t>
      </w:r>
    </w:p>
    <w:p w14:paraId="6D42E0D6" w14:textId="79561861" w:rsidR="0086235D" w:rsidRDefault="007C0F33" w:rsidP="007C0F33">
      <w:pPr>
        <w:pStyle w:val="a8"/>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r w:rsidR="0086235D" w:rsidRPr="0086235D">
        <w:rPr>
          <w:rFonts w:ascii="Times New Roman" w:hAnsi="Times New Roman" w:cs="Times New Roman"/>
          <w:sz w:val="28"/>
          <w:szCs w:val="28"/>
          <w:lang w:val="kk-KZ"/>
        </w:rPr>
        <w:t>Алдағы уақытта ерекше білім беруді қажет ететін білім алушыларды психологиялық-педагогикалық қолдау, жеке оқу жетістіктерін бақылау, оқу бағдарламаларын олардың мүмкіндіктеріне сәйкес бейімдеу және инклюзивті білім беру сапасын арттыру бағытындағы жұмыстарды жалғастыру жоспарлануда.</w:t>
      </w:r>
    </w:p>
    <w:p w14:paraId="6CB95634" w14:textId="23BF5C9B" w:rsidR="00F74B99" w:rsidRDefault="00F74B99" w:rsidP="00DE0A4F">
      <w:pPr>
        <w:pStyle w:val="TableParagraph"/>
        <w:rPr>
          <w:b/>
          <w:sz w:val="28"/>
          <w:szCs w:val="28"/>
          <w:lang w:val="kk-KZ" w:eastAsia="ru-RU"/>
        </w:rPr>
      </w:pPr>
    </w:p>
    <w:p w14:paraId="2519FD8C" w14:textId="56FAF237" w:rsidR="00DE0A4F" w:rsidRPr="00DE0A4F" w:rsidRDefault="00DE0A4F" w:rsidP="00DE0A4F">
      <w:pPr>
        <w:pStyle w:val="TableParagraph"/>
        <w:rPr>
          <w:b/>
          <w:sz w:val="28"/>
          <w:szCs w:val="28"/>
          <w:lang w:val="kk-KZ" w:eastAsia="ru-RU"/>
        </w:rPr>
      </w:pPr>
      <w:r w:rsidRPr="00DE0A4F">
        <w:rPr>
          <w:b/>
          <w:sz w:val="28"/>
          <w:szCs w:val="28"/>
          <w:lang w:val="kk-KZ" w:eastAsia="ru-RU"/>
        </w:rPr>
        <w:t>Білім алушылар контингентінің қозғалысы туралы мәліметтер</w:t>
      </w:r>
    </w:p>
    <w:p w14:paraId="7120B5E7" w14:textId="1190BA70" w:rsidR="00DE0A4F" w:rsidRPr="00DE0A4F" w:rsidRDefault="00DE0A4F" w:rsidP="00DE0A4F">
      <w:pPr>
        <w:pStyle w:val="TableParagraph"/>
        <w:jc w:val="both"/>
        <w:rPr>
          <w:sz w:val="28"/>
          <w:szCs w:val="28"/>
          <w:lang w:val="kk-KZ" w:eastAsia="ru-RU"/>
        </w:rPr>
      </w:pPr>
      <w:r>
        <w:rPr>
          <w:sz w:val="28"/>
          <w:szCs w:val="28"/>
          <w:lang w:val="kk-KZ" w:eastAsia="ru-RU"/>
        </w:rPr>
        <w:t xml:space="preserve">           </w:t>
      </w:r>
      <w:r w:rsidRPr="00DE0A4F">
        <w:rPr>
          <w:sz w:val="28"/>
          <w:szCs w:val="28"/>
          <w:lang w:val="kk-KZ" w:eastAsia="ru-RU"/>
        </w:rPr>
        <w:t>Қазақстан Республикасы Білім және ғылым министрінің 2020 жылғы 6 сәуірдегі № 130 «Орта, техникалық және кәсіптік, орта білімнен кейінгі білім беру ұйымдарының педагогтері жүргізу үшін міндетті құжаттардың тізбесін және олардың нысандарын бекіту туралы» бұйрығына сәйкес білім алушылардың жеке іс қағаздары жүргізіледі.</w:t>
      </w:r>
    </w:p>
    <w:p w14:paraId="0EEF5B27" w14:textId="4C52B9ED" w:rsidR="00DE0A4F" w:rsidRPr="00DE0A4F" w:rsidRDefault="00DE0A4F" w:rsidP="00DE0A4F">
      <w:pPr>
        <w:pStyle w:val="TableParagraph"/>
        <w:jc w:val="both"/>
        <w:rPr>
          <w:sz w:val="28"/>
          <w:szCs w:val="28"/>
          <w:lang w:val="kk-KZ" w:eastAsia="ru-RU"/>
        </w:rPr>
      </w:pPr>
      <w:r>
        <w:rPr>
          <w:sz w:val="28"/>
          <w:szCs w:val="28"/>
          <w:lang w:val="kk-KZ" w:eastAsia="ru-RU"/>
        </w:rPr>
        <w:t xml:space="preserve">          </w:t>
      </w:r>
      <w:r w:rsidRPr="00DE0A4F">
        <w:rPr>
          <w:sz w:val="28"/>
          <w:szCs w:val="28"/>
          <w:lang w:val="kk-KZ" w:eastAsia="ru-RU"/>
        </w:rPr>
        <w:t>Барлық білім алушылардың жеке іс қағаздары нөмірленіп, алфавиттік кітапқа тіркелген. Білім алушылардың жеке іс қағаздарын жүргізу құжаттамасы мектептің іс номенклатурасына сәйкес жүзеге асырылады.</w:t>
      </w:r>
    </w:p>
    <w:p w14:paraId="0F88A0F1" w14:textId="47504208" w:rsidR="00DE0A4F" w:rsidRPr="00DE0A4F" w:rsidRDefault="00CB28E5" w:rsidP="00DE0A4F">
      <w:pPr>
        <w:pStyle w:val="TableParagraph"/>
        <w:jc w:val="both"/>
        <w:rPr>
          <w:sz w:val="28"/>
          <w:szCs w:val="28"/>
          <w:lang w:val="kk-KZ" w:eastAsia="ru-RU"/>
        </w:rPr>
      </w:pPr>
      <w:r>
        <w:rPr>
          <w:sz w:val="28"/>
          <w:szCs w:val="28"/>
          <w:lang w:val="kk-KZ" w:eastAsia="ru-RU"/>
        </w:rPr>
        <w:t xml:space="preserve">          </w:t>
      </w:r>
      <w:r w:rsidR="00DE0A4F" w:rsidRPr="00DE0A4F">
        <w:rPr>
          <w:sz w:val="28"/>
          <w:szCs w:val="28"/>
          <w:lang w:val="kk-KZ" w:eastAsia="ru-RU"/>
        </w:rPr>
        <w:t>Оқушылардың үлгерім табельдері сынып журналдарындағы бағалардың жиынтық ведомосі негізінде толтырылады. Табельге бағалар тоқсандық, жылдық, емтихандық және қорытынды бағаларға сәйкес енгізіледі.</w:t>
      </w:r>
    </w:p>
    <w:p w14:paraId="0792F2C1" w14:textId="416AFA62" w:rsidR="00DE0A4F" w:rsidRPr="00DE0A4F" w:rsidRDefault="00CB28E5" w:rsidP="00DE0A4F">
      <w:pPr>
        <w:pStyle w:val="TableParagraph"/>
        <w:jc w:val="both"/>
        <w:rPr>
          <w:sz w:val="28"/>
          <w:szCs w:val="28"/>
          <w:lang w:val="kk-KZ" w:eastAsia="ru-RU"/>
        </w:rPr>
      </w:pPr>
      <w:r>
        <w:rPr>
          <w:sz w:val="28"/>
          <w:szCs w:val="28"/>
          <w:lang w:val="kk-KZ" w:eastAsia="ru-RU"/>
        </w:rPr>
        <w:t xml:space="preserve">          </w:t>
      </w:r>
      <w:r w:rsidR="00DE0A4F" w:rsidRPr="00DE0A4F">
        <w:rPr>
          <w:sz w:val="28"/>
          <w:szCs w:val="28"/>
          <w:lang w:val="kk-KZ" w:eastAsia="ru-RU"/>
        </w:rPr>
        <w:t>Білім алушылардың жеке іс қағаздары мен үлгерім табельдерінің дұрыс толтырылуын мектеп әкімшілігі жүйелі түрде тексереді. Оқу жылының соңында барлық жеке іс қағаздары мен үлгерім табельдерін мектеп директоры қарап, тиісті белгі қояды.</w:t>
      </w:r>
    </w:p>
    <w:p w14:paraId="2B77883E" w14:textId="55478D0B" w:rsidR="00DE0A4F" w:rsidRPr="00DE0A4F" w:rsidRDefault="00CB28E5" w:rsidP="00DE0A4F">
      <w:pPr>
        <w:pStyle w:val="TableParagraph"/>
        <w:jc w:val="both"/>
        <w:rPr>
          <w:sz w:val="28"/>
          <w:szCs w:val="28"/>
          <w:lang w:val="kk-KZ" w:eastAsia="ru-RU"/>
        </w:rPr>
      </w:pPr>
      <w:r>
        <w:rPr>
          <w:sz w:val="28"/>
          <w:szCs w:val="28"/>
          <w:lang w:val="kk-KZ" w:eastAsia="ru-RU"/>
        </w:rPr>
        <w:t xml:space="preserve">          </w:t>
      </w:r>
      <w:r w:rsidR="00DE0A4F" w:rsidRPr="00DE0A4F">
        <w:rPr>
          <w:sz w:val="28"/>
          <w:szCs w:val="28"/>
          <w:lang w:val="kk-KZ" w:eastAsia="ru-RU"/>
        </w:rPr>
        <w:t>Алфавиттік кітап тігіліп, беттері нөмірленген және мектеп мөрімен расталған.</w:t>
      </w:r>
    </w:p>
    <w:p w14:paraId="23B279DB" w14:textId="61D7F494" w:rsidR="00DE0A4F" w:rsidRPr="00DE0A4F" w:rsidRDefault="00CB28E5" w:rsidP="00DE0A4F">
      <w:pPr>
        <w:pStyle w:val="TableParagraph"/>
        <w:jc w:val="both"/>
        <w:rPr>
          <w:sz w:val="28"/>
          <w:szCs w:val="28"/>
          <w:lang w:val="kk-KZ" w:eastAsia="ru-RU"/>
        </w:rPr>
      </w:pPr>
      <w:r>
        <w:rPr>
          <w:sz w:val="28"/>
          <w:szCs w:val="28"/>
          <w:lang w:val="kk-KZ" w:eastAsia="ru-RU"/>
        </w:rPr>
        <w:t xml:space="preserve">         </w:t>
      </w:r>
      <w:r w:rsidR="00DE0A4F">
        <w:rPr>
          <w:sz w:val="28"/>
          <w:szCs w:val="28"/>
          <w:lang w:val="kk-KZ" w:eastAsia="ru-RU"/>
        </w:rPr>
        <w:t xml:space="preserve"> </w:t>
      </w:r>
      <w:r w:rsidR="00DE0A4F" w:rsidRPr="00DE0A4F">
        <w:rPr>
          <w:sz w:val="28"/>
          <w:szCs w:val="28"/>
          <w:lang w:val="kk-KZ" w:eastAsia="ru-RU"/>
        </w:rPr>
        <w:t xml:space="preserve">Білім алушылардың қозғалысына қатысты бұйрықтарды тіркеу кітабы </w:t>
      </w:r>
      <w:r w:rsidR="00DE0A4F">
        <w:rPr>
          <w:sz w:val="28"/>
          <w:szCs w:val="28"/>
          <w:lang w:val="kk-KZ" w:eastAsia="ru-RU"/>
        </w:rPr>
        <w:t>қазақ</w:t>
      </w:r>
      <w:r w:rsidR="00DE0A4F" w:rsidRPr="00DE0A4F">
        <w:rPr>
          <w:sz w:val="28"/>
          <w:szCs w:val="28"/>
          <w:lang w:val="kk-KZ" w:eastAsia="ru-RU"/>
        </w:rPr>
        <w:t xml:space="preserve"> тілінде жүргізіледі. Кітаптың беттері нөмірленіп, тігіліп, мектеп мөрімен бекітілген.</w:t>
      </w:r>
    </w:p>
    <w:p w14:paraId="10F99D67" w14:textId="17E58FBC" w:rsidR="00DE0A4F" w:rsidRPr="00DE0A4F" w:rsidRDefault="00CB28E5" w:rsidP="00DE0A4F">
      <w:pPr>
        <w:pStyle w:val="TableParagraph"/>
        <w:jc w:val="both"/>
        <w:rPr>
          <w:sz w:val="28"/>
          <w:szCs w:val="28"/>
          <w:lang w:val="kk-KZ" w:eastAsia="ru-RU"/>
        </w:rPr>
      </w:pPr>
      <w:r>
        <w:rPr>
          <w:sz w:val="28"/>
          <w:szCs w:val="28"/>
          <w:lang w:val="kk-KZ" w:eastAsia="ru-RU"/>
        </w:rPr>
        <w:t xml:space="preserve">          </w:t>
      </w:r>
      <w:r w:rsidR="00DE0A4F">
        <w:rPr>
          <w:sz w:val="28"/>
          <w:szCs w:val="28"/>
          <w:lang w:val="kk-KZ" w:eastAsia="ru-RU"/>
        </w:rPr>
        <w:t>2024–2025, 2025–2026 оқу жылдары және 2026–2027</w:t>
      </w:r>
      <w:r w:rsidR="00DE0A4F" w:rsidRPr="00DE0A4F">
        <w:rPr>
          <w:sz w:val="28"/>
          <w:szCs w:val="28"/>
          <w:lang w:val="kk-KZ" w:eastAsia="ru-RU"/>
        </w:rPr>
        <w:t xml:space="preserve"> оқу жылының І тоқсаны бойынша білім алушылар қозғалысының төмендегідей көрсеткіштері тіркелген:</w:t>
      </w:r>
    </w:p>
    <w:p w14:paraId="4DE16CF6" w14:textId="345F0B02" w:rsidR="00FE246C" w:rsidRPr="00CB28E5" w:rsidRDefault="00DE0A4F" w:rsidP="00DE0A4F">
      <w:pPr>
        <w:pStyle w:val="TableParagraph"/>
        <w:jc w:val="both"/>
        <w:rPr>
          <w:b/>
          <w:sz w:val="28"/>
          <w:szCs w:val="28"/>
          <w:lang w:eastAsia="ru-RU"/>
        </w:rPr>
      </w:pPr>
      <w:r w:rsidRPr="00CB28E5">
        <w:rPr>
          <w:b/>
          <w:sz w:val="28"/>
          <w:szCs w:val="28"/>
          <w:lang w:eastAsia="ru-RU"/>
        </w:rPr>
        <w:t>Білім алушылар контингентінің қозғалысы</w:t>
      </w:r>
    </w:p>
    <w:tbl>
      <w:tblPr>
        <w:tblStyle w:val="12"/>
        <w:tblW w:w="0" w:type="auto"/>
        <w:tblLook w:val="04A0" w:firstRow="1" w:lastRow="0" w:firstColumn="1" w:lastColumn="0" w:noHBand="0" w:noVBand="1"/>
      </w:tblPr>
      <w:tblGrid>
        <w:gridCol w:w="2693"/>
        <w:gridCol w:w="3007"/>
        <w:gridCol w:w="3010"/>
      </w:tblGrid>
      <w:tr w:rsidR="00DE0A4F" w:rsidRPr="00DE0A4F" w14:paraId="0199E72E" w14:textId="77777777" w:rsidTr="00DE0A4F">
        <w:tc>
          <w:tcPr>
            <w:tcW w:w="0" w:type="auto"/>
            <w:hideMark/>
          </w:tcPr>
          <w:p w14:paraId="64583F55" w14:textId="77777777" w:rsidR="00DE0A4F" w:rsidRPr="00DE0A4F" w:rsidRDefault="00DE0A4F" w:rsidP="00DE0A4F">
            <w:pPr>
              <w:pStyle w:val="TableParagraph"/>
              <w:jc w:val="both"/>
              <w:rPr>
                <w:sz w:val="28"/>
                <w:szCs w:val="28"/>
              </w:rPr>
            </w:pPr>
            <w:r w:rsidRPr="00DE0A4F">
              <w:rPr>
                <w:sz w:val="28"/>
                <w:szCs w:val="28"/>
              </w:rPr>
              <w:t>Оқу жылы</w:t>
            </w:r>
          </w:p>
        </w:tc>
        <w:tc>
          <w:tcPr>
            <w:tcW w:w="0" w:type="auto"/>
            <w:hideMark/>
          </w:tcPr>
          <w:p w14:paraId="2882857C" w14:textId="77777777" w:rsidR="00DE0A4F" w:rsidRPr="00DE0A4F" w:rsidRDefault="00DE0A4F" w:rsidP="00DE0A4F">
            <w:pPr>
              <w:pStyle w:val="TableParagraph"/>
              <w:jc w:val="both"/>
              <w:rPr>
                <w:sz w:val="28"/>
                <w:szCs w:val="28"/>
              </w:rPr>
            </w:pPr>
            <w:r w:rsidRPr="00DE0A4F">
              <w:rPr>
                <w:sz w:val="28"/>
                <w:szCs w:val="28"/>
              </w:rPr>
              <w:t>Келген оқушылар саны</w:t>
            </w:r>
          </w:p>
        </w:tc>
        <w:tc>
          <w:tcPr>
            <w:tcW w:w="0" w:type="auto"/>
            <w:hideMark/>
          </w:tcPr>
          <w:p w14:paraId="3247A536" w14:textId="77777777" w:rsidR="00DE0A4F" w:rsidRPr="00DE0A4F" w:rsidRDefault="00DE0A4F" w:rsidP="00DE0A4F">
            <w:pPr>
              <w:pStyle w:val="TableParagraph"/>
              <w:jc w:val="both"/>
              <w:rPr>
                <w:sz w:val="28"/>
                <w:szCs w:val="28"/>
              </w:rPr>
            </w:pPr>
            <w:r w:rsidRPr="00DE0A4F">
              <w:rPr>
                <w:sz w:val="28"/>
                <w:szCs w:val="28"/>
              </w:rPr>
              <w:t>Кеткен оқушылар саны</w:t>
            </w:r>
          </w:p>
        </w:tc>
      </w:tr>
      <w:tr w:rsidR="007C0F33" w:rsidRPr="00DE0A4F" w14:paraId="7D817F9C" w14:textId="77777777" w:rsidTr="00DE0A4F">
        <w:tc>
          <w:tcPr>
            <w:tcW w:w="0" w:type="auto"/>
            <w:hideMark/>
          </w:tcPr>
          <w:p w14:paraId="08468C08" w14:textId="0A4B64EF" w:rsidR="007C0F33" w:rsidRPr="00DE0A4F" w:rsidRDefault="007C0F33" w:rsidP="007C0F33">
            <w:pPr>
              <w:pStyle w:val="TableParagraph"/>
              <w:jc w:val="both"/>
              <w:rPr>
                <w:sz w:val="28"/>
                <w:szCs w:val="28"/>
              </w:rPr>
            </w:pPr>
            <w:r>
              <w:rPr>
                <w:sz w:val="28"/>
                <w:szCs w:val="28"/>
              </w:rPr>
              <w:t>2024–2025</w:t>
            </w:r>
          </w:p>
        </w:tc>
        <w:tc>
          <w:tcPr>
            <w:tcW w:w="0" w:type="auto"/>
          </w:tcPr>
          <w:p w14:paraId="1576CADA" w14:textId="7A23C206" w:rsidR="007C0F33" w:rsidRPr="00DE0A4F" w:rsidRDefault="007C0F33" w:rsidP="007C0F33">
            <w:pPr>
              <w:pStyle w:val="TableParagraph"/>
              <w:jc w:val="both"/>
              <w:rPr>
                <w:sz w:val="28"/>
                <w:szCs w:val="28"/>
              </w:rPr>
            </w:pPr>
            <w:r w:rsidRPr="00992673">
              <w:rPr>
                <w:sz w:val="24"/>
                <w:szCs w:val="24"/>
              </w:rPr>
              <w:t>102</w:t>
            </w:r>
          </w:p>
        </w:tc>
        <w:tc>
          <w:tcPr>
            <w:tcW w:w="0" w:type="auto"/>
          </w:tcPr>
          <w:p w14:paraId="0950D82A" w14:textId="48D74D6D" w:rsidR="007C0F33" w:rsidRPr="00DE0A4F" w:rsidRDefault="007C0F33" w:rsidP="007C0F33">
            <w:pPr>
              <w:pStyle w:val="TableParagraph"/>
              <w:jc w:val="both"/>
              <w:rPr>
                <w:sz w:val="28"/>
                <w:szCs w:val="28"/>
              </w:rPr>
            </w:pPr>
            <w:r>
              <w:rPr>
                <w:sz w:val="24"/>
                <w:szCs w:val="24"/>
              </w:rPr>
              <w:t>134</w:t>
            </w:r>
          </w:p>
        </w:tc>
      </w:tr>
      <w:tr w:rsidR="007C0F33" w:rsidRPr="00DE0A4F" w14:paraId="3A2C121E" w14:textId="77777777" w:rsidTr="00DE0A4F">
        <w:tc>
          <w:tcPr>
            <w:tcW w:w="0" w:type="auto"/>
            <w:hideMark/>
          </w:tcPr>
          <w:p w14:paraId="6C097CA4" w14:textId="35ACCD47" w:rsidR="007C0F33" w:rsidRPr="00DE0A4F" w:rsidRDefault="007C0F33" w:rsidP="007C0F33">
            <w:pPr>
              <w:pStyle w:val="TableParagraph"/>
              <w:jc w:val="both"/>
              <w:rPr>
                <w:sz w:val="28"/>
                <w:szCs w:val="28"/>
              </w:rPr>
            </w:pPr>
            <w:r>
              <w:rPr>
                <w:sz w:val="28"/>
                <w:szCs w:val="28"/>
              </w:rPr>
              <w:t>2025–2026</w:t>
            </w:r>
          </w:p>
        </w:tc>
        <w:tc>
          <w:tcPr>
            <w:tcW w:w="0" w:type="auto"/>
          </w:tcPr>
          <w:p w14:paraId="42FF96A4" w14:textId="06C22226" w:rsidR="007C0F33" w:rsidRPr="00DE0A4F" w:rsidRDefault="007C0F33" w:rsidP="007C0F33">
            <w:pPr>
              <w:pStyle w:val="TableParagraph"/>
              <w:jc w:val="both"/>
              <w:rPr>
                <w:sz w:val="28"/>
                <w:szCs w:val="28"/>
              </w:rPr>
            </w:pPr>
            <w:r w:rsidRPr="00992673">
              <w:rPr>
                <w:sz w:val="24"/>
                <w:szCs w:val="24"/>
                <w:lang w:val="kk-KZ"/>
              </w:rPr>
              <w:t>125</w:t>
            </w:r>
          </w:p>
        </w:tc>
        <w:tc>
          <w:tcPr>
            <w:tcW w:w="0" w:type="auto"/>
          </w:tcPr>
          <w:p w14:paraId="6242DD2E" w14:textId="60A4AD39" w:rsidR="007C0F33" w:rsidRPr="00DE0A4F" w:rsidRDefault="007C0F33" w:rsidP="007C0F33">
            <w:pPr>
              <w:pStyle w:val="TableParagraph"/>
              <w:jc w:val="both"/>
              <w:rPr>
                <w:sz w:val="28"/>
                <w:szCs w:val="28"/>
              </w:rPr>
            </w:pPr>
            <w:r w:rsidRPr="00992673">
              <w:rPr>
                <w:sz w:val="24"/>
                <w:szCs w:val="24"/>
              </w:rPr>
              <w:t>147</w:t>
            </w:r>
          </w:p>
        </w:tc>
      </w:tr>
      <w:tr w:rsidR="007C0F33" w:rsidRPr="00DE0A4F" w14:paraId="6C06D2D6" w14:textId="77777777" w:rsidTr="00DE0A4F">
        <w:tc>
          <w:tcPr>
            <w:tcW w:w="0" w:type="auto"/>
            <w:hideMark/>
          </w:tcPr>
          <w:p w14:paraId="47BFCBA9" w14:textId="5674EADE" w:rsidR="007C0F33" w:rsidRPr="00DE0A4F" w:rsidRDefault="007C0F33" w:rsidP="007C0F33">
            <w:pPr>
              <w:pStyle w:val="TableParagraph"/>
              <w:jc w:val="both"/>
              <w:rPr>
                <w:sz w:val="28"/>
                <w:szCs w:val="28"/>
              </w:rPr>
            </w:pPr>
            <w:r>
              <w:rPr>
                <w:sz w:val="28"/>
                <w:szCs w:val="28"/>
              </w:rPr>
              <w:t>2026–2027</w:t>
            </w:r>
            <w:r w:rsidRPr="00DE0A4F">
              <w:rPr>
                <w:sz w:val="28"/>
                <w:szCs w:val="28"/>
              </w:rPr>
              <w:t xml:space="preserve"> (І тоқсан)</w:t>
            </w:r>
          </w:p>
        </w:tc>
        <w:tc>
          <w:tcPr>
            <w:tcW w:w="0" w:type="auto"/>
          </w:tcPr>
          <w:p w14:paraId="23F4E62B" w14:textId="28963DFF" w:rsidR="007C0F33" w:rsidRPr="00DE0A4F" w:rsidRDefault="007C0F33" w:rsidP="007C0F33">
            <w:pPr>
              <w:pStyle w:val="TableParagraph"/>
              <w:jc w:val="both"/>
              <w:rPr>
                <w:sz w:val="28"/>
                <w:szCs w:val="28"/>
              </w:rPr>
            </w:pPr>
            <w:r w:rsidRPr="00992673">
              <w:rPr>
                <w:sz w:val="24"/>
                <w:szCs w:val="24"/>
              </w:rPr>
              <w:t>7</w:t>
            </w:r>
          </w:p>
        </w:tc>
        <w:tc>
          <w:tcPr>
            <w:tcW w:w="0" w:type="auto"/>
          </w:tcPr>
          <w:p w14:paraId="052EB5F3" w14:textId="26D534C2" w:rsidR="007C0F33" w:rsidRPr="00DE0A4F" w:rsidRDefault="007C0F33" w:rsidP="007C0F33">
            <w:pPr>
              <w:pStyle w:val="TableParagraph"/>
              <w:jc w:val="both"/>
              <w:rPr>
                <w:sz w:val="28"/>
                <w:szCs w:val="28"/>
              </w:rPr>
            </w:pPr>
            <w:r w:rsidRPr="00992673">
              <w:rPr>
                <w:sz w:val="24"/>
                <w:szCs w:val="24"/>
              </w:rPr>
              <w:t>19</w:t>
            </w:r>
          </w:p>
        </w:tc>
      </w:tr>
      <w:tr w:rsidR="007C0F33" w:rsidRPr="00DE0A4F" w14:paraId="3690777C" w14:textId="77777777" w:rsidTr="00DE0A4F">
        <w:tc>
          <w:tcPr>
            <w:tcW w:w="0" w:type="auto"/>
            <w:hideMark/>
          </w:tcPr>
          <w:p w14:paraId="5CD35859" w14:textId="77777777" w:rsidR="007C0F33" w:rsidRPr="00DE0A4F" w:rsidRDefault="007C0F33" w:rsidP="007C0F33">
            <w:pPr>
              <w:pStyle w:val="TableParagraph"/>
              <w:jc w:val="both"/>
              <w:rPr>
                <w:sz w:val="28"/>
                <w:szCs w:val="28"/>
              </w:rPr>
            </w:pPr>
            <w:r w:rsidRPr="00DE0A4F">
              <w:rPr>
                <w:sz w:val="28"/>
                <w:szCs w:val="28"/>
              </w:rPr>
              <w:t>Барлығы</w:t>
            </w:r>
          </w:p>
        </w:tc>
        <w:tc>
          <w:tcPr>
            <w:tcW w:w="0" w:type="auto"/>
          </w:tcPr>
          <w:p w14:paraId="32F12ADF" w14:textId="2BEDAF45" w:rsidR="007C0F33" w:rsidRPr="00CB28E5" w:rsidRDefault="00CB28E5" w:rsidP="007C0F33">
            <w:pPr>
              <w:pStyle w:val="TableParagraph"/>
              <w:jc w:val="both"/>
              <w:rPr>
                <w:sz w:val="28"/>
                <w:szCs w:val="28"/>
                <w:lang w:val="kk-KZ"/>
              </w:rPr>
            </w:pPr>
            <w:r>
              <w:rPr>
                <w:sz w:val="28"/>
                <w:szCs w:val="28"/>
                <w:lang w:val="kk-KZ"/>
              </w:rPr>
              <w:t>234</w:t>
            </w:r>
          </w:p>
        </w:tc>
        <w:tc>
          <w:tcPr>
            <w:tcW w:w="0" w:type="auto"/>
          </w:tcPr>
          <w:p w14:paraId="69066D00" w14:textId="6DDD67D2" w:rsidR="007C0F33" w:rsidRPr="00CB28E5" w:rsidRDefault="00CB28E5" w:rsidP="007C0F33">
            <w:pPr>
              <w:pStyle w:val="TableParagraph"/>
              <w:jc w:val="both"/>
              <w:rPr>
                <w:sz w:val="28"/>
                <w:szCs w:val="28"/>
                <w:lang w:val="kk-KZ"/>
              </w:rPr>
            </w:pPr>
            <w:r>
              <w:rPr>
                <w:sz w:val="28"/>
                <w:szCs w:val="28"/>
                <w:lang w:val="kk-KZ"/>
              </w:rPr>
              <w:t>300</w:t>
            </w:r>
          </w:p>
        </w:tc>
      </w:tr>
    </w:tbl>
    <w:p w14:paraId="719BDC01" w14:textId="1DE6D90A" w:rsidR="00FE246C" w:rsidRDefault="00FE246C" w:rsidP="00DE0A4F">
      <w:pPr>
        <w:pStyle w:val="TableParagraph"/>
        <w:jc w:val="both"/>
        <w:rPr>
          <w:sz w:val="28"/>
          <w:szCs w:val="28"/>
          <w:lang w:val="kk-KZ" w:eastAsia="ru-RU"/>
        </w:rPr>
      </w:pPr>
    </w:p>
    <w:p w14:paraId="5F44ABC2" w14:textId="6D2E0182" w:rsidR="00DE0A4F" w:rsidRPr="00A81079" w:rsidRDefault="00FE246C" w:rsidP="00DE0A4F">
      <w:pPr>
        <w:pStyle w:val="TableParagraph"/>
        <w:jc w:val="both"/>
        <w:rPr>
          <w:sz w:val="28"/>
          <w:szCs w:val="28"/>
          <w:lang w:val="kk-KZ" w:eastAsia="ru-RU"/>
        </w:rPr>
      </w:pPr>
      <w:r>
        <w:rPr>
          <w:sz w:val="28"/>
          <w:szCs w:val="28"/>
          <w:lang w:val="kk-KZ" w:eastAsia="ru-RU"/>
        </w:rPr>
        <w:t xml:space="preserve">              </w:t>
      </w:r>
      <w:r w:rsidR="00DE0A4F">
        <w:rPr>
          <w:sz w:val="28"/>
          <w:szCs w:val="28"/>
          <w:lang w:val="kk-KZ" w:eastAsia="ru-RU"/>
        </w:rPr>
        <w:t xml:space="preserve"> </w:t>
      </w:r>
      <w:r w:rsidR="00DE0A4F" w:rsidRPr="00FE246C">
        <w:rPr>
          <w:sz w:val="28"/>
          <w:szCs w:val="28"/>
          <w:lang w:val="kk-KZ" w:eastAsia="ru-RU"/>
        </w:rPr>
        <w:t xml:space="preserve">Білім алушылардың мектептен кетуінің негізгі себептері – тұрғылықты мекенжайының өзгеруі және басқа білім беру ұйымдарына ауысуы. </w:t>
      </w:r>
      <w:r w:rsidR="00DE0A4F" w:rsidRPr="00A81079">
        <w:rPr>
          <w:sz w:val="28"/>
          <w:szCs w:val="28"/>
          <w:lang w:val="kk-KZ" w:eastAsia="ru-RU"/>
        </w:rPr>
        <w:t>Сонымен қатар негізгі орта білім беру деңгейін аяқтағаннан кейін оқушылардың техникалық және кәсіптік білім беру ұйымдарына түсуіне байланысты мектептен кету жағдайлары да байқалады.</w:t>
      </w:r>
    </w:p>
    <w:p w14:paraId="687E17E7" w14:textId="725373B1" w:rsidR="00DE0A4F" w:rsidRPr="00A81079" w:rsidRDefault="00FE246C" w:rsidP="00DE0A4F">
      <w:pPr>
        <w:pStyle w:val="TableParagraph"/>
        <w:jc w:val="both"/>
        <w:rPr>
          <w:sz w:val="28"/>
          <w:szCs w:val="28"/>
          <w:lang w:val="kk-KZ" w:eastAsia="ru-RU"/>
        </w:rPr>
      </w:pPr>
      <w:r>
        <w:rPr>
          <w:sz w:val="28"/>
          <w:szCs w:val="28"/>
          <w:lang w:val="kk-KZ" w:eastAsia="ru-RU"/>
        </w:rPr>
        <w:t xml:space="preserve">              </w:t>
      </w:r>
      <w:r w:rsidR="00DE0A4F" w:rsidRPr="00A81079">
        <w:rPr>
          <w:sz w:val="28"/>
          <w:szCs w:val="28"/>
          <w:lang w:val="kk-KZ" w:eastAsia="ru-RU"/>
        </w:rPr>
        <w:t>Білім алушының тегі мен аты мектепке қабылдау туралы бұйрық негізінде алфавиттік кітапқа енгізіледі. Оқушы мектептен кеткен жағдайда оның жеке іс қағаздары ата-анасының (заңды өкілінің) өтініші және басқа білім беру ұйымына қабылданғанын растайтын құжат негізінде беріледі.</w:t>
      </w:r>
    </w:p>
    <w:p w14:paraId="4867DE5F" w14:textId="57EDCE9F" w:rsidR="00DE0A4F" w:rsidRPr="00A81079" w:rsidRDefault="00FE246C" w:rsidP="00DE0A4F">
      <w:pPr>
        <w:pStyle w:val="TableParagraph"/>
        <w:jc w:val="both"/>
        <w:rPr>
          <w:sz w:val="28"/>
          <w:szCs w:val="28"/>
          <w:lang w:val="kk-KZ" w:eastAsia="ru-RU"/>
        </w:rPr>
      </w:pPr>
      <w:r>
        <w:rPr>
          <w:sz w:val="28"/>
          <w:szCs w:val="28"/>
          <w:lang w:val="kk-KZ" w:eastAsia="ru-RU"/>
        </w:rPr>
        <w:t xml:space="preserve">              </w:t>
      </w:r>
      <w:r w:rsidR="00DE0A4F" w:rsidRPr="00A81079">
        <w:rPr>
          <w:sz w:val="28"/>
          <w:szCs w:val="28"/>
          <w:lang w:val="kk-KZ" w:eastAsia="ru-RU"/>
        </w:rPr>
        <w:t>Білім алушылардың мектепке келуі мен мектептен кетуі белгіленген үлгідегі құжаттар арқылы рәсімделеді. Мектепті аяқтап, басқа білім беру ұйымдарында оқуын жалғастырған білім алушылар бойынша растайтын анықтамалар жинақталады.</w:t>
      </w:r>
    </w:p>
    <w:p w14:paraId="53CABA1A" w14:textId="33C96F50" w:rsidR="00DE0A4F" w:rsidRPr="00A81079" w:rsidRDefault="00FE246C" w:rsidP="00DE0A4F">
      <w:pPr>
        <w:pStyle w:val="TableParagraph"/>
        <w:jc w:val="both"/>
        <w:rPr>
          <w:sz w:val="28"/>
          <w:szCs w:val="28"/>
          <w:lang w:val="kk-KZ" w:eastAsia="ru-RU"/>
        </w:rPr>
      </w:pPr>
      <w:r>
        <w:rPr>
          <w:sz w:val="28"/>
          <w:szCs w:val="28"/>
          <w:lang w:val="kk-KZ" w:eastAsia="ru-RU"/>
        </w:rPr>
        <w:lastRenderedPageBreak/>
        <w:t xml:space="preserve">              </w:t>
      </w:r>
      <w:r w:rsidR="00DE0A4F" w:rsidRPr="00A81079">
        <w:rPr>
          <w:sz w:val="28"/>
          <w:szCs w:val="28"/>
          <w:lang w:val="kk-KZ" w:eastAsia="ru-RU"/>
        </w:rPr>
        <w:t>Білім алушыларды мектепке қабылдау Қазақстан Республикасының «Мемлекеттік көрсетілетін қызметтер туралы» Заңына және қолданыстағы нормативтік құқықтық актілерге сәйкес жүзеге асырылады.</w:t>
      </w:r>
    </w:p>
    <w:p w14:paraId="4CA8EFBF" w14:textId="50749754" w:rsidR="00FE246C" w:rsidRPr="0086235D" w:rsidRDefault="00FE246C" w:rsidP="0086235D">
      <w:pPr>
        <w:pStyle w:val="TableParagraph"/>
        <w:jc w:val="both"/>
        <w:rPr>
          <w:sz w:val="28"/>
          <w:szCs w:val="28"/>
          <w:lang w:val="kk-KZ" w:eastAsia="ru-RU"/>
        </w:rPr>
      </w:pPr>
      <w:r>
        <w:rPr>
          <w:sz w:val="28"/>
          <w:szCs w:val="28"/>
          <w:lang w:val="kk-KZ" w:eastAsia="ru-RU"/>
        </w:rPr>
        <w:t xml:space="preserve">              </w:t>
      </w:r>
      <w:r w:rsidR="00DE0A4F" w:rsidRPr="00A81079">
        <w:rPr>
          <w:sz w:val="28"/>
          <w:szCs w:val="28"/>
          <w:lang w:val="kk-KZ" w:eastAsia="ru-RU"/>
        </w:rPr>
        <w:t>Білім алушылардың жеке іс қағаздарының жүргізілуі мектепішілік бақылау (МІБ</w:t>
      </w:r>
      <w:r w:rsidR="0086235D">
        <w:rPr>
          <w:sz w:val="28"/>
          <w:szCs w:val="28"/>
          <w:lang w:val="kk-KZ" w:eastAsia="ru-RU"/>
        </w:rPr>
        <w:t>) жоспарына сәйкес тексеріледі.</w:t>
      </w:r>
    </w:p>
    <w:p w14:paraId="7C331B8A" w14:textId="4D361506" w:rsidR="0086235D" w:rsidRPr="00EF01AA" w:rsidRDefault="0086235D" w:rsidP="00C427A3">
      <w:pPr>
        <w:pStyle w:val="ac"/>
        <w:numPr>
          <w:ilvl w:val="1"/>
          <w:numId w:val="10"/>
        </w:numPr>
        <w:spacing w:before="100" w:beforeAutospacing="1" w:after="100" w:afterAutospacing="1"/>
        <w:ind w:left="306" w:hanging="306"/>
        <w:jc w:val="both"/>
        <w:outlineLvl w:val="2"/>
        <w:rPr>
          <w:rFonts w:ascii="Times New Roman" w:hAnsi="Times New Roman" w:cs="Times New Roman"/>
          <w:b/>
          <w:bCs/>
          <w:sz w:val="28"/>
          <w:szCs w:val="28"/>
          <w:lang w:val="kk-KZ" w:eastAsia="ru-RU"/>
        </w:rPr>
      </w:pPr>
      <w:r w:rsidRPr="00EF01AA">
        <w:rPr>
          <w:rFonts w:ascii="Times New Roman" w:hAnsi="Times New Roman" w:cs="Times New Roman"/>
          <w:b/>
          <w:bCs/>
          <w:sz w:val="28"/>
          <w:szCs w:val="28"/>
          <w:lang w:val="kk-KZ" w:eastAsia="ru-RU"/>
        </w:rPr>
        <w:t>Сыныптардың толықтырылуына және олардың топтарға бөлінуіне қойылатын талаптардың сақталуы</w:t>
      </w:r>
    </w:p>
    <w:p w14:paraId="0F0136AC" w14:textId="540A2EC4" w:rsidR="00FE246C" w:rsidRPr="007C0F33" w:rsidRDefault="0086235D" w:rsidP="007C0F33">
      <w:pPr>
        <w:widowControl/>
        <w:autoSpaceDE/>
        <w:autoSpaceDN/>
        <w:spacing w:before="100" w:beforeAutospacing="1" w:after="100" w:afterAutospacing="1"/>
        <w:jc w:val="both"/>
        <w:rPr>
          <w:sz w:val="28"/>
          <w:szCs w:val="28"/>
          <w:lang w:val="kk-KZ" w:eastAsia="ru-RU"/>
        </w:rPr>
      </w:pPr>
      <w:r w:rsidRPr="007C0F33">
        <w:rPr>
          <w:sz w:val="28"/>
          <w:szCs w:val="28"/>
          <w:lang w:val="kk-KZ" w:eastAsia="ru-RU"/>
        </w:rPr>
        <w:t>№14 мектеп-гимназияда</w:t>
      </w:r>
      <w:r w:rsidRPr="0086235D">
        <w:rPr>
          <w:sz w:val="28"/>
          <w:szCs w:val="28"/>
          <w:lang w:val="kk-KZ" w:eastAsia="ru-RU"/>
        </w:rPr>
        <w:t xml:space="preserve"> сыныптардың толықтырылуы және білім алушыларды жекелеген пәндер бойынша топтарға бөлу Қазақстан Республикасының қолданыстағы нормативтік құқықтық актілерінің талаптарына сәйкес ұйымдастырылады.</w:t>
      </w:r>
      <w:r w:rsidR="007C0F33">
        <w:rPr>
          <w:sz w:val="28"/>
          <w:szCs w:val="28"/>
          <w:lang w:val="kk-KZ" w:eastAsia="ru-RU"/>
        </w:rPr>
        <w:t xml:space="preserve"> </w:t>
      </w:r>
      <w:r w:rsidRPr="0086235D">
        <w:rPr>
          <w:sz w:val="28"/>
          <w:szCs w:val="28"/>
          <w:lang w:val="kk-KZ" w:eastAsia="ru-RU"/>
        </w:rPr>
        <w:t>Сыныптарды жасақтау кезінде білім алушылардың жалпы саны, білім беру ұйымының жобалық қуаты, санитариялық-эпидемиологиялық талаптар және оқу процесін ұйымдастыру ерекшеліктері ескеріледі.</w:t>
      </w:r>
      <w:r w:rsidR="007C0F33">
        <w:rPr>
          <w:sz w:val="28"/>
          <w:szCs w:val="28"/>
          <w:lang w:val="kk-KZ" w:eastAsia="ru-RU"/>
        </w:rPr>
        <w:t xml:space="preserve"> </w:t>
      </w:r>
      <w:r w:rsidRPr="0086235D">
        <w:rPr>
          <w:sz w:val="28"/>
          <w:szCs w:val="28"/>
          <w:lang w:val="kk-KZ" w:eastAsia="ru-RU"/>
        </w:rPr>
        <w:t>2024–2025, 2025–2026 және 2026–2027 оқу жылдарында сыныптардың толықтырылуына талдау жүргізіліп, әрбір сыныптағы білім алушылар саны есепке алынды.</w:t>
      </w:r>
      <w:r w:rsidR="007C0F33">
        <w:rPr>
          <w:sz w:val="28"/>
          <w:szCs w:val="28"/>
          <w:lang w:val="kk-KZ" w:eastAsia="ru-RU"/>
        </w:rPr>
        <w:t xml:space="preserve"> </w:t>
      </w:r>
      <w:r w:rsidRPr="0086235D">
        <w:rPr>
          <w:sz w:val="28"/>
          <w:szCs w:val="28"/>
          <w:lang w:val="kk-KZ" w:eastAsia="ru-RU"/>
        </w:rPr>
        <w:t>Оқу жұмыс жоспарларына сәйкес білім алушыларды жекелеген пәндер бойынша топтарға бөлу қолданыстағы нормативтік талаптар негізінде жүзеге асырылады.</w:t>
      </w:r>
      <w:r w:rsidR="007C0F33">
        <w:rPr>
          <w:sz w:val="28"/>
          <w:szCs w:val="28"/>
          <w:lang w:val="kk-KZ" w:eastAsia="ru-RU"/>
        </w:rPr>
        <w:t xml:space="preserve"> </w:t>
      </w:r>
      <w:r w:rsidRPr="0086235D">
        <w:rPr>
          <w:sz w:val="28"/>
          <w:szCs w:val="28"/>
          <w:lang w:val="kk-KZ" w:eastAsia="ru-RU"/>
        </w:rPr>
        <w:t>Сыныптардың толықтырылуы туралы мәліметтер білім алушылардың қозғалысы жөніндегі құжаттармен, сыныптарды жасақтау туралы бұйрықтармен, Ұлттық білім беру деректер қорының (ҰБДҚ) мәліметтерімен және электрондық сынып журналдарымен сәйкестендіріледі.</w:t>
      </w:r>
    </w:p>
    <w:p w14:paraId="3B9D5462" w14:textId="3E25C442" w:rsidR="007C0F33" w:rsidRDefault="007C0F33" w:rsidP="007C0F33">
      <w:pPr>
        <w:widowControl/>
        <w:autoSpaceDE/>
        <w:autoSpaceDN/>
        <w:spacing w:before="100" w:beforeAutospacing="1" w:after="100" w:afterAutospacing="1"/>
        <w:outlineLvl w:val="2"/>
        <w:rPr>
          <w:b/>
          <w:bCs/>
          <w:sz w:val="28"/>
          <w:szCs w:val="28"/>
          <w:lang w:val="kk-KZ" w:eastAsia="ru-RU"/>
        </w:rPr>
      </w:pPr>
      <w:r w:rsidRPr="007C0F33">
        <w:rPr>
          <w:b/>
          <w:bCs/>
          <w:sz w:val="28"/>
          <w:szCs w:val="28"/>
          <w:lang w:val="kk-KZ" w:eastAsia="ru-RU"/>
        </w:rPr>
        <w:t xml:space="preserve">Сыныптардың </w:t>
      </w:r>
      <w:r>
        <w:rPr>
          <w:b/>
          <w:bCs/>
          <w:sz w:val="28"/>
          <w:szCs w:val="28"/>
          <w:lang w:val="kk-KZ" w:eastAsia="ru-RU"/>
        </w:rPr>
        <w:t xml:space="preserve">толықтырылуы туралы кесте </w:t>
      </w:r>
    </w:p>
    <w:tbl>
      <w:tblPr>
        <w:tblW w:w="10157" w:type="dxa"/>
        <w:tblInd w:w="-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2142"/>
        <w:gridCol w:w="2142"/>
        <w:gridCol w:w="2142"/>
        <w:gridCol w:w="2142"/>
      </w:tblGrid>
      <w:tr w:rsidR="007C0F33" w:rsidRPr="004D1FA2" w14:paraId="53B38009" w14:textId="77777777" w:rsidTr="00CB28E5">
        <w:tc>
          <w:tcPr>
            <w:tcW w:w="1589" w:type="dxa"/>
          </w:tcPr>
          <w:p w14:paraId="78B6097F" w14:textId="77777777" w:rsidR="007C0F33" w:rsidRPr="00CB28E5" w:rsidRDefault="007C0F33" w:rsidP="007A2CE4">
            <w:pPr>
              <w:pStyle w:val="a8"/>
              <w:jc w:val="center"/>
              <w:rPr>
                <w:rFonts w:ascii="Times New Roman" w:hAnsi="Times New Roman" w:cs="Times New Roman"/>
                <w:sz w:val="28"/>
                <w:szCs w:val="28"/>
                <w:lang w:val="kk-KZ"/>
              </w:rPr>
            </w:pPr>
            <w:r w:rsidRPr="00CB28E5">
              <w:rPr>
                <w:rFonts w:ascii="Times New Roman" w:hAnsi="Times New Roman" w:cs="Times New Roman"/>
                <w:sz w:val="28"/>
                <w:szCs w:val="28"/>
              </w:rPr>
              <w:t xml:space="preserve">Жылы </w:t>
            </w:r>
          </w:p>
        </w:tc>
        <w:tc>
          <w:tcPr>
            <w:tcW w:w="2142" w:type="dxa"/>
          </w:tcPr>
          <w:p w14:paraId="7A974F5C" w14:textId="77777777" w:rsidR="007C0F33" w:rsidRPr="00CB28E5" w:rsidRDefault="007C0F33" w:rsidP="007A2CE4">
            <w:pPr>
              <w:pStyle w:val="a8"/>
              <w:jc w:val="center"/>
              <w:rPr>
                <w:rFonts w:ascii="Times New Roman" w:hAnsi="Times New Roman" w:cs="Times New Roman"/>
                <w:sz w:val="28"/>
                <w:szCs w:val="28"/>
                <w:lang w:val="kk-KZ"/>
              </w:rPr>
            </w:pPr>
            <w:r w:rsidRPr="00CB28E5">
              <w:rPr>
                <w:rFonts w:ascii="Times New Roman" w:hAnsi="Times New Roman" w:cs="Times New Roman"/>
                <w:b/>
                <w:bCs/>
                <w:sz w:val="28"/>
                <w:szCs w:val="28"/>
                <w:lang w:val="kk-KZ"/>
              </w:rPr>
              <w:t>Бастауыш мектеп</w:t>
            </w:r>
            <w:r w:rsidRPr="00CB28E5">
              <w:rPr>
                <w:rFonts w:ascii="Times New Roman" w:hAnsi="Times New Roman" w:cs="Times New Roman"/>
                <w:sz w:val="28"/>
                <w:szCs w:val="28"/>
                <w:lang w:val="kk-KZ"/>
              </w:rPr>
              <w:t xml:space="preserve"> </w:t>
            </w:r>
            <w:r w:rsidRPr="00CB28E5">
              <w:rPr>
                <w:rFonts w:ascii="Times New Roman" w:hAnsi="Times New Roman" w:cs="Times New Roman"/>
                <w:b/>
                <w:bCs/>
                <w:sz w:val="28"/>
                <w:szCs w:val="28"/>
                <w:lang w:val="kk-KZ"/>
              </w:rPr>
              <w:t>орташа сынып толымдылығы</w:t>
            </w:r>
          </w:p>
        </w:tc>
        <w:tc>
          <w:tcPr>
            <w:tcW w:w="2142" w:type="dxa"/>
          </w:tcPr>
          <w:p w14:paraId="19CC70F0" w14:textId="77777777" w:rsidR="007C0F33" w:rsidRPr="00CB28E5" w:rsidRDefault="007C0F33" w:rsidP="007A2CE4">
            <w:pPr>
              <w:pStyle w:val="a8"/>
              <w:jc w:val="center"/>
              <w:rPr>
                <w:rFonts w:ascii="Times New Roman" w:hAnsi="Times New Roman" w:cs="Times New Roman"/>
                <w:b/>
                <w:bCs/>
                <w:sz w:val="28"/>
                <w:szCs w:val="28"/>
                <w:lang w:val="kk-KZ"/>
              </w:rPr>
            </w:pPr>
            <w:r w:rsidRPr="00CB28E5">
              <w:rPr>
                <w:rFonts w:ascii="Times New Roman" w:hAnsi="Times New Roman" w:cs="Times New Roman"/>
                <w:b/>
                <w:bCs/>
                <w:sz w:val="28"/>
                <w:szCs w:val="28"/>
                <w:lang w:val="kk-KZ"/>
              </w:rPr>
              <w:t xml:space="preserve">Негізгі мектеп </w:t>
            </w:r>
          </w:p>
          <w:p w14:paraId="53156C0C" w14:textId="77777777" w:rsidR="007C0F33" w:rsidRPr="00CB28E5" w:rsidRDefault="007C0F33" w:rsidP="007A2CE4">
            <w:pPr>
              <w:pStyle w:val="a8"/>
              <w:jc w:val="center"/>
              <w:rPr>
                <w:rFonts w:ascii="Times New Roman" w:hAnsi="Times New Roman" w:cs="Times New Roman"/>
                <w:sz w:val="28"/>
                <w:szCs w:val="28"/>
                <w:lang w:val="kk-KZ"/>
              </w:rPr>
            </w:pPr>
            <w:r w:rsidRPr="00CB28E5">
              <w:rPr>
                <w:rFonts w:ascii="Times New Roman" w:hAnsi="Times New Roman" w:cs="Times New Roman"/>
                <w:b/>
                <w:bCs/>
                <w:sz w:val="28"/>
                <w:szCs w:val="28"/>
                <w:lang w:val="kk-KZ"/>
              </w:rPr>
              <w:t>орташа сынып толымдылығы</w:t>
            </w:r>
          </w:p>
        </w:tc>
        <w:tc>
          <w:tcPr>
            <w:tcW w:w="2142" w:type="dxa"/>
          </w:tcPr>
          <w:p w14:paraId="77DEDF6C" w14:textId="77777777" w:rsidR="007C0F33" w:rsidRPr="00CB28E5" w:rsidRDefault="007C0F33" w:rsidP="007A2CE4">
            <w:pPr>
              <w:pStyle w:val="a8"/>
              <w:jc w:val="center"/>
              <w:rPr>
                <w:rFonts w:ascii="Times New Roman" w:hAnsi="Times New Roman" w:cs="Times New Roman"/>
                <w:sz w:val="28"/>
                <w:szCs w:val="28"/>
              </w:rPr>
            </w:pPr>
            <w:r w:rsidRPr="00CB28E5">
              <w:rPr>
                <w:rFonts w:ascii="Times New Roman" w:hAnsi="Times New Roman" w:cs="Times New Roman"/>
                <w:b/>
                <w:bCs/>
                <w:sz w:val="28"/>
                <w:szCs w:val="28"/>
              </w:rPr>
              <w:t>Жалпы орта мектеп</w:t>
            </w:r>
            <w:r w:rsidRPr="00CB28E5">
              <w:rPr>
                <w:rFonts w:ascii="Times New Roman" w:hAnsi="Times New Roman" w:cs="Times New Roman"/>
                <w:sz w:val="28"/>
                <w:szCs w:val="28"/>
              </w:rPr>
              <w:t xml:space="preserve"> </w:t>
            </w:r>
            <w:r w:rsidRPr="00CB28E5">
              <w:rPr>
                <w:rFonts w:ascii="Times New Roman" w:hAnsi="Times New Roman" w:cs="Times New Roman"/>
                <w:b/>
                <w:bCs/>
                <w:sz w:val="28"/>
                <w:szCs w:val="28"/>
              </w:rPr>
              <w:t>орташа сынып толымдылығы</w:t>
            </w:r>
          </w:p>
        </w:tc>
        <w:tc>
          <w:tcPr>
            <w:tcW w:w="2142" w:type="dxa"/>
          </w:tcPr>
          <w:p w14:paraId="3C2E34FC" w14:textId="77777777" w:rsidR="007C0F33" w:rsidRPr="00CB28E5" w:rsidRDefault="007C0F33" w:rsidP="007A2CE4">
            <w:pPr>
              <w:pStyle w:val="a8"/>
              <w:jc w:val="center"/>
              <w:rPr>
                <w:rFonts w:ascii="Times New Roman" w:hAnsi="Times New Roman" w:cs="Times New Roman"/>
                <w:sz w:val="28"/>
                <w:szCs w:val="28"/>
              </w:rPr>
            </w:pPr>
            <w:r w:rsidRPr="00CB28E5">
              <w:rPr>
                <w:rFonts w:ascii="Times New Roman" w:hAnsi="Times New Roman" w:cs="Times New Roman"/>
                <w:b/>
                <w:bCs/>
                <w:sz w:val="28"/>
                <w:szCs w:val="28"/>
              </w:rPr>
              <w:t>Мектеп бойынша барлығы</w:t>
            </w:r>
            <w:r w:rsidRPr="00CB28E5">
              <w:rPr>
                <w:rFonts w:ascii="Times New Roman" w:hAnsi="Times New Roman" w:cs="Times New Roman"/>
                <w:sz w:val="28"/>
                <w:szCs w:val="28"/>
              </w:rPr>
              <w:t xml:space="preserve"> </w:t>
            </w:r>
            <w:r w:rsidRPr="00CB28E5">
              <w:rPr>
                <w:rFonts w:ascii="Times New Roman" w:hAnsi="Times New Roman" w:cs="Times New Roman"/>
                <w:b/>
                <w:bCs/>
                <w:sz w:val="28"/>
                <w:szCs w:val="28"/>
              </w:rPr>
              <w:t>орташа сынып толымдылығы</w:t>
            </w:r>
          </w:p>
        </w:tc>
      </w:tr>
      <w:tr w:rsidR="007C0F33" w:rsidRPr="007C6724" w14:paraId="26749823" w14:textId="77777777" w:rsidTr="00CB28E5">
        <w:tc>
          <w:tcPr>
            <w:tcW w:w="1589" w:type="dxa"/>
          </w:tcPr>
          <w:p w14:paraId="2843C6F7" w14:textId="77777777" w:rsidR="007C0F33" w:rsidRPr="00CB28E5" w:rsidRDefault="007C0F33" w:rsidP="007A2CE4">
            <w:pPr>
              <w:pStyle w:val="a8"/>
              <w:jc w:val="both"/>
              <w:rPr>
                <w:rFonts w:ascii="Times New Roman" w:hAnsi="Times New Roman" w:cs="Times New Roman"/>
                <w:sz w:val="28"/>
                <w:szCs w:val="28"/>
              </w:rPr>
            </w:pPr>
            <w:r w:rsidRPr="00CB28E5">
              <w:rPr>
                <w:rFonts w:ascii="Times New Roman" w:hAnsi="Times New Roman" w:cs="Times New Roman"/>
                <w:sz w:val="28"/>
                <w:szCs w:val="28"/>
              </w:rPr>
              <w:t>2024-2025</w:t>
            </w:r>
          </w:p>
        </w:tc>
        <w:tc>
          <w:tcPr>
            <w:tcW w:w="2142" w:type="dxa"/>
          </w:tcPr>
          <w:p w14:paraId="4B34C892" w14:textId="5B84308D" w:rsidR="007C0F33" w:rsidRPr="00CB28E5" w:rsidRDefault="00CB28E5" w:rsidP="007A2CE4">
            <w:pPr>
              <w:pStyle w:val="a8"/>
              <w:jc w:val="center"/>
              <w:rPr>
                <w:rFonts w:ascii="Times New Roman" w:hAnsi="Times New Roman" w:cs="Times New Roman"/>
                <w:sz w:val="28"/>
                <w:szCs w:val="28"/>
                <w:lang w:val="kk-KZ"/>
              </w:rPr>
            </w:pPr>
            <w:r w:rsidRPr="00CB28E5">
              <w:rPr>
                <w:rFonts w:ascii="Times New Roman" w:hAnsi="Times New Roman" w:cs="Times New Roman"/>
                <w:sz w:val="28"/>
                <w:szCs w:val="28"/>
                <w:lang w:val="kk-KZ"/>
              </w:rPr>
              <w:t>25</w:t>
            </w:r>
          </w:p>
        </w:tc>
        <w:tc>
          <w:tcPr>
            <w:tcW w:w="2142" w:type="dxa"/>
          </w:tcPr>
          <w:p w14:paraId="42FF76E2" w14:textId="6083E005" w:rsidR="007C0F33" w:rsidRPr="00CB28E5" w:rsidRDefault="00CB28E5" w:rsidP="007A2CE4">
            <w:pPr>
              <w:pStyle w:val="a8"/>
              <w:jc w:val="center"/>
              <w:rPr>
                <w:rFonts w:ascii="Times New Roman" w:hAnsi="Times New Roman" w:cs="Times New Roman"/>
                <w:sz w:val="28"/>
                <w:szCs w:val="28"/>
                <w:lang w:val="kk-KZ"/>
              </w:rPr>
            </w:pPr>
            <w:r w:rsidRPr="00CB28E5">
              <w:rPr>
                <w:rFonts w:ascii="Times New Roman" w:hAnsi="Times New Roman" w:cs="Times New Roman"/>
                <w:sz w:val="28"/>
                <w:szCs w:val="28"/>
                <w:lang w:val="kk-KZ"/>
              </w:rPr>
              <w:t>24,2</w:t>
            </w:r>
          </w:p>
        </w:tc>
        <w:tc>
          <w:tcPr>
            <w:tcW w:w="2142" w:type="dxa"/>
          </w:tcPr>
          <w:p w14:paraId="5D80A0E1" w14:textId="2DC4405E" w:rsidR="007C0F33" w:rsidRPr="00CB28E5" w:rsidRDefault="00CB28E5" w:rsidP="007A2CE4">
            <w:pPr>
              <w:pStyle w:val="a8"/>
              <w:jc w:val="center"/>
              <w:rPr>
                <w:rFonts w:ascii="Times New Roman" w:hAnsi="Times New Roman" w:cs="Times New Roman"/>
                <w:sz w:val="28"/>
                <w:szCs w:val="28"/>
                <w:lang w:val="kk-KZ"/>
              </w:rPr>
            </w:pPr>
            <w:r w:rsidRPr="00CB28E5">
              <w:rPr>
                <w:rFonts w:ascii="Times New Roman" w:hAnsi="Times New Roman" w:cs="Times New Roman"/>
                <w:sz w:val="28"/>
                <w:szCs w:val="28"/>
                <w:lang w:val="kk-KZ"/>
              </w:rPr>
              <w:t>24</w:t>
            </w:r>
          </w:p>
        </w:tc>
        <w:tc>
          <w:tcPr>
            <w:tcW w:w="2142" w:type="dxa"/>
          </w:tcPr>
          <w:p w14:paraId="2AA8BD58" w14:textId="314BFBA3" w:rsidR="007C0F33" w:rsidRPr="00CB28E5" w:rsidRDefault="00CB28E5" w:rsidP="007A2CE4">
            <w:pPr>
              <w:pStyle w:val="a8"/>
              <w:jc w:val="center"/>
              <w:rPr>
                <w:rFonts w:ascii="Times New Roman" w:hAnsi="Times New Roman" w:cs="Times New Roman"/>
                <w:sz w:val="28"/>
                <w:szCs w:val="28"/>
                <w:lang w:val="kk-KZ"/>
              </w:rPr>
            </w:pPr>
            <w:r w:rsidRPr="00CB28E5">
              <w:rPr>
                <w:rFonts w:ascii="Times New Roman" w:hAnsi="Times New Roman" w:cs="Times New Roman"/>
                <w:sz w:val="28"/>
                <w:szCs w:val="28"/>
                <w:lang w:val="kk-KZ"/>
              </w:rPr>
              <w:t>24,4</w:t>
            </w:r>
          </w:p>
        </w:tc>
      </w:tr>
      <w:tr w:rsidR="007C0F33" w:rsidRPr="007C6724" w14:paraId="6F30779F" w14:textId="77777777" w:rsidTr="00CB28E5">
        <w:tc>
          <w:tcPr>
            <w:tcW w:w="1589" w:type="dxa"/>
          </w:tcPr>
          <w:p w14:paraId="61FD2EE9" w14:textId="77777777" w:rsidR="007C0F33" w:rsidRPr="00CB28E5" w:rsidRDefault="007C0F33" w:rsidP="007A2CE4">
            <w:pPr>
              <w:pStyle w:val="a8"/>
              <w:jc w:val="both"/>
              <w:rPr>
                <w:rFonts w:ascii="Times New Roman" w:hAnsi="Times New Roman" w:cs="Times New Roman"/>
                <w:sz w:val="28"/>
                <w:szCs w:val="28"/>
              </w:rPr>
            </w:pPr>
            <w:r w:rsidRPr="00CB28E5">
              <w:rPr>
                <w:rFonts w:ascii="Times New Roman" w:hAnsi="Times New Roman" w:cs="Times New Roman"/>
                <w:sz w:val="28"/>
                <w:szCs w:val="28"/>
              </w:rPr>
              <w:t>2025-2026</w:t>
            </w:r>
          </w:p>
        </w:tc>
        <w:tc>
          <w:tcPr>
            <w:tcW w:w="2142" w:type="dxa"/>
          </w:tcPr>
          <w:p w14:paraId="48FD8353" w14:textId="77777777" w:rsidR="007C0F33" w:rsidRPr="00CB28E5" w:rsidRDefault="007C0F33" w:rsidP="007A2CE4">
            <w:pPr>
              <w:pStyle w:val="a8"/>
              <w:jc w:val="center"/>
              <w:rPr>
                <w:rFonts w:ascii="Times New Roman" w:hAnsi="Times New Roman" w:cs="Times New Roman"/>
                <w:sz w:val="28"/>
                <w:szCs w:val="28"/>
                <w:lang w:val="kk-KZ"/>
              </w:rPr>
            </w:pPr>
            <w:r w:rsidRPr="00CB28E5">
              <w:rPr>
                <w:rFonts w:ascii="Times New Roman" w:hAnsi="Times New Roman" w:cs="Times New Roman"/>
                <w:sz w:val="28"/>
                <w:szCs w:val="28"/>
                <w:lang w:val="kk-KZ"/>
              </w:rPr>
              <w:t>25,78</w:t>
            </w:r>
          </w:p>
        </w:tc>
        <w:tc>
          <w:tcPr>
            <w:tcW w:w="2142" w:type="dxa"/>
          </w:tcPr>
          <w:p w14:paraId="40A3E975" w14:textId="77777777" w:rsidR="007C0F33" w:rsidRPr="00CB28E5" w:rsidRDefault="007C0F33" w:rsidP="007A2CE4">
            <w:pPr>
              <w:pStyle w:val="a8"/>
              <w:jc w:val="center"/>
              <w:rPr>
                <w:rFonts w:ascii="Times New Roman" w:hAnsi="Times New Roman" w:cs="Times New Roman"/>
                <w:sz w:val="28"/>
                <w:szCs w:val="28"/>
                <w:lang w:val="kk-KZ"/>
              </w:rPr>
            </w:pPr>
            <w:r w:rsidRPr="00CB28E5">
              <w:rPr>
                <w:rFonts w:ascii="Times New Roman" w:hAnsi="Times New Roman" w:cs="Times New Roman"/>
                <w:sz w:val="28"/>
                <w:szCs w:val="28"/>
                <w:lang w:val="kk-KZ"/>
              </w:rPr>
              <w:t>23,23</w:t>
            </w:r>
          </w:p>
        </w:tc>
        <w:tc>
          <w:tcPr>
            <w:tcW w:w="2142" w:type="dxa"/>
          </w:tcPr>
          <w:p w14:paraId="6B401354" w14:textId="77777777" w:rsidR="007C0F33" w:rsidRPr="00CB28E5" w:rsidRDefault="007C0F33" w:rsidP="007A2CE4">
            <w:pPr>
              <w:pStyle w:val="a8"/>
              <w:jc w:val="center"/>
              <w:rPr>
                <w:rFonts w:ascii="Times New Roman" w:hAnsi="Times New Roman" w:cs="Times New Roman"/>
                <w:sz w:val="28"/>
                <w:szCs w:val="28"/>
                <w:lang w:val="kk-KZ"/>
              </w:rPr>
            </w:pPr>
            <w:r w:rsidRPr="00CB28E5">
              <w:rPr>
                <w:rFonts w:ascii="Times New Roman" w:hAnsi="Times New Roman" w:cs="Times New Roman"/>
                <w:sz w:val="28"/>
                <w:szCs w:val="28"/>
                <w:lang w:val="kk-KZ"/>
              </w:rPr>
              <w:t>26,25</w:t>
            </w:r>
          </w:p>
        </w:tc>
        <w:tc>
          <w:tcPr>
            <w:tcW w:w="2142" w:type="dxa"/>
          </w:tcPr>
          <w:p w14:paraId="143277F4" w14:textId="77777777" w:rsidR="007C0F33" w:rsidRPr="00CB28E5" w:rsidRDefault="007C0F33" w:rsidP="007A2CE4">
            <w:pPr>
              <w:pStyle w:val="a8"/>
              <w:jc w:val="center"/>
              <w:rPr>
                <w:rFonts w:ascii="Times New Roman" w:hAnsi="Times New Roman" w:cs="Times New Roman"/>
                <w:sz w:val="28"/>
                <w:szCs w:val="28"/>
                <w:lang w:val="kk-KZ"/>
              </w:rPr>
            </w:pPr>
            <w:r w:rsidRPr="00CB28E5">
              <w:rPr>
                <w:rFonts w:ascii="Times New Roman" w:hAnsi="Times New Roman" w:cs="Times New Roman"/>
                <w:sz w:val="28"/>
                <w:szCs w:val="28"/>
                <w:lang w:val="kk-KZ"/>
              </w:rPr>
              <w:t>24,72</w:t>
            </w:r>
          </w:p>
        </w:tc>
      </w:tr>
      <w:tr w:rsidR="007C0F33" w:rsidRPr="004D1FA2" w14:paraId="5A947177" w14:textId="77777777" w:rsidTr="00CB28E5">
        <w:tc>
          <w:tcPr>
            <w:tcW w:w="1589" w:type="dxa"/>
          </w:tcPr>
          <w:p w14:paraId="316A0081" w14:textId="77777777" w:rsidR="007C0F33" w:rsidRPr="00CB28E5" w:rsidRDefault="007C0F33" w:rsidP="007A2CE4">
            <w:pPr>
              <w:pStyle w:val="a8"/>
              <w:jc w:val="both"/>
              <w:rPr>
                <w:rFonts w:ascii="Times New Roman" w:hAnsi="Times New Roman" w:cs="Times New Roman"/>
                <w:sz w:val="28"/>
                <w:szCs w:val="28"/>
              </w:rPr>
            </w:pPr>
            <w:r w:rsidRPr="00CB28E5">
              <w:rPr>
                <w:rFonts w:ascii="Times New Roman" w:hAnsi="Times New Roman" w:cs="Times New Roman"/>
                <w:sz w:val="28"/>
                <w:szCs w:val="28"/>
              </w:rPr>
              <w:t>2026-2027</w:t>
            </w:r>
          </w:p>
        </w:tc>
        <w:tc>
          <w:tcPr>
            <w:tcW w:w="2142" w:type="dxa"/>
          </w:tcPr>
          <w:p w14:paraId="4AA22483" w14:textId="77777777" w:rsidR="007C0F33" w:rsidRPr="00CB28E5" w:rsidRDefault="007C0F33" w:rsidP="00CB28E5">
            <w:pPr>
              <w:pStyle w:val="a8"/>
              <w:jc w:val="center"/>
              <w:rPr>
                <w:rFonts w:ascii="Times New Roman" w:hAnsi="Times New Roman" w:cs="Times New Roman"/>
                <w:sz w:val="28"/>
                <w:szCs w:val="28"/>
                <w:lang w:val="kk-KZ"/>
              </w:rPr>
            </w:pPr>
            <w:r w:rsidRPr="00CB28E5">
              <w:rPr>
                <w:rFonts w:ascii="Times New Roman" w:hAnsi="Times New Roman" w:cs="Times New Roman"/>
                <w:sz w:val="28"/>
                <w:szCs w:val="28"/>
                <w:lang w:val="kk-KZ"/>
              </w:rPr>
              <w:t>24,6</w:t>
            </w:r>
          </w:p>
        </w:tc>
        <w:tc>
          <w:tcPr>
            <w:tcW w:w="2142" w:type="dxa"/>
          </w:tcPr>
          <w:p w14:paraId="495F92A7" w14:textId="77777777" w:rsidR="007C0F33" w:rsidRPr="00CB28E5" w:rsidRDefault="007C0F33" w:rsidP="00CB28E5">
            <w:pPr>
              <w:pStyle w:val="a8"/>
              <w:jc w:val="center"/>
              <w:rPr>
                <w:rFonts w:ascii="Times New Roman" w:hAnsi="Times New Roman" w:cs="Times New Roman"/>
                <w:sz w:val="28"/>
                <w:szCs w:val="28"/>
                <w:lang w:val="kk-KZ"/>
              </w:rPr>
            </w:pPr>
            <w:r w:rsidRPr="00CB28E5">
              <w:rPr>
                <w:rFonts w:ascii="Times New Roman" w:hAnsi="Times New Roman" w:cs="Times New Roman"/>
                <w:sz w:val="28"/>
                <w:szCs w:val="28"/>
                <w:lang w:val="kk-KZ"/>
              </w:rPr>
              <w:t>24,5</w:t>
            </w:r>
          </w:p>
        </w:tc>
        <w:tc>
          <w:tcPr>
            <w:tcW w:w="2142" w:type="dxa"/>
          </w:tcPr>
          <w:p w14:paraId="7289DB12" w14:textId="77777777" w:rsidR="007C0F33" w:rsidRPr="00CB28E5" w:rsidRDefault="007C0F33" w:rsidP="00CB28E5">
            <w:pPr>
              <w:pStyle w:val="a8"/>
              <w:jc w:val="center"/>
              <w:rPr>
                <w:rFonts w:ascii="Times New Roman" w:hAnsi="Times New Roman" w:cs="Times New Roman"/>
                <w:sz w:val="28"/>
                <w:szCs w:val="28"/>
                <w:lang w:val="kk-KZ"/>
              </w:rPr>
            </w:pPr>
            <w:r w:rsidRPr="00CB28E5">
              <w:rPr>
                <w:rFonts w:ascii="Times New Roman" w:hAnsi="Times New Roman" w:cs="Times New Roman"/>
                <w:sz w:val="28"/>
                <w:szCs w:val="28"/>
                <w:lang w:val="kk-KZ"/>
              </w:rPr>
              <w:t>24</w:t>
            </w:r>
          </w:p>
        </w:tc>
        <w:tc>
          <w:tcPr>
            <w:tcW w:w="2142" w:type="dxa"/>
          </w:tcPr>
          <w:p w14:paraId="2DA6298A" w14:textId="77777777" w:rsidR="007C0F33" w:rsidRPr="00CB28E5" w:rsidRDefault="007C0F33" w:rsidP="00CB28E5">
            <w:pPr>
              <w:pStyle w:val="a8"/>
              <w:jc w:val="center"/>
              <w:rPr>
                <w:rFonts w:ascii="Times New Roman" w:hAnsi="Times New Roman" w:cs="Times New Roman"/>
                <w:sz w:val="28"/>
                <w:szCs w:val="28"/>
                <w:lang w:val="kk-KZ"/>
              </w:rPr>
            </w:pPr>
            <w:r w:rsidRPr="00CB28E5">
              <w:rPr>
                <w:rFonts w:ascii="Times New Roman" w:hAnsi="Times New Roman" w:cs="Times New Roman"/>
                <w:sz w:val="28"/>
                <w:szCs w:val="28"/>
                <w:lang w:val="kk-KZ"/>
              </w:rPr>
              <w:t>24,5</w:t>
            </w:r>
          </w:p>
        </w:tc>
      </w:tr>
    </w:tbl>
    <w:p w14:paraId="793343C1" w14:textId="32505269" w:rsidR="00FE246C" w:rsidRPr="007C0F33" w:rsidRDefault="00FE246C" w:rsidP="00F9791F">
      <w:pPr>
        <w:pStyle w:val="a8"/>
        <w:jc w:val="center"/>
        <w:rPr>
          <w:rFonts w:ascii="Times New Roman" w:hAnsi="Times New Roman" w:cs="Times New Roman"/>
          <w:b/>
          <w:bCs/>
          <w:sz w:val="28"/>
          <w:szCs w:val="28"/>
          <w:lang w:val="kk-KZ"/>
        </w:rPr>
      </w:pPr>
    </w:p>
    <w:p w14:paraId="79344D64" w14:textId="77777777" w:rsidR="00DE0A4F" w:rsidRPr="00A81079" w:rsidRDefault="00DE0A4F" w:rsidP="00CB28E5">
      <w:pPr>
        <w:pStyle w:val="a8"/>
        <w:rPr>
          <w:rFonts w:ascii="Times New Roman" w:hAnsi="Times New Roman" w:cs="Times New Roman"/>
          <w:b/>
          <w:bCs/>
          <w:sz w:val="28"/>
          <w:szCs w:val="28"/>
          <w:lang w:val="kk-KZ"/>
        </w:rPr>
      </w:pPr>
    </w:p>
    <w:p w14:paraId="565F465F" w14:textId="77777777" w:rsidR="003840FB" w:rsidRDefault="003840FB" w:rsidP="00EF01AA">
      <w:pPr>
        <w:pStyle w:val="a8"/>
        <w:jc w:val="center"/>
        <w:rPr>
          <w:rFonts w:ascii="Times New Roman" w:hAnsi="Times New Roman" w:cs="Times New Roman"/>
          <w:b/>
          <w:bCs/>
          <w:sz w:val="32"/>
          <w:szCs w:val="32"/>
          <w:lang w:val="kk-KZ"/>
        </w:rPr>
      </w:pPr>
    </w:p>
    <w:p w14:paraId="28EFFA0C" w14:textId="5075B236" w:rsidR="003840FB" w:rsidRDefault="003840FB" w:rsidP="00EF01AA">
      <w:pPr>
        <w:pStyle w:val="a8"/>
        <w:jc w:val="center"/>
        <w:rPr>
          <w:rFonts w:ascii="Times New Roman" w:hAnsi="Times New Roman" w:cs="Times New Roman"/>
          <w:b/>
          <w:bCs/>
          <w:sz w:val="32"/>
          <w:szCs w:val="32"/>
          <w:lang w:val="kk-KZ"/>
        </w:rPr>
      </w:pPr>
    </w:p>
    <w:p w14:paraId="4E429157" w14:textId="157B55FC" w:rsidR="00414A67" w:rsidRDefault="00414A67" w:rsidP="00EF01AA">
      <w:pPr>
        <w:pStyle w:val="a8"/>
        <w:jc w:val="center"/>
        <w:rPr>
          <w:rFonts w:ascii="Times New Roman" w:hAnsi="Times New Roman" w:cs="Times New Roman"/>
          <w:b/>
          <w:bCs/>
          <w:sz w:val="32"/>
          <w:szCs w:val="32"/>
          <w:lang w:val="kk-KZ"/>
        </w:rPr>
      </w:pPr>
    </w:p>
    <w:p w14:paraId="379E50D5" w14:textId="3F523CFD" w:rsidR="00414A67" w:rsidRDefault="00414A67" w:rsidP="00EF01AA">
      <w:pPr>
        <w:pStyle w:val="a8"/>
        <w:jc w:val="center"/>
        <w:rPr>
          <w:rFonts w:ascii="Times New Roman" w:hAnsi="Times New Roman" w:cs="Times New Roman"/>
          <w:b/>
          <w:bCs/>
          <w:sz w:val="32"/>
          <w:szCs w:val="32"/>
          <w:lang w:val="kk-KZ"/>
        </w:rPr>
      </w:pPr>
    </w:p>
    <w:p w14:paraId="50FA913F" w14:textId="73B04CAC" w:rsidR="00414A67" w:rsidRDefault="00414A67" w:rsidP="00EF01AA">
      <w:pPr>
        <w:pStyle w:val="a8"/>
        <w:jc w:val="center"/>
        <w:rPr>
          <w:rFonts w:ascii="Times New Roman" w:hAnsi="Times New Roman" w:cs="Times New Roman"/>
          <w:b/>
          <w:bCs/>
          <w:sz w:val="32"/>
          <w:szCs w:val="32"/>
          <w:lang w:val="kk-KZ"/>
        </w:rPr>
      </w:pPr>
    </w:p>
    <w:p w14:paraId="4D7A5E0A" w14:textId="4059F854" w:rsidR="00414A67" w:rsidRDefault="00414A67" w:rsidP="00EF01AA">
      <w:pPr>
        <w:pStyle w:val="a8"/>
        <w:jc w:val="center"/>
        <w:rPr>
          <w:rFonts w:ascii="Times New Roman" w:hAnsi="Times New Roman" w:cs="Times New Roman"/>
          <w:b/>
          <w:bCs/>
          <w:sz w:val="32"/>
          <w:szCs w:val="32"/>
          <w:lang w:val="kk-KZ"/>
        </w:rPr>
      </w:pPr>
    </w:p>
    <w:p w14:paraId="5698873B" w14:textId="77777777" w:rsidR="00414A67" w:rsidRDefault="00414A67" w:rsidP="00EF01AA">
      <w:pPr>
        <w:pStyle w:val="a8"/>
        <w:jc w:val="center"/>
        <w:rPr>
          <w:rFonts w:ascii="Times New Roman" w:hAnsi="Times New Roman" w:cs="Times New Roman"/>
          <w:b/>
          <w:bCs/>
          <w:sz w:val="32"/>
          <w:szCs w:val="32"/>
          <w:lang w:val="kk-KZ"/>
        </w:rPr>
      </w:pPr>
    </w:p>
    <w:p w14:paraId="3DC52856" w14:textId="77777777" w:rsidR="003840FB" w:rsidRDefault="003840FB" w:rsidP="00EF01AA">
      <w:pPr>
        <w:pStyle w:val="a8"/>
        <w:jc w:val="center"/>
        <w:rPr>
          <w:rFonts w:ascii="Times New Roman" w:hAnsi="Times New Roman" w:cs="Times New Roman"/>
          <w:b/>
          <w:bCs/>
          <w:sz w:val="32"/>
          <w:szCs w:val="32"/>
          <w:lang w:val="kk-KZ"/>
        </w:rPr>
      </w:pPr>
    </w:p>
    <w:p w14:paraId="6C9DF29D" w14:textId="77777777" w:rsidR="003840FB" w:rsidRDefault="003840FB" w:rsidP="00EF01AA">
      <w:pPr>
        <w:pStyle w:val="a8"/>
        <w:jc w:val="center"/>
        <w:rPr>
          <w:rFonts w:ascii="Times New Roman" w:hAnsi="Times New Roman" w:cs="Times New Roman"/>
          <w:b/>
          <w:bCs/>
          <w:sz w:val="32"/>
          <w:szCs w:val="32"/>
          <w:lang w:val="kk-KZ"/>
        </w:rPr>
      </w:pPr>
    </w:p>
    <w:p w14:paraId="4FA0F17C" w14:textId="15D6CDB2" w:rsidR="00F9791F" w:rsidRPr="00EF01AA" w:rsidRDefault="00F9791F" w:rsidP="00EF01AA">
      <w:pPr>
        <w:pStyle w:val="a8"/>
        <w:jc w:val="center"/>
        <w:rPr>
          <w:rFonts w:ascii="Times New Roman" w:hAnsi="Times New Roman" w:cs="Times New Roman"/>
          <w:b/>
          <w:bCs/>
          <w:sz w:val="32"/>
          <w:szCs w:val="32"/>
          <w:lang w:val="kk-KZ"/>
        </w:rPr>
      </w:pPr>
      <w:r w:rsidRPr="00EF01AA">
        <w:rPr>
          <w:rFonts w:ascii="Times New Roman" w:hAnsi="Times New Roman" w:cs="Times New Roman"/>
          <w:b/>
          <w:bCs/>
          <w:sz w:val="32"/>
          <w:szCs w:val="32"/>
          <w:lang w:val="kk-KZ"/>
        </w:rPr>
        <w:lastRenderedPageBreak/>
        <w:t xml:space="preserve">IV. </w:t>
      </w:r>
      <w:r w:rsidR="00CB28E5" w:rsidRPr="00EF01AA">
        <w:rPr>
          <w:rFonts w:ascii="Times New Roman" w:hAnsi="Times New Roman" w:cs="Times New Roman"/>
          <w:b/>
          <w:bCs/>
          <w:sz w:val="32"/>
          <w:szCs w:val="32"/>
          <w:lang w:val="kk-KZ"/>
        </w:rPr>
        <w:t>Оқу-әдістемелік жұмыс</w:t>
      </w:r>
    </w:p>
    <w:p w14:paraId="71F0EB16" w14:textId="3349980A" w:rsidR="00CB28E5" w:rsidRPr="00CB28E5" w:rsidRDefault="00CB28E5" w:rsidP="00CB28E5">
      <w:pPr>
        <w:widowControl/>
        <w:autoSpaceDE/>
        <w:autoSpaceDN/>
        <w:spacing w:before="100" w:beforeAutospacing="1" w:after="100" w:afterAutospacing="1"/>
        <w:outlineLvl w:val="2"/>
        <w:rPr>
          <w:b/>
          <w:bCs/>
          <w:sz w:val="28"/>
          <w:szCs w:val="28"/>
          <w:lang w:val="kk-KZ" w:eastAsia="ru-RU"/>
        </w:rPr>
      </w:pPr>
      <w:bookmarkStart w:id="0" w:name="_Hlk128329512"/>
      <w:r w:rsidRPr="00CB28E5">
        <w:rPr>
          <w:b/>
          <w:bCs/>
          <w:sz w:val="28"/>
          <w:szCs w:val="28"/>
          <w:lang w:val="kk-KZ" w:eastAsia="ru-RU"/>
        </w:rPr>
        <w:t xml:space="preserve">1. </w:t>
      </w:r>
      <w:r w:rsidR="00E45B1A">
        <w:rPr>
          <w:b/>
          <w:bCs/>
          <w:sz w:val="28"/>
          <w:szCs w:val="28"/>
          <w:lang w:val="kk-KZ" w:eastAsia="ru-RU"/>
        </w:rPr>
        <w:t>Ж</w:t>
      </w:r>
      <w:r w:rsidRPr="00CB28E5">
        <w:rPr>
          <w:b/>
          <w:bCs/>
          <w:sz w:val="28"/>
          <w:szCs w:val="28"/>
          <w:lang w:val="kk-KZ" w:eastAsia="ru-RU"/>
        </w:rPr>
        <w:t>ұмыс оқу жоспары</w:t>
      </w:r>
      <w:r>
        <w:rPr>
          <w:b/>
          <w:bCs/>
          <w:sz w:val="28"/>
          <w:szCs w:val="28"/>
          <w:lang w:val="kk-KZ" w:eastAsia="ru-RU"/>
        </w:rPr>
        <w:t>ның,</w:t>
      </w:r>
      <w:r w:rsidRPr="00CB28E5">
        <w:rPr>
          <w:b/>
          <w:bCs/>
          <w:sz w:val="28"/>
          <w:szCs w:val="28"/>
          <w:lang w:val="kk-KZ" w:eastAsia="ru-RU"/>
        </w:rPr>
        <w:t xml:space="preserve"> сабақ кестелерінің</w:t>
      </w:r>
      <w:r>
        <w:rPr>
          <w:b/>
          <w:bCs/>
          <w:sz w:val="28"/>
          <w:szCs w:val="28"/>
          <w:lang w:val="kk-KZ" w:eastAsia="ru-RU"/>
        </w:rPr>
        <w:t>,</w:t>
      </w:r>
      <w:r w:rsidRPr="00CB28E5">
        <w:rPr>
          <w:b/>
          <w:bCs/>
          <w:sz w:val="28"/>
          <w:szCs w:val="28"/>
          <w:lang w:val="kk-KZ" w:eastAsia="ru-RU"/>
        </w:rPr>
        <w:t xml:space="preserve"> бастауыш, негізгі орта және жалпы орта білім берудің мемлекеттік жалпыға міндетті стандарттары</w:t>
      </w:r>
      <w:r w:rsidR="00E45B1A">
        <w:rPr>
          <w:b/>
          <w:bCs/>
          <w:sz w:val="28"/>
          <w:szCs w:val="28"/>
          <w:lang w:val="kk-KZ" w:eastAsia="ru-RU"/>
        </w:rPr>
        <w:t xml:space="preserve">на, сондай-ақ  үлгілік оқу жоспарларына </w:t>
      </w:r>
      <w:r w:rsidRPr="00CB28E5">
        <w:rPr>
          <w:b/>
          <w:bCs/>
          <w:sz w:val="28"/>
          <w:szCs w:val="28"/>
          <w:lang w:val="kk-KZ" w:eastAsia="ru-RU"/>
        </w:rPr>
        <w:t>сәйкестігі</w:t>
      </w:r>
    </w:p>
    <w:p w14:paraId="42779FA8" w14:textId="4798EA1F" w:rsidR="00CB28E5" w:rsidRPr="00E45B1A" w:rsidRDefault="00E45B1A" w:rsidP="00E45B1A">
      <w:pPr>
        <w:pStyle w:val="TableParagraph"/>
        <w:jc w:val="both"/>
        <w:rPr>
          <w:sz w:val="28"/>
          <w:szCs w:val="28"/>
          <w:lang w:val="kk-KZ" w:eastAsia="ru-RU"/>
        </w:rPr>
      </w:pPr>
      <w:r>
        <w:rPr>
          <w:sz w:val="28"/>
          <w:szCs w:val="28"/>
          <w:lang w:val="kk-KZ" w:eastAsia="ru-RU"/>
        </w:rPr>
        <w:t xml:space="preserve">        </w:t>
      </w:r>
      <w:r w:rsidRPr="00E45B1A">
        <w:rPr>
          <w:sz w:val="28"/>
          <w:szCs w:val="28"/>
          <w:lang w:val="kk-KZ" w:eastAsia="ru-RU"/>
        </w:rPr>
        <w:t>№14 м</w:t>
      </w:r>
      <w:r w:rsidR="00CB28E5" w:rsidRPr="00E45B1A">
        <w:rPr>
          <w:sz w:val="28"/>
          <w:szCs w:val="28"/>
          <w:lang w:val="kk-KZ" w:eastAsia="ru-RU"/>
        </w:rPr>
        <w:t>ектеп-</w:t>
      </w:r>
      <w:r w:rsidRPr="00E45B1A">
        <w:rPr>
          <w:sz w:val="28"/>
          <w:szCs w:val="28"/>
          <w:lang w:val="kk-KZ" w:eastAsia="ru-RU"/>
        </w:rPr>
        <w:t>гимназияда</w:t>
      </w:r>
      <w:r w:rsidR="00CB28E5" w:rsidRPr="00E45B1A">
        <w:rPr>
          <w:sz w:val="28"/>
          <w:szCs w:val="28"/>
          <w:lang w:val="kk-KZ" w:eastAsia="ru-RU"/>
        </w:rPr>
        <w:t xml:space="preserve"> білім беру процесі Қазақстан Республикасы Оқу-ағарту министрінің 2022 жылғы 3 тамыздағы №348 бұйрығымен бекітілген Бастауыш, негізгі орта және жалпы орта білім берудің мемлекеттік жалпыға міндетті стандарттарына (Қазақстан Республикасы Оқу-ағарту министрінің 2022 жылғы 23 қыркүйектегі №406 бұйрығымен енгізілген өзгерістер мен толықтыруларды ескере отырып) сәйкес жүзеге асырылады.</w:t>
      </w:r>
    </w:p>
    <w:p w14:paraId="0234C2D5" w14:textId="59058F09" w:rsidR="00CB28E5" w:rsidRPr="00E45B1A" w:rsidRDefault="00E45B1A" w:rsidP="00E45B1A">
      <w:pPr>
        <w:pStyle w:val="TableParagraph"/>
        <w:jc w:val="both"/>
        <w:rPr>
          <w:sz w:val="28"/>
          <w:szCs w:val="28"/>
          <w:lang w:val="kk-KZ" w:eastAsia="ru-RU"/>
        </w:rPr>
      </w:pPr>
      <w:r>
        <w:rPr>
          <w:sz w:val="28"/>
          <w:szCs w:val="28"/>
          <w:lang w:val="kk-KZ" w:eastAsia="ru-RU"/>
        </w:rPr>
        <w:t xml:space="preserve">       </w:t>
      </w:r>
      <w:r w:rsidR="00CB28E5" w:rsidRPr="00E45B1A">
        <w:rPr>
          <w:sz w:val="28"/>
          <w:szCs w:val="28"/>
          <w:lang w:val="kk-KZ" w:eastAsia="ru-RU"/>
        </w:rPr>
        <w:t>Мектептің жұмыс оқу жоспары екі компоненттен тұрады:</w:t>
      </w:r>
    </w:p>
    <w:p w14:paraId="3D230DD7" w14:textId="77777777" w:rsidR="00CB28E5" w:rsidRPr="007A2CE4" w:rsidRDefault="00CB28E5" w:rsidP="00E45B1A">
      <w:pPr>
        <w:pStyle w:val="TableParagraph"/>
        <w:jc w:val="both"/>
        <w:rPr>
          <w:sz w:val="28"/>
          <w:szCs w:val="28"/>
          <w:lang w:val="kk-KZ" w:eastAsia="ru-RU"/>
        </w:rPr>
      </w:pPr>
      <w:r w:rsidRPr="007A2CE4">
        <w:rPr>
          <w:b/>
          <w:bCs/>
          <w:sz w:val="28"/>
          <w:szCs w:val="28"/>
          <w:lang w:val="kk-KZ" w:eastAsia="ru-RU"/>
        </w:rPr>
        <w:t>Инварианттық (міндетті) компонент;</w:t>
      </w:r>
    </w:p>
    <w:p w14:paraId="04D6CE3F" w14:textId="77777777" w:rsidR="00CB28E5" w:rsidRPr="007A2CE4" w:rsidRDefault="00CB28E5" w:rsidP="00E45B1A">
      <w:pPr>
        <w:pStyle w:val="TableParagraph"/>
        <w:jc w:val="both"/>
        <w:rPr>
          <w:sz w:val="28"/>
          <w:szCs w:val="28"/>
          <w:lang w:val="kk-KZ" w:eastAsia="ru-RU"/>
        </w:rPr>
      </w:pPr>
      <w:r w:rsidRPr="007A2CE4">
        <w:rPr>
          <w:b/>
          <w:bCs/>
          <w:sz w:val="28"/>
          <w:szCs w:val="28"/>
          <w:lang w:val="kk-KZ" w:eastAsia="ru-RU"/>
        </w:rPr>
        <w:t>Вариативтік компонент</w:t>
      </w:r>
      <w:r w:rsidRPr="007A2CE4">
        <w:rPr>
          <w:sz w:val="28"/>
          <w:szCs w:val="28"/>
          <w:lang w:val="kk-KZ" w:eastAsia="ru-RU"/>
        </w:rPr>
        <w:t xml:space="preserve"> – білім алушылардың таңдауы бойынша пәндер мен элективті курстарды қамтиды.</w:t>
      </w:r>
    </w:p>
    <w:p w14:paraId="3FB308E6" w14:textId="31C96131" w:rsidR="00CB28E5" w:rsidRPr="007A2CE4" w:rsidRDefault="00E45B1A" w:rsidP="00E45B1A">
      <w:pPr>
        <w:pStyle w:val="TableParagraph"/>
        <w:jc w:val="both"/>
        <w:rPr>
          <w:sz w:val="28"/>
          <w:szCs w:val="28"/>
          <w:lang w:val="kk-KZ" w:eastAsia="ru-RU"/>
        </w:rPr>
      </w:pPr>
      <w:r>
        <w:rPr>
          <w:b/>
          <w:bCs/>
          <w:sz w:val="28"/>
          <w:szCs w:val="28"/>
          <w:lang w:val="kk-KZ" w:eastAsia="ru-RU"/>
        </w:rPr>
        <w:t xml:space="preserve">        </w:t>
      </w:r>
      <w:r w:rsidR="00CB28E5" w:rsidRPr="007A2CE4">
        <w:rPr>
          <w:b/>
          <w:bCs/>
          <w:sz w:val="28"/>
          <w:szCs w:val="28"/>
          <w:lang w:val="kk-KZ" w:eastAsia="ru-RU"/>
        </w:rPr>
        <w:t>Инварианттық компонент</w:t>
      </w:r>
      <w:r w:rsidR="00CB28E5" w:rsidRPr="007A2CE4">
        <w:rPr>
          <w:sz w:val="28"/>
          <w:szCs w:val="28"/>
          <w:lang w:val="kk-KZ" w:eastAsia="ru-RU"/>
        </w:rPr>
        <w:t xml:space="preserve"> білім беру мазмұнының барлық білім алушылар үшін міндетті болып табылатын бөлігін қамтиды. Оқу жоспарының міндетті бөлігіндегі пәндер білім алушыларды жалпыадамзаттық және ұлттық құндылықтарға баулуға, олардың тұлғалық қалыптасуы мен жан-жақты дамуына қолайлы білім беру ортасын құруға бағытталған.</w:t>
      </w:r>
    </w:p>
    <w:p w14:paraId="52693A5E" w14:textId="0E4C6274" w:rsidR="00CB28E5" w:rsidRPr="007A2CE4" w:rsidRDefault="00E45B1A" w:rsidP="00E45B1A">
      <w:pPr>
        <w:pStyle w:val="TableParagraph"/>
        <w:jc w:val="both"/>
        <w:rPr>
          <w:sz w:val="28"/>
          <w:szCs w:val="28"/>
          <w:lang w:val="kk-KZ" w:eastAsia="ru-RU"/>
        </w:rPr>
      </w:pPr>
      <w:r>
        <w:rPr>
          <w:b/>
          <w:bCs/>
          <w:sz w:val="28"/>
          <w:szCs w:val="28"/>
          <w:lang w:val="kk-KZ" w:eastAsia="ru-RU"/>
        </w:rPr>
        <w:t xml:space="preserve">       </w:t>
      </w:r>
      <w:r w:rsidR="00CB28E5" w:rsidRPr="007A2CE4">
        <w:rPr>
          <w:b/>
          <w:bCs/>
          <w:sz w:val="28"/>
          <w:szCs w:val="28"/>
          <w:lang w:val="kk-KZ" w:eastAsia="ru-RU"/>
        </w:rPr>
        <w:t>Вариативтік компонент</w:t>
      </w:r>
      <w:r w:rsidR="00240292">
        <w:rPr>
          <w:sz w:val="28"/>
          <w:szCs w:val="28"/>
          <w:lang w:val="kk-KZ" w:eastAsia="ru-RU"/>
        </w:rPr>
        <w:t xml:space="preserve"> мектеп-гимназияның</w:t>
      </w:r>
      <w:r w:rsidR="00CB28E5" w:rsidRPr="007A2CE4">
        <w:rPr>
          <w:sz w:val="28"/>
          <w:szCs w:val="28"/>
          <w:lang w:val="kk-KZ" w:eastAsia="ru-RU"/>
        </w:rPr>
        <w:t xml:space="preserve"> білім беру ерекшелігін айқындайды және заманауи білім беру қағидаттарын іске асыруға бағытталған қосымша білім беру бағдарламалары арқылы жүзеге асырылады.</w:t>
      </w:r>
    </w:p>
    <w:p w14:paraId="29F107AF" w14:textId="76670C1A" w:rsidR="00CB28E5" w:rsidRPr="007A2CE4" w:rsidRDefault="00E45B1A" w:rsidP="00E45B1A">
      <w:pPr>
        <w:pStyle w:val="TableParagraph"/>
        <w:jc w:val="both"/>
        <w:rPr>
          <w:sz w:val="28"/>
          <w:szCs w:val="28"/>
          <w:lang w:val="kk-KZ" w:eastAsia="ru-RU"/>
        </w:rPr>
      </w:pPr>
      <w:r>
        <w:rPr>
          <w:sz w:val="28"/>
          <w:szCs w:val="28"/>
          <w:lang w:val="kk-KZ" w:eastAsia="ru-RU"/>
        </w:rPr>
        <w:t xml:space="preserve">       </w:t>
      </w:r>
      <w:r w:rsidR="00CB28E5" w:rsidRPr="007A2CE4">
        <w:rPr>
          <w:sz w:val="28"/>
          <w:szCs w:val="28"/>
          <w:lang w:val="kk-KZ" w:eastAsia="ru-RU"/>
        </w:rPr>
        <w:t>Оқу жоспарының инварианттық компонентіне енгізілген барлық оқу пәндері бойынша білім беру бағдарламалары толық көлемде орындалады. Жазбаша, практикалық және зертханалық жұмыстар күнтізбелік-тақырыптық жоспарларға сәйкес жүргізіледі.</w:t>
      </w:r>
    </w:p>
    <w:p w14:paraId="1EC08EC1" w14:textId="3F5BADD8" w:rsidR="00CB28E5" w:rsidRPr="007A2CE4" w:rsidRDefault="00E45B1A" w:rsidP="00E45B1A">
      <w:pPr>
        <w:pStyle w:val="TableParagraph"/>
        <w:jc w:val="both"/>
        <w:rPr>
          <w:sz w:val="28"/>
          <w:szCs w:val="28"/>
          <w:lang w:val="kk-KZ" w:eastAsia="ru-RU"/>
        </w:rPr>
      </w:pPr>
      <w:r>
        <w:rPr>
          <w:sz w:val="28"/>
          <w:szCs w:val="28"/>
          <w:lang w:val="kk-KZ" w:eastAsia="ru-RU"/>
        </w:rPr>
        <w:t xml:space="preserve">       </w:t>
      </w:r>
      <w:r w:rsidR="00CB28E5" w:rsidRPr="007A2CE4">
        <w:rPr>
          <w:sz w:val="28"/>
          <w:szCs w:val="28"/>
          <w:lang w:val="kk-KZ" w:eastAsia="ru-RU"/>
        </w:rPr>
        <w:t>Оқу жоспарының вариативтік компонентін қалыптастыру барысында білім алушылардың қызығушылықтары, жеке қабілеттері мен білім алу қажеттіліктері ескеріледі.</w:t>
      </w:r>
    </w:p>
    <w:p w14:paraId="5C315535" w14:textId="6E3015FB" w:rsidR="00CB28E5" w:rsidRPr="007A2CE4" w:rsidRDefault="00E45B1A" w:rsidP="00E45B1A">
      <w:pPr>
        <w:pStyle w:val="TableParagraph"/>
        <w:jc w:val="both"/>
        <w:rPr>
          <w:sz w:val="28"/>
          <w:szCs w:val="28"/>
          <w:lang w:val="kk-KZ" w:eastAsia="ru-RU"/>
        </w:rPr>
      </w:pPr>
      <w:r>
        <w:rPr>
          <w:sz w:val="28"/>
          <w:szCs w:val="28"/>
          <w:lang w:val="kk-KZ" w:eastAsia="ru-RU"/>
        </w:rPr>
        <w:t xml:space="preserve">        </w:t>
      </w:r>
      <w:r w:rsidR="00CB28E5" w:rsidRPr="007A2CE4">
        <w:rPr>
          <w:sz w:val="28"/>
          <w:szCs w:val="28"/>
          <w:lang w:val="kk-KZ" w:eastAsia="ru-RU"/>
        </w:rPr>
        <w:t>Мектептің жұмыс оқу жоспар</w:t>
      </w:r>
      <w:r w:rsidRPr="007A2CE4">
        <w:rPr>
          <w:sz w:val="28"/>
          <w:szCs w:val="28"/>
          <w:lang w:val="kk-KZ" w:eastAsia="ru-RU"/>
        </w:rPr>
        <w:t>лары</w:t>
      </w:r>
      <w:r w:rsidR="00CB28E5" w:rsidRPr="007A2CE4">
        <w:rPr>
          <w:sz w:val="28"/>
          <w:szCs w:val="28"/>
          <w:lang w:val="kk-KZ" w:eastAsia="ru-RU"/>
        </w:rPr>
        <w:t xml:space="preserve"> Қарағанды қаласы білім бөлімінің басшысымен келісіліп, мектеп директоры тарапынан бекітілген.</w:t>
      </w:r>
    </w:p>
    <w:p w14:paraId="6B9EBCF3" w14:textId="6E8A891A" w:rsidR="00CB28E5" w:rsidRPr="007A2CE4" w:rsidRDefault="00E45B1A" w:rsidP="00E45B1A">
      <w:pPr>
        <w:pStyle w:val="TableParagraph"/>
        <w:jc w:val="both"/>
        <w:rPr>
          <w:sz w:val="28"/>
          <w:szCs w:val="28"/>
          <w:lang w:val="kk-KZ" w:eastAsia="ru-RU"/>
        </w:rPr>
      </w:pPr>
      <w:r>
        <w:rPr>
          <w:sz w:val="28"/>
          <w:szCs w:val="28"/>
          <w:lang w:val="kk-KZ" w:eastAsia="ru-RU"/>
        </w:rPr>
        <w:t xml:space="preserve">        </w:t>
      </w:r>
      <w:r w:rsidR="00CB28E5" w:rsidRPr="007A2CE4">
        <w:rPr>
          <w:sz w:val="28"/>
          <w:szCs w:val="28"/>
          <w:lang w:val="kk-KZ" w:eastAsia="ru-RU"/>
        </w:rPr>
        <w:t>Мектептің жұмыс оқу жоспарын әзірлеу барысында төмендегі талаптар басшылыққа алынды:</w:t>
      </w:r>
    </w:p>
    <w:p w14:paraId="43C3A94B" w14:textId="77777777" w:rsidR="00CB28E5" w:rsidRPr="007A2CE4" w:rsidRDefault="00CB28E5" w:rsidP="00E45B1A">
      <w:pPr>
        <w:pStyle w:val="TableParagraph"/>
        <w:jc w:val="both"/>
        <w:rPr>
          <w:sz w:val="28"/>
          <w:szCs w:val="28"/>
          <w:lang w:val="kk-KZ" w:eastAsia="ru-RU"/>
        </w:rPr>
      </w:pPr>
      <w:r w:rsidRPr="007A2CE4">
        <w:rPr>
          <w:sz w:val="28"/>
          <w:szCs w:val="28"/>
          <w:lang w:val="kk-KZ" w:eastAsia="ru-RU"/>
        </w:rPr>
        <w:t>базалық (инварианттық) компоненттің толық сақталуы;</w:t>
      </w:r>
    </w:p>
    <w:p w14:paraId="44427531" w14:textId="77777777" w:rsidR="00CB28E5" w:rsidRPr="007A2CE4" w:rsidRDefault="00CB28E5" w:rsidP="00E45B1A">
      <w:pPr>
        <w:pStyle w:val="TableParagraph"/>
        <w:jc w:val="both"/>
        <w:rPr>
          <w:sz w:val="28"/>
          <w:szCs w:val="28"/>
          <w:lang w:val="kk-KZ" w:eastAsia="ru-RU"/>
        </w:rPr>
      </w:pPr>
      <w:r w:rsidRPr="007A2CE4">
        <w:rPr>
          <w:sz w:val="28"/>
          <w:szCs w:val="28"/>
          <w:lang w:val="kk-KZ" w:eastAsia="ru-RU"/>
        </w:rPr>
        <w:t>мектеп және білім алушы компоненттеріне бөлінген сағаттардың тиімді пайдаланылуы;</w:t>
      </w:r>
    </w:p>
    <w:p w14:paraId="4496B590" w14:textId="77777777" w:rsidR="00CB28E5" w:rsidRPr="007A2CE4" w:rsidRDefault="00CB28E5" w:rsidP="00E45B1A">
      <w:pPr>
        <w:pStyle w:val="TableParagraph"/>
        <w:jc w:val="both"/>
        <w:rPr>
          <w:sz w:val="28"/>
          <w:szCs w:val="28"/>
          <w:lang w:val="kk-KZ" w:eastAsia="ru-RU"/>
        </w:rPr>
      </w:pPr>
      <w:r w:rsidRPr="007A2CE4">
        <w:rPr>
          <w:sz w:val="28"/>
          <w:szCs w:val="28"/>
          <w:lang w:val="kk-KZ" w:eastAsia="ru-RU"/>
        </w:rPr>
        <w:t>білім алушылардың жалпы оқу жүктемесінің белгіленген нормаларға сәйкестігі;</w:t>
      </w:r>
    </w:p>
    <w:p w14:paraId="64C02A34" w14:textId="77777777" w:rsidR="00CB28E5" w:rsidRPr="007A2CE4" w:rsidRDefault="00CB28E5" w:rsidP="00E45B1A">
      <w:pPr>
        <w:pStyle w:val="TableParagraph"/>
        <w:jc w:val="both"/>
        <w:rPr>
          <w:sz w:val="28"/>
          <w:szCs w:val="28"/>
          <w:lang w:val="kk-KZ" w:eastAsia="ru-RU"/>
        </w:rPr>
      </w:pPr>
      <w:r w:rsidRPr="007A2CE4">
        <w:rPr>
          <w:sz w:val="28"/>
          <w:szCs w:val="28"/>
          <w:lang w:val="kk-KZ" w:eastAsia="ru-RU"/>
        </w:rPr>
        <w:t>оқу жоспарының толық көлемде орындалуы.</w:t>
      </w:r>
    </w:p>
    <w:p w14:paraId="3B200560" w14:textId="77777777" w:rsidR="00CB28E5" w:rsidRPr="007A2CE4" w:rsidRDefault="00CB28E5" w:rsidP="00E45B1A">
      <w:pPr>
        <w:pStyle w:val="TableParagraph"/>
        <w:jc w:val="both"/>
        <w:rPr>
          <w:sz w:val="28"/>
          <w:szCs w:val="28"/>
          <w:lang w:val="kk-KZ" w:eastAsia="ru-RU"/>
        </w:rPr>
      </w:pPr>
      <w:r w:rsidRPr="007A2CE4">
        <w:rPr>
          <w:sz w:val="28"/>
          <w:szCs w:val="28"/>
          <w:lang w:val="kk-KZ" w:eastAsia="ru-RU"/>
        </w:rPr>
        <w:t>Барлық сыныптардағы ең жоғары оқу жүктемесі Қазақстан Республикасының мемлекеттік жалпыға міндетті білім беру стандарттарында белгіленген нормаларға сәйкес келеді.</w:t>
      </w:r>
    </w:p>
    <w:p w14:paraId="567B10B6" w14:textId="77777777" w:rsidR="00CB28E5" w:rsidRPr="007A2CE4" w:rsidRDefault="00CB28E5" w:rsidP="00E45B1A">
      <w:pPr>
        <w:pStyle w:val="TableParagraph"/>
        <w:jc w:val="both"/>
        <w:rPr>
          <w:sz w:val="28"/>
          <w:szCs w:val="28"/>
          <w:lang w:val="kk-KZ" w:eastAsia="ru-RU"/>
        </w:rPr>
      </w:pPr>
      <w:r w:rsidRPr="007A2CE4">
        <w:rPr>
          <w:sz w:val="28"/>
          <w:szCs w:val="28"/>
          <w:lang w:val="kk-KZ" w:eastAsia="ru-RU"/>
        </w:rPr>
        <w:t>Мектеп компоненті білім алушылардың қабілеттері мен білім алу қажеттіліктерін ескере отырып, оқу процесін ұйымдастыруға бағытталған оқу жүктемесін қамтиды.</w:t>
      </w:r>
    </w:p>
    <w:p w14:paraId="4A3CF1FB" w14:textId="77777777" w:rsidR="00CB28E5" w:rsidRPr="007A2CE4" w:rsidRDefault="00CB28E5" w:rsidP="00E45B1A">
      <w:pPr>
        <w:pStyle w:val="TableParagraph"/>
        <w:jc w:val="both"/>
        <w:rPr>
          <w:sz w:val="28"/>
          <w:szCs w:val="28"/>
          <w:lang w:val="kk-KZ" w:eastAsia="ru-RU"/>
        </w:rPr>
      </w:pPr>
      <w:r w:rsidRPr="007A2CE4">
        <w:rPr>
          <w:sz w:val="28"/>
          <w:szCs w:val="28"/>
          <w:lang w:val="kk-KZ" w:eastAsia="ru-RU"/>
        </w:rPr>
        <w:t xml:space="preserve">Инварианттық компонентке енгізілген барлық оқу пәндері бойынша оқу </w:t>
      </w:r>
      <w:r w:rsidRPr="007A2CE4">
        <w:rPr>
          <w:sz w:val="28"/>
          <w:szCs w:val="28"/>
          <w:lang w:val="kk-KZ" w:eastAsia="ru-RU"/>
        </w:rPr>
        <w:lastRenderedPageBreak/>
        <w:t>бағдарламалары толық көлемде орындалады.</w:t>
      </w:r>
    </w:p>
    <w:p w14:paraId="1F1BF830" w14:textId="77777777" w:rsidR="00CB28E5" w:rsidRPr="007A2CE4" w:rsidRDefault="00CB28E5" w:rsidP="00E45B1A">
      <w:pPr>
        <w:pStyle w:val="TableParagraph"/>
        <w:jc w:val="both"/>
        <w:rPr>
          <w:sz w:val="28"/>
          <w:szCs w:val="28"/>
          <w:lang w:val="kk-KZ" w:eastAsia="ru-RU"/>
        </w:rPr>
      </w:pPr>
      <w:r w:rsidRPr="007A2CE4">
        <w:rPr>
          <w:sz w:val="28"/>
          <w:szCs w:val="28"/>
          <w:lang w:val="kk-KZ" w:eastAsia="ru-RU"/>
        </w:rPr>
        <w:t>Мектептің жұмыс оқу жоспарлары қосымшада ұсынылған.</w:t>
      </w:r>
    </w:p>
    <w:p w14:paraId="0F0D004A" w14:textId="08584366" w:rsidR="00CB28E5" w:rsidRPr="007A2CE4" w:rsidRDefault="00E45B1A" w:rsidP="00E45B1A">
      <w:pPr>
        <w:pStyle w:val="TableParagraph"/>
        <w:jc w:val="both"/>
        <w:rPr>
          <w:sz w:val="28"/>
          <w:szCs w:val="28"/>
          <w:lang w:val="kk-KZ" w:eastAsia="ru-RU"/>
        </w:rPr>
      </w:pPr>
      <w:r w:rsidRPr="007A2CE4">
        <w:rPr>
          <w:sz w:val="28"/>
          <w:szCs w:val="28"/>
          <w:lang w:val="kk-KZ" w:eastAsia="ru-RU"/>
        </w:rPr>
        <w:t>«№14</w:t>
      </w:r>
      <w:r w:rsidR="00CB28E5" w:rsidRPr="007A2CE4">
        <w:rPr>
          <w:sz w:val="28"/>
          <w:szCs w:val="28"/>
          <w:lang w:val="kk-KZ" w:eastAsia="ru-RU"/>
        </w:rPr>
        <w:t xml:space="preserve"> мектеп-</w:t>
      </w:r>
      <w:r>
        <w:rPr>
          <w:sz w:val="28"/>
          <w:szCs w:val="28"/>
          <w:lang w:val="kk-KZ" w:eastAsia="ru-RU"/>
        </w:rPr>
        <w:t>гимназиясы</w:t>
      </w:r>
      <w:r w:rsidRPr="007A2CE4">
        <w:rPr>
          <w:sz w:val="28"/>
          <w:szCs w:val="28"/>
          <w:lang w:val="kk-KZ" w:eastAsia="ru-RU"/>
        </w:rPr>
        <w:t>» КММ-де 2024</w:t>
      </w:r>
      <w:r w:rsidR="00CB28E5" w:rsidRPr="007A2CE4">
        <w:rPr>
          <w:sz w:val="28"/>
          <w:szCs w:val="28"/>
          <w:lang w:val="kk-KZ" w:eastAsia="ru-RU"/>
        </w:rPr>
        <w:t>–</w:t>
      </w:r>
      <w:r w:rsidRPr="007A2CE4">
        <w:rPr>
          <w:sz w:val="28"/>
          <w:szCs w:val="28"/>
          <w:lang w:val="kk-KZ" w:eastAsia="ru-RU"/>
        </w:rPr>
        <w:t>2025, 2025–2026 және 2026–2027</w:t>
      </w:r>
      <w:r w:rsidR="00CB28E5" w:rsidRPr="007A2CE4">
        <w:rPr>
          <w:sz w:val="28"/>
          <w:szCs w:val="28"/>
          <w:lang w:val="kk-KZ" w:eastAsia="ru-RU"/>
        </w:rPr>
        <w:t xml:space="preserve"> оқу жылдарындағы білім беру процесі Қазақстан Республикасы Білім және ғылым министрінің 2012 жылғы 8 қарашадағы №500 бұйрығымен бекітілген бастауыш, негізгі орта және жалпы орта білім берудің үлгілік оқу жоспарларына сәйкес ұйымдастырылды.</w:t>
      </w:r>
    </w:p>
    <w:p w14:paraId="15690824" w14:textId="44BA1147" w:rsidR="00E45B1A" w:rsidRPr="00F16ABA" w:rsidRDefault="00F16ABA" w:rsidP="00A43195">
      <w:pPr>
        <w:pStyle w:val="a8"/>
        <w:ind w:firstLine="708"/>
        <w:jc w:val="both"/>
        <w:rPr>
          <w:rFonts w:ascii="Times New Roman" w:hAnsi="Times New Roman" w:cs="Times New Roman"/>
          <w:sz w:val="28"/>
          <w:szCs w:val="28"/>
          <w:lang w:val="kk-KZ"/>
        </w:rPr>
      </w:pPr>
      <w:r w:rsidRPr="00F16ABA">
        <w:rPr>
          <w:rFonts w:ascii="Times New Roman" w:hAnsi="Times New Roman" w:cs="Times New Roman"/>
          <w:sz w:val="28"/>
          <w:szCs w:val="28"/>
          <w:lang w:val="kk-KZ"/>
        </w:rPr>
        <w:t>Жұмыс оқу жоспары</w:t>
      </w:r>
      <w:r>
        <w:rPr>
          <w:rFonts w:ascii="Times New Roman" w:hAnsi="Times New Roman" w:cs="Times New Roman"/>
          <w:sz w:val="28"/>
          <w:szCs w:val="28"/>
          <w:lang w:val="kk-KZ"/>
        </w:rPr>
        <w:t xml:space="preserve">: </w:t>
      </w:r>
    </w:p>
    <w:p w14:paraId="25D1BC49" w14:textId="34425278" w:rsidR="00E45B1A" w:rsidRDefault="00E45B1A" w:rsidP="00F16ABA">
      <w:pPr>
        <w:pStyle w:val="a8"/>
        <w:jc w:val="both"/>
        <w:rPr>
          <w:rFonts w:ascii="Times New Roman" w:hAnsi="Times New Roman" w:cs="Times New Roman"/>
          <w:b/>
          <w:sz w:val="24"/>
          <w:szCs w:val="24"/>
          <w:lang w:val="kk-KZ"/>
        </w:rPr>
      </w:pPr>
    </w:p>
    <w:p w14:paraId="756E195B" w14:textId="77777777" w:rsidR="00F16ABA" w:rsidRPr="00F16ABA" w:rsidRDefault="00F16ABA" w:rsidP="00F16ABA">
      <w:pPr>
        <w:pStyle w:val="a8"/>
        <w:jc w:val="both"/>
        <w:rPr>
          <w:rFonts w:ascii="Times New Roman" w:hAnsi="Times New Roman" w:cs="Times New Roman"/>
          <w:b/>
          <w:sz w:val="24"/>
          <w:szCs w:val="24"/>
          <w:highlight w:val="yellow"/>
          <w:lang w:val="kk-KZ"/>
        </w:rPr>
      </w:pPr>
    </w:p>
    <w:bookmarkEnd w:id="0"/>
    <w:p w14:paraId="24D211DD" w14:textId="77777777" w:rsidR="00993A2A" w:rsidRPr="00993A2A" w:rsidRDefault="00993A2A" w:rsidP="00993A2A">
      <w:pPr>
        <w:pStyle w:val="TableParagraph"/>
        <w:jc w:val="both"/>
        <w:rPr>
          <w:b/>
          <w:sz w:val="28"/>
          <w:szCs w:val="28"/>
          <w:lang w:val="kk-KZ" w:eastAsia="ru-RU"/>
        </w:rPr>
      </w:pPr>
      <w:r w:rsidRPr="00993A2A">
        <w:rPr>
          <w:b/>
          <w:sz w:val="28"/>
          <w:szCs w:val="28"/>
          <w:lang w:val="kk-KZ" w:eastAsia="ru-RU"/>
        </w:rPr>
        <w:t>Сабақ кестесінің санитариялық-эпидемиологиялық талаптарға сәйкестігі</w:t>
      </w:r>
    </w:p>
    <w:p w14:paraId="2A04128B" w14:textId="503CD117" w:rsidR="00993A2A" w:rsidRPr="00993A2A" w:rsidRDefault="00993A2A" w:rsidP="00993A2A">
      <w:pPr>
        <w:pStyle w:val="TableParagraph"/>
        <w:jc w:val="both"/>
        <w:rPr>
          <w:sz w:val="28"/>
          <w:szCs w:val="28"/>
          <w:lang w:val="kk-KZ" w:eastAsia="ru-RU"/>
        </w:rPr>
      </w:pPr>
      <w:r>
        <w:rPr>
          <w:sz w:val="28"/>
          <w:szCs w:val="28"/>
          <w:lang w:val="kk-KZ" w:eastAsia="ru-RU"/>
        </w:rPr>
        <w:t xml:space="preserve">       №14 мектеп-гимназияда </w:t>
      </w:r>
      <w:r w:rsidRPr="00993A2A">
        <w:rPr>
          <w:sz w:val="28"/>
          <w:szCs w:val="28"/>
          <w:lang w:val="kk-KZ" w:eastAsia="ru-RU"/>
        </w:rPr>
        <w:t>сабақ кестесі Қазақстан Республикасы Денсаулық сақтау министрінің 2021 жылғы 5 тамыздағы № ҚР ДСМ-76 бұйрығымен бекітілген «Білім беру объектілеріне қойылатын санитариялық-эпидемиологиялық талаптар» санитариялық қағидаларына сәйкес құрастырылады.</w:t>
      </w:r>
    </w:p>
    <w:p w14:paraId="756B6CB8" w14:textId="7DD7B74C" w:rsidR="00993A2A" w:rsidRPr="00993A2A" w:rsidRDefault="00993A2A" w:rsidP="00993A2A">
      <w:pPr>
        <w:pStyle w:val="TableParagraph"/>
        <w:jc w:val="both"/>
        <w:rPr>
          <w:sz w:val="28"/>
          <w:szCs w:val="28"/>
          <w:lang w:val="kk-KZ" w:eastAsia="ru-RU"/>
        </w:rPr>
      </w:pPr>
      <w:r w:rsidRPr="00993A2A">
        <w:rPr>
          <w:sz w:val="28"/>
          <w:szCs w:val="28"/>
          <w:lang w:val="kk-KZ" w:eastAsia="ru-RU"/>
        </w:rPr>
        <w:t>Білім алушылардың апталық оқу жүктемесі аталған санитариялық қағидаларда және мемлекеттік жалпыға міндетті білім беру стандарттарында белгіленген нормативтерден аспайды.</w:t>
      </w:r>
      <w:r>
        <w:rPr>
          <w:sz w:val="28"/>
          <w:szCs w:val="28"/>
          <w:lang w:val="kk-KZ" w:eastAsia="ru-RU"/>
        </w:rPr>
        <w:t xml:space="preserve"> </w:t>
      </w:r>
      <w:r w:rsidRPr="00993A2A">
        <w:rPr>
          <w:sz w:val="28"/>
          <w:szCs w:val="28"/>
          <w:lang w:val="kk-KZ" w:eastAsia="ru-RU"/>
        </w:rPr>
        <w:t>Сабақ кестесіндегі сабақтар саны мектептің қамқоршылық кеңесімен келісіледі. Мектептің сабақ кестесі міндетті оқу пәндері мен элективті курстар үшін жеке жасалады.</w:t>
      </w:r>
      <w:r>
        <w:rPr>
          <w:sz w:val="28"/>
          <w:szCs w:val="28"/>
          <w:lang w:val="kk-KZ" w:eastAsia="ru-RU"/>
        </w:rPr>
        <w:t xml:space="preserve"> </w:t>
      </w:r>
      <w:r w:rsidRPr="00993A2A">
        <w:rPr>
          <w:sz w:val="28"/>
          <w:szCs w:val="28"/>
          <w:lang w:val="kk-KZ" w:eastAsia="ru-RU"/>
        </w:rPr>
        <w:t xml:space="preserve">Сабақтың ұзақтығы 45 минуттан аспайды. Сабақтар арасындағы үзілістердің ұзақтығы кемінде 5 минутты құрайды. </w:t>
      </w:r>
      <w:r w:rsidR="00BA5CF4">
        <w:rPr>
          <w:sz w:val="28"/>
          <w:szCs w:val="28"/>
          <w:lang w:val="kk-KZ" w:eastAsia="ru-RU"/>
        </w:rPr>
        <w:t>Екінші</w:t>
      </w:r>
      <w:r w:rsidRPr="00993A2A">
        <w:rPr>
          <w:sz w:val="28"/>
          <w:szCs w:val="28"/>
          <w:lang w:val="kk-KZ" w:eastAsia="ru-RU"/>
        </w:rPr>
        <w:t xml:space="preserve"> және төртінші сабақтардан кейін әрқайсысы 15 минуттан тұратын екі үлкен үзіліс қарастырылған.</w:t>
      </w:r>
      <w:r>
        <w:rPr>
          <w:sz w:val="28"/>
          <w:szCs w:val="28"/>
          <w:lang w:val="kk-KZ" w:eastAsia="ru-RU"/>
        </w:rPr>
        <w:t xml:space="preserve"> </w:t>
      </w:r>
      <w:r w:rsidRPr="00993A2A">
        <w:rPr>
          <w:sz w:val="28"/>
          <w:szCs w:val="28"/>
          <w:lang w:val="kk-KZ" w:eastAsia="ru-RU"/>
        </w:rPr>
        <w:t>Оқу ауысымдары арасында оқу кабинеттерін ылғалды тазалау және желдету жұмыстарын жүргізу үшін ұзақтығы кемінде 40 минут болатын үзіліс белгіленген.</w:t>
      </w:r>
      <w:r>
        <w:rPr>
          <w:sz w:val="28"/>
          <w:szCs w:val="28"/>
          <w:lang w:val="kk-KZ" w:eastAsia="ru-RU"/>
        </w:rPr>
        <w:t xml:space="preserve"> </w:t>
      </w:r>
      <w:r w:rsidRPr="00993A2A">
        <w:rPr>
          <w:sz w:val="28"/>
          <w:szCs w:val="28"/>
          <w:lang w:val="kk-KZ" w:eastAsia="ru-RU"/>
        </w:rPr>
        <w:t>Сабақ кестесі білім алушылардың жас ерекшеліктерін, оқу жүктемесінің көлемін, пәндердің күрделілік деңгейін және санитариялық-гигиеналық талаптарды ескере отырып жасалады.</w:t>
      </w:r>
    </w:p>
    <w:p w14:paraId="132D6BA0" w14:textId="77777777" w:rsidR="00993A2A" w:rsidRPr="00993A2A" w:rsidRDefault="00993A2A" w:rsidP="00993A2A">
      <w:pPr>
        <w:widowControl/>
        <w:autoSpaceDE/>
        <w:autoSpaceDN/>
        <w:spacing w:before="100" w:beforeAutospacing="1" w:after="100" w:afterAutospacing="1"/>
        <w:rPr>
          <w:sz w:val="28"/>
          <w:szCs w:val="28"/>
          <w:lang w:val="kk-KZ" w:eastAsia="ru-RU"/>
        </w:rPr>
      </w:pPr>
      <w:r w:rsidRPr="00993A2A">
        <w:rPr>
          <w:sz w:val="28"/>
          <w:szCs w:val="28"/>
          <w:lang w:val="kk-KZ" w:eastAsia="ru-RU"/>
        </w:rPr>
        <w:t>Мектептің бекітілген сабақ кестелері қосымшаларда ұсынылған.</w:t>
      </w:r>
    </w:p>
    <w:p w14:paraId="2B39FDC8" w14:textId="77777777" w:rsidR="00F16ABA" w:rsidRPr="00F16ABA" w:rsidRDefault="00F16ABA" w:rsidP="00F9791F">
      <w:pPr>
        <w:pStyle w:val="a8"/>
        <w:jc w:val="both"/>
        <w:rPr>
          <w:rFonts w:ascii="Times New Roman" w:hAnsi="Times New Roman" w:cs="Times New Roman"/>
          <w:b/>
          <w:spacing w:val="2"/>
          <w:sz w:val="24"/>
          <w:szCs w:val="24"/>
          <w:lang w:val="kk-KZ"/>
        </w:rPr>
      </w:pPr>
    </w:p>
    <w:p w14:paraId="3D3C9E6D" w14:textId="4F7520DF" w:rsidR="00E7788A" w:rsidRDefault="00E7788A" w:rsidP="00E7788A">
      <w:pPr>
        <w:pStyle w:val="TableParagraph"/>
        <w:rPr>
          <w:b/>
          <w:sz w:val="28"/>
          <w:szCs w:val="28"/>
          <w:lang w:val="kk-KZ" w:eastAsia="ru-RU"/>
        </w:rPr>
      </w:pPr>
      <w:r w:rsidRPr="0056303A">
        <w:rPr>
          <w:b/>
          <w:spacing w:val="2"/>
          <w:sz w:val="28"/>
          <w:szCs w:val="28"/>
          <w:lang w:val="kk-KZ"/>
        </w:rPr>
        <w:t xml:space="preserve">2. </w:t>
      </w:r>
      <w:r w:rsidRPr="0056303A">
        <w:rPr>
          <w:b/>
          <w:sz w:val="28"/>
          <w:szCs w:val="28"/>
          <w:lang w:val="kk-KZ" w:eastAsia="ru-RU"/>
        </w:rPr>
        <w:t>Оқу</w:t>
      </w:r>
      <w:r w:rsidRPr="00E7788A">
        <w:rPr>
          <w:b/>
          <w:sz w:val="28"/>
          <w:szCs w:val="28"/>
          <w:lang w:val="kk-KZ" w:eastAsia="ru-RU"/>
        </w:rPr>
        <w:t xml:space="preserve"> үдерісін, оқу пәндері мазмұнын жоспарлау мен іске асырудың жалпы білім беретін пәндер бойынша үлгілік оқу бағдарламалары мен бастауыш, негізгі орта және жалпы орта білім беру деңгейлерінің таңдау курстары талаптарына сәйкестігі</w:t>
      </w:r>
    </w:p>
    <w:p w14:paraId="599686AD" w14:textId="7DCD0CDD" w:rsidR="00E7788A" w:rsidRPr="00E7788A" w:rsidRDefault="00E7788A" w:rsidP="00E7788A">
      <w:pPr>
        <w:pStyle w:val="TableParagraph"/>
        <w:jc w:val="both"/>
        <w:rPr>
          <w:sz w:val="28"/>
          <w:szCs w:val="28"/>
          <w:lang w:val="kk-KZ" w:eastAsia="ru-RU"/>
        </w:rPr>
      </w:pPr>
      <w:r>
        <w:rPr>
          <w:sz w:val="28"/>
          <w:szCs w:val="28"/>
          <w:lang w:val="kk-KZ" w:eastAsia="ru-RU"/>
        </w:rPr>
        <w:t xml:space="preserve">         </w:t>
      </w:r>
      <w:r w:rsidRPr="00E7788A">
        <w:rPr>
          <w:sz w:val="28"/>
          <w:szCs w:val="28"/>
          <w:lang w:val="kk-KZ" w:eastAsia="ru-RU"/>
        </w:rPr>
        <w:t>Мектепте білім беру процесі Қазақстан Республикасы Оқу-ағарту министрінің 2022 жылғы 16 қыркүйектегі №399 «Жалпы білім беру ұйымдарына арналған жалпы білім беретін пәндердің, бастауыш, негізгі орта және жалпы орта білім беру деңгейлерінің таңдау курстарының үлгілік оқу бағдарламаларын бекіту туралы» бұйрығына, мемлекеттік жалпыға міндетті білім беру стандарттарына және қолданыстағы үлгілік оқу жоспарларына сәйкес ұйымдастырылады.</w:t>
      </w:r>
    </w:p>
    <w:p w14:paraId="7EB974D5" w14:textId="77777777" w:rsidR="00E7788A" w:rsidRPr="00E7788A" w:rsidRDefault="00E7788A" w:rsidP="00E7788A">
      <w:pPr>
        <w:pStyle w:val="TableParagraph"/>
        <w:jc w:val="both"/>
        <w:rPr>
          <w:sz w:val="28"/>
          <w:szCs w:val="28"/>
          <w:lang w:val="kk-KZ" w:eastAsia="ru-RU"/>
        </w:rPr>
      </w:pPr>
      <w:r w:rsidRPr="00E7788A">
        <w:rPr>
          <w:sz w:val="28"/>
          <w:szCs w:val="28"/>
          <w:lang w:val="kk-KZ" w:eastAsia="ru-RU"/>
        </w:rPr>
        <w:t>Білім беру ұйымында бастауыш, негізгі орта және жалпы орта білім беру деңгейлері бойынша оқу пәндерінің мазмұны үлгілік оқу бағдарламаларында белгіленген оқу мақсаттары, күтілетін нәтижелер және білім алушылардың жас ерекшеліктері негізінде жоспарланады.</w:t>
      </w:r>
    </w:p>
    <w:p w14:paraId="2BC4155A" w14:textId="39ACB0E6" w:rsidR="00E7788A" w:rsidRPr="00E7788A" w:rsidRDefault="00E7788A" w:rsidP="00E7788A">
      <w:pPr>
        <w:pStyle w:val="TableParagraph"/>
        <w:jc w:val="both"/>
        <w:rPr>
          <w:sz w:val="28"/>
          <w:szCs w:val="28"/>
          <w:lang w:val="kk-KZ" w:eastAsia="ru-RU"/>
        </w:rPr>
      </w:pPr>
      <w:r>
        <w:rPr>
          <w:sz w:val="28"/>
          <w:szCs w:val="28"/>
          <w:lang w:val="kk-KZ" w:eastAsia="ru-RU"/>
        </w:rPr>
        <w:t xml:space="preserve">        </w:t>
      </w:r>
      <w:r w:rsidRPr="00E7788A">
        <w:rPr>
          <w:sz w:val="28"/>
          <w:szCs w:val="28"/>
          <w:lang w:val="kk-KZ" w:eastAsia="ru-RU"/>
        </w:rPr>
        <w:t xml:space="preserve">Оқу жылының басында пән мұғалімдері үлгілік оқу бағдарламаларына сәйкес </w:t>
      </w:r>
      <w:r w:rsidRPr="00E7788A">
        <w:rPr>
          <w:sz w:val="28"/>
          <w:szCs w:val="28"/>
          <w:lang w:val="kk-KZ" w:eastAsia="ru-RU"/>
        </w:rPr>
        <w:lastRenderedPageBreak/>
        <w:t>күнтізбелік-тақырыптық жоспарлар әзірлейді. Күнтізбелік-тақырыптық жоспарларда оқу мақсаттары, бөлімдер мен бөлімшелер, тақырыптар және оқу сағаттарының саны қамтылады. Жоспарлар мектеп әкімшілігі тарапынан зерделеніп, бекітілген тәртіппен қолданысқа енгізіледі.</w:t>
      </w:r>
    </w:p>
    <w:p w14:paraId="1C73EED8" w14:textId="6B72D3F5" w:rsidR="00E7788A" w:rsidRPr="00E7788A" w:rsidRDefault="00E7788A" w:rsidP="00E7788A">
      <w:pPr>
        <w:pStyle w:val="TableParagraph"/>
        <w:jc w:val="both"/>
        <w:rPr>
          <w:sz w:val="28"/>
          <w:szCs w:val="28"/>
          <w:lang w:val="kk-KZ" w:eastAsia="ru-RU"/>
        </w:rPr>
      </w:pPr>
      <w:r>
        <w:rPr>
          <w:sz w:val="28"/>
          <w:szCs w:val="28"/>
          <w:lang w:val="kk-KZ" w:eastAsia="ru-RU"/>
        </w:rPr>
        <w:t xml:space="preserve">        </w:t>
      </w:r>
      <w:r w:rsidRPr="00E7788A">
        <w:rPr>
          <w:sz w:val="28"/>
          <w:szCs w:val="28"/>
          <w:lang w:val="kk-KZ" w:eastAsia="ru-RU"/>
        </w:rPr>
        <w:t>Оқу процесінде білім алушылардың пәндік білімдерін қалыптастыруға, функционалдық сауаттылығын дамытуға, зерттеушілік және шығармашылық қабілеттерін жетілдіруге ерекше көңіл бөлінеді.</w:t>
      </w:r>
    </w:p>
    <w:p w14:paraId="269EA372" w14:textId="2783B83F" w:rsidR="00E7788A" w:rsidRPr="00E7788A" w:rsidRDefault="00E7788A" w:rsidP="00E7788A">
      <w:pPr>
        <w:pStyle w:val="TableParagraph"/>
        <w:jc w:val="both"/>
        <w:rPr>
          <w:sz w:val="28"/>
          <w:szCs w:val="28"/>
          <w:lang w:val="kk-KZ" w:eastAsia="ru-RU"/>
        </w:rPr>
      </w:pPr>
      <w:r>
        <w:rPr>
          <w:sz w:val="28"/>
          <w:szCs w:val="28"/>
          <w:lang w:val="kk-KZ" w:eastAsia="ru-RU"/>
        </w:rPr>
        <w:t xml:space="preserve">        </w:t>
      </w:r>
      <w:r w:rsidRPr="00E7788A">
        <w:rPr>
          <w:sz w:val="28"/>
          <w:szCs w:val="28"/>
          <w:lang w:val="kk-KZ" w:eastAsia="ru-RU"/>
        </w:rPr>
        <w:t>Жалпы білім беретін пәндер бойынша оқу бағдарламаларының базалық мазмұнын меңгерту білім алушылардың теориялық білімдерін практикалық тапсырмалармен ұштастыру, саралап оқыту, жеке ерекшеліктерін ескеру және заманауи педагогикалық әдіс-тәсілдерді қолдану арқылы жүзеге асырылады.</w:t>
      </w:r>
    </w:p>
    <w:p w14:paraId="2EF11120" w14:textId="6C5E7ADE" w:rsidR="00E7788A" w:rsidRPr="00E7788A" w:rsidRDefault="00E7788A" w:rsidP="00E7788A">
      <w:pPr>
        <w:pStyle w:val="TableParagraph"/>
        <w:jc w:val="both"/>
        <w:rPr>
          <w:sz w:val="28"/>
          <w:szCs w:val="28"/>
          <w:lang w:val="kk-KZ" w:eastAsia="ru-RU"/>
        </w:rPr>
      </w:pPr>
      <w:r>
        <w:rPr>
          <w:sz w:val="28"/>
          <w:szCs w:val="28"/>
          <w:lang w:val="kk-KZ" w:eastAsia="ru-RU"/>
        </w:rPr>
        <w:t xml:space="preserve">         </w:t>
      </w:r>
      <w:r w:rsidRPr="00E7788A">
        <w:rPr>
          <w:sz w:val="28"/>
          <w:szCs w:val="28"/>
          <w:lang w:val="kk-KZ" w:eastAsia="ru-RU"/>
        </w:rPr>
        <w:t>Бастауыш білім беру деңгейінде білім алушылардың оқу, жазу, есептеу дағдыларын қалыптастыруға, негізгі орта білім беру деңгейінде пәндік білімдерін жүйелеуге, сыни ойлау және зерттеушілік дағдыларын дамытуға, ал жалпы орта білім беру деңгейінде білімдерін тереңдетуге, кәсіби бағдарлануына және өздігінен білім алу дағдыларын жетілдіруге бағытталған жұмыстар жүргізіледі.</w:t>
      </w:r>
    </w:p>
    <w:p w14:paraId="712AC1C1" w14:textId="38508558" w:rsidR="00E7788A" w:rsidRPr="00E7788A" w:rsidRDefault="00E7788A" w:rsidP="00E7788A">
      <w:pPr>
        <w:pStyle w:val="TableParagraph"/>
        <w:jc w:val="both"/>
        <w:rPr>
          <w:sz w:val="28"/>
          <w:szCs w:val="28"/>
          <w:lang w:val="kk-KZ" w:eastAsia="ru-RU"/>
        </w:rPr>
      </w:pPr>
      <w:r>
        <w:rPr>
          <w:sz w:val="28"/>
          <w:szCs w:val="28"/>
          <w:lang w:val="kk-KZ" w:eastAsia="ru-RU"/>
        </w:rPr>
        <w:t xml:space="preserve">         </w:t>
      </w:r>
      <w:r w:rsidRPr="00E7788A">
        <w:rPr>
          <w:sz w:val="28"/>
          <w:szCs w:val="28"/>
          <w:lang w:val="kk-KZ" w:eastAsia="ru-RU"/>
        </w:rPr>
        <w:t>Мектептің жұмыс оқу жоспарына сәйкес білім алушылардың қызығушылықтары мен қабілеттерін дамыту мақсатында таңдау курстары, факультативтік сабақтар және қосымша білім беру бағытындағы сабақтар ұйымдастырылады. Олардың мазмұны тиісті оқу бағдарламалары мен жұмыс оқу жоспары негізінде айқындалады.</w:t>
      </w:r>
    </w:p>
    <w:p w14:paraId="1057EDBF" w14:textId="0DC0B0B6" w:rsidR="00E7788A" w:rsidRPr="00E7788A" w:rsidRDefault="00E7788A" w:rsidP="00E7788A">
      <w:pPr>
        <w:pStyle w:val="TableParagraph"/>
        <w:jc w:val="both"/>
        <w:rPr>
          <w:sz w:val="28"/>
          <w:szCs w:val="28"/>
          <w:lang w:val="kk-KZ" w:eastAsia="ru-RU"/>
        </w:rPr>
      </w:pPr>
      <w:r>
        <w:rPr>
          <w:sz w:val="28"/>
          <w:szCs w:val="28"/>
          <w:lang w:val="kk-KZ" w:eastAsia="ru-RU"/>
        </w:rPr>
        <w:t xml:space="preserve">          </w:t>
      </w:r>
      <w:r w:rsidRPr="00E7788A">
        <w:rPr>
          <w:sz w:val="28"/>
          <w:szCs w:val="28"/>
          <w:lang w:val="kk-KZ" w:eastAsia="ru-RU"/>
        </w:rPr>
        <w:t>Оқу бағдарламаларының орындалуына мектеп әкімшілігі тарапынан жүйелі бақылау жүргізіледі. Бақылау барысында пән мұғалімдерінің күнтізбелік-тақырыптық жоспарлары, электрондық журналдардағы жазбалар, оқу мақсаттарының орындалуы, білім алушылардың оқу жетістіктері және жиынтық бағалау нәтижелері зерделенеді.</w:t>
      </w:r>
    </w:p>
    <w:p w14:paraId="184869C4" w14:textId="04743E95" w:rsidR="00E7788A" w:rsidRPr="00E7788A" w:rsidRDefault="00E7788A" w:rsidP="00E7788A">
      <w:pPr>
        <w:pStyle w:val="TableParagraph"/>
        <w:jc w:val="both"/>
        <w:rPr>
          <w:sz w:val="28"/>
          <w:szCs w:val="28"/>
          <w:lang w:val="kk-KZ" w:eastAsia="ru-RU"/>
        </w:rPr>
      </w:pPr>
      <w:r>
        <w:rPr>
          <w:sz w:val="28"/>
          <w:szCs w:val="28"/>
          <w:lang w:val="kk-KZ" w:eastAsia="ru-RU"/>
        </w:rPr>
        <w:t xml:space="preserve">           </w:t>
      </w:r>
      <w:r w:rsidRPr="00E7788A">
        <w:rPr>
          <w:sz w:val="28"/>
          <w:szCs w:val="28"/>
          <w:lang w:val="kk-KZ" w:eastAsia="ru-RU"/>
        </w:rPr>
        <w:t>Білім алушылардың білім сапасы тоқсандық және жылдық қорытындылар негізінде талданып, педагогикалық кеңестерде, әдістемелік бірлестік отырыстарында қарастырылады. Анықталған білім олқылықтарын толықтыру және білім сапасын арттыру бойынша тиісті шаралар жоспарланады.</w:t>
      </w:r>
    </w:p>
    <w:p w14:paraId="04264D81" w14:textId="13F5175D" w:rsidR="00E7788A" w:rsidRDefault="00BA5CF4" w:rsidP="00E7788A">
      <w:pPr>
        <w:pStyle w:val="TableParagraph"/>
        <w:rPr>
          <w:b/>
          <w:sz w:val="28"/>
          <w:szCs w:val="28"/>
          <w:lang w:val="kk-KZ" w:eastAsia="ru-RU"/>
        </w:rPr>
      </w:pPr>
      <w:r w:rsidRPr="00E2396C">
        <w:rPr>
          <w:b/>
          <w:sz w:val="28"/>
          <w:szCs w:val="28"/>
          <w:lang w:val="kk-KZ" w:eastAsia="ru-RU"/>
        </w:rPr>
        <w:t xml:space="preserve">3 </w:t>
      </w:r>
      <w:r w:rsidR="004C63D3">
        <w:rPr>
          <w:b/>
          <w:sz w:val="28"/>
          <w:szCs w:val="28"/>
          <w:lang w:val="kk-KZ" w:eastAsia="ru-RU"/>
        </w:rPr>
        <w:t>МЖМБС талаптарына сәйкес жалпы орта білім беру деңгейінде бейіндік оқытуды жүзеге асыру.</w:t>
      </w:r>
    </w:p>
    <w:p w14:paraId="565E1365" w14:textId="77777777" w:rsidR="004C63D3" w:rsidRPr="004C63D3" w:rsidRDefault="004C63D3" w:rsidP="004C63D3">
      <w:pPr>
        <w:jc w:val="both"/>
        <w:rPr>
          <w:b/>
          <w:sz w:val="28"/>
          <w:szCs w:val="28"/>
          <w:lang w:val="kk-KZ"/>
        </w:rPr>
      </w:pPr>
      <w:r w:rsidRPr="004C63D3">
        <w:rPr>
          <w:b/>
          <w:sz w:val="28"/>
          <w:szCs w:val="28"/>
          <w:lang w:val="kk-KZ"/>
        </w:rPr>
        <w:t>Кәсіптік бағдарлау 4 бағытта жүргізіледі:</w:t>
      </w:r>
    </w:p>
    <w:p w14:paraId="721AE480" w14:textId="77777777" w:rsidR="004C63D3" w:rsidRPr="004C63D3" w:rsidRDefault="004C63D3" w:rsidP="004C63D3">
      <w:pPr>
        <w:jc w:val="both"/>
        <w:rPr>
          <w:sz w:val="28"/>
          <w:szCs w:val="28"/>
          <w:lang w:val="kk-KZ"/>
        </w:rPr>
      </w:pPr>
      <w:r w:rsidRPr="004C63D3">
        <w:rPr>
          <w:b/>
          <w:sz w:val="28"/>
          <w:szCs w:val="28"/>
          <w:lang w:val="kk-KZ"/>
        </w:rPr>
        <w:t>1.</w:t>
      </w:r>
      <w:r w:rsidRPr="004C63D3">
        <w:rPr>
          <w:sz w:val="28"/>
          <w:szCs w:val="28"/>
          <w:lang w:val="kk-KZ"/>
        </w:rPr>
        <w:t>Танымдық-мамандықтар жәрмеңкесі,кездесулер,ашық есік күндері,  экскурсиялар;</w:t>
      </w:r>
    </w:p>
    <w:p w14:paraId="0CBD0866" w14:textId="77777777" w:rsidR="004C63D3" w:rsidRPr="004C63D3" w:rsidRDefault="004C63D3" w:rsidP="004C63D3">
      <w:pPr>
        <w:jc w:val="both"/>
        <w:rPr>
          <w:sz w:val="28"/>
          <w:szCs w:val="28"/>
          <w:lang w:val="kk-KZ"/>
        </w:rPr>
      </w:pPr>
      <w:r w:rsidRPr="004C63D3">
        <w:rPr>
          <w:b/>
          <w:sz w:val="28"/>
          <w:szCs w:val="28"/>
          <w:lang w:val="kk-KZ"/>
        </w:rPr>
        <w:t>2.</w:t>
      </w:r>
      <w:r w:rsidRPr="004C63D3">
        <w:rPr>
          <w:sz w:val="28"/>
          <w:szCs w:val="28"/>
          <w:lang w:val="kk-KZ"/>
        </w:rPr>
        <w:t xml:space="preserve"> Диагностикалық – қызығушылық пен бейімділікті анықтау тесттері;</w:t>
      </w:r>
    </w:p>
    <w:p w14:paraId="4AF7FB4F" w14:textId="77777777" w:rsidR="004C63D3" w:rsidRPr="004C63D3" w:rsidRDefault="004C63D3" w:rsidP="004C63D3">
      <w:pPr>
        <w:jc w:val="both"/>
        <w:rPr>
          <w:sz w:val="28"/>
          <w:szCs w:val="28"/>
          <w:lang w:val="kk-KZ"/>
        </w:rPr>
      </w:pPr>
      <w:r w:rsidRPr="004C63D3">
        <w:rPr>
          <w:b/>
          <w:sz w:val="28"/>
          <w:szCs w:val="28"/>
          <w:lang w:val="kk-KZ"/>
        </w:rPr>
        <w:t>3.</w:t>
      </w:r>
      <w:r w:rsidRPr="004C63D3">
        <w:rPr>
          <w:sz w:val="28"/>
          <w:szCs w:val="28"/>
          <w:lang w:val="kk-KZ"/>
        </w:rPr>
        <w:t xml:space="preserve"> Кеңестік – оқушы мен ата – анаға жеке кеңес;</w:t>
      </w:r>
    </w:p>
    <w:p w14:paraId="2670DFC4" w14:textId="77777777" w:rsidR="004C63D3" w:rsidRPr="004C63D3" w:rsidRDefault="004C63D3" w:rsidP="004C63D3">
      <w:pPr>
        <w:jc w:val="both"/>
        <w:rPr>
          <w:sz w:val="28"/>
          <w:szCs w:val="28"/>
          <w:lang w:val="kk-KZ"/>
        </w:rPr>
      </w:pPr>
      <w:r w:rsidRPr="004C63D3">
        <w:rPr>
          <w:b/>
          <w:sz w:val="28"/>
          <w:szCs w:val="28"/>
          <w:lang w:val="kk-KZ"/>
        </w:rPr>
        <w:t>4</w:t>
      </w:r>
      <w:r w:rsidRPr="004C63D3">
        <w:rPr>
          <w:sz w:val="28"/>
          <w:szCs w:val="28"/>
          <w:lang w:val="kk-KZ"/>
        </w:rPr>
        <w:t>. Тәжірибелік – кәсіби сынамалар, шеберлік сағаттары,  ЖОО-мен байланыс.</w:t>
      </w:r>
    </w:p>
    <w:p w14:paraId="5345226A" w14:textId="77777777" w:rsidR="004C63D3" w:rsidRPr="004C63D3" w:rsidRDefault="004C63D3" w:rsidP="004C63D3">
      <w:pPr>
        <w:jc w:val="both"/>
        <w:rPr>
          <w:b/>
          <w:sz w:val="28"/>
          <w:szCs w:val="28"/>
          <w:lang w:val="kk-KZ"/>
        </w:rPr>
      </w:pPr>
      <w:r w:rsidRPr="004C63D3">
        <w:rPr>
          <w:b/>
          <w:sz w:val="28"/>
          <w:szCs w:val="28"/>
          <w:lang w:val="kk-KZ"/>
        </w:rPr>
        <w:t>Міндеттері:</w:t>
      </w:r>
    </w:p>
    <w:p w14:paraId="1E462FE6" w14:textId="77777777" w:rsidR="004C63D3" w:rsidRPr="004C63D3" w:rsidRDefault="004C63D3" w:rsidP="004C63D3">
      <w:pPr>
        <w:jc w:val="both"/>
        <w:rPr>
          <w:sz w:val="28"/>
          <w:szCs w:val="28"/>
          <w:lang w:val="kk-KZ"/>
        </w:rPr>
      </w:pPr>
      <w:r w:rsidRPr="004C63D3">
        <w:rPr>
          <w:sz w:val="28"/>
          <w:szCs w:val="28"/>
          <w:lang w:val="kk-KZ"/>
        </w:rPr>
        <w:t>- Ерте кәсіптік бағдарлау жүйесін жүзеге асыру(1-4 сынып-«Кәсіптер әлемімен танысу» ойын, саяхат сабақтары;</w:t>
      </w:r>
    </w:p>
    <w:p w14:paraId="05A859E8" w14:textId="77777777" w:rsidR="004C63D3" w:rsidRPr="004C63D3" w:rsidRDefault="004C63D3" w:rsidP="004C63D3">
      <w:pPr>
        <w:jc w:val="both"/>
        <w:rPr>
          <w:sz w:val="28"/>
          <w:szCs w:val="28"/>
        </w:rPr>
      </w:pPr>
      <w:r w:rsidRPr="004C63D3">
        <w:rPr>
          <w:sz w:val="28"/>
          <w:szCs w:val="28"/>
        </w:rPr>
        <w:t>5-7 сынып- «Өзімді танимын»- өзін-өзі тану,диагностика;</w:t>
      </w:r>
    </w:p>
    <w:p w14:paraId="268DDA79" w14:textId="77777777" w:rsidR="004C63D3" w:rsidRPr="004C63D3" w:rsidRDefault="004C63D3" w:rsidP="004C63D3">
      <w:pPr>
        <w:jc w:val="both"/>
        <w:rPr>
          <w:sz w:val="28"/>
          <w:szCs w:val="28"/>
        </w:rPr>
      </w:pPr>
      <w:r w:rsidRPr="004C63D3">
        <w:rPr>
          <w:sz w:val="28"/>
          <w:szCs w:val="28"/>
        </w:rPr>
        <w:t>8-9 сынып-«Мамандықтар әлемі» - кәсіптерді зерттеу, экскурсия;</w:t>
      </w:r>
    </w:p>
    <w:p w14:paraId="2B03087C" w14:textId="77777777" w:rsidR="004C63D3" w:rsidRPr="004C63D3" w:rsidRDefault="004C63D3" w:rsidP="004C63D3">
      <w:pPr>
        <w:jc w:val="both"/>
        <w:rPr>
          <w:sz w:val="28"/>
          <w:szCs w:val="28"/>
        </w:rPr>
      </w:pPr>
      <w:r w:rsidRPr="004C63D3">
        <w:rPr>
          <w:sz w:val="28"/>
          <w:szCs w:val="28"/>
        </w:rPr>
        <w:t>10-11 сынып – «Менің траекториям»</w:t>
      </w:r>
      <w:r w:rsidRPr="004C63D3">
        <w:rPr>
          <w:sz w:val="28"/>
          <w:szCs w:val="28"/>
          <w:lang w:val="kk-KZ"/>
        </w:rPr>
        <w:t xml:space="preserve">, </w:t>
      </w:r>
      <w:r w:rsidRPr="004C63D3">
        <w:rPr>
          <w:sz w:val="28"/>
          <w:szCs w:val="28"/>
        </w:rPr>
        <w:t>ЖОО, колледж таңдау, жеке маршрут.</w:t>
      </w:r>
    </w:p>
    <w:p w14:paraId="2E693D30" w14:textId="77777777" w:rsidR="004C63D3" w:rsidRPr="004C63D3" w:rsidRDefault="004C63D3" w:rsidP="004C63D3">
      <w:pPr>
        <w:jc w:val="both"/>
        <w:rPr>
          <w:sz w:val="28"/>
          <w:szCs w:val="28"/>
        </w:rPr>
      </w:pPr>
      <w:r w:rsidRPr="004C63D3">
        <w:rPr>
          <w:sz w:val="28"/>
          <w:szCs w:val="28"/>
        </w:rPr>
        <w:t>- Оқушының бейімі мен қызығушылығын диагностикалау және жеке кеңес беру;</w:t>
      </w:r>
    </w:p>
    <w:p w14:paraId="165D2080" w14:textId="77777777" w:rsidR="004C63D3" w:rsidRPr="004C63D3" w:rsidRDefault="004C63D3" w:rsidP="004C63D3">
      <w:pPr>
        <w:jc w:val="both"/>
        <w:rPr>
          <w:sz w:val="28"/>
          <w:szCs w:val="28"/>
        </w:rPr>
      </w:pPr>
      <w:r w:rsidRPr="004C63D3">
        <w:rPr>
          <w:sz w:val="28"/>
          <w:szCs w:val="28"/>
        </w:rPr>
        <w:t>- ЖОО, колледж , өндіріспен байланыс орнатып, кәсіби сынамалармен экскурсиялар ұйымдастыру;</w:t>
      </w:r>
    </w:p>
    <w:p w14:paraId="0DB47B9C" w14:textId="77777777" w:rsidR="004C63D3" w:rsidRPr="004C63D3" w:rsidRDefault="004C63D3" w:rsidP="004C63D3">
      <w:pPr>
        <w:jc w:val="both"/>
        <w:rPr>
          <w:sz w:val="28"/>
          <w:szCs w:val="28"/>
        </w:rPr>
      </w:pPr>
      <w:r w:rsidRPr="004C63D3">
        <w:rPr>
          <w:sz w:val="28"/>
          <w:szCs w:val="28"/>
        </w:rPr>
        <w:t xml:space="preserve">- Ата-аналармен бірлескен кәсіптік бағдар жұмысын және түлектер мониторингін </w:t>
      </w:r>
      <w:r w:rsidRPr="004C63D3">
        <w:rPr>
          <w:sz w:val="28"/>
          <w:szCs w:val="28"/>
        </w:rPr>
        <w:lastRenderedPageBreak/>
        <w:t>жүргізу.</w:t>
      </w:r>
    </w:p>
    <w:p w14:paraId="5FF6D07C" w14:textId="77777777" w:rsidR="004C63D3" w:rsidRPr="004C63D3" w:rsidRDefault="004C63D3" w:rsidP="004C63D3">
      <w:pPr>
        <w:jc w:val="both"/>
        <w:rPr>
          <w:sz w:val="28"/>
          <w:szCs w:val="28"/>
        </w:rPr>
      </w:pPr>
      <w:r w:rsidRPr="004C63D3">
        <w:rPr>
          <w:sz w:val="28"/>
          <w:szCs w:val="28"/>
        </w:rPr>
        <w:t>«№14 мектеп-гимназиясы» КММ-де білім алушыларға кәсіптік бағдар беру жұмысы жүйелі түрде ұйымдастырылып, білім алушылардың жеке қабілеттерін, қызығушылықтары мен бейімділіктерін анықтауға, болашақ мамандықты саналы түрде таңдауына және кәсіби өзін-өзі айқындауына жағдай жасауға бағытталды. Кәсіптік бағдар беру жұмысын әлеуметтік әріптестік арқылы жүзеге асыру. Әлеуметтік серіктестер: кәсіпорындар, ұйымдар, колледждер, жоғары оқу орындары. Яғни бұл – қатысушылардың «мүмкіндіктер мен жауапкершілік алаңында» шешім қабылдаудың өзіндік механизмін меңгеруіне бағытталған алдын ала жұмыс және тестілеуден бастап оқушылардың кәсіби сынамаларына дейінгі кәсіптік бағдар беру іс-шаралар жүйесін бірізді жүзеге асыру көзделді.</w:t>
      </w:r>
    </w:p>
    <w:p w14:paraId="1AA90376" w14:textId="77777777" w:rsidR="004C63D3" w:rsidRPr="004C63D3" w:rsidRDefault="004C63D3" w:rsidP="004C63D3">
      <w:pPr>
        <w:jc w:val="both"/>
        <w:rPr>
          <w:sz w:val="28"/>
          <w:szCs w:val="28"/>
        </w:rPr>
      </w:pPr>
      <w:r w:rsidRPr="004C63D3">
        <w:rPr>
          <w:sz w:val="28"/>
          <w:szCs w:val="28"/>
        </w:rPr>
        <w:t xml:space="preserve">         2024-2025 оқу жылына арналған кәсіптік бағдар беру жұмысы бойынша мектепішілік  жоспар құрылды.Кәсіптік бағдар беру жұмысының негізгі бағыттарының бірі – әлеуметтік әріптестік орнату. Осы бағытта техникалық және кәсіптік білім беру ұйымдарымен, колледждермен, жоғары оқу орындарымен және басқа да ұйымдармен ынтымақтастық байланыстарды дамыту жұмыстары жүргізілді.Мектептің кәсіптік бағдар беру жүйесі білім алушыларды мамандықтар әлемімен таныстыруды, еңбек нарығындағы сұранысқа ие кәсіптер туралы ақпарат беруді, білім беру ұйымдарының оқу бағдарламалары мен қабылдау талаптарын түсіндіруді, сондай-ақ кәсіби дағдыларды тәжірибе жүзінде байқап көруге мүмкіндік жасауды көздеді.</w:t>
      </w:r>
    </w:p>
    <w:p w14:paraId="60F6743F" w14:textId="77777777" w:rsidR="004C63D3" w:rsidRPr="004C63D3" w:rsidRDefault="004C63D3" w:rsidP="004C63D3">
      <w:pPr>
        <w:jc w:val="both"/>
        <w:rPr>
          <w:sz w:val="28"/>
          <w:szCs w:val="28"/>
        </w:rPr>
      </w:pPr>
      <w:r w:rsidRPr="004C63D3">
        <w:rPr>
          <w:sz w:val="28"/>
          <w:szCs w:val="28"/>
        </w:rPr>
        <w:t xml:space="preserve">2024–2025 оқу жылында кәсіптік бағдар беру бағытындағы өзара ынтымақтастықты дамыту және бірлескен іс-шаралар өткізу мақсатында төмендегі ЖОО мен техникалық және кәсіптік білім беру ұйымдарымен серіктестік байланыстар орнатылып, ынтымақтастық туралы келісімдер жасалды: </w:t>
      </w:r>
    </w:p>
    <w:p w14:paraId="69D67F6F" w14:textId="77777777" w:rsidR="004C63D3" w:rsidRPr="004C63D3" w:rsidRDefault="004C63D3" w:rsidP="004C63D3">
      <w:pPr>
        <w:jc w:val="both"/>
        <w:rPr>
          <w:sz w:val="28"/>
          <w:szCs w:val="28"/>
        </w:rPr>
      </w:pPr>
      <w:r w:rsidRPr="004C63D3">
        <w:rPr>
          <w:sz w:val="28"/>
          <w:szCs w:val="28"/>
        </w:rPr>
        <w:t>1. «Е.А.Бөкетов атындағы университет»</w:t>
      </w:r>
    </w:p>
    <w:p w14:paraId="64E3AA67" w14:textId="77777777" w:rsidR="004C63D3" w:rsidRPr="004C63D3" w:rsidRDefault="004C63D3" w:rsidP="004C63D3">
      <w:pPr>
        <w:jc w:val="both"/>
        <w:rPr>
          <w:sz w:val="28"/>
          <w:szCs w:val="28"/>
        </w:rPr>
      </w:pPr>
      <w:r w:rsidRPr="004C63D3">
        <w:rPr>
          <w:sz w:val="28"/>
          <w:szCs w:val="28"/>
        </w:rPr>
        <w:t>2. «Қазтұтынуодағы қарағанды университеті»</w:t>
      </w:r>
    </w:p>
    <w:p w14:paraId="0D0D0C89" w14:textId="77777777" w:rsidR="004C63D3" w:rsidRPr="004C63D3" w:rsidRDefault="004C63D3" w:rsidP="004C63D3">
      <w:pPr>
        <w:jc w:val="both"/>
        <w:rPr>
          <w:sz w:val="28"/>
          <w:szCs w:val="28"/>
        </w:rPr>
      </w:pPr>
      <w:r w:rsidRPr="004C63D3">
        <w:rPr>
          <w:sz w:val="28"/>
          <w:szCs w:val="28"/>
        </w:rPr>
        <w:t>3. «Қарағанды тау-кен индустриялық колледжі»;</w:t>
      </w:r>
    </w:p>
    <w:p w14:paraId="48A69273" w14:textId="77777777" w:rsidR="004C63D3" w:rsidRPr="004C63D3" w:rsidRDefault="004C63D3" w:rsidP="004C63D3">
      <w:pPr>
        <w:jc w:val="both"/>
        <w:rPr>
          <w:sz w:val="28"/>
          <w:szCs w:val="28"/>
        </w:rPr>
      </w:pPr>
      <w:r w:rsidRPr="004C63D3">
        <w:rPr>
          <w:sz w:val="28"/>
          <w:szCs w:val="28"/>
        </w:rPr>
        <w:t>4. «Қарағанды жоғары политехникалық колледжі»;</w:t>
      </w:r>
    </w:p>
    <w:p w14:paraId="394D25D6" w14:textId="77777777" w:rsidR="004C63D3" w:rsidRPr="004C63D3" w:rsidRDefault="004C63D3" w:rsidP="004C63D3">
      <w:pPr>
        <w:jc w:val="both"/>
        <w:rPr>
          <w:sz w:val="28"/>
          <w:szCs w:val="28"/>
        </w:rPr>
      </w:pPr>
      <w:r w:rsidRPr="004C63D3">
        <w:rPr>
          <w:sz w:val="28"/>
          <w:szCs w:val="28"/>
        </w:rPr>
        <w:t>5. «Қарағанды индустриялық-технологиялық колледжі»;</w:t>
      </w:r>
    </w:p>
    <w:p w14:paraId="5FB15756" w14:textId="77777777" w:rsidR="004C63D3" w:rsidRPr="004C63D3" w:rsidRDefault="004C63D3" w:rsidP="004C63D3">
      <w:pPr>
        <w:jc w:val="both"/>
        <w:rPr>
          <w:sz w:val="28"/>
          <w:szCs w:val="28"/>
        </w:rPr>
      </w:pPr>
      <w:r w:rsidRPr="004C63D3">
        <w:rPr>
          <w:sz w:val="28"/>
          <w:szCs w:val="28"/>
        </w:rPr>
        <w:t>6. «Академик Ә. Сағынов атындағы «Колледж – мектеп»;</w:t>
      </w:r>
    </w:p>
    <w:p w14:paraId="31705ADB" w14:textId="77777777" w:rsidR="004C63D3" w:rsidRPr="004C63D3" w:rsidRDefault="004C63D3" w:rsidP="004C63D3">
      <w:pPr>
        <w:jc w:val="both"/>
        <w:rPr>
          <w:sz w:val="28"/>
          <w:szCs w:val="28"/>
        </w:rPr>
      </w:pPr>
      <w:r w:rsidRPr="004C63D3">
        <w:rPr>
          <w:sz w:val="28"/>
          <w:szCs w:val="28"/>
        </w:rPr>
        <w:t>7. «Қарағанды теміржол колледжі»;</w:t>
      </w:r>
    </w:p>
    <w:p w14:paraId="3E5A4A84" w14:textId="77777777" w:rsidR="004C63D3" w:rsidRPr="004C63D3" w:rsidRDefault="004C63D3" w:rsidP="004C63D3">
      <w:pPr>
        <w:jc w:val="both"/>
        <w:rPr>
          <w:sz w:val="28"/>
          <w:szCs w:val="28"/>
        </w:rPr>
      </w:pPr>
      <w:r w:rsidRPr="004C63D3">
        <w:rPr>
          <w:sz w:val="28"/>
          <w:szCs w:val="28"/>
        </w:rPr>
        <w:t>8. «Қарағанды техникалық-құрылыс колледжі»;</w:t>
      </w:r>
    </w:p>
    <w:p w14:paraId="28E98452" w14:textId="77777777" w:rsidR="004C63D3" w:rsidRPr="004C63D3" w:rsidRDefault="004C63D3" w:rsidP="004C63D3">
      <w:pPr>
        <w:jc w:val="both"/>
        <w:rPr>
          <w:sz w:val="28"/>
          <w:szCs w:val="28"/>
        </w:rPr>
      </w:pPr>
      <w:r w:rsidRPr="004C63D3">
        <w:rPr>
          <w:sz w:val="28"/>
          <w:szCs w:val="28"/>
        </w:rPr>
        <w:t>9. «Қарағанды жоғары гуманитарлық колледжі»;</w:t>
      </w:r>
    </w:p>
    <w:p w14:paraId="2185F384" w14:textId="77777777" w:rsidR="004C63D3" w:rsidRPr="004C63D3" w:rsidRDefault="004C63D3" w:rsidP="004C63D3">
      <w:pPr>
        <w:jc w:val="both"/>
        <w:rPr>
          <w:sz w:val="28"/>
          <w:szCs w:val="28"/>
        </w:rPr>
      </w:pPr>
      <w:r w:rsidRPr="004C63D3">
        <w:rPr>
          <w:sz w:val="28"/>
          <w:szCs w:val="28"/>
        </w:rPr>
        <w:t>10. «Bolashaq» Қарағанды жоғары колледжі;</w:t>
      </w:r>
    </w:p>
    <w:p w14:paraId="2ADBCB7F" w14:textId="77777777" w:rsidR="004C63D3" w:rsidRPr="004C63D3" w:rsidRDefault="004C63D3" w:rsidP="004C63D3">
      <w:pPr>
        <w:jc w:val="both"/>
        <w:rPr>
          <w:sz w:val="28"/>
          <w:szCs w:val="28"/>
        </w:rPr>
      </w:pPr>
      <w:r w:rsidRPr="004C63D3">
        <w:rPr>
          <w:sz w:val="28"/>
          <w:szCs w:val="28"/>
        </w:rPr>
        <w:t>11. «Сервис» колледжі;</w:t>
      </w:r>
    </w:p>
    <w:p w14:paraId="4D1A97FC" w14:textId="77777777" w:rsidR="004C63D3" w:rsidRPr="004C63D3" w:rsidRDefault="004C63D3" w:rsidP="004C63D3">
      <w:pPr>
        <w:jc w:val="both"/>
        <w:rPr>
          <w:sz w:val="28"/>
          <w:szCs w:val="28"/>
        </w:rPr>
      </w:pPr>
      <w:r w:rsidRPr="004C63D3">
        <w:rPr>
          <w:sz w:val="28"/>
          <w:szCs w:val="28"/>
        </w:rPr>
        <w:t>12.«Экономика, бизнес және құқық колледжі».</w:t>
      </w:r>
    </w:p>
    <w:p w14:paraId="10457804" w14:textId="77777777" w:rsidR="004C63D3" w:rsidRPr="004C63D3" w:rsidRDefault="004C63D3" w:rsidP="004C63D3">
      <w:pPr>
        <w:jc w:val="both"/>
        <w:rPr>
          <w:sz w:val="28"/>
          <w:szCs w:val="28"/>
        </w:rPr>
      </w:pPr>
      <w:r w:rsidRPr="004C63D3">
        <w:rPr>
          <w:sz w:val="28"/>
          <w:szCs w:val="28"/>
        </w:rPr>
        <w:t>13. «Қарағанды машина жасау колледжі»</w:t>
      </w:r>
    </w:p>
    <w:p w14:paraId="5419E048" w14:textId="77777777" w:rsidR="004C63D3" w:rsidRPr="004C63D3" w:rsidRDefault="004C63D3" w:rsidP="004C63D3">
      <w:pPr>
        <w:jc w:val="both"/>
        <w:rPr>
          <w:sz w:val="28"/>
          <w:szCs w:val="28"/>
        </w:rPr>
      </w:pPr>
      <w:r w:rsidRPr="004C63D3">
        <w:rPr>
          <w:sz w:val="28"/>
          <w:szCs w:val="28"/>
        </w:rPr>
        <w:t xml:space="preserve">Аталған білім беру ұйымдарымен ынтымақтастық білім алушыларға мамандықтар туралы жан-жақты ақпарат беруге, оқу орындарының білім беру бағыттарымен таныстыруға және болашақ кәсіби жолын жоспарлауға мүмкіндік берді.Кәсіптік бағдар беру жұмысы аясында білім алушыларды колледждер мен жоғары оқу орындарының қызметімен таныстыру, ашық есік күндеріне қатыстыру, мамандықтар туралы ақпараттық кездесулер ұйымдастыру, кәсіби сынамаларға қатысуға жағдай жасау және еңбек нарығындағы сұранысқа ие кәсіптер туралы түсініктерін кеңейту бағыттары басшылыққа алынды. Оқу жылы бойы білім алушылар кәсіптік </w:t>
      </w:r>
      <w:r w:rsidRPr="004C63D3">
        <w:rPr>
          <w:sz w:val="28"/>
          <w:szCs w:val="28"/>
        </w:rPr>
        <w:lastRenderedPageBreak/>
        <w:t>сынақтардан өту, мамандықтармен танысу және кәсіби дағдыларын дамыту мақсатында техникалық және кәсіптік білім беру ұйымдарына барды. Колледждер ұйымдастырған ашық есік күндеріне және танымдық экскурсияларға қатысып, оқу орындарының білім беру бағыттарымен, мамандықтарымен және кәсіби даярлық мүмкіндіктерімен танысты. 2024-2025 оқу жылының екінші жарты жылдығында мектебімізде «Talim.Pro» цифрлық кәсіптік бағдарлау жүйесі пилоттық режимде енгізілді. Жүйеге 9-10 сыныптың 38%-ы тіркелді.Жүргізілген сауалнама нәтижесі төмендегідей көрініс берді:Басым бағыт айқын емес. Салыстырмалы түрде жоғары көрсеткіш медициналық-биологиялық және креативті-индустрия (дизайн, журналистика) салаларында – 20%-дан. Экономика-құқық саласын 16%, IT саласын 8% таңдаған. Ал 28% оқушы әлі де өз бағытын анықтай алмай отыр. Психодиагностика бойынша: оқушылардың 60%-ында техникалық ойлау орташа деңгейде, жартысынан көбі жаңа ақпаратты тез қабылдайды, тек 40%-ы ғана жаратылыстану-математикалық пәндерді өзі үшін басым деп есептейді.</w:t>
      </w:r>
    </w:p>
    <w:p w14:paraId="7FBE1826" w14:textId="77777777" w:rsidR="004C63D3" w:rsidRPr="004C63D3" w:rsidRDefault="004C63D3" w:rsidP="004C63D3">
      <w:pPr>
        <w:jc w:val="both"/>
        <w:rPr>
          <w:sz w:val="28"/>
          <w:szCs w:val="28"/>
        </w:rPr>
      </w:pPr>
      <w:r w:rsidRPr="004C63D3">
        <w:rPr>
          <w:sz w:val="28"/>
          <w:szCs w:val="28"/>
        </w:rPr>
        <w:t xml:space="preserve">          Кәсіби бағдар беру жұмысының негізгі мақсаты - Еркеназдың жеке мүмкіндіктерін ескере отырып, еңбекке қызығушылығын арттыру, өзіне деген сенімділігін қалыптастыру, өмірлік дағдыларын дамыту және болашақ мамандығы туралы түсінігін кеңейту. Жұмыс барысында Еркеназбен жеке әңгімелесу жүргізілді, мамандықтар туралы ақпараттар берілді, қызығушылығына сәйкес мектеп  психологы М.Хазировамен тренинг жүргізілді, пәндерге деген қызығушылықтары анықталды. Оқушының әрбір жетістігі мадақталып, білім алуға деген ынтасын арттыруға жағдай жасалып отырды.</w:t>
      </w:r>
    </w:p>
    <w:p w14:paraId="3AB15C85" w14:textId="77777777" w:rsidR="004C63D3" w:rsidRPr="004C63D3" w:rsidRDefault="004C63D3" w:rsidP="004C63D3">
      <w:pPr>
        <w:jc w:val="both"/>
        <w:rPr>
          <w:sz w:val="28"/>
          <w:szCs w:val="28"/>
        </w:rPr>
      </w:pPr>
      <w:r w:rsidRPr="004C63D3">
        <w:rPr>
          <w:sz w:val="28"/>
          <w:szCs w:val="28"/>
        </w:rPr>
        <w:t xml:space="preserve">  Ерекше білім беруді қажет ететін қыз баланың оқу үлгерімін жақсарту, және кәсіби бағдар беру жұмыстарын тиімді ұйымдастыру мақсатында сынып жетекшісімен және ата-анасымен тұрақты байланыс орнатылды. Сынып жетекшісімен бірлескен жұмыс барысында оқушының сабаққа қатысуы, оқу пәндерін меңгеруі, сыныптағы қарым-қатынасы, қызығушылықтары мен жеке жетістіктері талқыланды. Еркеназдың  білім деңгейіне сәйкес тапсырмаларды бейімдеу, оқу мотивациясын арттыру және танымдық қабілеттерін дамыту жолдары қарастырылды.</w:t>
      </w:r>
    </w:p>
    <w:p w14:paraId="413737C1" w14:textId="77777777" w:rsidR="004C63D3" w:rsidRPr="004C63D3" w:rsidRDefault="004C63D3" w:rsidP="004C63D3">
      <w:pPr>
        <w:jc w:val="both"/>
        <w:rPr>
          <w:sz w:val="28"/>
          <w:szCs w:val="28"/>
        </w:rPr>
      </w:pPr>
      <w:r w:rsidRPr="004C63D3">
        <w:rPr>
          <w:sz w:val="28"/>
          <w:szCs w:val="28"/>
        </w:rPr>
        <w:t>Ата-анамен байланыс жасау барысында  Еркеназдың үйдегі оқу тәртібі, пәндерге деген қызығушылығы, бос уақытын тиімді ұйымдастыруы және күнделікті өмірдегі дағдылары туралы пікір алмасу жүргізіліп отырылды. Ата-анаға баланың жетістіктерін мадақтау, өздігінен жұмыс істеуіне мүмкіндік беру, кітап оқуға ынталандыру және түрлі мамандықтар туралы түсінігін кеңейту жөнінде ұсыныстар берілді. Еркеназ үшін  тігінші, аспаз, кітапханашы, гүл өсіруші, шаштараз және т.б. мамандықтары Еркеназдың мүмкіндіктеріне сәйкес  ұсынылды.</w:t>
      </w:r>
    </w:p>
    <w:p w14:paraId="7E62ADFE" w14:textId="77777777" w:rsidR="004C63D3" w:rsidRPr="004C63D3" w:rsidRDefault="004C63D3" w:rsidP="004C63D3">
      <w:pPr>
        <w:jc w:val="both"/>
        <w:rPr>
          <w:sz w:val="28"/>
          <w:szCs w:val="28"/>
        </w:rPr>
      </w:pPr>
      <w:r w:rsidRPr="004C63D3">
        <w:rPr>
          <w:sz w:val="28"/>
          <w:szCs w:val="28"/>
        </w:rPr>
        <w:t>Оқушының жеке ерекшеліктерін, білім деңгейін және қабылдау мүмкіндіктерін ескере отырып, төмендегідей әдіс-тәсілдер қолданылды.</w:t>
      </w:r>
    </w:p>
    <w:p w14:paraId="2AB9E309" w14:textId="77777777" w:rsidR="004C63D3" w:rsidRPr="004C63D3" w:rsidRDefault="004C63D3" w:rsidP="004C63D3">
      <w:pPr>
        <w:jc w:val="both"/>
        <w:rPr>
          <w:sz w:val="28"/>
          <w:szCs w:val="28"/>
        </w:rPr>
      </w:pPr>
      <w:r w:rsidRPr="004C63D3">
        <w:rPr>
          <w:sz w:val="28"/>
          <w:szCs w:val="28"/>
        </w:rPr>
        <w:t>1. Көрнекілік әдісі – суреттер, сызбалар, карточкалар және үлестірмелі материалдар арқылы жаңа тақырыпты түсіндіру.</w:t>
      </w:r>
    </w:p>
    <w:p w14:paraId="38478A31" w14:textId="77777777" w:rsidR="004C63D3" w:rsidRPr="004C63D3" w:rsidRDefault="004C63D3" w:rsidP="004C63D3">
      <w:pPr>
        <w:jc w:val="both"/>
        <w:rPr>
          <w:sz w:val="28"/>
          <w:szCs w:val="28"/>
        </w:rPr>
      </w:pPr>
      <w:r w:rsidRPr="004C63D3">
        <w:rPr>
          <w:sz w:val="28"/>
          <w:szCs w:val="28"/>
        </w:rPr>
        <w:t>2. Ойын әдісі – дидактикалық ойындар, сөзжұмбақтар, сәйкестендіру және логикалық тапсырмалар арқылы пәнге қызығушылығын арттыру.</w:t>
      </w:r>
    </w:p>
    <w:p w14:paraId="2B8D3CF0" w14:textId="77777777" w:rsidR="004C63D3" w:rsidRPr="004C63D3" w:rsidRDefault="004C63D3" w:rsidP="004C63D3">
      <w:pPr>
        <w:jc w:val="both"/>
        <w:rPr>
          <w:sz w:val="28"/>
          <w:szCs w:val="28"/>
        </w:rPr>
      </w:pPr>
      <w:r w:rsidRPr="004C63D3">
        <w:rPr>
          <w:sz w:val="28"/>
          <w:szCs w:val="28"/>
        </w:rPr>
        <w:t>3. Жеке жұмыс әдісі – оқушының мүмкіндігіне сай жеңілдетілген, кезең-кезеңімен орындалатын тапсырмалар беру.</w:t>
      </w:r>
    </w:p>
    <w:p w14:paraId="6467936F" w14:textId="77777777" w:rsidR="004C63D3" w:rsidRPr="004C63D3" w:rsidRDefault="004C63D3" w:rsidP="004C63D3">
      <w:pPr>
        <w:jc w:val="both"/>
        <w:rPr>
          <w:sz w:val="28"/>
          <w:szCs w:val="28"/>
        </w:rPr>
      </w:pPr>
      <w:r w:rsidRPr="004C63D3">
        <w:rPr>
          <w:sz w:val="28"/>
          <w:szCs w:val="28"/>
        </w:rPr>
        <w:t>4. 4. Практикалық әдіс – санау, жазу, оқу, құрастыру және күнделікті өмірге қажетті тапсырмаларды орындату.</w:t>
      </w:r>
    </w:p>
    <w:p w14:paraId="748FF7C4" w14:textId="77777777" w:rsidR="004C63D3" w:rsidRPr="004C63D3" w:rsidRDefault="004C63D3" w:rsidP="004C63D3">
      <w:pPr>
        <w:jc w:val="both"/>
        <w:rPr>
          <w:sz w:val="28"/>
          <w:szCs w:val="28"/>
        </w:rPr>
      </w:pPr>
      <w:r w:rsidRPr="004C63D3">
        <w:rPr>
          <w:sz w:val="28"/>
          <w:szCs w:val="28"/>
        </w:rPr>
        <w:lastRenderedPageBreak/>
        <w:t>5. Сұрақ-жауап әдісі – оқушының ойлау, есте сақтау және өз ойын жеткізу қабілеттерін дамыту.</w:t>
      </w:r>
    </w:p>
    <w:p w14:paraId="5221105D" w14:textId="77777777" w:rsidR="004C63D3" w:rsidRPr="004C63D3" w:rsidRDefault="004C63D3" w:rsidP="004C63D3">
      <w:pPr>
        <w:jc w:val="both"/>
        <w:rPr>
          <w:sz w:val="28"/>
          <w:szCs w:val="28"/>
        </w:rPr>
      </w:pPr>
      <w:r w:rsidRPr="004C63D3">
        <w:rPr>
          <w:sz w:val="28"/>
          <w:szCs w:val="28"/>
        </w:rPr>
        <w:t>6. Қайталау әдісі – өткен тақырыптарды жүйелі қайталау арқылы білімін бекіту.</w:t>
      </w:r>
    </w:p>
    <w:p w14:paraId="597DAADB" w14:textId="77777777" w:rsidR="004C63D3" w:rsidRPr="004C63D3" w:rsidRDefault="004C63D3" w:rsidP="004C63D3">
      <w:pPr>
        <w:jc w:val="both"/>
        <w:rPr>
          <w:sz w:val="28"/>
          <w:szCs w:val="28"/>
        </w:rPr>
      </w:pPr>
      <w:r w:rsidRPr="004C63D3">
        <w:rPr>
          <w:sz w:val="28"/>
          <w:szCs w:val="28"/>
        </w:rPr>
        <w:t>7. Саралап оқыту әдісі – тапсырмаларды оқушының білім деңгейі мен жеке мүмкіндіктеріне қарай бейімдеу.</w:t>
      </w:r>
    </w:p>
    <w:p w14:paraId="4510830D" w14:textId="77777777" w:rsidR="004C63D3" w:rsidRPr="004C63D3" w:rsidRDefault="004C63D3" w:rsidP="004C63D3">
      <w:pPr>
        <w:jc w:val="both"/>
        <w:rPr>
          <w:sz w:val="28"/>
          <w:szCs w:val="28"/>
        </w:rPr>
      </w:pPr>
      <w:r w:rsidRPr="004C63D3">
        <w:rPr>
          <w:sz w:val="28"/>
          <w:szCs w:val="28"/>
        </w:rPr>
        <w:t>8. Мадақтау және ынталандыру әдісі – оқушының жетістігін бағалап, мақтау арқылы өзіне деген сенімділігін арттыру.</w:t>
      </w:r>
    </w:p>
    <w:p w14:paraId="25806E5A" w14:textId="77777777" w:rsidR="004C63D3" w:rsidRPr="004C63D3" w:rsidRDefault="004C63D3" w:rsidP="004C63D3">
      <w:pPr>
        <w:jc w:val="both"/>
        <w:rPr>
          <w:sz w:val="28"/>
          <w:szCs w:val="28"/>
        </w:rPr>
      </w:pPr>
      <w:r w:rsidRPr="004C63D3">
        <w:rPr>
          <w:sz w:val="28"/>
          <w:szCs w:val="28"/>
        </w:rPr>
        <w:t>9. Өмірмен байланыстыру әдісі – математика, қазақ тілі және дүниетану пәндерін күнделікті өмірмен, түрлі мамандықтармен байланыстыра оқыту.</w:t>
      </w:r>
    </w:p>
    <w:p w14:paraId="4B164A5C" w14:textId="77777777" w:rsidR="004C63D3" w:rsidRPr="004C63D3" w:rsidRDefault="004C63D3" w:rsidP="004C63D3">
      <w:pPr>
        <w:jc w:val="both"/>
        <w:rPr>
          <w:sz w:val="28"/>
          <w:szCs w:val="28"/>
        </w:rPr>
      </w:pPr>
      <w:r w:rsidRPr="004C63D3">
        <w:rPr>
          <w:sz w:val="28"/>
          <w:szCs w:val="28"/>
        </w:rPr>
        <w:t xml:space="preserve">          Инклюзивті білім беру жағдайдағы кәсіби бағдар беру жолдары. Инклюзивті білім беру деген не? Инклюзивті білім беру – дені сау балалар мен мүмкіндігі шектеулі балаларды бірлесіп оқыту. Яғни, инклюзивті білім беру балалардың денсаулық жағдайына қарамастан білім берудің барлық қажеттіліктерін қанағаттандыру үшін тең құқықтар мен мүмкіндіктерді қамтиды. Мектеп – гимназиямызда инклюзивті білім беру жағдайдағы оқушымыз бар ол – Социалова Еркеназ 9 «Б» сынып оқушысы. Социалова Еркеназдың мүмкүндіктері мен қабілетін ескере отырып арнайы кәсіптік колледждермен байланыс орнатылды,  Еркеназдың болашақ өмір жолына ұсынылып отырған мамандықтар тізімі анықталды: Құрылысшы – маляр, Кулинар  повар, Тігінші, Шаштараз өнері, Моделирование одежды, Әлеуметтік қызметкер, Эстетическая косметология, Гостиничный бизнес.                                                            Жыл бойы Еркеназдың ата-анасымен, сынып жетекшісімен, пән мұғалімдерімен байланыс жасалып отырылды. Барлық алған ақпараттар дер кезінде жетікізілді. Оқушының өз қабілетіне сенуіне қолдау, көмек және мотевация беріліп әңгіме, тренингтер  жүргізіліп отырылды, басты ұстаным мамандық таңдауда денсаулық жағдайы мен шектеулерге қарамай мүмкіндіктерге сүйену:«Сенде табысты боласын!», «Сенде арманына жетесін дегендей».</w:t>
      </w:r>
    </w:p>
    <w:p w14:paraId="312F9931" w14:textId="77777777" w:rsidR="004C63D3" w:rsidRPr="004C63D3" w:rsidRDefault="004C63D3" w:rsidP="004C63D3">
      <w:pPr>
        <w:jc w:val="both"/>
        <w:rPr>
          <w:sz w:val="28"/>
          <w:szCs w:val="28"/>
        </w:rPr>
      </w:pPr>
      <w:r w:rsidRPr="004C63D3">
        <w:rPr>
          <w:sz w:val="28"/>
          <w:szCs w:val="28"/>
        </w:rPr>
        <w:t xml:space="preserve">     2024-2025 оқу жылында атқарылған іс-шаралр кестесі</w:t>
      </w:r>
    </w:p>
    <w:tbl>
      <w:tblPr>
        <w:tblStyle w:val="12"/>
        <w:tblW w:w="10632" w:type="dxa"/>
        <w:tblLayout w:type="fixed"/>
        <w:tblLook w:val="04A0" w:firstRow="1" w:lastRow="0" w:firstColumn="1" w:lastColumn="0" w:noHBand="0" w:noVBand="1"/>
      </w:tblPr>
      <w:tblGrid>
        <w:gridCol w:w="522"/>
        <w:gridCol w:w="1855"/>
        <w:gridCol w:w="3719"/>
        <w:gridCol w:w="1559"/>
        <w:gridCol w:w="1843"/>
        <w:gridCol w:w="1134"/>
      </w:tblGrid>
      <w:tr w:rsidR="004C63D3" w:rsidRPr="00E053FC" w14:paraId="67BF7672" w14:textId="77777777" w:rsidTr="00E053FC">
        <w:tc>
          <w:tcPr>
            <w:tcW w:w="522" w:type="dxa"/>
          </w:tcPr>
          <w:p w14:paraId="0A14CA9D" w14:textId="77777777" w:rsidR="004C63D3" w:rsidRPr="00E053FC" w:rsidRDefault="004C63D3" w:rsidP="004C63D3">
            <w:pPr>
              <w:jc w:val="both"/>
              <w:rPr>
                <w:bCs/>
                <w:sz w:val="28"/>
                <w:szCs w:val="28"/>
                <w:lang w:val="en-US"/>
              </w:rPr>
            </w:pPr>
            <w:r w:rsidRPr="00E053FC">
              <w:rPr>
                <w:bCs/>
                <w:sz w:val="28"/>
                <w:szCs w:val="28"/>
                <w:lang w:val="en-US"/>
              </w:rPr>
              <w:t>№</w:t>
            </w:r>
          </w:p>
        </w:tc>
        <w:tc>
          <w:tcPr>
            <w:tcW w:w="1855" w:type="dxa"/>
          </w:tcPr>
          <w:p w14:paraId="5AADAC65" w14:textId="77777777" w:rsidR="004C63D3" w:rsidRPr="00E053FC" w:rsidRDefault="004C63D3" w:rsidP="004C63D3">
            <w:pPr>
              <w:jc w:val="both"/>
              <w:rPr>
                <w:bCs/>
                <w:sz w:val="28"/>
                <w:szCs w:val="28"/>
                <w:lang w:val="en-US"/>
              </w:rPr>
            </w:pPr>
            <w:r w:rsidRPr="00E053FC">
              <w:rPr>
                <w:bCs/>
                <w:sz w:val="28"/>
                <w:szCs w:val="28"/>
                <w:lang w:val="en-US"/>
              </w:rPr>
              <w:t>Іс-шаралар тақырыбы</w:t>
            </w:r>
          </w:p>
        </w:tc>
        <w:tc>
          <w:tcPr>
            <w:tcW w:w="3719" w:type="dxa"/>
          </w:tcPr>
          <w:p w14:paraId="53BB83D8" w14:textId="77777777" w:rsidR="004C63D3" w:rsidRPr="00E053FC" w:rsidRDefault="004C63D3" w:rsidP="004C63D3">
            <w:pPr>
              <w:jc w:val="both"/>
              <w:rPr>
                <w:bCs/>
                <w:sz w:val="28"/>
                <w:szCs w:val="28"/>
                <w:lang w:val="en-US"/>
              </w:rPr>
            </w:pPr>
            <w:r w:rsidRPr="00E053FC">
              <w:rPr>
                <w:bCs/>
                <w:sz w:val="28"/>
                <w:szCs w:val="28"/>
                <w:lang w:val="en-US"/>
              </w:rPr>
              <w:t xml:space="preserve">                   Сілтеме</w:t>
            </w:r>
          </w:p>
        </w:tc>
        <w:tc>
          <w:tcPr>
            <w:tcW w:w="1559" w:type="dxa"/>
          </w:tcPr>
          <w:p w14:paraId="5BBDD78C" w14:textId="77777777" w:rsidR="004C63D3" w:rsidRPr="00E053FC" w:rsidRDefault="004C63D3" w:rsidP="004C63D3">
            <w:pPr>
              <w:jc w:val="both"/>
              <w:rPr>
                <w:bCs/>
                <w:sz w:val="28"/>
                <w:szCs w:val="28"/>
                <w:lang w:val="en-US"/>
              </w:rPr>
            </w:pPr>
            <w:r w:rsidRPr="00E053FC">
              <w:rPr>
                <w:bCs/>
                <w:sz w:val="28"/>
                <w:szCs w:val="28"/>
                <w:lang w:val="en-US"/>
              </w:rPr>
              <w:t xml:space="preserve">   Түрі</w:t>
            </w:r>
          </w:p>
        </w:tc>
        <w:tc>
          <w:tcPr>
            <w:tcW w:w="1843" w:type="dxa"/>
          </w:tcPr>
          <w:p w14:paraId="1D030D26" w14:textId="77777777" w:rsidR="004C63D3" w:rsidRPr="00E053FC" w:rsidRDefault="004C63D3" w:rsidP="004C63D3">
            <w:pPr>
              <w:jc w:val="both"/>
              <w:rPr>
                <w:bCs/>
                <w:sz w:val="28"/>
                <w:szCs w:val="28"/>
                <w:lang w:val="en-US"/>
              </w:rPr>
            </w:pPr>
            <w:r w:rsidRPr="00E053FC">
              <w:rPr>
                <w:bCs/>
                <w:sz w:val="28"/>
                <w:szCs w:val="28"/>
                <w:lang w:val="en-US"/>
              </w:rPr>
              <w:t>Сынып</w:t>
            </w:r>
          </w:p>
        </w:tc>
        <w:tc>
          <w:tcPr>
            <w:tcW w:w="1134" w:type="dxa"/>
          </w:tcPr>
          <w:p w14:paraId="191C24E0" w14:textId="77777777" w:rsidR="004C63D3" w:rsidRPr="00E053FC" w:rsidRDefault="004C63D3" w:rsidP="004C63D3">
            <w:pPr>
              <w:jc w:val="both"/>
              <w:rPr>
                <w:bCs/>
                <w:sz w:val="28"/>
                <w:szCs w:val="28"/>
                <w:lang w:val="en-US"/>
              </w:rPr>
            </w:pPr>
            <w:r w:rsidRPr="00E053FC">
              <w:rPr>
                <w:bCs/>
                <w:sz w:val="28"/>
                <w:szCs w:val="28"/>
                <w:lang w:val="en-US"/>
              </w:rPr>
              <w:t>Мерзімі</w:t>
            </w:r>
          </w:p>
        </w:tc>
      </w:tr>
      <w:tr w:rsidR="004C63D3" w:rsidRPr="00E053FC" w14:paraId="04EC9FF8" w14:textId="77777777" w:rsidTr="00E053FC">
        <w:tc>
          <w:tcPr>
            <w:tcW w:w="522" w:type="dxa"/>
          </w:tcPr>
          <w:p w14:paraId="372FE1C9" w14:textId="77777777" w:rsidR="004C63D3" w:rsidRPr="00E053FC" w:rsidRDefault="004C63D3" w:rsidP="004C63D3">
            <w:pPr>
              <w:jc w:val="both"/>
              <w:rPr>
                <w:bCs/>
                <w:sz w:val="28"/>
                <w:szCs w:val="28"/>
                <w:lang w:val="en-US"/>
              </w:rPr>
            </w:pPr>
            <w:r w:rsidRPr="00E053FC">
              <w:rPr>
                <w:bCs/>
                <w:sz w:val="28"/>
                <w:szCs w:val="28"/>
                <w:lang w:val="en-US"/>
              </w:rPr>
              <w:t>1</w:t>
            </w:r>
          </w:p>
        </w:tc>
        <w:tc>
          <w:tcPr>
            <w:tcW w:w="1855" w:type="dxa"/>
          </w:tcPr>
          <w:p w14:paraId="42F5A4DA" w14:textId="77777777" w:rsidR="004C63D3" w:rsidRPr="00E053FC" w:rsidRDefault="004C63D3" w:rsidP="004C63D3">
            <w:pPr>
              <w:jc w:val="both"/>
              <w:rPr>
                <w:bCs/>
                <w:sz w:val="28"/>
                <w:szCs w:val="28"/>
              </w:rPr>
            </w:pPr>
            <w:r w:rsidRPr="00E053FC">
              <w:rPr>
                <w:bCs/>
                <w:sz w:val="28"/>
                <w:szCs w:val="28"/>
              </w:rPr>
              <w:t>«Жоғары оқу орындарына онлайн саяхат»</w:t>
            </w:r>
          </w:p>
        </w:tc>
        <w:tc>
          <w:tcPr>
            <w:tcW w:w="3719" w:type="dxa"/>
          </w:tcPr>
          <w:p w14:paraId="64C207F3" w14:textId="77777777" w:rsidR="004C63D3" w:rsidRPr="00E053FC" w:rsidRDefault="008D1D0B" w:rsidP="004C63D3">
            <w:pPr>
              <w:jc w:val="both"/>
              <w:rPr>
                <w:bCs/>
                <w:sz w:val="28"/>
                <w:szCs w:val="28"/>
              </w:rPr>
            </w:pPr>
            <w:hyperlink r:id="rId17" w:history="1">
              <w:r w:rsidR="004C63D3" w:rsidRPr="00E053FC">
                <w:rPr>
                  <w:rStyle w:val="ae"/>
                  <w:bCs/>
                  <w:sz w:val="28"/>
                  <w:szCs w:val="28"/>
                  <w:lang w:val="en-US"/>
                </w:rPr>
                <w:t>https</w:t>
              </w:r>
              <w:r w:rsidR="004C63D3" w:rsidRPr="00E053FC">
                <w:rPr>
                  <w:rStyle w:val="ae"/>
                  <w:bCs/>
                  <w:sz w:val="28"/>
                  <w:szCs w:val="28"/>
                </w:rPr>
                <w:t>://</w:t>
              </w:r>
              <w:r w:rsidR="004C63D3" w:rsidRPr="00E053FC">
                <w:rPr>
                  <w:rStyle w:val="ae"/>
                  <w:bCs/>
                  <w:sz w:val="28"/>
                  <w:szCs w:val="28"/>
                  <w:lang w:val="en-US"/>
                </w:rPr>
                <w:t>www</w:t>
              </w:r>
              <w:r w:rsidR="004C63D3" w:rsidRPr="00E053FC">
                <w:rPr>
                  <w:rStyle w:val="ae"/>
                  <w:bCs/>
                  <w:sz w:val="28"/>
                  <w:szCs w:val="28"/>
                </w:rPr>
                <w:t>.</w:t>
              </w:r>
              <w:r w:rsidR="004C63D3" w:rsidRPr="00E053FC">
                <w:rPr>
                  <w:rStyle w:val="ae"/>
                  <w:bCs/>
                  <w:sz w:val="28"/>
                  <w:szCs w:val="28"/>
                  <w:lang w:val="en-US"/>
                </w:rPr>
                <w:t>instagram</w:t>
              </w:r>
              <w:r w:rsidR="004C63D3" w:rsidRPr="00E053FC">
                <w:rPr>
                  <w:rStyle w:val="ae"/>
                  <w:bCs/>
                  <w:sz w:val="28"/>
                  <w:szCs w:val="28"/>
                </w:rPr>
                <w:t>.</w:t>
              </w:r>
              <w:r w:rsidR="004C63D3" w:rsidRPr="00E053FC">
                <w:rPr>
                  <w:rStyle w:val="ae"/>
                  <w:bCs/>
                  <w:sz w:val="28"/>
                  <w:szCs w:val="28"/>
                  <w:lang w:val="en-US"/>
                </w:rPr>
                <w:t>com</w:t>
              </w:r>
              <w:r w:rsidR="004C63D3" w:rsidRPr="00E053FC">
                <w:rPr>
                  <w:rStyle w:val="ae"/>
                  <w:bCs/>
                  <w:sz w:val="28"/>
                  <w:szCs w:val="28"/>
                </w:rPr>
                <w:t>/</w:t>
              </w:r>
              <w:r w:rsidR="004C63D3" w:rsidRPr="00E053FC">
                <w:rPr>
                  <w:rStyle w:val="ae"/>
                  <w:bCs/>
                  <w:sz w:val="28"/>
                  <w:szCs w:val="28"/>
                  <w:lang w:val="en-US"/>
                </w:rPr>
                <w:t>p</w:t>
              </w:r>
              <w:r w:rsidR="004C63D3" w:rsidRPr="00E053FC">
                <w:rPr>
                  <w:rStyle w:val="ae"/>
                  <w:bCs/>
                  <w:sz w:val="28"/>
                  <w:szCs w:val="28"/>
                </w:rPr>
                <w:t>/</w:t>
              </w:r>
              <w:r w:rsidR="004C63D3" w:rsidRPr="00E053FC">
                <w:rPr>
                  <w:rStyle w:val="ae"/>
                  <w:bCs/>
                  <w:sz w:val="28"/>
                  <w:szCs w:val="28"/>
                  <w:lang w:val="en-US"/>
                </w:rPr>
                <w:t>C</w:t>
              </w:r>
              <w:r w:rsidR="004C63D3" w:rsidRPr="00E053FC">
                <w:rPr>
                  <w:rStyle w:val="ae"/>
                  <w:bCs/>
                  <w:sz w:val="28"/>
                  <w:szCs w:val="28"/>
                </w:rPr>
                <w:t>2</w:t>
              </w:r>
              <w:r w:rsidR="004C63D3" w:rsidRPr="00E053FC">
                <w:rPr>
                  <w:rStyle w:val="ae"/>
                  <w:bCs/>
                  <w:sz w:val="28"/>
                  <w:szCs w:val="28"/>
                  <w:lang w:val="en-US"/>
                </w:rPr>
                <w:t>qqdPJIc</w:t>
              </w:r>
              <w:r w:rsidR="004C63D3" w:rsidRPr="00E053FC">
                <w:rPr>
                  <w:rStyle w:val="ae"/>
                  <w:bCs/>
                  <w:sz w:val="28"/>
                  <w:szCs w:val="28"/>
                </w:rPr>
                <w:t>1</w:t>
              </w:r>
              <w:r w:rsidR="004C63D3" w:rsidRPr="00E053FC">
                <w:rPr>
                  <w:rStyle w:val="ae"/>
                  <w:bCs/>
                  <w:sz w:val="28"/>
                  <w:szCs w:val="28"/>
                  <w:lang w:val="en-US"/>
                </w:rPr>
                <w:t>U</w:t>
              </w:r>
              <w:r w:rsidR="004C63D3" w:rsidRPr="00E053FC">
                <w:rPr>
                  <w:rStyle w:val="ae"/>
                  <w:bCs/>
                  <w:sz w:val="28"/>
                  <w:szCs w:val="28"/>
                </w:rPr>
                <w:t>/?</w:t>
              </w:r>
              <w:r w:rsidR="004C63D3" w:rsidRPr="00E053FC">
                <w:rPr>
                  <w:rStyle w:val="ae"/>
                  <w:bCs/>
                  <w:sz w:val="28"/>
                  <w:szCs w:val="28"/>
                  <w:lang w:val="en-US"/>
                </w:rPr>
                <w:t>dlrf</w:t>
              </w:r>
              <w:r w:rsidR="004C63D3" w:rsidRPr="00E053FC">
                <w:rPr>
                  <w:rStyle w:val="ae"/>
                  <w:bCs/>
                  <w:sz w:val="28"/>
                  <w:szCs w:val="28"/>
                </w:rPr>
                <w:t>=</w:t>
              </w:r>
              <w:r w:rsidR="004C63D3" w:rsidRPr="00E053FC">
                <w:rPr>
                  <w:rStyle w:val="ae"/>
                  <w:bCs/>
                  <w:sz w:val="28"/>
                  <w:szCs w:val="28"/>
                  <w:lang w:val="en-US"/>
                </w:rPr>
                <w:t>aHpsbTV</w:t>
              </w:r>
              <w:r w:rsidR="004C63D3" w:rsidRPr="00E053FC">
                <w:rPr>
                  <w:rStyle w:val="ae"/>
                  <w:bCs/>
                  <w:sz w:val="28"/>
                  <w:szCs w:val="28"/>
                </w:rPr>
                <w:t>6</w:t>
              </w:r>
              <w:r w:rsidR="004C63D3" w:rsidRPr="00E053FC">
                <w:rPr>
                  <w:rStyle w:val="ae"/>
                  <w:bCs/>
                  <w:sz w:val="28"/>
                  <w:szCs w:val="28"/>
                  <w:lang w:val="en-US"/>
                </w:rPr>
                <w:t>YTQwYzM</w:t>
              </w:r>
              <w:r w:rsidR="004C63D3" w:rsidRPr="00E053FC">
                <w:rPr>
                  <w:rStyle w:val="ae"/>
                  <w:bCs/>
                  <w:sz w:val="28"/>
                  <w:szCs w:val="28"/>
                </w:rPr>
                <w:t>5</w:t>
              </w:r>
            </w:hyperlink>
          </w:p>
        </w:tc>
        <w:tc>
          <w:tcPr>
            <w:tcW w:w="1559" w:type="dxa"/>
          </w:tcPr>
          <w:p w14:paraId="02B7DD6F" w14:textId="77777777" w:rsidR="004C63D3" w:rsidRPr="00E053FC" w:rsidRDefault="004C63D3" w:rsidP="004C63D3">
            <w:pPr>
              <w:jc w:val="both"/>
              <w:rPr>
                <w:bCs/>
                <w:sz w:val="28"/>
                <w:szCs w:val="28"/>
                <w:lang w:val="en-US"/>
              </w:rPr>
            </w:pPr>
            <w:r w:rsidRPr="00E053FC">
              <w:rPr>
                <w:bCs/>
                <w:sz w:val="28"/>
                <w:szCs w:val="28"/>
                <w:lang w:val="en-US"/>
              </w:rPr>
              <w:t>Онлайн кездесу</w:t>
            </w:r>
          </w:p>
        </w:tc>
        <w:tc>
          <w:tcPr>
            <w:tcW w:w="1843" w:type="dxa"/>
          </w:tcPr>
          <w:p w14:paraId="62B68ADE" w14:textId="77777777" w:rsidR="004C63D3" w:rsidRPr="00E053FC" w:rsidRDefault="004C63D3" w:rsidP="004C63D3">
            <w:pPr>
              <w:jc w:val="both"/>
              <w:rPr>
                <w:bCs/>
                <w:sz w:val="28"/>
                <w:szCs w:val="28"/>
                <w:lang w:val="en-US"/>
              </w:rPr>
            </w:pPr>
            <w:r w:rsidRPr="00E053FC">
              <w:rPr>
                <w:bCs/>
                <w:sz w:val="28"/>
                <w:szCs w:val="28"/>
                <w:lang w:val="en-US"/>
              </w:rPr>
              <w:t>10-11</w:t>
            </w:r>
          </w:p>
          <w:p w14:paraId="0FFA528D" w14:textId="77777777" w:rsidR="004C63D3" w:rsidRPr="00E053FC" w:rsidRDefault="004C63D3" w:rsidP="004C63D3">
            <w:pPr>
              <w:jc w:val="both"/>
              <w:rPr>
                <w:bCs/>
                <w:sz w:val="28"/>
                <w:szCs w:val="28"/>
                <w:lang w:val="en-US"/>
              </w:rPr>
            </w:pPr>
          </w:p>
        </w:tc>
        <w:tc>
          <w:tcPr>
            <w:tcW w:w="1134" w:type="dxa"/>
          </w:tcPr>
          <w:p w14:paraId="113DA4EC" w14:textId="77777777" w:rsidR="004C63D3" w:rsidRPr="00E053FC" w:rsidRDefault="004C63D3" w:rsidP="004C63D3">
            <w:pPr>
              <w:jc w:val="both"/>
              <w:rPr>
                <w:bCs/>
                <w:sz w:val="28"/>
                <w:szCs w:val="28"/>
                <w:lang w:val="en-US"/>
              </w:rPr>
            </w:pPr>
            <w:r w:rsidRPr="00E053FC">
              <w:rPr>
                <w:bCs/>
                <w:sz w:val="28"/>
                <w:szCs w:val="28"/>
                <w:lang w:val="en-US"/>
              </w:rPr>
              <w:t>29.01.2024</w:t>
            </w:r>
          </w:p>
        </w:tc>
      </w:tr>
      <w:tr w:rsidR="004C63D3" w:rsidRPr="00E053FC" w14:paraId="02A3658B" w14:textId="77777777" w:rsidTr="00E053FC">
        <w:tc>
          <w:tcPr>
            <w:tcW w:w="522" w:type="dxa"/>
          </w:tcPr>
          <w:p w14:paraId="04C1A359" w14:textId="77777777" w:rsidR="004C63D3" w:rsidRPr="00E053FC" w:rsidRDefault="004C63D3" w:rsidP="004C63D3">
            <w:pPr>
              <w:jc w:val="both"/>
              <w:rPr>
                <w:bCs/>
                <w:sz w:val="28"/>
                <w:szCs w:val="28"/>
                <w:lang w:val="en-US"/>
              </w:rPr>
            </w:pPr>
            <w:r w:rsidRPr="00E053FC">
              <w:rPr>
                <w:bCs/>
                <w:sz w:val="28"/>
                <w:szCs w:val="28"/>
                <w:lang w:val="en-US"/>
              </w:rPr>
              <w:t>2</w:t>
            </w:r>
          </w:p>
        </w:tc>
        <w:tc>
          <w:tcPr>
            <w:tcW w:w="1855" w:type="dxa"/>
          </w:tcPr>
          <w:p w14:paraId="13A42DEE" w14:textId="77777777" w:rsidR="004C63D3" w:rsidRPr="00E053FC" w:rsidRDefault="004C63D3" w:rsidP="004C63D3">
            <w:pPr>
              <w:jc w:val="both"/>
              <w:rPr>
                <w:bCs/>
                <w:sz w:val="28"/>
                <w:szCs w:val="28"/>
                <w:lang w:val="en-US"/>
              </w:rPr>
            </w:pPr>
            <w:r w:rsidRPr="00E053FC">
              <w:rPr>
                <w:bCs/>
                <w:sz w:val="28"/>
                <w:szCs w:val="28"/>
                <w:lang w:val="en-US"/>
              </w:rPr>
              <w:t xml:space="preserve">«Мамандықтар әлеміне жол ашамыз» </w:t>
            </w:r>
          </w:p>
        </w:tc>
        <w:tc>
          <w:tcPr>
            <w:tcW w:w="3719" w:type="dxa"/>
          </w:tcPr>
          <w:p w14:paraId="1C82B777" w14:textId="77777777" w:rsidR="004C63D3" w:rsidRPr="00E053FC" w:rsidRDefault="008D1D0B" w:rsidP="004C63D3">
            <w:pPr>
              <w:jc w:val="both"/>
              <w:rPr>
                <w:bCs/>
                <w:sz w:val="28"/>
                <w:szCs w:val="28"/>
                <w:lang w:val="en-US"/>
              </w:rPr>
            </w:pPr>
            <w:hyperlink r:id="rId18" w:history="1">
              <w:r w:rsidR="004C63D3" w:rsidRPr="00E053FC">
                <w:rPr>
                  <w:rStyle w:val="ae"/>
                  <w:bCs/>
                  <w:sz w:val="28"/>
                  <w:szCs w:val="28"/>
                  <w:lang w:val="en-US"/>
                </w:rPr>
                <w:t>https://www.instagram.com/p/C3Z4cwYKDNE/?mdxt=MnNwNGtqYjJkcTRu</w:t>
              </w:r>
            </w:hyperlink>
          </w:p>
        </w:tc>
        <w:tc>
          <w:tcPr>
            <w:tcW w:w="1559" w:type="dxa"/>
          </w:tcPr>
          <w:p w14:paraId="5DC505F4" w14:textId="77777777" w:rsidR="004C63D3" w:rsidRPr="00E053FC" w:rsidRDefault="004C63D3" w:rsidP="004C63D3">
            <w:pPr>
              <w:jc w:val="both"/>
              <w:rPr>
                <w:bCs/>
                <w:sz w:val="28"/>
                <w:szCs w:val="28"/>
                <w:lang w:val="en-US"/>
              </w:rPr>
            </w:pPr>
            <w:r w:rsidRPr="00E053FC">
              <w:rPr>
                <w:bCs/>
                <w:sz w:val="28"/>
                <w:szCs w:val="28"/>
                <w:lang w:val="en-US"/>
              </w:rPr>
              <w:t>Республикалық байқау</w:t>
            </w:r>
          </w:p>
        </w:tc>
        <w:tc>
          <w:tcPr>
            <w:tcW w:w="1843" w:type="dxa"/>
          </w:tcPr>
          <w:p w14:paraId="6A82448B" w14:textId="77777777" w:rsidR="004C63D3" w:rsidRPr="00E053FC" w:rsidRDefault="004C63D3" w:rsidP="004C63D3">
            <w:pPr>
              <w:jc w:val="both"/>
              <w:rPr>
                <w:bCs/>
                <w:sz w:val="28"/>
                <w:szCs w:val="28"/>
                <w:lang w:val="en-US"/>
              </w:rPr>
            </w:pPr>
            <w:r w:rsidRPr="00E053FC">
              <w:rPr>
                <w:bCs/>
                <w:sz w:val="28"/>
                <w:szCs w:val="28"/>
                <w:lang w:val="en-US"/>
              </w:rPr>
              <w:t>8-9</w:t>
            </w:r>
          </w:p>
        </w:tc>
        <w:tc>
          <w:tcPr>
            <w:tcW w:w="1134" w:type="dxa"/>
          </w:tcPr>
          <w:p w14:paraId="228C7FB6" w14:textId="77777777" w:rsidR="004C63D3" w:rsidRPr="00E053FC" w:rsidRDefault="004C63D3" w:rsidP="004C63D3">
            <w:pPr>
              <w:jc w:val="both"/>
              <w:rPr>
                <w:bCs/>
                <w:sz w:val="28"/>
                <w:szCs w:val="28"/>
                <w:lang w:val="en-US"/>
              </w:rPr>
            </w:pPr>
            <w:r w:rsidRPr="00E053FC">
              <w:rPr>
                <w:bCs/>
                <w:sz w:val="28"/>
                <w:szCs w:val="28"/>
                <w:lang w:val="en-US"/>
              </w:rPr>
              <w:t>16.02.2024</w:t>
            </w:r>
          </w:p>
          <w:p w14:paraId="030C1C39" w14:textId="77777777" w:rsidR="004C63D3" w:rsidRPr="00E053FC" w:rsidRDefault="004C63D3" w:rsidP="004C63D3">
            <w:pPr>
              <w:jc w:val="both"/>
              <w:rPr>
                <w:bCs/>
                <w:sz w:val="28"/>
                <w:szCs w:val="28"/>
                <w:lang w:val="en-US"/>
              </w:rPr>
            </w:pPr>
          </w:p>
        </w:tc>
      </w:tr>
      <w:tr w:rsidR="004C63D3" w:rsidRPr="00E053FC" w14:paraId="2BCAAB08" w14:textId="77777777" w:rsidTr="00E053FC">
        <w:tc>
          <w:tcPr>
            <w:tcW w:w="522" w:type="dxa"/>
          </w:tcPr>
          <w:p w14:paraId="517B26C4" w14:textId="77777777" w:rsidR="004C63D3" w:rsidRPr="00E053FC" w:rsidRDefault="004C63D3" w:rsidP="004C63D3">
            <w:pPr>
              <w:jc w:val="both"/>
              <w:rPr>
                <w:bCs/>
                <w:sz w:val="28"/>
                <w:szCs w:val="28"/>
                <w:lang w:val="en-US"/>
              </w:rPr>
            </w:pPr>
            <w:r w:rsidRPr="00E053FC">
              <w:rPr>
                <w:bCs/>
                <w:sz w:val="28"/>
                <w:szCs w:val="28"/>
                <w:lang w:val="en-US"/>
              </w:rPr>
              <w:t>3</w:t>
            </w:r>
          </w:p>
        </w:tc>
        <w:tc>
          <w:tcPr>
            <w:tcW w:w="1855" w:type="dxa"/>
          </w:tcPr>
          <w:p w14:paraId="7C8B108D" w14:textId="77777777" w:rsidR="004C63D3" w:rsidRPr="00E053FC" w:rsidRDefault="004C63D3" w:rsidP="004C63D3">
            <w:pPr>
              <w:jc w:val="both"/>
              <w:rPr>
                <w:bCs/>
                <w:sz w:val="28"/>
                <w:szCs w:val="28"/>
                <w:lang w:val="en-US"/>
              </w:rPr>
            </w:pPr>
            <w:r w:rsidRPr="00E053FC">
              <w:rPr>
                <w:bCs/>
                <w:sz w:val="28"/>
                <w:szCs w:val="28"/>
                <w:lang w:val="en-US"/>
              </w:rPr>
              <w:t xml:space="preserve">«Еңбек еткен-мұратқа жеткен» </w:t>
            </w:r>
          </w:p>
        </w:tc>
        <w:tc>
          <w:tcPr>
            <w:tcW w:w="3719" w:type="dxa"/>
          </w:tcPr>
          <w:p w14:paraId="7E06E43C" w14:textId="77777777" w:rsidR="004C63D3" w:rsidRPr="00E053FC" w:rsidRDefault="008D1D0B" w:rsidP="004C63D3">
            <w:pPr>
              <w:jc w:val="both"/>
              <w:rPr>
                <w:bCs/>
                <w:sz w:val="28"/>
                <w:szCs w:val="28"/>
                <w:lang w:val="en-US"/>
              </w:rPr>
            </w:pPr>
            <w:hyperlink r:id="rId19" w:history="1">
              <w:r w:rsidR="004C63D3" w:rsidRPr="00E053FC">
                <w:rPr>
                  <w:rStyle w:val="ae"/>
                  <w:bCs/>
                  <w:sz w:val="28"/>
                  <w:szCs w:val="28"/>
                  <w:lang w:val="en-US"/>
                </w:rPr>
                <w:t>https://www.instagram.com/p/C33H5Yerv4v/?vrfl=MXc1cWJ2cTAzeW5iNw==</w:t>
              </w:r>
            </w:hyperlink>
          </w:p>
        </w:tc>
        <w:tc>
          <w:tcPr>
            <w:tcW w:w="1559" w:type="dxa"/>
          </w:tcPr>
          <w:p w14:paraId="696ECB1B" w14:textId="77777777" w:rsidR="004C63D3" w:rsidRPr="00E053FC" w:rsidRDefault="004C63D3" w:rsidP="004C63D3">
            <w:pPr>
              <w:jc w:val="both"/>
              <w:rPr>
                <w:bCs/>
                <w:sz w:val="28"/>
                <w:szCs w:val="28"/>
                <w:lang w:val="en-US"/>
              </w:rPr>
            </w:pPr>
            <w:r w:rsidRPr="00E053FC">
              <w:rPr>
                <w:bCs/>
                <w:sz w:val="28"/>
                <w:szCs w:val="28"/>
                <w:lang w:val="en-US"/>
              </w:rPr>
              <w:t>Сынып сағаты</w:t>
            </w:r>
          </w:p>
        </w:tc>
        <w:tc>
          <w:tcPr>
            <w:tcW w:w="1843" w:type="dxa"/>
          </w:tcPr>
          <w:p w14:paraId="5A72A7A5" w14:textId="77777777" w:rsidR="004C63D3" w:rsidRPr="00E053FC" w:rsidRDefault="004C63D3" w:rsidP="004C63D3">
            <w:pPr>
              <w:jc w:val="both"/>
              <w:rPr>
                <w:bCs/>
                <w:sz w:val="28"/>
                <w:szCs w:val="28"/>
                <w:lang w:val="en-US"/>
              </w:rPr>
            </w:pPr>
            <w:r w:rsidRPr="00E053FC">
              <w:rPr>
                <w:bCs/>
                <w:sz w:val="28"/>
                <w:szCs w:val="28"/>
                <w:lang w:val="en-US"/>
              </w:rPr>
              <w:t>7 «А»</w:t>
            </w:r>
          </w:p>
        </w:tc>
        <w:tc>
          <w:tcPr>
            <w:tcW w:w="1134" w:type="dxa"/>
          </w:tcPr>
          <w:p w14:paraId="7B9640CD" w14:textId="77777777" w:rsidR="004C63D3" w:rsidRPr="00E053FC" w:rsidRDefault="004C63D3" w:rsidP="004C63D3">
            <w:pPr>
              <w:jc w:val="both"/>
              <w:rPr>
                <w:bCs/>
                <w:sz w:val="28"/>
                <w:szCs w:val="28"/>
                <w:lang w:val="en-US"/>
              </w:rPr>
            </w:pPr>
            <w:r w:rsidRPr="00E053FC">
              <w:rPr>
                <w:bCs/>
                <w:sz w:val="28"/>
                <w:szCs w:val="28"/>
                <w:lang w:val="en-US"/>
              </w:rPr>
              <w:t>28.02.2024</w:t>
            </w:r>
          </w:p>
          <w:p w14:paraId="4E40ECD6" w14:textId="77777777" w:rsidR="004C63D3" w:rsidRPr="00E053FC" w:rsidRDefault="004C63D3" w:rsidP="004C63D3">
            <w:pPr>
              <w:jc w:val="both"/>
              <w:rPr>
                <w:bCs/>
                <w:sz w:val="28"/>
                <w:szCs w:val="28"/>
                <w:lang w:val="en-US"/>
              </w:rPr>
            </w:pPr>
          </w:p>
        </w:tc>
      </w:tr>
      <w:tr w:rsidR="004C63D3" w:rsidRPr="00E053FC" w14:paraId="41D2C46F" w14:textId="77777777" w:rsidTr="00E053FC">
        <w:trPr>
          <w:trHeight w:val="1219"/>
        </w:trPr>
        <w:tc>
          <w:tcPr>
            <w:tcW w:w="522" w:type="dxa"/>
          </w:tcPr>
          <w:p w14:paraId="19100ADB" w14:textId="77777777" w:rsidR="004C63D3" w:rsidRPr="00E053FC" w:rsidRDefault="004C63D3" w:rsidP="004C63D3">
            <w:pPr>
              <w:jc w:val="both"/>
              <w:rPr>
                <w:bCs/>
                <w:sz w:val="28"/>
                <w:szCs w:val="28"/>
                <w:lang w:val="en-US"/>
              </w:rPr>
            </w:pPr>
            <w:r w:rsidRPr="00E053FC">
              <w:rPr>
                <w:bCs/>
                <w:sz w:val="28"/>
                <w:szCs w:val="28"/>
                <w:lang w:val="en-US"/>
              </w:rPr>
              <w:t>4</w:t>
            </w:r>
          </w:p>
        </w:tc>
        <w:tc>
          <w:tcPr>
            <w:tcW w:w="1855" w:type="dxa"/>
          </w:tcPr>
          <w:p w14:paraId="177D28D6" w14:textId="77777777" w:rsidR="004C63D3" w:rsidRPr="00E053FC" w:rsidRDefault="004C63D3" w:rsidP="004C63D3">
            <w:pPr>
              <w:jc w:val="both"/>
              <w:rPr>
                <w:bCs/>
                <w:sz w:val="28"/>
                <w:szCs w:val="28"/>
                <w:lang w:val="en-US"/>
              </w:rPr>
            </w:pPr>
            <w:r w:rsidRPr="00E053FC">
              <w:rPr>
                <w:bCs/>
                <w:sz w:val="28"/>
                <w:szCs w:val="28"/>
                <w:lang w:val="en-US"/>
              </w:rPr>
              <w:t>«Отбасылық бюджет»</w:t>
            </w:r>
          </w:p>
          <w:p w14:paraId="379452D7" w14:textId="77777777" w:rsidR="004C63D3" w:rsidRPr="00E053FC" w:rsidRDefault="004C63D3" w:rsidP="004C63D3">
            <w:pPr>
              <w:jc w:val="both"/>
              <w:rPr>
                <w:bCs/>
                <w:sz w:val="28"/>
                <w:szCs w:val="28"/>
                <w:lang w:val="en-US"/>
              </w:rPr>
            </w:pPr>
          </w:p>
        </w:tc>
        <w:tc>
          <w:tcPr>
            <w:tcW w:w="3719" w:type="dxa"/>
          </w:tcPr>
          <w:p w14:paraId="503AC551" w14:textId="77777777" w:rsidR="004C63D3" w:rsidRPr="00E053FC" w:rsidRDefault="008D1D0B" w:rsidP="004C63D3">
            <w:pPr>
              <w:jc w:val="both"/>
              <w:rPr>
                <w:bCs/>
                <w:sz w:val="28"/>
                <w:szCs w:val="28"/>
                <w:lang w:val="en-US"/>
              </w:rPr>
            </w:pPr>
            <w:hyperlink r:id="rId20" w:history="1">
              <w:r w:rsidR="004C63D3" w:rsidRPr="00E053FC">
                <w:rPr>
                  <w:rStyle w:val="ae"/>
                  <w:bCs/>
                  <w:sz w:val="28"/>
                  <w:szCs w:val="28"/>
                  <w:lang w:val="en-US"/>
                </w:rPr>
                <w:t>https://www.instagram.com/p/C36m7JNKW-x/?vrfl=MWU2YTl2dzZ6Nmpqcw==</w:t>
              </w:r>
            </w:hyperlink>
          </w:p>
        </w:tc>
        <w:tc>
          <w:tcPr>
            <w:tcW w:w="1559" w:type="dxa"/>
          </w:tcPr>
          <w:p w14:paraId="79B08BA4" w14:textId="77777777" w:rsidR="004C63D3" w:rsidRPr="00E053FC" w:rsidRDefault="004C63D3" w:rsidP="004C63D3">
            <w:pPr>
              <w:jc w:val="both"/>
              <w:rPr>
                <w:bCs/>
                <w:sz w:val="28"/>
                <w:szCs w:val="28"/>
                <w:lang w:val="en-US"/>
              </w:rPr>
            </w:pPr>
            <w:r w:rsidRPr="00E053FC">
              <w:rPr>
                <w:bCs/>
                <w:sz w:val="28"/>
                <w:szCs w:val="28"/>
                <w:lang w:val="en-US"/>
              </w:rPr>
              <w:t>Пікірсайыс</w:t>
            </w:r>
          </w:p>
        </w:tc>
        <w:tc>
          <w:tcPr>
            <w:tcW w:w="1843" w:type="dxa"/>
          </w:tcPr>
          <w:p w14:paraId="04E9FCE8" w14:textId="77777777" w:rsidR="004C63D3" w:rsidRPr="00E053FC" w:rsidRDefault="004C63D3" w:rsidP="004C63D3">
            <w:pPr>
              <w:jc w:val="both"/>
              <w:rPr>
                <w:bCs/>
                <w:sz w:val="28"/>
                <w:szCs w:val="28"/>
                <w:lang w:val="en-US"/>
              </w:rPr>
            </w:pPr>
            <w:r w:rsidRPr="00E053FC">
              <w:rPr>
                <w:bCs/>
                <w:sz w:val="28"/>
                <w:szCs w:val="28"/>
                <w:lang w:val="en-US"/>
              </w:rPr>
              <w:t>10 «А»</w:t>
            </w:r>
          </w:p>
          <w:p w14:paraId="1F97FA2B" w14:textId="77777777" w:rsidR="004C63D3" w:rsidRPr="00E053FC" w:rsidRDefault="004C63D3" w:rsidP="004C63D3">
            <w:pPr>
              <w:jc w:val="both"/>
              <w:rPr>
                <w:bCs/>
                <w:sz w:val="28"/>
                <w:szCs w:val="28"/>
                <w:lang w:val="en-US"/>
              </w:rPr>
            </w:pPr>
          </w:p>
        </w:tc>
        <w:tc>
          <w:tcPr>
            <w:tcW w:w="1134" w:type="dxa"/>
          </w:tcPr>
          <w:p w14:paraId="24650BB4" w14:textId="77777777" w:rsidR="004C63D3" w:rsidRPr="00E053FC" w:rsidRDefault="004C63D3" w:rsidP="004C63D3">
            <w:pPr>
              <w:jc w:val="both"/>
              <w:rPr>
                <w:bCs/>
                <w:sz w:val="28"/>
                <w:szCs w:val="28"/>
                <w:lang w:val="en-US"/>
              </w:rPr>
            </w:pPr>
            <w:r w:rsidRPr="00E053FC">
              <w:rPr>
                <w:bCs/>
                <w:sz w:val="28"/>
                <w:szCs w:val="28"/>
                <w:lang w:val="en-US"/>
              </w:rPr>
              <w:t>29.02.2024</w:t>
            </w:r>
          </w:p>
          <w:p w14:paraId="537EC830" w14:textId="77777777" w:rsidR="004C63D3" w:rsidRPr="00E053FC" w:rsidRDefault="004C63D3" w:rsidP="004C63D3">
            <w:pPr>
              <w:jc w:val="both"/>
              <w:rPr>
                <w:bCs/>
                <w:sz w:val="28"/>
                <w:szCs w:val="28"/>
                <w:lang w:val="en-US"/>
              </w:rPr>
            </w:pPr>
          </w:p>
        </w:tc>
      </w:tr>
      <w:tr w:rsidR="004C63D3" w:rsidRPr="00E053FC" w14:paraId="6D117A9E" w14:textId="77777777" w:rsidTr="00E053FC">
        <w:trPr>
          <w:trHeight w:val="1670"/>
        </w:trPr>
        <w:tc>
          <w:tcPr>
            <w:tcW w:w="522" w:type="dxa"/>
          </w:tcPr>
          <w:p w14:paraId="4DC6BED9" w14:textId="77777777" w:rsidR="004C63D3" w:rsidRPr="00E053FC" w:rsidRDefault="004C63D3" w:rsidP="004C63D3">
            <w:pPr>
              <w:jc w:val="both"/>
              <w:rPr>
                <w:bCs/>
                <w:sz w:val="28"/>
                <w:szCs w:val="28"/>
                <w:lang w:val="en-US"/>
              </w:rPr>
            </w:pPr>
            <w:r w:rsidRPr="00E053FC">
              <w:rPr>
                <w:bCs/>
                <w:sz w:val="28"/>
                <w:szCs w:val="28"/>
                <w:lang w:val="en-US"/>
              </w:rPr>
              <w:lastRenderedPageBreak/>
              <w:t>5</w:t>
            </w:r>
          </w:p>
        </w:tc>
        <w:tc>
          <w:tcPr>
            <w:tcW w:w="1855" w:type="dxa"/>
          </w:tcPr>
          <w:p w14:paraId="5C947395" w14:textId="77777777" w:rsidR="004C63D3" w:rsidRPr="00E053FC" w:rsidRDefault="004C63D3" w:rsidP="004C63D3">
            <w:pPr>
              <w:jc w:val="both"/>
              <w:rPr>
                <w:bCs/>
                <w:sz w:val="28"/>
                <w:szCs w:val="28"/>
                <w:lang w:val="en-US"/>
              </w:rPr>
            </w:pPr>
            <w:r w:rsidRPr="00E053FC">
              <w:rPr>
                <w:bCs/>
                <w:sz w:val="28"/>
                <w:szCs w:val="28"/>
                <w:lang w:val="en-US"/>
              </w:rPr>
              <w:t xml:space="preserve">“Менің мектебім,менің табысқа апаратын алғашқы қадамым” </w:t>
            </w:r>
          </w:p>
        </w:tc>
        <w:tc>
          <w:tcPr>
            <w:tcW w:w="3719" w:type="dxa"/>
          </w:tcPr>
          <w:p w14:paraId="4622F26C" w14:textId="77777777" w:rsidR="004C63D3" w:rsidRPr="00E053FC" w:rsidRDefault="008D1D0B" w:rsidP="004C63D3">
            <w:pPr>
              <w:jc w:val="both"/>
              <w:rPr>
                <w:bCs/>
                <w:sz w:val="28"/>
                <w:szCs w:val="28"/>
                <w:lang w:val="en-US"/>
              </w:rPr>
            </w:pPr>
            <w:hyperlink r:id="rId21" w:history="1">
              <w:r w:rsidR="004C63D3" w:rsidRPr="00E053FC">
                <w:rPr>
                  <w:rStyle w:val="ae"/>
                  <w:bCs/>
                  <w:sz w:val="28"/>
                  <w:szCs w:val="28"/>
                  <w:lang w:val="en-US"/>
                </w:rPr>
                <w:t>https://www.instagram.com/p/C4c34QUrtkz/?xtok=MWlpYmE3dTExZnF4OA==</w:t>
              </w:r>
            </w:hyperlink>
          </w:p>
        </w:tc>
        <w:tc>
          <w:tcPr>
            <w:tcW w:w="1559" w:type="dxa"/>
          </w:tcPr>
          <w:p w14:paraId="45BAE42A" w14:textId="77777777" w:rsidR="004C63D3" w:rsidRPr="00E053FC" w:rsidRDefault="004C63D3" w:rsidP="004C63D3">
            <w:pPr>
              <w:jc w:val="both"/>
              <w:rPr>
                <w:bCs/>
                <w:sz w:val="28"/>
                <w:szCs w:val="28"/>
                <w:lang w:val="en-US"/>
              </w:rPr>
            </w:pPr>
            <w:r w:rsidRPr="00E053FC">
              <w:rPr>
                <w:bCs/>
                <w:sz w:val="28"/>
                <w:szCs w:val="28"/>
                <w:lang w:val="en-US"/>
              </w:rPr>
              <w:t>Қазтұтынуодағы Қарағанды универ.ұйымдастырған интеллектуалды ойын</w:t>
            </w:r>
          </w:p>
        </w:tc>
        <w:tc>
          <w:tcPr>
            <w:tcW w:w="1843" w:type="dxa"/>
          </w:tcPr>
          <w:p w14:paraId="2DCFEB50" w14:textId="77777777" w:rsidR="004C63D3" w:rsidRPr="00E053FC" w:rsidRDefault="004C63D3" w:rsidP="004C63D3">
            <w:pPr>
              <w:jc w:val="both"/>
              <w:rPr>
                <w:bCs/>
                <w:sz w:val="28"/>
                <w:szCs w:val="28"/>
                <w:lang w:val="en-US"/>
              </w:rPr>
            </w:pPr>
            <w:r w:rsidRPr="00E053FC">
              <w:rPr>
                <w:bCs/>
                <w:sz w:val="28"/>
                <w:szCs w:val="28"/>
                <w:lang w:val="en-US"/>
              </w:rPr>
              <w:t>11«А», «Ә»</w:t>
            </w:r>
          </w:p>
        </w:tc>
        <w:tc>
          <w:tcPr>
            <w:tcW w:w="1134" w:type="dxa"/>
          </w:tcPr>
          <w:p w14:paraId="1C831D8D" w14:textId="77777777" w:rsidR="004C63D3" w:rsidRPr="00E053FC" w:rsidRDefault="004C63D3" w:rsidP="004C63D3">
            <w:pPr>
              <w:jc w:val="both"/>
              <w:rPr>
                <w:bCs/>
                <w:sz w:val="28"/>
                <w:szCs w:val="28"/>
                <w:lang w:val="en-US"/>
              </w:rPr>
            </w:pPr>
            <w:r w:rsidRPr="00E053FC">
              <w:rPr>
                <w:bCs/>
                <w:sz w:val="28"/>
                <w:szCs w:val="28"/>
                <w:lang w:val="en-US"/>
              </w:rPr>
              <w:t>13.03.24</w:t>
            </w:r>
          </w:p>
        </w:tc>
      </w:tr>
      <w:tr w:rsidR="004C63D3" w:rsidRPr="00E053FC" w14:paraId="6108368D" w14:textId="77777777" w:rsidTr="00E053FC">
        <w:trPr>
          <w:trHeight w:val="1219"/>
        </w:trPr>
        <w:tc>
          <w:tcPr>
            <w:tcW w:w="522" w:type="dxa"/>
          </w:tcPr>
          <w:p w14:paraId="5299FBC7" w14:textId="77777777" w:rsidR="004C63D3" w:rsidRPr="00E053FC" w:rsidRDefault="004C63D3" w:rsidP="004C63D3">
            <w:pPr>
              <w:jc w:val="both"/>
              <w:rPr>
                <w:bCs/>
                <w:sz w:val="28"/>
                <w:szCs w:val="28"/>
                <w:lang w:val="en-US"/>
              </w:rPr>
            </w:pPr>
            <w:r w:rsidRPr="00E053FC">
              <w:rPr>
                <w:bCs/>
                <w:sz w:val="28"/>
                <w:szCs w:val="28"/>
                <w:lang w:val="en-US"/>
              </w:rPr>
              <w:t>6</w:t>
            </w:r>
          </w:p>
        </w:tc>
        <w:tc>
          <w:tcPr>
            <w:tcW w:w="1855" w:type="dxa"/>
          </w:tcPr>
          <w:p w14:paraId="785CEF36" w14:textId="77777777" w:rsidR="004C63D3" w:rsidRPr="00E053FC" w:rsidRDefault="004C63D3" w:rsidP="004C63D3">
            <w:pPr>
              <w:jc w:val="both"/>
              <w:rPr>
                <w:bCs/>
                <w:sz w:val="28"/>
                <w:szCs w:val="28"/>
                <w:lang w:val="en-US"/>
              </w:rPr>
            </w:pPr>
            <w:r w:rsidRPr="00E053FC">
              <w:rPr>
                <w:bCs/>
                <w:sz w:val="28"/>
                <w:szCs w:val="28"/>
                <w:lang w:val="en-US"/>
              </w:rPr>
              <w:t>“11-ші Өрт сөндіру бөлімінің «Азаматтарды қорғау капитаны» Н.Б.Балтабаевпен</w:t>
            </w:r>
          </w:p>
        </w:tc>
        <w:tc>
          <w:tcPr>
            <w:tcW w:w="3719" w:type="dxa"/>
          </w:tcPr>
          <w:p w14:paraId="2051D65E" w14:textId="77777777" w:rsidR="004C63D3" w:rsidRPr="00E053FC" w:rsidRDefault="008D1D0B" w:rsidP="004C63D3">
            <w:pPr>
              <w:jc w:val="both"/>
              <w:rPr>
                <w:bCs/>
                <w:sz w:val="28"/>
                <w:szCs w:val="28"/>
                <w:lang w:val="en-US"/>
              </w:rPr>
            </w:pPr>
            <w:hyperlink r:id="rId22" w:history="1">
              <w:r w:rsidR="004C63D3" w:rsidRPr="00E053FC">
                <w:rPr>
                  <w:rStyle w:val="ae"/>
                  <w:bCs/>
                  <w:sz w:val="28"/>
                  <w:szCs w:val="28"/>
                  <w:lang w:val="en-US"/>
                </w:rPr>
                <w:t>https://www.instagram.com/p/C5TpK0tMMYn/?exln=MWJhZnY5Ynp4MjkxNA==</w:t>
              </w:r>
            </w:hyperlink>
          </w:p>
        </w:tc>
        <w:tc>
          <w:tcPr>
            <w:tcW w:w="1559" w:type="dxa"/>
          </w:tcPr>
          <w:p w14:paraId="7E998F6A" w14:textId="77777777" w:rsidR="004C63D3" w:rsidRPr="00E053FC" w:rsidRDefault="004C63D3" w:rsidP="004C63D3">
            <w:pPr>
              <w:jc w:val="both"/>
              <w:rPr>
                <w:bCs/>
                <w:sz w:val="28"/>
                <w:szCs w:val="28"/>
                <w:lang w:val="en-US"/>
              </w:rPr>
            </w:pPr>
            <w:r w:rsidRPr="00E053FC">
              <w:rPr>
                <w:bCs/>
                <w:sz w:val="28"/>
                <w:szCs w:val="28"/>
                <w:lang w:val="en-US"/>
              </w:rPr>
              <w:t>Кездесу</w:t>
            </w:r>
          </w:p>
        </w:tc>
        <w:tc>
          <w:tcPr>
            <w:tcW w:w="1843" w:type="dxa"/>
          </w:tcPr>
          <w:p w14:paraId="641FC958" w14:textId="77777777" w:rsidR="004C63D3" w:rsidRPr="00E053FC" w:rsidRDefault="004C63D3" w:rsidP="004C63D3">
            <w:pPr>
              <w:jc w:val="both"/>
              <w:rPr>
                <w:bCs/>
                <w:sz w:val="28"/>
                <w:szCs w:val="28"/>
                <w:lang w:val="en-US"/>
              </w:rPr>
            </w:pPr>
            <w:r w:rsidRPr="00E053FC">
              <w:rPr>
                <w:bCs/>
                <w:sz w:val="28"/>
                <w:szCs w:val="28"/>
                <w:lang w:val="en-US"/>
              </w:rPr>
              <w:t>11«А», «Ә»</w:t>
            </w:r>
          </w:p>
        </w:tc>
        <w:tc>
          <w:tcPr>
            <w:tcW w:w="1134" w:type="dxa"/>
          </w:tcPr>
          <w:p w14:paraId="327C2E47" w14:textId="77777777" w:rsidR="004C63D3" w:rsidRPr="00E053FC" w:rsidRDefault="004C63D3" w:rsidP="004C63D3">
            <w:pPr>
              <w:jc w:val="both"/>
              <w:rPr>
                <w:bCs/>
                <w:sz w:val="28"/>
                <w:szCs w:val="28"/>
                <w:lang w:val="en-US"/>
              </w:rPr>
            </w:pPr>
            <w:r w:rsidRPr="00E053FC">
              <w:rPr>
                <w:bCs/>
                <w:sz w:val="28"/>
                <w:szCs w:val="28"/>
                <w:lang w:val="en-US"/>
              </w:rPr>
              <w:t>03.04.2024</w:t>
            </w:r>
          </w:p>
        </w:tc>
      </w:tr>
      <w:tr w:rsidR="004C63D3" w:rsidRPr="00E053FC" w14:paraId="09EEBFB3" w14:textId="77777777" w:rsidTr="00E053FC">
        <w:trPr>
          <w:gridAfter w:val="1"/>
          <w:wAfter w:w="1134" w:type="dxa"/>
          <w:trHeight w:val="999"/>
        </w:trPr>
        <w:tc>
          <w:tcPr>
            <w:tcW w:w="522" w:type="dxa"/>
          </w:tcPr>
          <w:p w14:paraId="1321BA7C" w14:textId="77777777" w:rsidR="004C63D3" w:rsidRPr="00E053FC" w:rsidRDefault="004C63D3" w:rsidP="004C63D3">
            <w:pPr>
              <w:jc w:val="both"/>
              <w:rPr>
                <w:bCs/>
                <w:sz w:val="28"/>
                <w:szCs w:val="28"/>
                <w:lang w:val="en-US"/>
              </w:rPr>
            </w:pPr>
            <w:r w:rsidRPr="00E053FC">
              <w:rPr>
                <w:bCs/>
                <w:sz w:val="28"/>
                <w:szCs w:val="28"/>
                <w:lang w:val="en-US"/>
              </w:rPr>
              <w:t>7</w:t>
            </w:r>
          </w:p>
        </w:tc>
        <w:tc>
          <w:tcPr>
            <w:tcW w:w="1855" w:type="dxa"/>
          </w:tcPr>
          <w:p w14:paraId="0FFBD2CF" w14:textId="77777777" w:rsidR="004C63D3" w:rsidRPr="00E053FC" w:rsidRDefault="004C63D3" w:rsidP="004C63D3">
            <w:pPr>
              <w:jc w:val="both"/>
              <w:rPr>
                <w:bCs/>
                <w:sz w:val="28"/>
                <w:szCs w:val="28"/>
                <w:lang w:val="en-US"/>
              </w:rPr>
            </w:pPr>
            <w:r w:rsidRPr="00E053FC">
              <w:rPr>
                <w:bCs/>
                <w:sz w:val="28"/>
                <w:szCs w:val="28"/>
                <w:lang w:val="en-US"/>
              </w:rPr>
              <w:t xml:space="preserve">Мамандық таңдау-жауапты қадам” </w:t>
            </w:r>
          </w:p>
        </w:tc>
        <w:tc>
          <w:tcPr>
            <w:tcW w:w="3719" w:type="dxa"/>
          </w:tcPr>
          <w:p w14:paraId="4AD305AC" w14:textId="77777777" w:rsidR="004C63D3" w:rsidRPr="00E053FC" w:rsidRDefault="008D1D0B" w:rsidP="004C63D3">
            <w:pPr>
              <w:jc w:val="both"/>
              <w:rPr>
                <w:bCs/>
                <w:sz w:val="28"/>
                <w:szCs w:val="28"/>
                <w:lang w:val="en-US"/>
              </w:rPr>
            </w:pPr>
            <w:hyperlink r:id="rId23" w:history="1">
              <w:r w:rsidR="004C63D3" w:rsidRPr="00E053FC">
                <w:rPr>
                  <w:rStyle w:val="ae"/>
                  <w:bCs/>
                  <w:sz w:val="28"/>
                  <w:szCs w:val="28"/>
                  <w:lang w:val="en-US"/>
                </w:rPr>
                <w:t>https://www.instagram.com/p/C5TpRWNMDnf/?srtk=eTBzZW95M2lzMTN3</w:t>
              </w:r>
            </w:hyperlink>
          </w:p>
        </w:tc>
        <w:tc>
          <w:tcPr>
            <w:tcW w:w="1559" w:type="dxa"/>
          </w:tcPr>
          <w:p w14:paraId="1C8D7359" w14:textId="77777777" w:rsidR="004C63D3" w:rsidRPr="00E053FC" w:rsidRDefault="004C63D3" w:rsidP="004C63D3">
            <w:pPr>
              <w:jc w:val="both"/>
              <w:rPr>
                <w:bCs/>
                <w:sz w:val="28"/>
                <w:szCs w:val="28"/>
                <w:lang w:val="en-US"/>
              </w:rPr>
            </w:pPr>
            <w:r w:rsidRPr="00E053FC">
              <w:rPr>
                <w:bCs/>
                <w:sz w:val="28"/>
                <w:szCs w:val="28"/>
                <w:lang w:val="en-US"/>
              </w:rPr>
              <w:t>«Болашақ» академ.өкілдкездесу</w:t>
            </w:r>
          </w:p>
        </w:tc>
        <w:tc>
          <w:tcPr>
            <w:tcW w:w="1843" w:type="dxa"/>
          </w:tcPr>
          <w:p w14:paraId="798EEB54" w14:textId="77777777" w:rsidR="004C63D3" w:rsidRPr="00E053FC" w:rsidRDefault="004C63D3" w:rsidP="004C63D3">
            <w:pPr>
              <w:jc w:val="both"/>
              <w:rPr>
                <w:bCs/>
                <w:sz w:val="28"/>
                <w:szCs w:val="28"/>
                <w:lang w:val="kk-KZ"/>
              </w:rPr>
            </w:pPr>
            <w:r w:rsidRPr="00E053FC">
              <w:rPr>
                <w:bCs/>
                <w:sz w:val="28"/>
                <w:szCs w:val="28"/>
                <w:lang w:val="en-US"/>
              </w:rPr>
              <w:t>03.04.2024</w:t>
            </w:r>
            <w:r w:rsidRPr="00E053FC">
              <w:rPr>
                <w:bCs/>
                <w:sz w:val="28"/>
                <w:szCs w:val="28"/>
                <w:lang w:val="kk-KZ"/>
              </w:rPr>
              <w:t xml:space="preserve"> </w:t>
            </w:r>
          </w:p>
          <w:p w14:paraId="7AE6F916" w14:textId="77777777" w:rsidR="004C63D3" w:rsidRPr="00E053FC" w:rsidRDefault="004C63D3" w:rsidP="004C63D3">
            <w:pPr>
              <w:jc w:val="both"/>
              <w:rPr>
                <w:bCs/>
                <w:sz w:val="28"/>
                <w:szCs w:val="28"/>
                <w:lang w:val="kk-KZ"/>
              </w:rPr>
            </w:pPr>
            <w:r w:rsidRPr="00E053FC">
              <w:rPr>
                <w:bCs/>
                <w:sz w:val="28"/>
                <w:szCs w:val="28"/>
                <w:lang w:val="en-US"/>
              </w:rPr>
              <w:t>11«А», «Ә»</w:t>
            </w:r>
          </w:p>
        </w:tc>
      </w:tr>
      <w:tr w:rsidR="004C63D3" w:rsidRPr="00E053FC" w14:paraId="10FFB234" w14:textId="77777777" w:rsidTr="00E053FC">
        <w:trPr>
          <w:trHeight w:val="1219"/>
        </w:trPr>
        <w:tc>
          <w:tcPr>
            <w:tcW w:w="522" w:type="dxa"/>
          </w:tcPr>
          <w:p w14:paraId="273CEF80" w14:textId="77777777" w:rsidR="004C63D3" w:rsidRPr="00E053FC" w:rsidRDefault="004C63D3" w:rsidP="004C63D3">
            <w:pPr>
              <w:jc w:val="both"/>
              <w:rPr>
                <w:bCs/>
                <w:sz w:val="28"/>
                <w:szCs w:val="28"/>
                <w:lang w:val="en-US"/>
              </w:rPr>
            </w:pPr>
            <w:r w:rsidRPr="00E053FC">
              <w:rPr>
                <w:bCs/>
                <w:sz w:val="28"/>
                <w:szCs w:val="28"/>
                <w:lang w:val="en-US"/>
              </w:rPr>
              <w:t>8</w:t>
            </w:r>
          </w:p>
        </w:tc>
        <w:tc>
          <w:tcPr>
            <w:tcW w:w="1855" w:type="dxa"/>
          </w:tcPr>
          <w:p w14:paraId="67BCC130" w14:textId="77777777" w:rsidR="004C63D3" w:rsidRPr="00E053FC" w:rsidRDefault="004C63D3" w:rsidP="004C63D3">
            <w:pPr>
              <w:jc w:val="both"/>
              <w:rPr>
                <w:bCs/>
                <w:sz w:val="28"/>
                <w:szCs w:val="28"/>
                <w:lang w:val="en-US"/>
              </w:rPr>
            </w:pPr>
            <w:r w:rsidRPr="00E053FC">
              <w:rPr>
                <w:bCs/>
                <w:sz w:val="28"/>
                <w:szCs w:val="28"/>
                <w:lang w:val="en-US"/>
              </w:rPr>
              <w:t>Алматы қаласы ЖШС «К.Сағадиев атындағы ХБУ»</w:t>
            </w:r>
          </w:p>
        </w:tc>
        <w:tc>
          <w:tcPr>
            <w:tcW w:w="3719" w:type="dxa"/>
          </w:tcPr>
          <w:p w14:paraId="4F4C3769" w14:textId="77777777" w:rsidR="004C63D3" w:rsidRPr="00E053FC" w:rsidRDefault="004C63D3" w:rsidP="004C63D3">
            <w:pPr>
              <w:jc w:val="both"/>
              <w:rPr>
                <w:bCs/>
                <w:sz w:val="28"/>
                <w:szCs w:val="28"/>
                <w:lang w:val="en-US"/>
              </w:rPr>
            </w:pPr>
            <w:r w:rsidRPr="00E053FC">
              <w:rPr>
                <w:bCs/>
                <w:sz w:val="28"/>
                <w:szCs w:val="28"/>
                <w:lang w:val="en-US"/>
              </w:rPr>
              <w:t>https://www.instagram.com/p/C5VJBfmsnL9/?psln=aGVrZ2lzYXR5YzZ1</w:t>
            </w:r>
          </w:p>
        </w:tc>
        <w:tc>
          <w:tcPr>
            <w:tcW w:w="1559" w:type="dxa"/>
          </w:tcPr>
          <w:p w14:paraId="39F6A357" w14:textId="77777777" w:rsidR="004C63D3" w:rsidRPr="00E053FC" w:rsidRDefault="004C63D3" w:rsidP="004C63D3">
            <w:pPr>
              <w:jc w:val="both"/>
              <w:rPr>
                <w:bCs/>
                <w:sz w:val="28"/>
                <w:szCs w:val="28"/>
                <w:lang w:val="en-US"/>
              </w:rPr>
            </w:pPr>
            <w:r w:rsidRPr="00E053FC">
              <w:rPr>
                <w:bCs/>
                <w:sz w:val="28"/>
                <w:szCs w:val="28"/>
                <w:lang w:val="en-US"/>
              </w:rPr>
              <w:t>Кездесу</w:t>
            </w:r>
          </w:p>
        </w:tc>
        <w:tc>
          <w:tcPr>
            <w:tcW w:w="1843" w:type="dxa"/>
          </w:tcPr>
          <w:p w14:paraId="45E52589" w14:textId="77777777" w:rsidR="004C63D3" w:rsidRPr="00E053FC" w:rsidRDefault="004C63D3" w:rsidP="004C63D3">
            <w:pPr>
              <w:jc w:val="both"/>
              <w:rPr>
                <w:bCs/>
                <w:sz w:val="28"/>
                <w:szCs w:val="28"/>
                <w:lang w:val="en-US"/>
              </w:rPr>
            </w:pPr>
            <w:r w:rsidRPr="00E053FC">
              <w:rPr>
                <w:bCs/>
                <w:sz w:val="28"/>
                <w:szCs w:val="28"/>
                <w:lang w:val="en-US"/>
              </w:rPr>
              <w:t>04.04.2024</w:t>
            </w:r>
          </w:p>
        </w:tc>
        <w:tc>
          <w:tcPr>
            <w:tcW w:w="1134" w:type="dxa"/>
          </w:tcPr>
          <w:p w14:paraId="02DDC5F3" w14:textId="77777777" w:rsidR="004C63D3" w:rsidRPr="00E053FC" w:rsidRDefault="004C63D3" w:rsidP="004C63D3">
            <w:pPr>
              <w:jc w:val="both"/>
              <w:rPr>
                <w:bCs/>
                <w:sz w:val="28"/>
                <w:szCs w:val="28"/>
                <w:lang w:val="en-US"/>
              </w:rPr>
            </w:pPr>
            <w:r w:rsidRPr="00E053FC">
              <w:rPr>
                <w:bCs/>
                <w:sz w:val="28"/>
                <w:szCs w:val="28"/>
                <w:lang w:val="en-US"/>
              </w:rPr>
              <w:t>11«А», «Ә»</w:t>
            </w:r>
          </w:p>
        </w:tc>
      </w:tr>
      <w:tr w:rsidR="004C63D3" w:rsidRPr="00E053FC" w14:paraId="3ECA60FA" w14:textId="77777777" w:rsidTr="00E053FC">
        <w:trPr>
          <w:trHeight w:val="1219"/>
        </w:trPr>
        <w:tc>
          <w:tcPr>
            <w:tcW w:w="522" w:type="dxa"/>
          </w:tcPr>
          <w:p w14:paraId="3C642DD7" w14:textId="77777777" w:rsidR="004C63D3" w:rsidRPr="00E053FC" w:rsidRDefault="004C63D3" w:rsidP="004C63D3">
            <w:pPr>
              <w:jc w:val="both"/>
              <w:rPr>
                <w:bCs/>
                <w:sz w:val="28"/>
                <w:szCs w:val="28"/>
                <w:lang w:val="en-US"/>
              </w:rPr>
            </w:pPr>
            <w:r w:rsidRPr="00E053FC">
              <w:rPr>
                <w:bCs/>
                <w:sz w:val="28"/>
                <w:szCs w:val="28"/>
                <w:lang w:val="en-US"/>
              </w:rPr>
              <w:t>9</w:t>
            </w:r>
          </w:p>
        </w:tc>
        <w:tc>
          <w:tcPr>
            <w:tcW w:w="1855" w:type="dxa"/>
          </w:tcPr>
          <w:p w14:paraId="6A3F5D61" w14:textId="77777777" w:rsidR="004C63D3" w:rsidRPr="00E053FC" w:rsidRDefault="004C63D3" w:rsidP="004C63D3">
            <w:pPr>
              <w:jc w:val="both"/>
              <w:rPr>
                <w:bCs/>
                <w:sz w:val="28"/>
                <w:szCs w:val="28"/>
                <w:lang w:val="en-US"/>
              </w:rPr>
            </w:pPr>
            <w:r w:rsidRPr="00E053FC">
              <w:rPr>
                <w:bCs/>
                <w:sz w:val="28"/>
                <w:szCs w:val="28"/>
                <w:lang w:val="en-US"/>
              </w:rPr>
              <w:t xml:space="preserve">“Қарағанды индустриалды-технологиялық колледжі” </w:t>
            </w:r>
          </w:p>
        </w:tc>
        <w:tc>
          <w:tcPr>
            <w:tcW w:w="3719" w:type="dxa"/>
          </w:tcPr>
          <w:p w14:paraId="1BEE4EFF" w14:textId="77777777" w:rsidR="004C63D3" w:rsidRPr="00E053FC" w:rsidRDefault="004C63D3" w:rsidP="004C63D3">
            <w:pPr>
              <w:jc w:val="both"/>
              <w:rPr>
                <w:bCs/>
                <w:sz w:val="28"/>
                <w:szCs w:val="28"/>
                <w:lang w:val="en-US"/>
              </w:rPr>
            </w:pPr>
            <w:r w:rsidRPr="00E053FC">
              <w:rPr>
                <w:bCs/>
                <w:sz w:val="28"/>
                <w:szCs w:val="28"/>
                <w:lang w:val="en-US"/>
              </w:rPr>
              <w:t>https://www.instagram.com/p/C5VJKVEMFey/?psln=MWp0NTBpNjc3ZjNheg==</w:t>
            </w:r>
          </w:p>
        </w:tc>
        <w:tc>
          <w:tcPr>
            <w:tcW w:w="1559" w:type="dxa"/>
          </w:tcPr>
          <w:p w14:paraId="205950AD" w14:textId="77777777" w:rsidR="004C63D3" w:rsidRPr="00E053FC" w:rsidRDefault="004C63D3" w:rsidP="004C63D3">
            <w:pPr>
              <w:jc w:val="both"/>
              <w:rPr>
                <w:bCs/>
                <w:sz w:val="28"/>
                <w:szCs w:val="28"/>
                <w:lang w:val="en-US"/>
              </w:rPr>
            </w:pPr>
            <w:r w:rsidRPr="00E053FC">
              <w:rPr>
                <w:bCs/>
                <w:sz w:val="28"/>
                <w:szCs w:val="28"/>
                <w:lang w:val="en-US"/>
              </w:rPr>
              <w:t>Кездесу</w:t>
            </w:r>
          </w:p>
        </w:tc>
        <w:tc>
          <w:tcPr>
            <w:tcW w:w="1843" w:type="dxa"/>
          </w:tcPr>
          <w:p w14:paraId="1D78ADA1" w14:textId="77777777" w:rsidR="004C63D3" w:rsidRPr="00E053FC" w:rsidRDefault="004C63D3" w:rsidP="004C63D3">
            <w:pPr>
              <w:jc w:val="both"/>
              <w:rPr>
                <w:bCs/>
                <w:sz w:val="28"/>
                <w:szCs w:val="28"/>
                <w:lang w:val="kk-KZ"/>
              </w:rPr>
            </w:pPr>
            <w:r w:rsidRPr="00E053FC">
              <w:rPr>
                <w:bCs/>
                <w:sz w:val="28"/>
                <w:szCs w:val="28"/>
                <w:lang w:val="en-US"/>
              </w:rPr>
              <w:t>04.04.202</w:t>
            </w:r>
            <w:r w:rsidRPr="00E053FC">
              <w:rPr>
                <w:bCs/>
                <w:sz w:val="28"/>
                <w:szCs w:val="28"/>
                <w:lang w:val="kk-KZ"/>
              </w:rPr>
              <w:t>4</w:t>
            </w:r>
          </w:p>
        </w:tc>
        <w:tc>
          <w:tcPr>
            <w:tcW w:w="1134" w:type="dxa"/>
          </w:tcPr>
          <w:p w14:paraId="39A9B67B" w14:textId="77777777" w:rsidR="004C63D3" w:rsidRPr="00E053FC" w:rsidRDefault="004C63D3" w:rsidP="004C63D3">
            <w:pPr>
              <w:jc w:val="both"/>
              <w:rPr>
                <w:bCs/>
                <w:sz w:val="28"/>
                <w:szCs w:val="28"/>
                <w:lang w:val="en-US"/>
              </w:rPr>
            </w:pPr>
            <w:r w:rsidRPr="00E053FC">
              <w:rPr>
                <w:bCs/>
                <w:sz w:val="28"/>
                <w:szCs w:val="28"/>
                <w:lang w:val="en-US"/>
              </w:rPr>
              <w:t>9 «А», «Ә»</w:t>
            </w:r>
          </w:p>
        </w:tc>
      </w:tr>
      <w:tr w:rsidR="004C63D3" w:rsidRPr="00E053FC" w14:paraId="4DF82490" w14:textId="77777777" w:rsidTr="00E053FC">
        <w:trPr>
          <w:trHeight w:val="1219"/>
        </w:trPr>
        <w:tc>
          <w:tcPr>
            <w:tcW w:w="522" w:type="dxa"/>
          </w:tcPr>
          <w:p w14:paraId="74F73DEB" w14:textId="77777777" w:rsidR="004C63D3" w:rsidRPr="00E053FC" w:rsidRDefault="004C63D3" w:rsidP="004C63D3">
            <w:pPr>
              <w:jc w:val="both"/>
              <w:rPr>
                <w:bCs/>
                <w:sz w:val="28"/>
                <w:szCs w:val="28"/>
                <w:lang w:val="en-US"/>
              </w:rPr>
            </w:pPr>
            <w:r w:rsidRPr="00E053FC">
              <w:rPr>
                <w:bCs/>
                <w:sz w:val="28"/>
                <w:szCs w:val="28"/>
                <w:lang w:val="en-US"/>
              </w:rPr>
              <w:t>10</w:t>
            </w:r>
          </w:p>
        </w:tc>
        <w:tc>
          <w:tcPr>
            <w:tcW w:w="1855" w:type="dxa"/>
          </w:tcPr>
          <w:p w14:paraId="4C0F5E2D" w14:textId="77777777" w:rsidR="004C63D3" w:rsidRPr="00E053FC" w:rsidRDefault="004C63D3" w:rsidP="004C63D3">
            <w:pPr>
              <w:jc w:val="both"/>
              <w:rPr>
                <w:bCs/>
                <w:sz w:val="28"/>
                <w:szCs w:val="28"/>
              </w:rPr>
            </w:pPr>
            <w:r w:rsidRPr="00E053FC">
              <w:rPr>
                <w:bCs/>
                <w:sz w:val="28"/>
                <w:szCs w:val="28"/>
              </w:rPr>
              <w:t>«Е.А.Букетов атындағы Қарағанды университеті»</w:t>
            </w:r>
          </w:p>
        </w:tc>
        <w:tc>
          <w:tcPr>
            <w:tcW w:w="3719" w:type="dxa"/>
          </w:tcPr>
          <w:p w14:paraId="049CBD4B" w14:textId="77777777" w:rsidR="004C63D3" w:rsidRPr="00E053FC" w:rsidRDefault="004C63D3" w:rsidP="004C63D3">
            <w:pPr>
              <w:jc w:val="both"/>
              <w:rPr>
                <w:bCs/>
                <w:sz w:val="28"/>
                <w:szCs w:val="28"/>
              </w:rPr>
            </w:pPr>
            <w:r w:rsidRPr="00E053FC">
              <w:rPr>
                <w:bCs/>
                <w:sz w:val="28"/>
                <w:szCs w:val="28"/>
                <w:lang w:val="en-US"/>
              </w:rPr>
              <w:t>https</w:t>
            </w:r>
            <w:r w:rsidRPr="00E053FC">
              <w:rPr>
                <w:bCs/>
                <w:sz w:val="28"/>
                <w:szCs w:val="28"/>
              </w:rPr>
              <w:t>://</w:t>
            </w:r>
            <w:r w:rsidRPr="00E053FC">
              <w:rPr>
                <w:bCs/>
                <w:sz w:val="28"/>
                <w:szCs w:val="28"/>
                <w:lang w:val="en-US"/>
              </w:rPr>
              <w:t>www</w:t>
            </w:r>
            <w:r w:rsidRPr="00E053FC">
              <w:rPr>
                <w:bCs/>
                <w:sz w:val="28"/>
                <w:szCs w:val="28"/>
              </w:rPr>
              <w:t>.</w:t>
            </w:r>
            <w:r w:rsidRPr="00E053FC">
              <w:rPr>
                <w:bCs/>
                <w:sz w:val="28"/>
                <w:szCs w:val="28"/>
                <w:lang w:val="en-US"/>
              </w:rPr>
              <w:t>instagram</w:t>
            </w:r>
            <w:r w:rsidRPr="00E053FC">
              <w:rPr>
                <w:bCs/>
                <w:sz w:val="28"/>
                <w:szCs w:val="28"/>
              </w:rPr>
              <w:t>.</w:t>
            </w:r>
            <w:r w:rsidRPr="00E053FC">
              <w:rPr>
                <w:bCs/>
                <w:sz w:val="28"/>
                <w:szCs w:val="28"/>
                <w:lang w:val="en-US"/>
              </w:rPr>
              <w:t>com</w:t>
            </w:r>
            <w:r w:rsidRPr="00E053FC">
              <w:rPr>
                <w:bCs/>
                <w:sz w:val="28"/>
                <w:szCs w:val="28"/>
              </w:rPr>
              <w:t>/</w:t>
            </w:r>
            <w:r w:rsidRPr="00E053FC">
              <w:rPr>
                <w:bCs/>
                <w:sz w:val="28"/>
                <w:szCs w:val="28"/>
                <w:lang w:val="en-US"/>
              </w:rPr>
              <w:t>p</w:t>
            </w:r>
            <w:r w:rsidRPr="00E053FC">
              <w:rPr>
                <w:bCs/>
                <w:sz w:val="28"/>
                <w:szCs w:val="28"/>
              </w:rPr>
              <w:t>/</w:t>
            </w:r>
            <w:r w:rsidRPr="00E053FC">
              <w:rPr>
                <w:bCs/>
                <w:sz w:val="28"/>
                <w:szCs w:val="28"/>
                <w:lang w:val="en-US"/>
              </w:rPr>
              <w:t>C</w:t>
            </w:r>
            <w:r w:rsidRPr="00E053FC">
              <w:rPr>
                <w:bCs/>
                <w:sz w:val="28"/>
                <w:szCs w:val="28"/>
              </w:rPr>
              <w:t>5</w:t>
            </w:r>
            <w:r w:rsidRPr="00E053FC">
              <w:rPr>
                <w:bCs/>
                <w:sz w:val="28"/>
                <w:szCs w:val="28"/>
                <w:lang w:val="en-US"/>
              </w:rPr>
              <w:t>k</w:t>
            </w:r>
            <w:r w:rsidRPr="00E053FC">
              <w:rPr>
                <w:bCs/>
                <w:sz w:val="28"/>
                <w:szCs w:val="28"/>
              </w:rPr>
              <w:t>15</w:t>
            </w:r>
            <w:r w:rsidRPr="00E053FC">
              <w:rPr>
                <w:bCs/>
                <w:sz w:val="28"/>
                <w:szCs w:val="28"/>
                <w:lang w:val="en-US"/>
              </w:rPr>
              <w:t>XPMS</w:t>
            </w:r>
            <w:r w:rsidRPr="00E053FC">
              <w:rPr>
                <w:bCs/>
                <w:sz w:val="28"/>
                <w:szCs w:val="28"/>
              </w:rPr>
              <w:t>0</w:t>
            </w:r>
            <w:r w:rsidRPr="00E053FC">
              <w:rPr>
                <w:bCs/>
                <w:sz w:val="28"/>
                <w:szCs w:val="28"/>
                <w:lang w:val="en-US"/>
              </w:rPr>
              <w:t>d</w:t>
            </w:r>
            <w:r w:rsidRPr="00E053FC">
              <w:rPr>
                <w:bCs/>
                <w:sz w:val="28"/>
                <w:szCs w:val="28"/>
              </w:rPr>
              <w:t>/?</w:t>
            </w:r>
            <w:r w:rsidRPr="00E053FC">
              <w:rPr>
                <w:bCs/>
                <w:sz w:val="28"/>
                <w:szCs w:val="28"/>
                <w:lang w:val="en-US"/>
              </w:rPr>
              <w:t>vrfl</w:t>
            </w:r>
            <w:r w:rsidRPr="00E053FC">
              <w:rPr>
                <w:bCs/>
                <w:sz w:val="28"/>
                <w:szCs w:val="28"/>
              </w:rPr>
              <w:t>=</w:t>
            </w:r>
            <w:r w:rsidRPr="00E053FC">
              <w:rPr>
                <w:bCs/>
                <w:sz w:val="28"/>
                <w:szCs w:val="28"/>
                <w:lang w:val="en-US"/>
              </w:rPr>
              <w:t>MWg</w:t>
            </w:r>
            <w:r w:rsidRPr="00E053FC">
              <w:rPr>
                <w:bCs/>
                <w:sz w:val="28"/>
                <w:szCs w:val="28"/>
              </w:rPr>
              <w:t>0</w:t>
            </w:r>
            <w:r w:rsidRPr="00E053FC">
              <w:rPr>
                <w:bCs/>
                <w:sz w:val="28"/>
                <w:szCs w:val="28"/>
                <w:lang w:val="en-US"/>
              </w:rPr>
              <w:t>NTUweXY</w:t>
            </w:r>
            <w:r w:rsidRPr="00E053FC">
              <w:rPr>
                <w:bCs/>
                <w:sz w:val="28"/>
                <w:szCs w:val="28"/>
              </w:rPr>
              <w:t>0</w:t>
            </w:r>
            <w:r w:rsidRPr="00E053FC">
              <w:rPr>
                <w:bCs/>
                <w:sz w:val="28"/>
                <w:szCs w:val="28"/>
                <w:lang w:val="en-US"/>
              </w:rPr>
              <w:t>bXJmeA</w:t>
            </w:r>
            <w:r w:rsidRPr="00E053FC">
              <w:rPr>
                <w:bCs/>
                <w:sz w:val="28"/>
                <w:szCs w:val="28"/>
              </w:rPr>
              <w:t>==</w:t>
            </w:r>
          </w:p>
        </w:tc>
        <w:tc>
          <w:tcPr>
            <w:tcW w:w="1559" w:type="dxa"/>
          </w:tcPr>
          <w:p w14:paraId="0C168AAA" w14:textId="77777777" w:rsidR="004C63D3" w:rsidRPr="00E053FC" w:rsidRDefault="004C63D3" w:rsidP="004C63D3">
            <w:pPr>
              <w:jc w:val="both"/>
              <w:rPr>
                <w:bCs/>
                <w:sz w:val="28"/>
                <w:szCs w:val="28"/>
                <w:lang w:val="en-US"/>
              </w:rPr>
            </w:pPr>
            <w:r w:rsidRPr="00E053FC">
              <w:rPr>
                <w:bCs/>
                <w:sz w:val="28"/>
                <w:szCs w:val="28"/>
                <w:lang w:val="en-US"/>
              </w:rPr>
              <w:t>«Мамандығың-өз болашағын»</w:t>
            </w:r>
          </w:p>
          <w:p w14:paraId="57D259DF" w14:textId="77777777" w:rsidR="004C63D3" w:rsidRPr="00E053FC" w:rsidRDefault="004C63D3" w:rsidP="004C63D3">
            <w:pPr>
              <w:jc w:val="both"/>
              <w:rPr>
                <w:bCs/>
                <w:sz w:val="28"/>
                <w:szCs w:val="28"/>
                <w:lang w:val="en-US"/>
              </w:rPr>
            </w:pPr>
            <w:r w:rsidRPr="00E053FC">
              <w:rPr>
                <w:bCs/>
                <w:sz w:val="28"/>
                <w:szCs w:val="28"/>
                <w:lang w:val="en-US"/>
              </w:rPr>
              <w:t>Сұхбат</w:t>
            </w:r>
          </w:p>
        </w:tc>
        <w:tc>
          <w:tcPr>
            <w:tcW w:w="1843" w:type="dxa"/>
          </w:tcPr>
          <w:p w14:paraId="3BCEB01B" w14:textId="77777777" w:rsidR="004C63D3" w:rsidRPr="00E053FC" w:rsidRDefault="004C63D3" w:rsidP="004C63D3">
            <w:pPr>
              <w:jc w:val="both"/>
              <w:rPr>
                <w:bCs/>
                <w:sz w:val="28"/>
                <w:szCs w:val="28"/>
                <w:lang w:val="en-US"/>
              </w:rPr>
            </w:pPr>
            <w:r w:rsidRPr="00E053FC">
              <w:rPr>
                <w:bCs/>
                <w:sz w:val="28"/>
                <w:szCs w:val="28"/>
                <w:lang w:val="en-US"/>
              </w:rPr>
              <w:t>10.04.2024</w:t>
            </w:r>
          </w:p>
        </w:tc>
        <w:tc>
          <w:tcPr>
            <w:tcW w:w="1134" w:type="dxa"/>
          </w:tcPr>
          <w:p w14:paraId="0346CB76" w14:textId="77777777" w:rsidR="004C63D3" w:rsidRPr="00E053FC" w:rsidRDefault="004C63D3" w:rsidP="004C63D3">
            <w:pPr>
              <w:jc w:val="both"/>
              <w:rPr>
                <w:bCs/>
                <w:sz w:val="28"/>
                <w:szCs w:val="28"/>
                <w:lang w:val="en-US"/>
              </w:rPr>
            </w:pPr>
            <w:r w:rsidRPr="00E053FC">
              <w:rPr>
                <w:bCs/>
                <w:sz w:val="28"/>
                <w:szCs w:val="28"/>
                <w:lang w:val="en-US"/>
              </w:rPr>
              <w:t>10,11</w:t>
            </w:r>
          </w:p>
        </w:tc>
      </w:tr>
      <w:tr w:rsidR="004C63D3" w:rsidRPr="00E053FC" w14:paraId="03D95999" w14:textId="77777777" w:rsidTr="00E053FC">
        <w:trPr>
          <w:trHeight w:val="983"/>
        </w:trPr>
        <w:tc>
          <w:tcPr>
            <w:tcW w:w="522" w:type="dxa"/>
          </w:tcPr>
          <w:p w14:paraId="439F9915" w14:textId="77777777" w:rsidR="004C63D3" w:rsidRPr="00E053FC" w:rsidRDefault="004C63D3" w:rsidP="004C63D3">
            <w:pPr>
              <w:jc w:val="both"/>
              <w:rPr>
                <w:bCs/>
                <w:sz w:val="28"/>
                <w:szCs w:val="28"/>
                <w:lang w:val="en-US"/>
              </w:rPr>
            </w:pPr>
            <w:r w:rsidRPr="00E053FC">
              <w:rPr>
                <w:bCs/>
                <w:sz w:val="28"/>
                <w:szCs w:val="28"/>
                <w:lang w:val="en-US"/>
              </w:rPr>
              <w:t>11</w:t>
            </w:r>
          </w:p>
        </w:tc>
        <w:tc>
          <w:tcPr>
            <w:tcW w:w="1855" w:type="dxa"/>
          </w:tcPr>
          <w:p w14:paraId="5CC09345" w14:textId="77777777" w:rsidR="004C63D3" w:rsidRPr="00E053FC" w:rsidRDefault="004C63D3" w:rsidP="004C63D3">
            <w:pPr>
              <w:jc w:val="both"/>
              <w:rPr>
                <w:bCs/>
                <w:sz w:val="28"/>
                <w:szCs w:val="28"/>
                <w:lang w:val="en-US"/>
              </w:rPr>
            </w:pPr>
            <w:r w:rsidRPr="00E053FC">
              <w:rPr>
                <w:bCs/>
                <w:sz w:val="28"/>
                <w:szCs w:val="28"/>
                <w:lang w:val="en-US"/>
              </w:rPr>
              <w:t xml:space="preserve">Қарағанды “BOLASAQ” колледжі  </w:t>
            </w:r>
          </w:p>
        </w:tc>
        <w:tc>
          <w:tcPr>
            <w:tcW w:w="3719" w:type="dxa"/>
          </w:tcPr>
          <w:p w14:paraId="62DE9355" w14:textId="77777777" w:rsidR="004C63D3" w:rsidRPr="00E053FC" w:rsidRDefault="004C63D3" w:rsidP="004C63D3">
            <w:pPr>
              <w:jc w:val="both"/>
              <w:rPr>
                <w:bCs/>
                <w:sz w:val="28"/>
                <w:szCs w:val="28"/>
                <w:lang w:val="en-US"/>
              </w:rPr>
            </w:pPr>
            <w:r w:rsidRPr="00E053FC">
              <w:rPr>
                <w:bCs/>
                <w:sz w:val="28"/>
                <w:szCs w:val="28"/>
                <w:lang w:val="en-US"/>
              </w:rPr>
              <w:t>https://www.instagram.com/p/C5qTwjdMdug/?rpxt=MWFzZjZ0bTQ0ZHhmdQ==</w:t>
            </w:r>
          </w:p>
        </w:tc>
        <w:tc>
          <w:tcPr>
            <w:tcW w:w="1559" w:type="dxa"/>
          </w:tcPr>
          <w:p w14:paraId="0FC718D8" w14:textId="77777777" w:rsidR="004C63D3" w:rsidRPr="00E053FC" w:rsidRDefault="004C63D3" w:rsidP="004C63D3">
            <w:pPr>
              <w:jc w:val="both"/>
              <w:rPr>
                <w:bCs/>
                <w:sz w:val="28"/>
                <w:szCs w:val="28"/>
                <w:lang w:val="en-US"/>
              </w:rPr>
            </w:pPr>
            <w:r w:rsidRPr="00E053FC">
              <w:rPr>
                <w:bCs/>
                <w:sz w:val="28"/>
                <w:szCs w:val="28"/>
                <w:lang w:val="en-US"/>
              </w:rPr>
              <w:t>Кездесу</w:t>
            </w:r>
          </w:p>
        </w:tc>
        <w:tc>
          <w:tcPr>
            <w:tcW w:w="1843" w:type="dxa"/>
          </w:tcPr>
          <w:p w14:paraId="6410DEB3" w14:textId="77777777" w:rsidR="004C63D3" w:rsidRPr="00E053FC" w:rsidRDefault="004C63D3" w:rsidP="004C63D3">
            <w:pPr>
              <w:jc w:val="both"/>
              <w:rPr>
                <w:bCs/>
                <w:sz w:val="28"/>
                <w:szCs w:val="28"/>
                <w:lang w:val="en-US"/>
              </w:rPr>
            </w:pPr>
            <w:r w:rsidRPr="00E053FC">
              <w:rPr>
                <w:bCs/>
                <w:sz w:val="28"/>
                <w:szCs w:val="28"/>
                <w:lang w:val="en-US"/>
              </w:rPr>
              <w:t>12.04.2024</w:t>
            </w:r>
          </w:p>
        </w:tc>
        <w:tc>
          <w:tcPr>
            <w:tcW w:w="1134" w:type="dxa"/>
          </w:tcPr>
          <w:p w14:paraId="763C56C2" w14:textId="77777777" w:rsidR="004C63D3" w:rsidRPr="00E053FC" w:rsidRDefault="004C63D3" w:rsidP="004C63D3">
            <w:pPr>
              <w:jc w:val="both"/>
              <w:rPr>
                <w:bCs/>
                <w:sz w:val="28"/>
                <w:szCs w:val="28"/>
                <w:lang w:val="en-US"/>
              </w:rPr>
            </w:pPr>
            <w:r w:rsidRPr="00E053FC">
              <w:rPr>
                <w:bCs/>
                <w:sz w:val="28"/>
                <w:szCs w:val="28"/>
                <w:lang w:val="en-US"/>
              </w:rPr>
              <w:t>9 «А», «Ә»</w:t>
            </w:r>
          </w:p>
        </w:tc>
      </w:tr>
      <w:tr w:rsidR="004C63D3" w:rsidRPr="00E053FC" w14:paraId="4A1C5FD6" w14:textId="77777777" w:rsidTr="00E053FC">
        <w:trPr>
          <w:trHeight w:val="1266"/>
        </w:trPr>
        <w:tc>
          <w:tcPr>
            <w:tcW w:w="522" w:type="dxa"/>
          </w:tcPr>
          <w:p w14:paraId="444F05A5" w14:textId="77777777" w:rsidR="004C63D3" w:rsidRPr="00E053FC" w:rsidRDefault="004C63D3" w:rsidP="004C63D3">
            <w:pPr>
              <w:jc w:val="both"/>
              <w:rPr>
                <w:bCs/>
                <w:sz w:val="28"/>
                <w:szCs w:val="28"/>
                <w:lang w:val="en-US"/>
              </w:rPr>
            </w:pPr>
            <w:r w:rsidRPr="00E053FC">
              <w:rPr>
                <w:bCs/>
                <w:sz w:val="28"/>
                <w:szCs w:val="28"/>
                <w:lang w:val="en-US"/>
              </w:rPr>
              <w:t>12</w:t>
            </w:r>
          </w:p>
        </w:tc>
        <w:tc>
          <w:tcPr>
            <w:tcW w:w="1855" w:type="dxa"/>
          </w:tcPr>
          <w:p w14:paraId="26985439" w14:textId="77777777" w:rsidR="004C63D3" w:rsidRPr="00E053FC" w:rsidRDefault="004C63D3" w:rsidP="004C63D3">
            <w:pPr>
              <w:jc w:val="both"/>
              <w:rPr>
                <w:bCs/>
                <w:sz w:val="28"/>
                <w:szCs w:val="28"/>
                <w:lang w:val="en-US"/>
              </w:rPr>
            </w:pPr>
            <w:r w:rsidRPr="00E053FC">
              <w:rPr>
                <w:bCs/>
                <w:sz w:val="28"/>
                <w:szCs w:val="28"/>
                <w:lang w:val="en-US"/>
              </w:rPr>
              <w:t>Bilim Kerueni-I” атты Халықаралық білім беру көрмесі</w:t>
            </w:r>
          </w:p>
        </w:tc>
        <w:tc>
          <w:tcPr>
            <w:tcW w:w="3719" w:type="dxa"/>
          </w:tcPr>
          <w:p w14:paraId="3CE3DAE9" w14:textId="77777777" w:rsidR="004C63D3" w:rsidRPr="00E053FC" w:rsidRDefault="004C63D3" w:rsidP="004C63D3">
            <w:pPr>
              <w:jc w:val="both"/>
              <w:rPr>
                <w:bCs/>
                <w:sz w:val="28"/>
                <w:szCs w:val="28"/>
                <w:lang w:val="en-US"/>
              </w:rPr>
            </w:pPr>
            <w:r w:rsidRPr="00E053FC">
              <w:rPr>
                <w:bCs/>
                <w:sz w:val="28"/>
                <w:szCs w:val="28"/>
                <w:lang w:val="en-US"/>
              </w:rPr>
              <w:t>https://www.instagram.com/p/C52DDhRoU1f/?psln=MXd5MG04dmIydHdyNQ==</w:t>
            </w:r>
          </w:p>
        </w:tc>
        <w:tc>
          <w:tcPr>
            <w:tcW w:w="1559" w:type="dxa"/>
          </w:tcPr>
          <w:p w14:paraId="0C51EC12" w14:textId="77777777" w:rsidR="004C63D3" w:rsidRPr="00E053FC" w:rsidRDefault="004C63D3" w:rsidP="004C63D3">
            <w:pPr>
              <w:jc w:val="both"/>
              <w:rPr>
                <w:bCs/>
                <w:sz w:val="28"/>
                <w:szCs w:val="28"/>
                <w:lang w:val="en-US"/>
              </w:rPr>
            </w:pPr>
            <w:r w:rsidRPr="00E053FC">
              <w:rPr>
                <w:bCs/>
                <w:sz w:val="28"/>
                <w:szCs w:val="28"/>
                <w:lang w:val="en-US"/>
              </w:rPr>
              <w:t>Көрме</w:t>
            </w:r>
          </w:p>
        </w:tc>
        <w:tc>
          <w:tcPr>
            <w:tcW w:w="1843" w:type="dxa"/>
          </w:tcPr>
          <w:p w14:paraId="3DDA36B2" w14:textId="77777777" w:rsidR="004C63D3" w:rsidRPr="00E053FC" w:rsidRDefault="004C63D3" w:rsidP="004C63D3">
            <w:pPr>
              <w:jc w:val="both"/>
              <w:rPr>
                <w:bCs/>
                <w:sz w:val="28"/>
                <w:szCs w:val="28"/>
                <w:lang w:val="en-US"/>
              </w:rPr>
            </w:pPr>
            <w:r w:rsidRPr="00E053FC">
              <w:rPr>
                <w:bCs/>
                <w:sz w:val="28"/>
                <w:szCs w:val="28"/>
                <w:lang w:val="en-US"/>
              </w:rPr>
              <w:t>17.04.2024</w:t>
            </w:r>
          </w:p>
        </w:tc>
        <w:tc>
          <w:tcPr>
            <w:tcW w:w="1134" w:type="dxa"/>
          </w:tcPr>
          <w:p w14:paraId="7771216E" w14:textId="77777777" w:rsidR="004C63D3" w:rsidRPr="00E053FC" w:rsidRDefault="004C63D3" w:rsidP="004C63D3">
            <w:pPr>
              <w:jc w:val="both"/>
              <w:rPr>
                <w:bCs/>
                <w:sz w:val="28"/>
                <w:szCs w:val="28"/>
                <w:lang w:val="en-US"/>
              </w:rPr>
            </w:pPr>
            <w:r w:rsidRPr="00E053FC">
              <w:rPr>
                <w:bCs/>
                <w:sz w:val="28"/>
                <w:szCs w:val="28"/>
                <w:lang w:val="en-US"/>
              </w:rPr>
              <w:t>9,10,11</w:t>
            </w:r>
          </w:p>
        </w:tc>
      </w:tr>
      <w:tr w:rsidR="004C63D3" w:rsidRPr="00E053FC" w14:paraId="439957C7" w14:textId="77777777" w:rsidTr="00E053FC">
        <w:trPr>
          <w:trHeight w:val="1219"/>
        </w:trPr>
        <w:tc>
          <w:tcPr>
            <w:tcW w:w="522" w:type="dxa"/>
          </w:tcPr>
          <w:p w14:paraId="3D957DB8" w14:textId="77777777" w:rsidR="004C63D3" w:rsidRPr="00E053FC" w:rsidRDefault="004C63D3" w:rsidP="004C63D3">
            <w:pPr>
              <w:jc w:val="both"/>
              <w:rPr>
                <w:bCs/>
                <w:sz w:val="28"/>
                <w:szCs w:val="28"/>
                <w:lang w:val="en-US"/>
              </w:rPr>
            </w:pPr>
            <w:r w:rsidRPr="00E053FC">
              <w:rPr>
                <w:bCs/>
                <w:sz w:val="28"/>
                <w:szCs w:val="28"/>
                <w:lang w:val="en-US"/>
              </w:rPr>
              <w:lastRenderedPageBreak/>
              <w:t>13</w:t>
            </w:r>
          </w:p>
        </w:tc>
        <w:tc>
          <w:tcPr>
            <w:tcW w:w="1855" w:type="dxa"/>
          </w:tcPr>
          <w:p w14:paraId="2B04C1AE" w14:textId="77777777" w:rsidR="004C63D3" w:rsidRPr="00E053FC" w:rsidRDefault="004C63D3" w:rsidP="004C63D3">
            <w:pPr>
              <w:jc w:val="both"/>
              <w:rPr>
                <w:bCs/>
                <w:sz w:val="28"/>
                <w:szCs w:val="28"/>
                <w:lang w:val="en-US"/>
              </w:rPr>
            </w:pPr>
            <w:r w:rsidRPr="00E053FC">
              <w:rPr>
                <w:bCs/>
                <w:sz w:val="28"/>
                <w:szCs w:val="28"/>
                <w:lang w:val="en-US"/>
              </w:rPr>
              <w:t>«Қарағанды индустриалды –технологиялық колледжі»</w:t>
            </w:r>
          </w:p>
        </w:tc>
        <w:tc>
          <w:tcPr>
            <w:tcW w:w="3719" w:type="dxa"/>
          </w:tcPr>
          <w:p w14:paraId="7086EEC6" w14:textId="77777777" w:rsidR="004C63D3" w:rsidRPr="00E053FC" w:rsidRDefault="004C63D3" w:rsidP="004C63D3">
            <w:pPr>
              <w:jc w:val="both"/>
              <w:rPr>
                <w:bCs/>
                <w:sz w:val="28"/>
                <w:szCs w:val="28"/>
                <w:lang w:val="en-US"/>
              </w:rPr>
            </w:pPr>
            <w:r w:rsidRPr="00E053FC">
              <w:rPr>
                <w:bCs/>
                <w:sz w:val="28"/>
                <w:szCs w:val="28"/>
                <w:lang w:val="en-US"/>
              </w:rPr>
              <w:t>https://www.instagram.com/p/C52DJc4IZ0K/?cplk=czlzZG4xd2Rwdnkx</w:t>
            </w:r>
          </w:p>
        </w:tc>
        <w:tc>
          <w:tcPr>
            <w:tcW w:w="1559" w:type="dxa"/>
          </w:tcPr>
          <w:p w14:paraId="03831579" w14:textId="77777777" w:rsidR="004C63D3" w:rsidRPr="00E053FC" w:rsidRDefault="004C63D3" w:rsidP="004C63D3">
            <w:pPr>
              <w:jc w:val="both"/>
              <w:rPr>
                <w:bCs/>
                <w:sz w:val="28"/>
                <w:szCs w:val="28"/>
                <w:lang w:val="en-US"/>
              </w:rPr>
            </w:pPr>
            <w:r w:rsidRPr="00E053FC">
              <w:rPr>
                <w:bCs/>
                <w:sz w:val="28"/>
                <w:szCs w:val="28"/>
                <w:lang w:val="en-US"/>
              </w:rPr>
              <w:t>“Ашық есік күні”</w:t>
            </w:r>
          </w:p>
        </w:tc>
        <w:tc>
          <w:tcPr>
            <w:tcW w:w="1843" w:type="dxa"/>
          </w:tcPr>
          <w:p w14:paraId="56DB7A07" w14:textId="77777777" w:rsidR="004C63D3" w:rsidRPr="00E053FC" w:rsidRDefault="004C63D3" w:rsidP="004C63D3">
            <w:pPr>
              <w:jc w:val="both"/>
              <w:rPr>
                <w:bCs/>
                <w:sz w:val="28"/>
                <w:szCs w:val="28"/>
                <w:lang w:val="en-US"/>
              </w:rPr>
            </w:pPr>
            <w:r w:rsidRPr="00E053FC">
              <w:rPr>
                <w:bCs/>
                <w:sz w:val="28"/>
                <w:szCs w:val="28"/>
                <w:lang w:val="en-US"/>
              </w:rPr>
              <w:t>17.04.2024</w:t>
            </w:r>
          </w:p>
        </w:tc>
        <w:tc>
          <w:tcPr>
            <w:tcW w:w="1134" w:type="dxa"/>
          </w:tcPr>
          <w:p w14:paraId="3CE54BCA" w14:textId="77777777" w:rsidR="004C63D3" w:rsidRPr="00E053FC" w:rsidRDefault="004C63D3" w:rsidP="004C63D3">
            <w:pPr>
              <w:jc w:val="both"/>
              <w:rPr>
                <w:bCs/>
                <w:sz w:val="28"/>
                <w:szCs w:val="28"/>
                <w:lang w:val="en-US"/>
              </w:rPr>
            </w:pPr>
            <w:r w:rsidRPr="00E053FC">
              <w:rPr>
                <w:bCs/>
                <w:sz w:val="28"/>
                <w:szCs w:val="28"/>
                <w:lang w:val="en-US"/>
              </w:rPr>
              <w:t>9 «А», «Ә»</w:t>
            </w:r>
          </w:p>
        </w:tc>
      </w:tr>
      <w:tr w:rsidR="004C63D3" w:rsidRPr="00E053FC" w14:paraId="04E63B80" w14:textId="77777777" w:rsidTr="00E053FC">
        <w:trPr>
          <w:trHeight w:val="1219"/>
        </w:trPr>
        <w:tc>
          <w:tcPr>
            <w:tcW w:w="522" w:type="dxa"/>
          </w:tcPr>
          <w:p w14:paraId="6CC94D80" w14:textId="77777777" w:rsidR="004C63D3" w:rsidRPr="00E053FC" w:rsidRDefault="004C63D3" w:rsidP="004C63D3">
            <w:pPr>
              <w:jc w:val="both"/>
              <w:rPr>
                <w:bCs/>
                <w:sz w:val="28"/>
                <w:szCs w:val="28"/>
                <w:lang w:val="en-US"/>
              </w:rPr>
            </w:pPr>
            <w:r w:rsidRPr="00E053FC">
              <w:rPr>
                <w:bCs/>
                <w:sz w:val="28"/>
                <w:szCs w:val="28"/>
                <w:lang w:val="en-US"/>
              </w:rPr>
              <w:t>14</w:t>
            </w:r>
          </w:p>
        </w:tc>
        <w:tc>
          <w:tcPr>
            <w:tcW w:w="1855" w:type="dxa"/>
          </w:tcPr>
          <w:p w14:paraId="01AF0A09" w14:textId="77777777" w:rsidR="004C63D3" w:rsidRPr="00E053FC" w:rsidRDefault="004C63D3" w:rsidP="004C63D3">
            <w:pPr>
              <w:jc w:val="both"/>
              <w:rPr>
                <w:bCs/>
                <w:sz w:val="28"/>
                <w:szCs w:val="28"/>
                <w:lang w:val="en-US"/>
              </w:rPr>
            </w:pPr>
            <w:r w:rsidRPr="00E053FC">
              <w:rPr>
                <w:bCs/>
                <w:sz w:val="28"/>
                <w:szCs w:val="28"/>
                <w:lang w:val="en-US"/>
              </w:rPr>
              <w:t>“Кәсіби бағдар сағаты-2024”</w:t>
            </w:r>
          </w:p>
        </w:tc>
        <w:tc>
          <w:tcPr>
            <w:tcW w:w="3719" w:type="dxa"/>
          </w:tcPr>
          <w:p w14:paraId="3320A95A" w14:textId="77777777" w:rsidR="004C63D3" w:rsidRPr="00E053FC" w:rsidRDefault="004C63D3" w:rsidP="004C63D3">
            <w:pPr>
              <w:jc w:val="both"/>
              <w:rPr>
                <w:bCs/>
                <w:sz w:val="28"/>
                <w:szCs w:val="28"/>
                <w:lang w:val="en-US"/>
              </w:rPr>
            </w:pPr>
            <w:r w:rsidRPr="00E053FC">
              <w:rPr>
                <w:bCs/>
                <w:sz w:val="28"/>
                <w:szCs w:val="28"/>
                <w:lang w:val="en-US"/>
              </w:rPr>
              <w:t>https://www.instagram.com/p/C6EYf-cMJBH/?cplk=MXZsOXBpNDk3YWhidA==</w:t>
            </w:r>
          </w:p>
        </w:tc>
        <w:tc>
          <w:tcPr>
            <w:tcW w:w="1559" w:type="dxa"/>
          </w:tcPr>
          <w:p w14:paraId="070DB060" w14:textId="77777777" w:rsidR="004C63D3" w:rsidRPr="00E053FC" w:rsidRDefault="004C63D3" w:rsidP="004C63D3">
            <w:pPr>
              <w:jc w:val="both"/>
              <w:rPr>
                <w:bCs/>
                <w:sz w:val="28"/>
                <w:szCs w:val="28"/>
                <w:lang w:val="en-US"/>
              </w:rPr>
            </w:pPr>
            <w:r w:rsidRPr="00E053FC">
              <w:rPr>
                <w:bCs/>
                <w:sz w:val="28"/>
                <w:szCs w:val="28"/>
                <w:lang w:val="kk-KZ"/>
              </w:rPr>
              <w:t>В</w:t>
            </w:r>
            <w:r w:rsidRPr="00E053FC">
              <w:rPr>
                <w:bCs/>
                <w:sz w:val="28"/>
                <w:szCs w:val="28"/>
                <w:lang w:val="en-US"/>
              </w:rPr>
              <w:t>ебинар</w:t>
            </w:r>
          </w:p>
        </w:tc>
        <w:tc>
          <w:tcPr>
            <w:tcW w:w="1843" w:type="dxa"/>
          </w:tcPr>
          <w:p w14:paraId="333412B7" w14:textId="77777777" w:rsidR="004C63D3" w:rsidRPr="00E053FC" w:rsidRDefault="004C63D3" w:rsidP="004C63D3">
            <w:pPr>
              <w:jc w:val="both"/>
              <w:rPr>
                <w:bCs/>
                <w:sz w:val="28"/>
                <w:szCs w:val="28"/>
                <w:lang w:val="en-US"/>
              </w:rPr>
            </w:pPr>
            <w:r w:rsidRPr="00E053FC">
              <w:rPr>
                <w:bCs/>
                <w:sz w:val="28"/>
                <w:szCs w:val="28"/>
                <w:lang w:val="en-US"/>
              </w:rPr>
              <w:t>1</w:t>
            </w:r>
            <w:r w:rsidRPr="00E053FC">
              <w:rPr>
                <w:bCs/>
                <w:sz w:val="28"/>
                <w:szCs w:val="28"/>
                <w:lang w:val="kk-KZ"/>
              </w:rPr>
              <w:t>8</w:t>
            </w:r>
            <w:r w:rsidRPr="00E053FC">
              <w:rPr>
                <w:bCs/>
                <w:sz w:val="28"/>
                <w:szCs w:val="28"/>
                <w:lang w:val="en-US"/>
              </w:rPr>
              <w:t>.04.2024</w:t>
            </w:r>
          </w:p>
        </w:tc>
        <w:tc>
          <w:tcPr>
            <w:tcW w:w="1134" w:type="dxa"/>
          </w:tcPr>
          <w:p w14:paraId="6FBEC707" w14:textId="77777777" w:rsidR="004C63D3" w:rsidRPr="00E053FC" w:rsidRDefault="004C63D3" w:rsidP="004C63D3">
            <w:pPr>
              <w:jc w:val="both"/>
              <w:rPr>
                <w:bCs/>
                <w:sz w:val="28"/>
                <w:szCs w:val="28"/>
                <w:lang w:val="en-US"/>
              </w:rPr>
            </w:pPr>
            <w:r w:rsidRPr="00E053FC">
              <w:rPr>
                <w:bCs/>
                <w:sz w:val="28"/>
                <w:szCs w:val="28"/>
                <w:lang w:val="en-US"/>
              </w:rPr>
              <w:t>9 «А», «Ә»</w:t>
            </w:r>
          </w:p>
        </w:tc>
      </w:tr>
      <w:tr w:rsidR="004C63D3" w:rsidRPr="00E053FC" w14:paraId="387D2960" w14:textId="77777777" w:rsidTr="00E053FC">
        <w:trPr>
          <w:trHeight w:val="1219"/>
        </w:trPr>
        <w:tc>
          <w:tcPr>
            <w:tcW w:w="522" w:type="dxa"/>
          </w:tcPr>
          <w:p w14:paraId="0F855CF8" w14:textId="77777777" w:rsidR="004C63D3" w:rsidRPr="00E053FC" w:rsidRDefault="004C63D3" w:rsidP="004C63D3">
            <w:pPr>
              <w:jc w:val="both"/>
              <w:rPr>
                <w:bCs/>
                <w:sz w:val="28"/>
                <w:szCs w:val="28"/>
                <w:lang w:val="en-US"/>
              </w:rPr>
            </w:pPr>
            <w:r w:rsidRPr="00E053FC">
              <w:rPr>
                <w:bCs/>
                <w:sz w:val="28"/>
                <w:szCs w:val="28"/>
                <w:lang w:val="en-US"/>
              </w:rPr>
              <w:t>15</w:t>
            </w:r>
          </w:p>
        </w:tc>
        <w:tc>
          <w:tcPr>
            <w:tcW w:w="1855" w:type="dxa"/>
          </w:tcPr>
          <w:p w14:paraId="0A4C43CE" w14:textId="77777777" w:rsidR="004C63D3" w:rsidRPr="00E053FC" w:rsidRDefault="004C63D3" w:rsidP="004C63D3">
            <w:pPr>
              <w:jc w:val="both"/>
              <w:rPr>
                <w:bCs/>
                <w:sz w:val="28"/>
                <w:szCs w:val="28"/>
                <w:lang w:val="en-US"/>
              </w:rPr>
            </w:pPr>
            <w:r w:rsidRPr="00E053FC">
              <w:rPr>
                <w:bCs/>
                <w:sz w:val="28"/>
                <w:szCs w:val="28"/>
                <w:lang w:val="en-US"/>
              </w:rPr>
              <w:t xml:space="preserve">PROFICENTER-де кәсіптік бағдар беру жұмысы шеңберінде ұйымдастырылған колледждермен  кездесу. </w:t>
            </w:r>
          </w:p>
        </w:tc>
        <w:tc>
          <w:tcPr>
            <w:tcW w:w="3719" w:type="dxa"/>
          </w:tcPr>
          <w:p w14:paraId="2AD1E1AC" w14:textId="77777777" w:rsidR="004C63D3" w:rsidRPr="00E053FC" w:rsidRDefault="004C63D3" w:rsidP="004C63D3">
            <w:pPr>
              <w:jc w:val="both"/>
              <w:rPr>
                <w:bCs/>
                <w:sz w:val="28"/>
                <w:szCs w:val="28"/>
                <w:lang w:val="en-US"/>
              </w:rPr>
            </w:pPr>
            <w:r w:rsidRPr="00E053FC">
              <w:rPr>
                <w:bCs/>
                <w:sz w:val="28"/>
                <w:szCs w:val="28"/>
                <w:lang w:val="en-US"/>
              </w:rPr>
              <w:t>https://www.instagram.com/p/C6EYlsoMF-6/?psln=MWhuNXhhZWw2eDlzYg==</w:t>
            </w:r>
          </w:p>
        </w:tc>
        <w:tc>
          <w:tcPr>
            <w:tcW w:w="1559" w:type="dxa"/>
          </w:tcPr>
          <w:p w14:paraId="50CB40ED" w14:textId="77777777" w:rsidR="004C63D3" w:rsidRPr="00E053FC" w:rsidRDefault="004C63D3" w:rsidP="004C63D3">
            <w:pPr>
              <w:jc w:val="both"/>
              <w:rPr>
                <w:bCs/>
                <w:sz w:val="28"/>
                <w:szCs w:val="28"/>
                <w:lang w:val="en-US"/>
              </w:rPr>
            </w:pPr>
            <w:r w:rsidRPr="00E053FC">
              <w:rPr>
                <w:bCs/>
                <w:sz w:val="28"/>
                <w:szCs w:val="28"/>
                <w:lang w:val="en-US"/>
              </w:rPr>
              <w:t>«Мамандықтар жәрмеңкесі»</w:t>
            </w:r>
          </w:p>
        </w:tc>
        <w:tc>
          <w:tcPr>
            <w:tcW w:w="1843" w:type="dxa"/>
          </w:tcPr>
          <w:p w14:paraId="20869BD7" w14:textId="77777777" w:rsidR="004C63D3" w:rsidRPr="00E053FC" w:rsidRDefault="004C63D3" w:rsidP="004C63D3">
            <w:pPr>
              <w:jc w:val="both"/>
              <w:rPr>
                <w:bCs/>
                <w:sz w:val="28"/>
                <w:szCs w:val="28"/>
                <w:lang w:val="en-US"/>
              </w:rPr>
            </w:pPr>
            <w:r w:rsidRPr="00E053FC">
              <w:rPr>
                <w:bCs/>
                <w:sz w:val="28"/>
                <w:szCs w:val="28"/>
                <w:lang w:val="en-US"/>
              </w:rPr>
              <w:t>19.04.2024</w:t>
            </w:r>
          </w:p>
        </w:tc>
        <w:tc>
          <w:tcPr>
            <w:tcW w:w="1134" w:type="dxa"/>
          </w:tcPr>
          <w:p w14:paraId="6715557A" w14:textId="77777777" w:rsidR="004C63D3" w:rsidRPr="00E053FC" w:rsidRDefault="004C63D3" w:rsidP="004C63D3">
            <w:pPr>
              <w:jc w:val="both"/>
              <w:rPr>
                <w:bCs/>
                <w:sz w:val="28"/>
                <w:szCs w:val="28"/>
                <w:lang w:val="en-US"/>
              </w:rPr>
            </w:pPr>
            <w:r w:rsidRPr="00E053FC">
              <w:rPr>
                <w:bCs/>
                <w:sz w:val="28"/>
                <w:szCs w:val="28"/>
                <w:lang w:val="en-US"/>
              </w:rPr>
              <w:t>9 «А», «Ә»</w:t>
            </w:r>
          </w:p>
        </w:tc>
      </w:tr>
      <w:tr w:rsidR="004C63D3" w:rsidRPr="00E053FC" w14:paraId="3EE5958D" w14:textId="77777777" w:rsidTr="00E053FC">
        <w:trPr>
          <w:trHeight w:val="862"/>
        </w:trPr>
        <w:tc>
          <w:tcPr>
            <w:tcW w:w="522" w:type="dxa"/>
          </w:tcPr>
          <w:p w14:paraId="34A90B9C" w14:textId="77777777" w:rsidR="004C63D3" w:rsidRPr="00E053FC" w:rsidRDefault="004C63D3" w:rsidP="004C63D3">
            <w:pPr>
              <w:jc w:val="both"/>
              <w:rPr>
                <w:bCs/>
                <w:sz w:val="28"/>
                <w:szCs w:val="28"/>
                <w:lang w:val="en-US"/>
              </w:rPr>
            </w:pPr>
            <w:r w:rsidRPr="00E053FC">
              <w:rPr>
                <w:bCs/>
                <w:sz w:val="28"/>
                <w:szCs w:val="28"/>
                <w:lang w:val="en-US"/>
              </w:rPr>
              <w:t>16</w:t>
            </w:r>
          </w:p>
        </w:tc>
        <w:tc>
          <w:tcPr>
            <w:tcW w:w="1855" w:type="dxa"/>
          </w:tcPr>
          <w:p w14:paraId="542F414D" w14:textId="77777777" w:rsidR="004C63D3" w:rsidRPr="00E053FC" w:rsidRDefault="004C63D3" w:rsidP="004C63D3">
            <w:pPr>
              <w:jc w:val="both"/>
              <w:rPr>
                <w:bCs/>
                <w:sz w:val="28"/>
                <w:szCs w:val="28"/>
                <w:lang w:val="en-US"/>
              </w:rPr>
            </w:pPr>
            <w:r w:rsidRPr="00E053FC">
              <w:rPr>
                <w:bCs/>
                <w:sz w:val="28"/>
                <w:szCs w:val="28"/>
                <w:lang w:val="en-US"/>
              </w:rPr>
              <w:t xml:space="preserve">“Кәсіби бағдар сағаты-2024” </w:t>
            </w:r>
          </w:p>
        </w:tc>
        <w:tc>
          <w:tcPr>
            <w:tcW w:w="3719" w:type="dxa"/>
          </w:tcPr>
          <w:p w14:paraId="33E91AD0" w14:textId="77777777" w:rsidR="004C63D3" w:rsidRPr="00E053FC" w:rsidRDefault="004C63D3" w:rsidP="004C63D3">
            <w:pPr>
              <w:jc w:val="both"/>
              <w:rPr>
                <w:bCs/>
                <w:sz w:val="28"/>
                <w:szCs w:val="28"/>
                <w:lang w:val="en-US"/>
              </w:rPr>
            </w:pPr>
            <w:r w:rsidRPr="00E053FC">
              <w:rPr>
                <w:bCs/>
                <w:sz w:val="28"/>
                <w:szCs w:val="28"/>
                <w:lang w:val="en-US"/>
              </w:rPr>
              <w:t>https://www.instagram.com/p/C6EYzEHsyoT/?exln=aXo0cXg3ejNhcWZo</w:t>
            </w:r>
          </w:p>
        </w:tc>
        <w:tc>
          <w:tcPr>
            <w:tcW w:w="1559" w:type="dxa"/>
          </w:tcPr>
          <w:p w14:paraId="10B6705D" w14:textId="77777777" w:rsidR="004C63D3" w:rsidRPr="00E053FC" w:rsidRDefault="004C63D3" w:rsidP="004C63D3">
            <w:pPr>
              <w:jc w:val="both"/>
              <w:rPr>
                <w:bCs/>
                <w:sz w:val="28"/>
                <w:szCs w:val="28"/>
                <w:lang w:val="en-US"/>
              </w:rPr>
            </w:pPr>
            <w:r w:rsidRPr="00E053FC">
              <w:rPr>
                <w:bCs/>
                <w:sz w:val="28"/>
                <w:szCs w:val="28"/>
                <w:lang w:val="kk-KZ"/>
              </w:rPr>
              <w:t>В</w:t>
            </w:r>
            <w:r w:rsidRPr="00E053FC">
              <w:rPr>
                <w:bCs/>
                <w:sz w:val="28"/>
                <w:szCs w:val="28"/>
                <w:lang w:val="en-US"/>
              </w:rPr>
              <w:t>ебинар</w:t>
            </w:r>
          </w:p>
        </w:tc>
        <w:tc>
          <w:tcPr>
            <w:tcW w:w="1843" w:type="dxa"/>
          </w:tcPr>
          <w:p w14:paraId="4201483F" w14:textId="77777777" w:rsidR="004C63D3" w:rsidRPr="00E053FC" w:rsidRDefault="004C63D3" w:rsidP="004C63D3">
            <w:pPr>
              <w:jc w:val="both"/>
              <w:rPr>
                <w:bCs/>
                <w:sz w:val="28"/>
                <w:szCs w:val="28"/>
                <w:lang w:val="en-US"/>
              </w:rPr>
            </w:pPr>
            <w:r w:rsidRPr="00E053FC">
              <w:rPr>
                <w:bCs/>
                <w:sz w:val="28"/>
                <w:szCs w:val="28"/>
                <w:lang w:val="en-US"/>
              </w:rPr>
              <w:t>1</w:t>
            </w:r>
            <w:r w:rsidRPr="00E053FC">
              <w:rPr>
                <w:bCs/>
                <w:sz w:val="28"/>
                <w:szCs w:val="28"/>
                <w:lang w:val="kk-KZ"/>
              </w:rPr>
              <w:t>9</w:t>
            </w:r>
            <w:r w:rsidRPr="00E053FC">
              <w:rPr>
                <w:bCs/>
                <w:sz w:val="28"/>
                <w:szCs w:val="28"/>
                <w:lang w:val="en-US"/>
              </w:rPr>
              <w:t>.04.2024</w:t>
            </w:r>
          </w:p>
        </w:tc>
        <w:tc>
          <w:tcPr>
            <w:tcW w:w="1134" w:type="dxa"/>
          </w:tcPr>
          <w:p w14:paraId="463D7606" w14:textId="77777777" w:rsidR="004C63D3" w:rsidRPr="00E053FC" w:rsidRDefault="004C63D3" w:rsidP="004C63D3">
            <w:pPr>
              <w:jc w:val="both"/>
              <w:rPr>
                <w:bCs/>
                <w:sz w:val="28"/>
                <w:szCs w:val="28"/>
                <w:lang w:val="en-US"/>
              </w:rPr>
            </w:pPr>
            <w:r w:rsidRPr="00E053FC">
              <w:rPr>
                <w:bCs/>
                <w:sz w:val="28"/>
                <w:szCs w:val="28"/>
                <w:lang w:val="en-US"/>
              </w:rPr>
              <w:t>9 «А», «Ә»</w:t>
            </w:r>
          </w:p>
        </w:tc>
      </w:tr>
      <w:tr w:rsidR="004C63D3" w:rsidRPr="00E053FC" w14:paraId="68AB2E6F" w14:textId="77777777" w:rsidTr="00E053FC">
        <w:trPr>
          <w:trHeight w:val="907"/>
        </w:trPr>
        <w:tc>
          <w:tcPr>
            <w:tcW w:w="522" w:type="dxa"/>
          </w:tcPr>
          <w:p w14:paraId="08A7261B" w14:textId="77777777" w:rsidR="004C63D3" w:rsidRPr="00E053FC" w:rsidRDefault="004C63D3" w:rsidP="004C63D3">
            <w:pPr>
              <w:jc w:val="both"/>
              <w:rPr>
                <w:bCs/>
                <w:sz w:val="28"/>
                <w:szCs w:val="28"/>
                <w:lang w:val="en-US"/>
              </w:rPr>
            </w:pPr>
            <w:r w:rsidRPr="00E053FC">
              <w:rPr>
                <w:bCs/>
                <w:sz w:val="28"/>
                <w:szCs w:val="28"/>
                <w:lang w:val="en-US"/>
              </w:rPr>
              <w:t>17</w:t>
            </w:r>
          </w:p>
        </w:tc>
        <w:tc>
          <w:tcPr>
            <w:tcW w:w="1855" w:type="dxa"/>
          </w:tcPr>
          <w:p w14:paraId="0F6D9228" w14:textId="77777777" w:rsidR="004C63D3" w:rsidRPr="00E053FC" w:rsidRDefault="004C63D3" w:rsidP="004C63D3">
            <w:pPr>
              <w:jc w:val="both"/>
              <w:rPr>
                <w:bCs/>
                <w:sz w:val="28"/>
                <w:szCs w:val="28"/>
                <w:lang w:val="en-US"/>
              </w:rPr>
            </w:pPr>
            <w:r w:rsidRPr="00E053FC">
              <w:rPr>
                <w:bCs/>
                <w:sz w:val="28"/>
                <w:szCs w:val="28"/>
                <w:lang w:val="en-US"/>
              </w:rPr>
              <w:t xml:space="preserve">“Кәсіби бағдар сағаты-2024” </w:t>
            </w:r>
          </w:p>
        </w:tc>
        <w:tc>
          <w:tcPr>
            <w:tcW w:w="3719" w:type="dxa"/>
          </w:tcPr>
          <w:p w14:paraId="798CD2C8" w14:textId="77777777" w:rsidR="004C63D3" w:rsidRPr="00E053FC" w:rsidRDefault="004C63D3" w:rsidP="004C63D3">
            <w:pPr>
              <w:jc w:val="both"/>
              <w:rPr>
                <w:bCs/>
                <w:sz w:val="28"/>
                <w:szCs w:val="28"/>
                <w:lang w:val="en-US"/>
              </w:rPr>
            </w:pPr>
            <w:r w:rsidRPr="00E053FC">
              <w:rPr>
                <w:bCs/>
                <w:sz w:val="28"/>
                <w:szCs w:val="28"/>
                <w:lang w:val="en-US"/>
              </w:rPr>
              <w:t>https://www.instagram.com/p/C6V_Ie3sBo6/?cplk=MWJpdjJ6ZG9iejl6Yg==</w:t>
            </w:r>
          </w:p>
        </w:tc>
        <w:tc>
          <w:tcPr>
            <w:tcW w:w="1559" w:type="dxa"/>
          </w:tcPr>
          <w:p w14:paraId="2A7F4316" w14:textId="77777777" w:rsidR="004C63D3" w:rsidRPr="00E053FC" w:rsidRDefault="004C63D3" w:rsidP="004C63D3">
            <w:pPr>
              <w:jc w:val="both"/>
              <w:rPr>
                <w:bCs/>
                <w:sz w:val="28"/>
                <w:szCs w:val="28"/>
                <w:lang w:val="en-US"/>
              </w:rPr>
            </w:pPr>
            <w:r w:rsidRPr="00E053FC">
              <w:rPr>
                <w:bCs/>
                <w:sz w:val="28"/>
                <w:szCs w:val="28"/>
                <w:lang w:val="kk-KZ"/>
              </w:rPr>
              <w:t>В</w:t>
            </w:r>
            <w:r w:rsidRPr="00E053FC">
              <w:rPr>
                <w:bCs/>
                <w:sz w:val="28"/>
                <w:szCs w:val="28"/>
                <w:lang w:val="en-US"/>
              </w:rPr>
              <w:t>ебинар</w:t>
            </w:r>
          </w:p>
        </w:tc>
        <w:tc>
          <w:tcPr>
            <w:tcW w:w="1843" w:type="dxa"/>
          </w:tcPr>
          <w:p w14:paraId="6F3D635A" w14:textId="77777777" w:rsidR="004C63D3" w:rsidRPr="00E053FC" w:rsidRDefault="004C63D3" w:rsidP="004C63D3">
            <w:pPr>
              <w:jc w:val="both"/>
              <w:rPr>
                <w:bCs/>
                <w:sz w:val="28"/>
                <w:szCs w:val="28"/>
                <w:lang w:val="en-US"/>
              </w:rPr>
            </w:pPr>
            <w:r w:rsidRPr="00E053FC">
              <w:rPr>
                <w:bCs/>
                <w:sz w:val="28"/>
                <w:szCs w:val="28"/>
                <w:lang w:val="en-US"/>
              </w:rPr>
              <w:t>22.04-24.04.2024</w:t>
            </w:r>
          </w:p>
        </w:tc>
        <w:tc>
          <w:tcPr>
            <w:tcW w:w="1134" w:type="dxa"/>
          </w:tcPr>
          <w:p w14:paraId="21197506" w14:textId="77777777" w:rsidR="004C63D3" w:rsidRPr="00E053FC" w:rsidRDefault="004C63D3" w:rsidP="004C63D3">
            <w:pPr>
              <w:jc w:val="both"/>
              <w:rPr>
                <w:bCs/>
                <w:sz w:val="28"/>
                <w:szCs w:val="28"/>
                <w:lang w:val="en-US"/>
              </w:rPr>
            </w:pPr>
            <w:r w:rsidRPr="00E053FC">
              <w:rPr>
                <w:bCs/>
                <w:sz w:val="28"/>
                <w:szCs w:val="28"/>
                <w:lang w:val="en-US"/>
              </w:rPr>
              <w:t>9 «А», «Ә»</w:t>
            </w:r>
          </w:p>
        </w:tc>
      </w:tr>
      <w:tr w:rsidR="004C63D3" w:rsidRPr="00E053FC" w14:paraId="615D88E2" w14:textId="77777777" w:rsidTr="00E053FC">
        <w:trPr>
          <w:trHeight w:val="1219"/>
        </w:trPr>
        <w:tc>
          <w:tcPr>
            <w:tcW w:w="522" w:type="dxa"/>
          </w:tcPr>
          <w:p w14:paraId="0A214E91" w14:textId="77777777" w:rsidR="004C63D3" w:rsidRPr="00E053FC" w:rsidRDefault="004C63D3" w:rsidP="004C63D3">
            <w:pPr>
              <w:jc w:val="both"/>
              <w:rPr>
                <w:bCs/>
                <w:sz w:val="28"/>
                <w:szCs w:val="28"/>
                <w:lang w:val="en-US"/>
              </w:rPr>
            </w:pPr>
            <w:r w:rsidRPr="00E053FC">
              <w:rPr>
                <w:bCs/>
                <w:sz w:val="28"/>
                <w:szCs w:val="28"/>
                <w:lang w:val="en-US"/>
              </w:rPr>
              <w:t>18</w:t>
            </w:r>
          </w:p>
        </w:tc>
        <w:tc>
          <w:tcPr>
            <w:tcW w:w="1855" w:type="dxa"/>
          </w:tcPr>
          <w:p w14:paraId="3ACFB5EA" w14:textId="77777777" w:rsidR="004C63D3" w:rsidRPr="00E053FC" w:rsidRDefault="004C63D3" w:rsidP="004C63D3">
            <w:pPr>
              <w:jc w:val="both"/>
              <w:rPr>
                <w:bCs/>
                <w:sz w:val="28"/>
                <w:szCs w:val="28"/>
                <w:lang w:val="en-US"/>
              </w:rPr>
            </w:pPr>
            <w:r w:rsidRPr="00E053FC">
              <w:rPr>
                <w:bCs/>
                <w:sz w:val="28"/>
                <w:szCs w:val="28"/>
                <w:lang w:val="en-US"/>
              </w:rPr>
              <w:t xml:space="preserve">“Қазтұтынуодағы Қарағанды Университеті”оқытушыларымен </w:t>
            </w:r>
          </w:p>
        </w:tc>
        <w:tc>
          <w:tcPr>
            <w:tcW w:w="3719" w:type="dxa"/>
          </w:tcPr>
          <w:p w14:paraId="4D82B669" w14:textId="77777777" w:rsidR="004C63D3" w:rsidRPr="00E053FC" w:rsidRDefault="004C63D3" w:rsidP="004C63D3">
            <w:pPr>
              <w:jc w:val="both"/>
              <w:rPr>
                <w:bCs/>
                <w:sz w:val="28"/>
                <w:szCs w:val="28"/>
                <w:lang w:val="en-US"/>
              </w:rPr>
            </w:pPr>
            <w:r w:rsidRPr="00E053FC">
              <w:rPr>
                <w:bCs/>
                <w:sz w:val="28"/>
                <w:szCs w:val="28"/>
                <w:lang w:val="en-US"/>
              </w:rPr>
              <w:t>https://www.instagram.com/p/C6V_Le8M3If/?dlrf=ZWhnanFka3hnNmQ5</w:t>
            </w:r>
          </w:p>
        </w:tc>
        <w:tc>
          <w:tcPr>
            <w:tcW w:w="1559" w:type="dxa"/>
          </w:tcPr>
          <w:p w14:paraId="2A9CC345" w14:textId="77777777" w:rsidR="004C63D3" w:rsidRPr="00E053FC" w:rsidRDefault="004C63D3" w:rsidP="004C63D3">
            <w:pPr>
              <w:jc w:val="both"/>
              <w:rPr>
                <w:bCs/>
                <w:sz w:val="28"/>
                <w:szCs w:val="28"/>
                <w:lang w:val="en-US"/>
              </w:rPr>
            </w:pPr>
            <w:r w:rsidRPr="00E053FC">
              <w:rPr>
                <w:bCs/>
                <w:sz w:val="28"/>
                <w:szCs w:val="28"/>
                <w:lang w:val="en-US"/>
              </w:rPr>
              <w:t>Кездесу</w:t>
            </w:r>
          </w:p>
        </w:tc>
        <w:tc>
          <w:tcPr>
            <w:tcW w:w="1843" w:type="dxa"/>
          </w:tcPr>
          <w:p w14:paraId="5AFC01D6" w14:textId="77777777" w:rsidR="004C63D3" w:rsidRPr="00E053FC" w:rsidRDefault="004C63D3" w:rsidP="004C63D3">
            <w:pPr>
              <w:jc w:val="both"/>
              <w:rPr>
                <w:bCs/>
                <w:sz w:val="28"/>
                <w:szCs w:val="28"/>
                <w:lang w:val="en-US"/>
              </w:rPr>
            </w:pPr>
            <w:r w:rsidRPr="00E053FC">
              <w:rPr>
                <w:bCs/>
                <w:sz w:val="28"/>
                <w:szCs w:val="28"/>
                <w:lang w:val="en-US"/>
              </w:rPr>
              <w:t>29.04.2024</w:t>
            </w:r>
          </w:p>
        </w:tc>
        <w:tc>
          <w:tcPr>
            <w:tcW w:w="1134" w:type="dxa"/>
          </w:tcPr>
          <w:p w14:paraId="10DF4B6F" w14:textId="77777777" w:rsidR="004C63D3" w:rsidRPr="00E053FC" w:rsidRDefault="004C63D3" w:rsidP="004C63D3">
            <w:pPr>
              <w:jc w:val="both"/>
              <w:rPr>
                <w:bCs/>
                <w:sz w:val="28"/>
                <w:szCs w:val="28"/>
                <w:lang w:val="en-US"/>
              </w:rPr>
            </w:pPr>
            <w:r w:rsidRPr="00E053FC">
              <w:rPr>
                <w:bCs/>
                <w:sz w:val="28"/>
                <w:szCs w:val="28"/>
                <w:lang w:val="en-US"/>
              </w:rPr>
              <w:t>11«А», «Ә»</w:t>
            </w:r>
          </w:p>
        </w:tc>
      </w:tr>
      <w:tr w:rsidR="004C63D3" w:rsidRPr="00E053FC" w14:paraId="0C0A5751" w14:textId="77777777" w:rsidTr="00E053FC">
        <w:trPr>
          <w:trHeight w:val="1219"/>
        </w:trPr>
        <w:tc>
          <w:tcPr>
            <w:tcW w:w="522" w:type="dxa"/>
          </w:tcPr>
          <w:p w14:paraId="5C5942B5" w14:textId="77777777" w:rsidR="004C63D3" w:rsidRPr="00E053FC" w:rsidRDefault="004C63D3" w:rsidP="004C63D3">
            <w:pPr>
              <w:jc w:val="both"/>
              <w:rPr>
                <w:bCs/>
                <w:sz w:val="28"/>
                <w:szCs w:val="28"/>
                <w:lang w:val="en-US"/>
              </w:rPr>
            </w:pPr>
            <w:r w:rsidRPr="00E053FC">
              <w:rPr>
                <w:bCs/>
                <w:sz w:val="28"/>
                <w:szCs w:val="28"/>
                <w:lang w:val="en-US"/>
              </w:rPr>
              <w:t>19</w:t>
            </w:r>
          </w:p>
        </w:tc>
        <w:tc>
          <w:tcPr>
            <w:tcW w:w="1855" w:type="dxa"/>
          </w:tcPr>
          <w:p w14:paraId="6760F637" w14:textId="77777777" w:rsidR="004C63D3" w:rsidRPr="00E053FC" w:rsidRDefault="004C63D3" w:rsidP="004C63D3">
            <w:pPr>
              <w:jc w:val="both"/>
              <w:rPr>
                <w:bCs/>
                <w:sz w:val="28"/>
                <w:szCs w:val="28"/>
                <w:lang w:val="en-US"/>
              </w:rPr>
            </w:pPr>
            <w:r w:rsidRPr="00E053FC">
              <w:rPr>
                <w:bCs/>
                <w:sz w:val="28"/>
                <w:szCs w:val="28"/>
                <w:lang w:val="en-US"/>
              </w:rPr>
              <w:t>“SAMGA ACADEMY” білім беру орталығы</w:t>
            </w:r>
          </w:p>
        </w:tc>
        <w:tc>
          <w:tcPr>
            <w:tcW w:w="3719" w:type="dxa"/>
          </w:tcPr>
          <w:p w14:paraId="0DD27B5E" w14:textId="77777777" w:rsidR="004C63D3" w:rsidRPr="00E053FC" w:rsidRDefault="004C63D3" w:rsidP="004C63D3">
            <w:pPr>
              <w:jc w:val="both"/>
              <w:rPr>
                <w:bCs/>
                <w:sz w:val="28"/>
                <w:szCs w:val="28"/>
                <w:lang w:val="en-US"/>
              </w:rPr>
            </w:pPr>
            <w:r w:rsidRPr="00E053FC">
              <w:rPr>
                <w:bCs/>
                <w:sz w:val="28"/>
                <w:szCs w:val="28"/>
                <w:lang w:val="en-US"/>
              </w:rPr>
              <w:t>https://www.instagram.com/p/C6YrJ8kMz4U/?obrf=ajUxcTlneWNidGRz</w:t>
            </w:r>
          </w:p>
          <w:p w14:paraId="5ED38164" w14:textId="77777777" w:rsidR="004C63D3" w:rsidRPr="00E053FC" w:rsidRDefault="004C63D3" w:rsidP="004C63D3">
            <w:pPr>
              <w:jc w:val="both"/>
              <w:rPr>
                <w:bCs/>
                <w:sz w:val="28"/>
                <w:szCs w:val="28"/>
                <w:lang w:val="en-US"/>
              </w:rPr>
            </w:pPr>
          </w:p>
        </w:tc>
        <w:tc>
          <w:tcPr>
            <w:tcW w:w="1559" w:type="dxa"/>
          </w:tcPr>
          <w:p w14:paraId="7317B4AA" w14:textId="77777777" w:rsidR="004C63D3" w:rsidRPr="00E053FC" w:rsidRDefault="004C63D3" w:rsidP="004C63D3">
            <w:pPr>
              <w:jc w:val="both"/>
              <w:rPr>
                <w:bCs/>
                <w:sz w:val="28"/>
                <w:szCs w:val="28"/>
                <w:lang w:val="en-US"/>
              </w:rPr>
            </w:pPr>
            <w:r w:rsidRPr="00E053FC">
              <w:rPr>
                <w:bCs/>
                <w:sz w:val="28"/>
                <w:szCs w:val="28"/>
                <w:lang w:val="en-US"/>
              </w:rPr>
              <w:t>ҰБТ-ға кеңес</w:t>
            </w:r>
          </w:p>
        </w:tc>
        <w:tc>
          <w:tcPr>
            <w:tcW w:w="1843" w:type="dxa"/>
          </w:tcPr>
          <w:p w14:paraId="6F7AC7B4" w14:textId="77777777" w:rsidR="004C63D3" w:rsidRPr="00E053FC" w:rsidRDefault="004C63D3" w:rsidP="004C63D3">
            <w:pPr>
              <w:jc w:val="both"/>
              <w:rPr>
                <w:bCs/>
                <w:sz w:val="28"/>
                <w:szCs w:val="28"/>
                <w:lang w:val="en-US"/>
              </w:rPr>
            </w:pPr>
            <w:r w:rsidRPr="00E053FC">
              <w:rPr>
                <w:bCs/>
                <w:sz w:val="28"/>
                <w:szCs w:val="28"/>
                <w:lang w:val="en-US"/>
              </w:rPr>
              <w:t>29.04.2024</w:t>
            </w:r>
          </w:p>
        </w:tc>
        <w:tc>
          <w:tcPr>
            <w:tcW w:w="1134" w:type="dxa"/>
          </w:tcPr>
          <w:p w14:paraId="544C3E99" w14:textId="77777777" w:rsidR="004C63D3" w:rsidRPr="00E053FC" w:rsidRDefault="004C63D3" w:rsidP="004C63D3">
            <w:pPr>
              <w:jc w:val="both"/>
              <w:rPr>
                <w:bCs/>
                <w:sz w:val="28"/>
                <w:szCs w:val="28"/>
                <w:lang w:val="en-US"/>
              </w:rPr>
            </w:pPr>
            <w:r w:rsidRPr="00E053FC">
              <w:rPr>
                <w:bCs/>
                <w:sz w:val="28"/>
                <w:szCs w:val="28"/>
                <w:lang w:val="en-US"/>
              </w:rPr>
              <w:t>10 «А», «Ә»</w:t>
            </w:r>
          </w:p>
        </w:tc>
      </w:tr>
      <w:tr w:rsidR="004C63D3" w:rsidRPr="00E053FC" w14:paraId="3AC20531" w14:textId="77777777" w:rsidTr="00E053FC">
        <w:trPr>
          <w:trHeight w:val="1219"/>
        </w:trPr>
        <w:tc>
          <w:tcPr>
            <w:tcW w:w="522" w:type="dxa"/>
          </w:tcPr>
          <w:p w14:paraId="03C468D7" w14:textId="77777777" w:rsidR="004C63D3" w:rsidRPr="00E053FC" w:rsidRDefault="004C63D3" w:rsidP="004C63D3">
            <w:pPr>
              <w:jc w:val="both"/>
              <w:rPr>
                <w:bCs/>
                <w:sz w:val="28"/>
                <w:szCs w:val="28"/>
                <w:lang w:val="en-US"/>
              </w:rPr>
            </w:pPr>
            <w:r w:rsidRPr="00E053FC">
              <w:rPr>
                <w:bCs/>
                <w:sz w:val="28"/>
                <w:szCs w:val="28"/>
                <w:lang w:val="en-US"/>
              </w:rPr>
              <w:t>20</w:t>
            </w:r>
          </w:p>
        </w:tc>
        <w:tc>
          <w:tcPr>
            <w:tcW w:w="1855" w:type="dxa"/>
          </w:tcPr>
          <w:p w14:paraId="20F6AC3E" w14:textId="77777777" w:rsidR="004C63D3" w:rsidRPr="00E053FC" w:rsidRDefault="004C63D3" w:rsidP="004C63D3">
            <w:pPr>
              <w:jc w:val="both"/>
              <w:rPr>
                <w:bCs/>
                <w:sz w:val="28"/>
                <w:szCs w:val="28"/>
                <w:lang w:val="en-US"/>
              </w:rPr>
            </w:pPr>
            <w:r w:rsidRPr="00E053FC">
              <w:rPr>
                <w:bCs/>
                <w:sz w:val="28"/>
                <w:szCs w:val="28"/>
                <w:lang w:val="en-US"/>
              </w:rPr>
              <w:t>“Кәсіби бағдар сағаты-2024”</w:t>
            </w:r>
          </w:p>
        </w:tc>
        <w:tc>
          <w:tcPr>
            <w:tcW w:w="3719" w:type="dxa"/>
          </w:tcPr>
          <w:p w14:paraId="323A797A" w14:textId="77777777" w:rsidR="004C63D3" w:rsidRPr="00E053FC" w:rsidRDefault="004C63D3" w:rsidP="004C63D3">
            <w:pPr>
              <w:jc w:val="both"/>
              <w:rPr>
                <w:bCs/>
                <w:sz w:val="28"/>
                <w:szCs w:val="28"/>
                <w:lang w:val="en-US"/>
              </w:rPr>
            </w:pPr>
            <w:r w:rsidRPr="00E053FC">
              <w:rPr>
                <w:bCs/>
                <w:sz w:val="28"/>
                <w:szCs w:val="28"/>
                <w:lang w:val="en-US"/>
              </w:rPr>
              <w:t>https://www.instagram.com/p/C6YrGBoMY2r/?psln=ejN2dnN0aGhtczVq</w:t>
            </w:r>
          </w:p>
        </w:tc>
        <w:tc>
          <w:tcPr>
            <w:tcW w:w="1559" w:type="dxa"/>
          </w:tcPr>
          <w:p w14:paraId="08530495" w14:textId="77777777" w:rsidR="004C63D3" w:rsidRPr="00E053FC" w:rsidRDefault="004C63D3" w:rsidP="004C63D3">
            <w:pPr>
              <w:jc w:val="both"/>
              <w:rPr>
                <w:bCs/>
                <w:sz w:val="28"/>
                <w:szCs w:val="28"/>
                <w:lang w:val="en-US"/>
              </w:rPr>
            </w:pPr>
            <w:r w:rsidRPr="00E053FC">
              <w:rPr>
                <w:bCs/>
                <w:sz w:val="28"/>
                <w:szCs w:val="28"/>
                <w:lang w:val="kk-KZ"/>
              </w:rPr>
              <w:t>В</w:t>
            </w:r>
            <w:r w:rsidRPr="00E053FC">
              <w:rPr>
                <w:bCs/>
                <w:sz w:val="28"/>
                <w:szCs w:val="28"/>
                <w:lang w:val="en-US"/>
              </w:rPr>
              <w:t>ебинар</w:t>
            </w:r>
          </w:p>
        </w:tc>
        <w:tc>
          <w:tcPr>
            <w:tcW w:w="1843" w:type="dxa"/>
          </w:tcPr>
          <w:p w14:paraId="73E371A3" w14:textId="77777777" w:rsidR="004C63D3" w:rsidRPr="00E053FC" w:rsidRDefault="004C63D3" w:rsidP="004C63D3">
            <w:pPr>
              <w:jc w:val="both"/>
              <w:rPr>
                <w:bCs/>
                <w:sz w:val="28"/>
                <w:szCs w:val="28"/>
                <w:lang w:val="en-US"/>
              </w:rPr>
            </w:pPr>
            <w:r w:rsidRPr="00E053FC">
              <w:rPr>
                <w:bCs/>
                <w:sz w:val="28"/>
                <w:szCs w:val="28"/>
                <w:lang w:val="en-US"/>
              </w:rPr>
              <w:t>25.04.-30.04.2024</w:t>
            </w:r>
          </w:p>
        </w:tc>
        <w:tc>
          <w:tcPr>
            <w:tcW w:w="1134" w:type="dxa"/>
          </w:tcPr>
          <w:p w14:paraId="778B6C2D" w14:textId="77777777" w:rsidR="004C63D3" w:rsidRPr="00E053FC" w:rsidRDefault="004C63D3" w:rsidP="004C63D3">
            <w:pPr>
              <w:jc w:val="both"/>
              <w:rPr>
                <w:bCs/>
                <w:sz w:val="28"/>
                <w:szCs w:val="28"/>
                <w:lang w:val="en-US"/>
              </w:rPr>
            </w:pPr>
          </w:p>
        </w:tc>
      </w:tr>
      <w:tr w:rsidR="004C63D3" w:rsidRPr="00E053FC" w14:paraId="0A0C7352" w14:textId="77777777" w:rsidTr="00E053FC">
        <w:trPr>
          <w:trHeight w:val="1219"/>
        </w:trPr>
        <w:tc>
          <w:tcPr>
            <w:tcW w:w="522" w:type="dxa"/>
          </w:tcPr>
          <w:p w14:paraId="404DF29B" w14:textId="77777777" w:rsidR="004C63D3" w:rsidRPr="00E053FC" w:rsidRDefault="004C63D3" w:rsidP="004C63D3">
            <w:pPr>
              <w:jc w:val="both"/>
              <w:rPr>
                <w:bCs/>
                <w:sz w:val="28"/>
                <w:szCs w:val="28"/>
                <w:lang w:val="en-US"/>
              </w:rPr>
            </w:pPr>
            <w:r w:rsidRPr="00E053FC">
              <w:rPr>
                <w:bCs/>
                <w:sz w:val="28"/>
                <w:szCs w:val="28"/>
                <w:lang w:val="en-US"/>
              </w:rPr>
              <w:t>21</w:t>
            </w:r>
          </w:p>
        </w:tc>
        <w:tc>
          <w:tcPr>
            <w:tcW w:w="1855" w:type="dxa"/>
          </w:tcPr>
          <w:p w14:paraId="0960FAEE" w14:textId="77777777" w:rsidR="004C63D3" w:rsidRPr="00E053FC" w:rsidRDefault="004C63D3" w:rsidP="004C63D3">
            <w:pPr>
              <w:jc w:val="both"/>
              <w:rPr>
                <w:bCs/>
                <w:sz w:val="28"/>
                <w:szCs w:val="28"/>
                <w:lang w:val="en-US"/>
              </w:rPr>
            </w:pPr>
            <w:r w:rsidRPr="00E053FC">
              <w:rPr>
                <w:bCs/>
                <w:sz w:val="28"/>
                <w:szCs w:val="28"/>
                <w:lang w:val="en-US"/>
              </w:rPr>
              <w:t xml:space="preserve">“Қарағанды облыстық жоғарғы мейіргерлік колледжі” </w:t>
            </w:r>
          </w:p>
        </w:tc>
        <w:tc>
          <w:tcPr>
            <w:tcW w:w="3719" w:type="dxa"/>
          </w:tcPr>
          <w:p w14:paraId="68872F09" w14:textId="77777777" w:rsidR="004C63D3" w:rsidRPr="00E053FC" w:rsidRDefault="004C63D3" w:rsidP="004C63D3">
            <w:pPr>
              <w:jc w:val="both"/>
              <w:rPr>
                <w:bCs/>
                <w:sz w:val="28"/>
                <w:szCs w:val="28"/>
                <w:lang w:val="en-US"/>
              </w:rPr>
            </w:pPr>
          </w:p>
          <w:p w14:paraId="25245D6A" w14:textId="77777777" w:rsidR="004C63D3" w:rsidRPr="00E053FC" w:rsidRDefault="004C63D3" w:rsidP="004C63D3">
            <w:pPr>
              <w:jc w:val="both"/>
              <w:rPr>
                <w:bCs/>
                <w:sz w:val="28"/>
                <w:szCs w:val="28"/>
                <w:lang w:val="en-US"/>
              </w:rPr>
            </w:pPr>
            <w:r w:rsidRPr="00E053FC">
              <w:rPr>
                <w:bCs/>
                <w:sz w:val="28"/>
                <w:szCs w:val="28"/>
                <w:lang w:val="en-US"/>
              </w:rPr>
              <w:t>https://www.instagram.com/p/C6YrNJFMTpV/?obrf=OHFjb2FmYnh0N3oy</w:t>
            </w:r>
          </w:p>
        </w:tc>
        <w:tc>
          <w:tcPr>
            <w:tcW w:w="1559" w:type="dxa"/>
          </w:tcPr>
          <w:p w14:paraId="7F20699F" w14:textId="77777777" w:rsidR="004C63D3" w:rsidRPr="00E053FC" w:rsidRDefault="004C63D3" w:rsidP="004C63D3">
            <w:pPr>
              <w:jc w:val="both"/>
              <w:rPr>
                <w:bCs/>
                <w:sz w:val="28"/>
                <w:szCs w:val="28"/>
                <w:lang w:val="en-US"/>
              </w:rPr>
            </w:pPr>
            <w:r w:rsidRPr="00E053FC">
              <w:rPr>
                <w:bCs/>
                <w:sz w:val="28"/>
                <w:szCs w:val="28"/>
                <w:lang w:val="en-US"/>
              </w:rPr>
              <w:t>Кездесу</w:t>
            </w:r>
          </w:p>
        </w:tc>
        <w:tc>
          <w:tcPr>
            <w:tcW w:w="1843" w:type="dxa"/>
          </w:tcPr>
          <w:p w14:paraId="1980E8DB" w14:textId="77777777" w:rsidR="004C63D3" w:rsidRPr="00E053FC" w:rsidRDefault="004C63D3" w:rsidP="004C63D3">
            <w:pPr>
              <w:jc w:val="both"/>
              <w:rPr>
                <w:bCs/>
                <w:sz w:val="28"/>
                <w:szCs w:val="28"/>
                <w:lang w:val="en-US"/>
              </w:rPr>
            </w:pPr>
            <w:r w:rsidRPr="00E053FC">
              <w:rPr>
                <w:bCs/>
                <w:sz w:val="28"/>
                <w:szCs w:val="28"/>
                <w:lang w:val="en-US"/>
              </w:rPr>
              <w:t>30.04.2024</w:t>
            </w:r>
          </w:p>
        </w:tc>
        <w:tc>
          <w:tcPr>
            <w:tcW w:w="1134" w:type="dxa"/>
          </w:tcPr>
          <w:p w14:paraId="0171E936" w14:textId="77777777" w:rsidR="004C63D3" w:rsidRPr="00E053FC" w:rsidRDefault="004C63D3" w:rsidP="004C63D3">
            <w:pPr>
              <w:jc w:val="both"/>
              <w:rPr>
                <w:bCs/>
                <w:sz w:val="28"/>
                <w:szCs w:val="28"/>
                <w:lang w:val="en-US"/>
              </w:rPr>
            </w:pPr>
            <w:r w:rsidRPr="00E053FC">
              <w:rPr>
                <w:bCs/>
                <w:sz w:val="28"/>
                <w:szCs w:val="28"/>
                <w:lang w:val="en-US"/>
              </w:rPr>
              <w:t>9,10,11</w:t>
            </w:r>
          </w:p>
        </w:tc>
      </w:tr>
      <w:tr w:rsidR="004C63D3" w:rsidRPr="00E053FC" w14:paraId="355CBC56" w14:textId="77777777" w:rsidTr="00E053FC">
        <w:trPr>
          <w:trHeight w:val="1219"/>
        </w:trPr>
        <w:tc>
          <w:tcPr>
            <w:tcW w:w="522" w:type="dxa"/>
          </w:tcPr>
          <w:p w14:paraId="1AB0B4D5" w14:textId="77777777" w:rsidR="004C63D3" w:rsidRPr="00E053FC" w:rsidRDefault="004C63D3" w:rsidP="004C63D3">
            <w:pPr>
              <w:jc w:val="both"/>
              <w:rPr>
                <w:bCs/>
                <w:sz w:val="28"/>
                <w:szCs w:val="28"/>
                <w:lang w:val="en-US"/>
              </w:rPr>
            </w:pPr>
            <w:r w:rsidRPr="00E053FC">
              <w:rPr>
                <w:bCs/>
                <w:sz w:val="28"/>
                <w:szCs w:val="28"/>
                <w:lang w:val="en-US"/>
              </w:rPr>
              <w:lastRenderedPageBreak/>
              <w:t>22</w:t>
            </w:r>
          </w:p>
        </w:tc>
        <w:tc>
          <w:tcPr>
            <w:tcW w:w="1855" w:type="dxa"/>
          </w:tcPr>
          <w:p w14:paraId="08161C85" w14:textId="77777777" w:rsidR="004C63D3" w:rsidRPr="00E053FC" w:rsidRDefault="004C63D3" w:rsidP="004C63D3">
            <w:pPr>
              <w:jc w:val="both"/>
              <w:rPr>
                <w:bCs/>
                <w:sz w:val="28"/>
                <w:szCs w:val="28"/>
                <w:lang w:val="en-US"/>
              </w:rPr>
            </w:pPr>
            <w:r w:rsidRPr="00E053FC">
              <w:rPr>
                <w:bCs/>
                <w:sz w:val="28"/>
                <w:szCs w:val="28"/>
                <w:lang w:val="en-US"/>
              </w:rPr>
              <w:t xml:space="preserve">“Сыңғырла,соңғы қоңырау” Мектебіміздің ең алғашқы түлектері </w:t>
            </w:r>
          </w:p>
        </w:tc>
        <w:tc>
          <w:tcPr>
            <w:tcW w:w="3719" w:type="dxa"/>
          </w:tcPr>
          <w:p w14:paraId="5350E0EF" w14:textId="77777777" w:rsidR="004C63D3" w:rsidRPr="00E053FC" w:rsidRDefault="004C63D3" w:rsidP="004C63D3">
            <w:pPr>
              <w:jc w:val="both"/>
              <w:rPr>
                <w:bCs/>
                <w:sz w:val="28"/>
                <w:szCs w:val="28"/>
                <w:lang w:val="en-US"/>
              </w:rPr>
            </w:pPr>
            <w:r w:rsidRPr="00E053FC">
              <w:rPr>
                <w:bCs/>
                <w:sz w:val="28"/>
                <w:szCs w:val="28"/>
                <w:lang w:val="en-US"/>
              </w:rPr>
              <w:t>https://www.instagram.com/p/C7YzQfiMDx9/?rpxt=MTFuaWkydGl2NGU1ag==</w:t>
            </w:r>
          </w:p>
        </w:tc>
        <w:tc>
          <w:tcPr>
            <w:tcW w:w="1559" w:type="dxa"/>
          </w:tcPr>
          <w:p w14:paraId="60D22560" w14:textId="77777777" w:rsidR="004C63D3" w:rsidRPr="00E053FC" w:rsidRDefault="004C63D3" w:rsidP="004C63D3">
            <w:pPr>
              <w:jc w:val="both"/>
              <w:rPr>
                <w:bCs/>
                <w:sz w:val="28"/>
                <w:szCs w:val="28"/>
                <w:lang w:val="en-US"/>
              </w:rPr>
            </w:pPr>
            <w:r w:rsidRPr="00E053FC">
              <w:rPr>
                <w:bCs/>
                <w:sz w:val="28"/>
                <w:szCs w:val="28"/>
                <w:lang w:val="en-US"/>
              </w:rPr>
              <w:t>Салтанатты жиын</w:t>
            </w:r>
          </w:p>
        </w:tc>
        <w:tc>
          <w:tcPr>
            <w:tcW w:w="1843" w:type="dxa"/>
          </w:tcPr>
          <w:p w14:paraId="78F0AF49" w14:textId="77777777" w:rsidR="004C63D3" w:rsidRPr="00E053FC" w:rsidRDefault="004C63D3" w:rsidP="004C63D3">
            <w:pPr>
              <w:jc w:val="both"/>
              <w:rPr>
                <w:bCs/>
                <w:sz w:val="28"/>
                <w:szCs w:val="28"/>
                <w:lang w:val="en-US"/>
              </w:rPr>
            </w:pPr>
            <w:r w:rsidRPr="00E053FC">
              <w:rPr>
                <w:bCs/>
                <w:sz w:val="28"/>
                <w:szCs w:val="28"/>
                <w:lang w:val="en-US"/>
              </w:rPr>
              <w:t>25.04.2024</w:t>
            </w:r>
          </w:p>
        </w:tc>
        <w:tc>
          <w:tcPr>
            <w:tcW w:w="1134" w:type="dxa"/>
          </w:tcPr>
          <w:p w14:paraId="44817470" w14:textId="77777777" w:rsidR="004C63D3" w:rsidRPr="00E053FC" w:rsidRDefault="004C63D3" w:rsidP="004C63D3">
            <w:pPr>
              <w:jc w:val="both"/>
              <w:rPr>
                <w:bCs/>
                <w:sz w:val="28"/>
                <w:szCs w:val="28"/>
                <w:lang w:val="en-US"/>
              </w:rPr>
            </w:pPr>
            <w:r w:rsidRPr="00E053FC">
              <w:rPr>
                <w:bCs/>
                <w:sz w:val="28"/>
                <w:szCs w:val="28"/>
                <w:lang w:val="en-US"/>
              </w:rPr>
              <w:t>9-11</w:t>
            </w:r>
          </w:p>
        </w:tc>
      </w:tr>
      <w:tr w:rsidR="004C63D3" w:rsidRPr="00E053FC" w14:paraId="5DFC41F0" w14:textId="77777777" w:rsidTr="00E053FC">
        <w:trPr>
          <w:trHeight w:val="1219"/>
        </w:trPr>
        <w:tc>
          <w:tcPr>
            <w:tcW w:w="522" w:type="dxa"/>
          </w:tcPr>
          <w:p w14:paraId="41B20C4E" w14:textId="77777777" w:rsidR="004C63D3" w:rsidRPr="00E053FC" w:rsidRDefault="004C63D3" w:rsidP="004C63D3">
            <w:pPr>
              <w:jc w:val="both"/>
              <w:rPr>
                <w:bCs/>
                <w:sz w:val="28"/>
                <w:szCs w:val="28"/>
                <w:lang w:val="en-US"/>
              </w:rPr>
            </w:pPr>
            <w:r w:rsidRPr="00E053FC">
              <w:rPr>
                <w:bCs/>
                <w:sz w:val="28"/>
                <w:szCs w:val="28"/>
                <w:lang w:val="en-US"/>
              </w:rPr>
              <w:t>23</w:t>
            </w:r>
          </w:p>
        </w:tc>
        <w:tc>
          <w:tcPr>
            <w:tcW w:w="1855" w:type="dxa"/>
          </w:tcPr>
          <w:p w14:paraId="668ED6BD" w14:textId="77777777" w:rsidR="004C63D3" w:rsidRPr="00E053FC" w:rsidRDefault="004C63D3" w:rsidP="004C63D3">
            <w:pPr>
              <w:jc w:val="both"/>
              <w:rPr>
                <w:bCs/>
                <w:sz w:val="28"/>
                <w:szCs w:val="28"/>
                <w:lang w:val="en-US"/>
              </w:rPr>
            </w:pPr>
            <w:r w:rsidRPr="00E053FC">
              <w:rPr>
                <w:bCs/>
                <w:sz w:val="28"/>
                <w:szCs w:val="28"/>
                <w:lang w:val="en-US"/>
              </w:rPr>
              <w:t xml:space="preserve">“Karaganda Buketov University” </w:t>
            </w:r>
          </w:p>
        </w:tc>
        <w:tc>
          <w:tcPr>
            <w:tcW w:w="3719" w:type="dxa"/>
          </w:tcPr>
          <w:p w14:paraId="10D0F8AA" w14:textId="77777777" w:rsidR="004C63D3" w:rsidRPr="00E053FC" w:rsidRDefault="004C63D3" w:rsidP="004C63D3">
            <w:pPr>
              <w:jc w:val="both"/>
              <w:rPr>
                <w:bCs/>
                <w:sz w:val="28"/>
                <w:szCs w:val="28"/>
                <w:lang w:val="en-US"/>
              </w:rPr>
            </w:pPr>
            <w:r w:rsidRPr="00E053FC">
              <w:rPr>
                <w:bCs/>
                <w:sz w:val="28"/>
                <w:szCs w:val="28"/>
                <w:lang w:val="en-US"/>
              </w:rPr>
              <w:t>https://www.instagram.com/p/DBipYaVsSL0/?xtok=YWozZHJtdTk2eXow</w:t>
            </w:r>
          </w:p>
        </w:tc>
        <w:tc>
          <w:tcPr>
            <w:tcW w:w="1559" w:type="dxa"/>
          </w:tcPr>
          <w:p w14:paraId="3BE049BB" w14:textId="77777777" w:rsidR="004C63D3" w:rsidRPr="00E053FC" w:rsidRDefault="004C63D3" w:rsidP="004C63D3">
            <w:pPr>
              <w:jc w:val="both"/>
              <w:rPr>
                <w:bCs/>
                <w:sz w:val="28"/>
                <w:szCs w:val="28"/>
                <w:lang w:val="en-US"/>
              </w:rPr>
            </w:pPr>
            <w:r w:rsidRPr="00E053FC">
              <w:rPr>
                <w:bCs/>
                <w:sz w:val="28"/>
                <w:szCs w:val="28"/>
                <w:lang w:val="en-US"/>
              </w:rPr>
              <w:t>Педагог мамандарымен кездесу</w:t>
            </w:r>
          </w:p>
        </w:tc>
        <w:tc>
          <w:tcPr>
            <w:tcW w:w="1843" w:type="dxa"/>
          </w:tcPr>
          <w:p w14:paraId="267958B6" w14:textId="77777777" w:rsidR="004C63D3" w:rsidRPr="00E053FC" w:rsidRDefault="004C63D3" w:rsidP="004C63D3">
            <w:pPr>
              <w:jc w:val="both"/>
              <w:rPr>
                <w:bCs/>
                <w:sz w:val="28"/>
                <w:szCs w:val="28"/>
                <w:lang w:val="en-US"/>
              </w:rPr>
            </w:pPr>
            <w:r w:rsidRPr="00E053FC">
              <w:rPr>
                <w:bCs/>
                <w:sz w:val="28"/>
                <w:szCs w:val="28"/>
                <w:lang w:val="en-US"/>
              </w:rPr>
              <w:t>25.10.2024</w:t>
            </w:r>
          </w:p>
        </w:tc>
        <w:tc>
          <w:tcPr>
            <w:tcW w:w="1134" w:type="dxa"/>
          </w:tcPr>
          <w:p w14:paraId="184D066D" w14:textId="77777777" w:rsidR="004C63D3" w:rsidRPr="00E053FC" w:rsidRDefault="004C63D3" w:rsidP="004C63D3">
            <w:pPr>
              <w:jc w:val="both"/>
              <w:rPr>
                <w:bCs/>
                <w:sz w:val="28"/>
                <w:szCs w:val="28"/>
                <w:lang w:val="en-US"/>
              </w:rPr>
            </w:pPr>
            <w:r w:rsidRPr="00E053FC">
              <w:rPr>
                <w:bCs/>
                <w:sz w:val="28"/>
                <w:szCs w:val="28"/>
                <w:lang w:val="en-US"/>
              </w:rPr>
              <w:t>10-11</w:t>
            </w:r>
          </w:p>
        </w:tc>
      </w:tr>
      <w:tr w:rsidR="004C63D3" w:rsidRPr="00E053FC" w14:paraId="175A9810" w14:textId="77777777" w:rsidTr="00E053FC">
        <w:trPr>
          <w:trHeight w:val="1052"/>
        </w:trPr>
        <w:tc>
          <w:tcPr>
            <w:tcW w:w="522" w:type="dxa"/>
          </w:tcPr>
          <w:p w14:paraId="317A72D3" w14:textId="77777777" w:rsidR="004C63D3" w:rsidRPr="00E053FC" w:rsidRDefault="004C63D3" w:rsidP="004C63D3">
            <w:pPr>
              <w:jc w:val="both"/>
              <w:rPr>
                <w:bCs/>
                <w:sz w:val="28"/>
                <w:szCs w:val="28"/>
                <w:lang w:val="en-US"/>
              </w:rPr>
            </w:pPr>
            <w:r w:rsidRPr="00E053FC">
              <w:rPr>
                <w:bCs/>
                <w:sz w:val="28"/>
                <w:szCs w:val="28"/>
                <w:lang w:val="en-US"/>
              </w:rPr>
              <w:t>24</w:t>
            </w:r>
          </w:p>
        </w:tc>
        <w:tc>
          <w:tcPr>
            <w:tcW w:w="1855" w:type="dxa"/>
          </w:tcPr>
          <w:p w14:paraId="4193CBF0" w14:textId="77777777" w:rsidR="004C63D3" w:rsidRPr="00E053FC" w:rsidRDefault="004C63D3" w:rsidP="004C63D3">
            <w:pPr>
              <w:jc w:val="both"/>
              <w:rPr>
                <w:bCs/>
                <w:sz w:val="28"/>
                <w:szCs w:val="28"/>
                <w:lang w:val="en-US"/>
              </w:rPr>
            </w:pPr>
            <w:r w:rsidRPr="00E053FC">
              <w:rPr>
                <w:bCs/>
                <w:sz w:val="28"/>
                <w:szCs w:val="28"/>
                <w:lang w:val="en-US"/>
              </w:rPr>
              <w:t>«Қарағанды тау кең индустриялдық колледжі»</w:t>
            </w:r>
          </w:p>
          <w:p w14:paraId="5E03945F" w14:textId="77777777" w:rsidR="004C63D3" w:rsidRPr="00E053FC" w:rsidRDefault="004C63D3" w:rsidP="004C63D3">
            <w:pPr>
              <w:jc w:val="both"/>
              <w:rPr>
                <w:bCs/>
                <w:sz w:val="28"/>
                <w:szCs w:val="28"/>
                <w:lang w:val="en-US"/>
              </w:rPr>
            </w:pPr>
          </w:p>
        </w:tc>
        <w:tc>
          <w:tcPr>
            <w:tcW w:w="3719" w:type="dxa"/>
          </w:tcPr>
          <w:p w14:paraId="4A5FE6B7" w14:textId="77777777" w:rsidR="004C63D3" w:rsidRPr="00E053FC" w:rsidRDefault="004C63D3" w:rsidP="004C63D3">
            <w:pPr>
              <w:jc w:val="both"/>
              <w:rPr>
                <w:bCs/>
                <w:sz w:val="28"/>
                <w:szCs w:val="28"/>
                <w:lang w:val="en-US"/>
              </w:rPr>
            </w:pPr>
            <w:r w:rsidRPr="00E053FC">
              <w:rPr>
                <w:bCs/>
                <w:sz w:val="28"/>
                <w:szCs w:val="28"/>
                <w:lang w:val="en-US"/>
              </w:rPr>
              <w:t>https://www.instagram.com/p/DB8LsRZMAob/?rpxt=eHpncnpyOHZweWJz</w:t>
            </w:r>
          </w:p>
        </w:tc>
        <w:tc>
          <w:tcPr>
            <w:tcW w:w="1559" w:type="dxa"/>
          </w:tcPr>
          <w:p w14:paraId="5C22CB07" w14:textId="77777777" w:rsidR="004C63D3" w:rsidRPr="00E053FC" w:rsidRDefault="004C63D3" w:rsidP="004C63D3">
            <w:pPr>
              <w:jc w:val="both"/>
              <w:rPr>
                <w:bCs/>
                <w:sz w:val="28"/>
                <w:szCs w:val="28"/>
                <w:lang w:val="en-US"/>
              </w:rPr>
            </w:pPr>
            <w:r w:rsidRPr="00E053FC">
              <w:rPr>
                <w:bCs/>
                <w:sz w:val="28"/>
                <w:szCs w:val="28"/>
                <w:lang w:val="en-US"/>
              </w:rPr>
              <w:t>«Ашық есік күні»</w:t>
            </w:r>
          </w:p>
        </w:tc>
        <w:tc>
          <w:tcPr>
            <w:tcW w:w="1843" w:type="dxa"/>
          </w:tcPr>
          <w:p w14:paraId="3DD3AF7F" w14:textId="77777777" w:rsidR="004C63D3" w:rsidRPr="00E053FC" w:rsidRDefault="004C63D3" w:rsidP="004C63D3">
            <w:pPr>
              <w:jc w:val="both"/>
              <w:rPr>
                <w:bCs/>
                <w:sz w:val="28"/>
                <w:szCs w:val="28"/>
                <w:lang w:val="en-US"/>
              </w:rPr>
            </w:pPr>
            <w:r w:rsidRPr="00E053FC">
              <w:rPr>
                <w:bCs/>
                <w:sz w:val="28"/>
                <w:szCs w:val="28"/>
                <w:lang w:val="en-US"/>
              </w:rPr>
              <w:t>30.10.2024</w:t>
            </w:r>
          </w:p>
        </w:tc>
        <w:tc>
          <w:tcPr>
            <w:tcW w:w="1134" w:type="dxa"/>
          </w:tcPr>
          <w:p w14:paraId="7D0080D0" w14:textId="77777777" w:rsidR="004C63D3" w:rsidRPr="00E053FC" w:rsidRDefault="004C63D3" w:rsidP="004C63D3">
            <w:pPr>
              <w:jc w:val="both"/>
              <w:rPr>
                <w:bCs/>
                <w:sz w:val="28"/>
                <w:szCs w:val="28"/>
                <w:lang w:val="en-US"/>
              </w:rPr>
            </w:pPr>
            <w:r w:rsidRPr="00E053FC">
              <w:rPr>
                <w:bCs/>
                <w:sz w:val="28"/>
                <w:szCs w:val="28"/>
                <w:lang w:val="en-US"/>
              </w:rPr>
              <w:t>9 «А», «Ә»</w:t>
            </w:r>
          </w:p>
        </w:tc>
      </w:tr>
      <w:tr w:rsidR="004C63D3" w:rsidRPr="00E053FC" w14:paraId="6A6E48ED" w14:textId="77777777" w:rsidTr="00E053FC">
        <w:trPr>
          <w:trHeight w:val="1219"/>
        </w:trPr>
        <w:tc>
          <w:tcPr>
            <w:tcW w:w="522" w:type="dxa"/>
          </w:tcPr>
          <w:p w14:paraId="098851E4" w14:textId="77777777" w:rsidR="004C63D3" w:rsidRPr="00E053FC" w:rsidRDefault="004C63D3" w:rsidP="004C63D3">
            <w:pPr>
              <w:jc w:val="both"/>
              <w:rPr>
                <w:bCs/>
                <w:sz w:val="28"/>
                <w:szCs w:val="28"/>
                <w:lang w:val="en-US"/>
              </w:rPr>
            </w:pPr>
            <w:r w:rsidRPr="00E053FC">
              <w:rPr>
                <w:bCs/>
                <w:sz w:val="28"/>
                <w:szCs w:val="28"/>
                <w:lang w:val="en-US"/>
              </w:rPr>
              <w:t>25</w:t>
            </w:r>
          </w:p>
        </w:tc>
        <w:tc>
          <w:tcPr>
            <w:tcW w:w="1855" w:type="dxa"/>
          </w:tcPr>
          <w:p w14:paraId="4DBA5485" w14:textId="77777777" w:rsidR="004C63D3" w:rsidRPr="00E053FC" w:rsidRDefault="004C63D3" w:rsidP="004C63D3">
            <w:pPr>
              <w:jc w:val="both"/>
              <w:rPr>
                <w:bCs/>
                <w:sz w:val="28"/>
                <w:szCs w:val="28"/>
                <w:lang w:val="en-US"/>
              </w:rPr>
            </w:pPr>
            <w:r w:rsidRPr="00E053FC">
              <w:rPr>
                <w:bCs/>
                <w:sz w:val="28"/>
                <w:szCs w:val="28"/>
                <w:lang w:val="en-US"/>
              </w:rPr>
              <w:t>«Қарағанды-индустриалды-технологиялық колледжі «</w:t>
            </w:r>
          </w:p>
        </w:tc>
        <w:tc>
          <w:tcPr>
            <w:tcW w:w="3719" w:type="dxa"/>
          </w:tcPr>
          <w:p w14:paraId="0049511B" w14:textId="77777777" w:rsidR="004C63D3" w:rsidRPr="00E053FC" w:rsidRDefault="004C63D3" w:rsidP="004C63D3">
            <w:pPr>
              <w:jc w:val="both"/>
              <w:rPr>
                <w:bCs/>
                <w:sz w:val="28"/>
                <w:szCs w:val="28"/>
                <w:lang w:val="en-US"/>
              </w:rPr>
            </w:pPr>
            <w:r w:rsidRPr="00E053FC">
              <w:rPr>
                <w:bCs/>
                <w:sz w:val="28"/>
                <w:szCs w:val="28"/>
                <w:lang w:val="en-US"/>
              </w:rPr>
              <w:t>https://www.instagram.com/p/DB8L2n2sxVE/?rpxt=NGlrODI0bHNvb3Bt</w:t>
            </w:r>
          </w:p>
        </w:tc>
        <w:tc>
          <w:tcPr>
            <w:tcW w:w="1559" w:type="dxa"/>
          </w:tcPr>
          <w:p w14:paraId="17B923AC" w14:textId="77777777" w:rsidR="004C63D3" w:rsidRPr="00E053FC" w:rsidRDefault="004C63D3" w:rsidP="004C63D3">
            <w:pPr>
              <w:jc w:val="both"/>
              <w:rPr>
                <w:bCs/>
                <w:sz w:val="28"/>
                <w:szCs w:val="28"/>
                <w:lang w:val="en-US"/>
              </w:rPr>
            </w:pPr>
            <w:r w:rsidRPr="00E053FC">
              <w:rPr>
                <w:bCs/>
                <w:sz w:val="28"/>
                <w:szCs w:val="28"/>
                <w:lang w:val="en-US"/>
              </w:rPr>
              <w:t>«Ашық есік күні»</w:t>
            </w:r>
          </w:p>
        </w:tc>
        <w:tc>
          <w:tcPr>
            <w:tcW w:w="1843" w:type="dxa"/>
          </w:tcPr>
          <w:p w14:paraId="349A2D11" w14:textId="77777777" w:rsidR="004C63D3" w:rsidRPr="00E053FC" w:rsidRDefault="004C63D3" w:rsidP="004C63D3">
            <w:pPr>
              <w:jc w:val="both"/>
              <w:rPr>
                <w:bCs/>
                <w:sz w:val="28"/>
                <w:szCs w:val="28"/>
                <w:lang w:val="en-US"/>
              </w:rPr>
            </w:pPr>
            <w:r w:rsidRPr="00E053FC">
              <w:rPr>
                <w:bCs/>
                <w:sz w:val="28"/>
                <w:szCs w:val="28"/>
                <w:lang w:val="en-US"/>
              </w:rPr>
              <w:t>31.10.2024</w:t>
            </w:r>
          </w:p>
        </w:tc>
        <w:tc>
          <w:tcPr>
            <w:tcW w:w="1134" w:type="dxa"/>
          </w:tcPr>
          <w:p w14:paraId="19BFB422" w14:textId="77777777" w:rsidR="004C63D3" w:rsidRPr="00E053FC" w:rsidRDefault="004C63D3" w:rsidP="004C63D3">
            <w:pPr>
              <w:jc w:val="both"/>
              <w:rPr>
                <w:bCs/>
                <w:sz w:val="28"/>
                <w:szCs w:val="28"/>
                <w:lang w:val="en-US"/>
              </w:rPr>
            </w:pPr>
            <w:r w:rsidRPr="00E053FC">
              <w:rPr>
                <w:bCs/>
                <w:sz w:val="28"/>
                <w:szCs w:val="28"/>
                <w:lang w:val="en-US"/>
              </w:rPr>
              <w:t>9 «А», «Ә»</w:t>
            </w:r>
          </w:p>
        </w:tc>
      </w:tr>
      <w:tr w:rsidR="004C63D3" w:rsidRPr="00E053FC" w14:paraId="2D3FCF0A" w14:textId="77777777" w:rsidTr="00E053FC">
        <w:trPr>
          <w:trHeight w:val="1219"/>
        </w:trPr>
        <w:tc>
          <w:tcPr>
            <w:tcW w:w="522" w:type="dxa"/>
          </w:tcPr>
          <w:p w14:paraId="23F09E5E" w14:textId="77777777" w:rsidR="004C63D3" w:rsidRPr="00E053FC" w:rsidRDefault="004C63D3" w:rsidP="004C63D3">
            <w:pPr>
              <w:jc w:val="both"/>
              <w:rPr>
                <w:bCs/>
                <w:sz w:val="28"/>
                <w:szCs w:val="28"/>
                <w:lang w:val="en-US"/>
              </w:rPr>
            </w:pPr>
            <w:r w:rsidRPr="00E053FC">
              <w:rPr>
                <w:bCs/>
                <w:sz w:val="28"/>
                <w:szCs w:val="28"/>
                <w:lang w:val="en-US"/>
              </w:rPr>
              <w:t>26</w:t>
            </w:r>
          </w:p>
        </w:tc>
        <w:tc>
          <w:tcPr>
            <w:tcW w:w="1855" w:type="dxa"/>
          </w:tcPr>
          <w:p w14:paraId="60F82FB3" w14:textId="77777777" w:rsidR="004C63D3" w:rsidRPr="00E053FC" w:rsidRDefault="004C63D3" w:rsidP="004C63D3">
            <w:pPr>
              <w:jc w:val="both"/>
              <w:rPr>
                <w:bCs/>
                <w:sz w:val="28"/>
                <w:szCs w:val="28"/>
                <w:lang w:val="en-US"/>
              </w:rPr>
            </w:pPr>
            <w:r w:rsidRPr="00E053FC">
              <w:rPr>
                <w:bCs/>
                <w:sz w:val="28"/>
                <w:szCs w:val="28"/>
                <w:lang w:val="en-US"/>
              </w:rPr>
              <w:t xml:space="preserve">“Маркетинг және кәсіптік бағдар беру”бөлімі жетекшілерімен </w:t>
            </w:r>
          </w:p>
        </w:tc>
        <w:tc>
          <w:tcPr>
            <w:tcW w:w="3719" w:type="dxa"/>
          </w:tcPr>
          <w:p w14:paraId="2C4ABEAB" w14:textId="77777777" w:rsidR="004C63D3" w:rsidRPr="00E053FC" w:rsidRDefault="004C63D3" w:rsidP="004C63D3">
            <w:pPr>
              <w:jc w:val="both"/>
              <w:rPr>
                <w:bCs/>
                <w:sz w:val="28"/>
                <w:szCs w:val="28"/>
                <w:lang w:val="en-US"/>
              </w:rPr>
            </w:pPr>
            <w:r w:rsidRPr="00E053FC">
              <w:rPr>
                <w:bCs/>
                <w:sz w:val="28"/>
                <w:szCs w:val="28"/>
                <w:lang w:val="en-US"/>
              </w:rPr>
              <w:t>https://www.instagram.com/p/DB8L5MBsoRV/?xtok=MWMzZDY5cGUyOXViZw==</w:t>
            </w:r>
          </w:p>
        </w:tc>
        <w:tc>
          <w:tcPr>
            <w:tcW w:w="1559" w:type="dxa"/>
          </w:tcPr>
          <w:p w14:paraId="4A817B64" w14:textId="77777777" w:rsidR="004C63D3" w:rsidRPr="00E053FC" w:rsidRDefault="004C63D3" w:rsidP="004C63D3">
            <w:pPr>
              <w:jc w:val="both"/>
              <w:rPr>
                <w:bCs/>
                <w:sz w:val="28"/>
                <w:szCs w:val="28"/>
                <w:lang w:val="en-US"/>
              </w:rPr>
            </w:pPr>
            <w:r w:rsidRPr="00E053FC">
              <w:rPr>
                <w:bCs/>
                <w:sz w:val="28"/>
                <w:szCs w:val="28"/>
                <w:lang w:val="en-US"/>
              </w:rPr>
              <w:t>Сыр-сұхбат</w:t>
            </w:r>
          </w:p>
        </w:tc>
        <w:tc>
          <w:tcPr>
            <w:tcW w:w="1843" w:type="dxa"/>
          </w:tcPr>
          <w:p w14:paraId="646779ED" w14:textId="77777777" w:rsidR="004C63D3" w:rsidRPr="00E053FC" w:rsidRDefault="004C63D3" w:rsidP="004C63D3">
            <w:pPr>
              <w:jc w:val="both"/>
              <w:rPr>
                <w:bCs/>
                <w:sz w:val="28"/>
                <w:szCs w:val="28"/>
                <w:lang w:val="en-US"/>
              </w:rPr>
            </w:pPr>
            <w:r w:rsidRPr="00E053FC">
              <w:rPr>
                <w:bCs/>
                <w:sz w:val="28"/>
                <w:szCs w:val="28"/>
                <w:lang w:val="en-US"/>
              </w:rPr>
              <w:t>04.11.2024</w:t>
            </w:r>
          </w:p>
        </w:tc>
        <w:tc>
          <w:tcPr>
            <w:tcW w:w="1134" w:type="dxa"/>
          </w:tcPr>
          <w:p w14:paraId="70BD67B0" w14:textId="77777777" w:rsidR="004C63D3" w:rsidRPr="00E053FC" w:rsidRDefault="004C63D3" w:rsidP="004C63D3">
            <w:pPr>
              <w:jc w:val="both"/>
              <w:rPr>
                <w:bCs/>
                <w:sz w:val="28"/>
                <w:szCs w:val="28"/>
                <w:lang w:val="en-US"/>
              </w:rPr>
            </w:pPr>
            <w:r w:rsidRPr="00E053FC">
              <w:rPr>
                <w:bCs/>
                <w:sz w:val="28"/>
                <w:szCs w:val="28"/>
                <w:lang w:val="en-US"/>
              </w:rPr>
              <w:t>9,10,11</w:t>
            </w:r>
          </w:p>
        </w:tc>
      </w:tr>
      <w:tr w:rsidR="004C63D3" w:rsidRPr="00E053FC" w14:paraId="5022B363" w14:textId="77777777" w:rsidTr="00E053FC">
        <w:trPr>
          <w:trHeight w:val="1219"/>
        </w:trPr>
        <w:tc>
          <w:tcPr>
            <w:tcW w:w="522" w:type="dxa"/>
          </w:tcPr>
          <w:p w14:paraId="03F66F1B" w14:textId="77777777" w:rsidR="004C63D3" w:rsidRPr="00E053FC" w:rsidRDefault="004C63D3" w:rsidP="004C63D3">
            <w:pPr>
              <w:jc w:val="both"/>
              <w:rPr>
                <w:bCs/>
                <w:sz w:val="28"/>
                <w:szCs w:val="28"/>
                <w:lang w:val="en-US"/>
              </w:rPr>
            </w:pPr>
            <w:r w:rsidRPr="00E053FC">
              <w:rPr>
                <w:bCs/>
                <w:sz w:val="28"/>
                <w:szCs w:val="28"/>
                <w:lang w:val="en-US"/>
              </w:rPr>
              <w:t>27</w:t>
            </w:r>
          </w:p>
        </w:tc>
        <w:tc>
          <w:tcPr>
            <w:tcW w:w="1855" w:type="dxa"/>
          </w:tcPr>
          <w:p w14:paraId="20110254" w14:textId="77777777" w:rsidR="004C63D3" w:rsidRPr="00E053FC" w:rsidRDefault="004C63D3" w:rsidP="004C63D3">
            <w:pPr>
              <w:jc w:val="both"/>
              <w:rPr>
                <w:bCs/>
                <w:sz w:val="28"/>
                <w:szCs w:val="28"/>
                <w:lang w:val="en-US"/>
              </w:rPr>
            </w:pPr>
            <w:r w:rsidRPr="00E053FC">
              <w:rPr>
                <w:bCs/>
                <w:sz w:val="28"/>
                <w:szCs w:val="28"/>
                <w:lang w:val="en-US"/>
              </w:rPr>
              <w:t xml:space="preserve">«KAZPOTREBOSOYUZ UNIVERSITI-нің» </w:t>
            </w:r>
          </w:p>
        </w:tc>
        <w:tc>
          <w:tcPr>
            <w:tcW w:w="3719" w:type="dxa"/>
          </w:tcPr>
          <w:p w14:paraId="479307BD" w14:textId="77777777" w:rsidR="004C63D3" w:rsidRPr="00E053FC" w:rsidRDefault="004C63D3" w:rsidP="004C63D3">
            <w:pPr>
              <w:jc w:val="both"/>
              <w:rPr>
                <w:bCs/>
                <w:sz w:val="28"/>
                <w:szCs w:val="28"/>
                <w:lang w:val="en-US"/>
              </w:rPr>
            </w:pPr>
            <w:r w:rsidRPr="00E053FC">
              <w:rPr>
                <w:bCs/>
                <w:sz w:val="28"/>
                <w:szCs w:val="28"/>
                <w:lang w:val="en-US"/>
              </w:rPr>
              <w:t>https://www.instagram.com/p/DCR52xxNI9X/?mdxt=OXA5bW02d2U3N3d4</w:t>
            </w:r>
          </w:p>
        </w:tc>
        <w:tc>
          <w:tcPr>
            <w:tcW w:w="1559" w:type="dxa"/>
          </w:tcPr>
          <w:p w14:paraId="6E9CB27A" w14:textId="77777777" w:rsidR="004C63D3" w:rsidRPr="00E053FC" w:rsidRDefault="004C63D3" w:rsidP="004C63D3">
            <w:pPr>
              <w:jc w:val="both"/>
              <w:rPr>
                <w:bCs/>
                <w:sz w:val="28"/>
                <w:szCs w:val="28"/>
                <w:lang w:val="en-US"/>
              </w:rPr>
            </w:pPr>
            <w:r w:rsidRPr="00E053FC">
              <w:rPr>
                <w:bCs/>
                <w:sz w:val="28"/>
                <w:szCs w:val="28"/>
                <w:lang w:val="en-US"/>
              </w:rPr>
              <w:t>Педагог мамандарымен кездесі</w:t>
            </w:r>
          </w:p>
        </w:tc>
        <w:tc>
          <w:tcPr>
            <w:tcW w:w="1843" w:type="dxa"/>
          </w:tcPr>
          <w:p w14:paraId="0C77E3D7" w14:textId="77777777" w:rsidR="004C63D3" w:rsidRPr="00E053FC" w:rsidRDefault="004C63D3" w:rsidP="004C63D3">
            <w:pPr>
              <w:jc w:val="both"/>
              <w:rPr>
                <w:bCs/>
                <w:sz w:val="28"/>
                <w:szCs w:val="28"/>
                <w:lang w:val="en-US"/>
              </w:rPr>
            </w:pPr>
            <w:r w:rsidRPr="00E053FC">
              <w:rPr>
                <w:bCs/>
                <w:sz w:val="28"/>
                <w:szCs w:val="28"/>
                <w:lang w:val="en-US"/>
              </w:rPr>
              <w:t>12.11.2024</w:t>
            </w:r>
          </w:p>
        </w:tc>
        <w:tc>
          <w:tcPr>
            <w:tcW w:w="1134" w:type="dxa"/>
          </w:tcPr>
          <w:p w14:paraId="6E6C69C6" w14:textId="77777777" w:rsidR="004C63D3" w:rsidRPr="00E053FC" w:rsidRDefault="004C63D3" w:rsidP="004C63D3">
            <w:pPr>
              <w:jc w:val="both"/>
              <w:rPr>
                <w:bCs/>
                <w:sz w:val="28"/>
                <w:szCs w:val="28"/>
                <w:lang w:val="en-US"/>
              </w:rPr>
            </w:pPr>
            <w:r w:rsidRPr="00E053FC">
              <w:rPr>
                <w:bCs/>
                <w:sz w:val="28"/>
                <w:szCs w:val="28"/>
                <w:lang w:val="en-US"/>
              </w:rPr>
              <w:t>9,10,11</w:t>
            </w:r>
          </w:p>
        </w:tc>
      </w:tr>
      <w:tr w:rsidR="004C63D3" w:rsidRPr="00E053FC" w14:paraId="3D2F2908" w14:textId="77777777" w:rsidTr="00E053FC">
        <w:trPr>
          <w:trHeight w:val="1219"/>
        </w:trPr>
        <w:tc>
          <w:tcPr>
            <w:tcW w:w="522" w:type="dxa"/>
          </w:tcPr>
          <w:p w14:paraId="5E48AA84" w14:textId="77777777" w:rsidR="004C63D3" w:rsidRPr="00E053FC" w:rsidRDefault="004C63D3" w:rsidP="004C63D3">
            <w:pPr>
              <w:jc w:val="both"/>
              <w:rPr>
                <w:bCs/>
                <w:sz w:val="28"/>
                <w:szCs w:val="28"/>
                <w:lang w:val="en-US"/>
              </w:rPr>
            </w:pPr>
            <w:r w:rsidRPr="00E053FC">
              <w:rPr>
                <w:bCs/>
                <w:sz w:val="28"/>
                <w:szCs w:val="28"/>
                <w:lang w:val="en-US"/>
              </w:rPr>
              <w:t>28</w:t>
            </w:r>
          </w:p>
        </w:tc>
        <w:tc>
          <w:tcPr>
            <w:tcW w:w="1855" w:type="dxa"/>
          </w:tcPr>
          <w:p w14:paraId="24C263B8" w14:textId="77777777" w:rsidR="004C63D3" w:rsidRPr="00E053FC" w:rsidRDefault="004C63D3" w:rsidP="004C63D3">
            <w:pPr>
              <w:jc w:val="both"/>
              <w:rPr>
                <w:bCs/>
                <w:sz w:val="28"/>
                <w:szCs w:val="28"/>
              </w:rPr>
            </w:pPr>
            <w:r w:rsidRPr="00E053FC">
              <w:rPr>
                <w:bCs/>
                <w:sz w:val="28"/>
                <w:szCs w:val="28"/>
              </w:rPr>
              <w:t xml:space="preserve">«М.Тынышбаев атындағы </w:t>
            </w:r>
            <w:r w:rsidRPr="00E053FC">
              <w:rPr>
                <w:bCs/>
                <w:sz w:val="28"/>
                <w:szCs w:val="28"/>
                <w:lang w:val="en-US"/>
              </w:rPr>
              <w:t>ATL</w:t>
            </w:r>
            <w:r w:rsidRPr="00E053FC">
              <w:rPr>
                <w:bCs/>
                <w:sz w:val="28"/>
                <w:szCs w:val="28"/>
              </w:rPr>
              <w:t xml:space="preserve"> университеті </w:t>
            </w:r>
          </w:p>
        </w:tc>
        <w:tc>
          <w:tcPr>
            <w:tcW w:w="3719" w:type="dxa"/>
          </w:tcPr>
          <w:p w14:paraId="5078548C" w14:textId="77777777" w:rsidR="004C63D3" w:rsidRPr="00E053FC" w:rsidRDefault="004C63D3" w:rsidP="004C63D3">
            <w:pPr>
              <w:jc w:val="both"/>
              <w:rPr>
                <w:bCs/>
                <w:sz w:val="28"/>
                <w:szCs w:val="28"/>
              </w:rPr>
            </w:pPr>
            <w:r w:rsidRPr="00E053FC">
              <w:rPr>
                <w:bCs/>
                <w:sz w:val="28"/>
                <w:szCs w:val="28"/>
                <w:lang w:val="en-US"/>
              </w:rPr>
              <w:t>https</w:t>
            </w:r>
            <w:r w:rsidRPr="00E053FC">
              <w:rPr>
                <w:bCs/>
                <w:sz w:val="28"/>
                <w:szCs w:val="28"/>
              </w:rPr>
              <w:t>://</w:t>
            </w:r>
            <w:r w:rsidRPr="00E053FC">
              <w:rPr>
                <w:bCs/>
                <w:sz w:val="28"/>
                <w:szCs w:val="28"/>
                <w:lang w:val="en-US"/>
              </w:rPr>
              <w:t>www</w:t>
            </w:r>
            <w:r w:rsidRPr="00E053FC">
              <w:rPr>
                <w:bCs/>
                <w:sz w:val="28"/>
                <w:szCs w:val="28"/>
              </w:rPr>
              <w:t>.</w:t>
            </w:r>
            <w:r w:rsidRPr="00E053FC">
              <w:rPr>
                <w:bCs/>
                <w:sz w:val="28"/>
                <w:szCs w:val="28"/>
                <w:lang w:val="en-US"/>
              </w:rPr>
              <w:t>instagram</w:t>
            </w:r>
            <w:r w:rsidRPr="00E053FC">
              <w:rPr>
                <w:bCs/>
                <w:sz w:val="28"/>
                <w:szCs w:val="28"/>
              </w:rPr>
              <w:t>.</w:t>
            </w:r>
            <w:r w:rsidRPr="00E053FC">
              <w:rPr>
                <w:bCs/>
                <w:sz w:val="28"/>
                <w:szCs w:val="28"/>
                <w:lang w:val="en-US"/>
              </w:rPr>
              <w:t>com</w:t>
            </w:r>
            <w:r w:rsidRPr="00E053FC">
              <w:rPr>
                <w:bCs/>
                <w:sz w:val="28"/>
                <w:szCs w:val="28"/>
              </w:rPr>
              <w:t>/</w:t>
            </w:r>
            <w:r w:rsidRPr="00E053FC">
              <w:rPr>
                <w:bCs/>
                <w:sz w:val="28"/>
                <w:szCs w:val="28"/>
                <w:lang w:val="en-US"/>
              </w:rPr>
              <w:t>p</w:t>
            </w:r>
            <w:r w:rsidRPr="00E053FC">
              <w:rPr>
                <w:bCs/>
                <w:sz w:val="28"/>
                <w:szCs w:val="28"/>
              </w:rPr>
              <w:t>/</w:t>
            </w:r>
            <w:r w:rsidRPr="00E053FC">
              <w:rPr>
                <w:bCs/>
                <w:sz w:val="28"/>
                <w:szCs w:val="28"/>
                <w:lang w:val="en-US"/>
              </w:rPr>
              <w:t>DCyeloEMRYV</w:t>
            </w:r>
            <w:r w:rsidRPr="00E053FC">
              <w:rPr>
                <w:bCs/>
                <w:sz w:val="28"/>
                <w:szCs w:val="28"/>
              </w:rPr>
              <w:t>/?</w:t>
            </w:r>
            <w:r w:rsidRPr="00E053FC">
              <w:rPr>
                <w:bCs/>
                <w:sz w:val="28"/>
                <w:szCs w:val="28"/>
                <w:lang w:val="en-US"/>
              </w:rPr>
              <w:t>rpxt</w:t>
            </w:r>
            <w:r w:rsidRPr="00E053FC">
              <w:rPr>
                <w:bCs/>
                <w:sz w:val="28"/>
                <w:szCs w:val="28"/>
              </w:rPr>
              <w:t>=</w:t>
            </w:r>
            <w:r w:rsidRPr="00E053FC">
              <w:rPr>
                <w:bCs/>
                <w:sz w:val="28"/>
                <w:szCs w:val="28"/>
                <w:lang w:val="en-US"/>
              </w:rPr>
              <w:t>cDhoaW</w:t>
            </w:r>
            <w:r w:rsidRPr="00E053FC">
              <w:rPr>
                <w:bCs/>
                <w:sz w:val="28"/>
                <w:szCs w:val="28"/>
              </w:rPr>
              <w:t>9</w:t>
            </w:r>
            <w:r w:rsidRPr="00E053FC">
              <w:rPr>
                <w:bCs/>
                <w:sz w:val="28"/>
                <w:szCs w:val="28"/>
                <w:lang w:val="en-US"/>
              </w:rPr>
              <w:t>tbnpqcjk</w:t>
            </w:r>
            <w:r w:rsidRPr="00E053FC">
              <w:rPr>
                <w:bCs/>
                <w:sz w:val="28"/>
                <w:szCs w:val="28"/>
              </w:rPr>
              <w:t>5</w:t>
            </w:r>
          </w:p>
        </w:tc>
        <w:tc>
          <w:tcPr>
            <w:tcW w:w="1559" w:type="dxa"/>
          </w:tcPr>
          <w:p w14:paraId="33505C5F" w14:textId="77777777" w:rsidR="004C63D3" w:rsidRPr="00E053FC" w:rsidRDefault="004C63D3" w:rsidP="004C63D3">
            <w:pPr>
              <w:jc w:val="both"/>
              <w:rPr>
                <w:bCs/>
                <w:sz w:val="28"/>
                <w:szCs w:val="28"/>
                <w:lang w:val="en-US"/>
              </w:rPr>
            </w:pPr>
            <w:r w:rsidRPr="00E053FC">
              <w:rPr>
                <w:bCs/>
                <w:sz w:val="28"/>
                <w:szCs w:val="28"/>
                <w:lang w:val="en-US"/>
              </w:rPr>
              <w:t>Универ.өкілдерімен кездесу</w:t>
            </w:r>
          </w:p>
        </w:tc>
        <w:tc>
          <w:tcPr>
            <w:tcW w:w="1843" w:type="dxa"/>
          </w:tcPr>
          <w:p w14:paraId="2CF4765D" w14:textId="77777777" w:rsidR="004C63D3" w:rsidRPr="00E053FC" w:rsidRDefault="004C63D3" w:rsidP="004C63D3">
            <w:pPr>
              <w:jc w:val="both"/>
              <w:rPr>
                <w:bCs/>
                <w:sz w:val="28"/>
                <w:szCs w:val="28"/>
                <w:lang w:val="en-US"/>
              </w:rPr>
            </w:pPr>
            <w:r w:rsidRPr="00E053FC">
              <w:rPr>
                <w:bCs/>
                <w:sz w:val="28"/>
                <w:szCs w:val="28"/>
                <w:lang w:val="en-US"/>
              </w:rPr>
              <w:t>25.11-2024</w:t>
            </w:r>
          </w:p>
        </w:tc>
        <w:tc>
          <w:tcPr>
            <w:tcW w:w="1134" w:type="dxa"/>
          </w:tcPr>
          <w:p w14:paraId="396D9D0F" w14:textId="77777777" w:rsidR="004C63D3" w:rsidRPr="00E053FC" w:rsidRDefault="004C63D3" w:rsidP="004C63D3">
            <w:pPr>
              <w:jc w:val="both"/>
              <w:rPr>
                <w:bCs/>
                <w:sz w:val="28"/>
                <w:szCs w:val="28"/>
                <w:lang w:val="en-US"/>
              </w:rPr>
            </w:pPr>
            <w:r w:rsidRPr="00E053FC">
              <w:rPr>
                <w:bCs/>
                <w:sz w:val="28"/>
                <w:szCs w:val="28"/>
                <w:lang w:val="en-US"/>
              </w:rPr>
              <w:t>11«А», «Ә» 49оқушы</w:t>
            </w:r>
          </w:p>
        </w:tc>
      </w:tr>
      <w:tr w:rsidR="004C63D3" w:rsidRPr="00E053FC" w14:paraId="2D423D82" w14:textId="77777777" w:rsidTr="00E053FC">
        <w:trPr>
          <w:trHeight w:val="1219"/>
        </w:trPr>
        <w:tc>
          <w:tcPr>
            <w:tcW w:w="522" w:type="dxa"/>
          </w:tcPr>
          <w:p w14:paraId="5545F6EA" w14:textId="77777777" w:rsidR="004C63D3" w:rsidRPr="00E053FC" w:rsidRDefault="004C63D3" w:rsidP="004C63D3">
            <w:pPr>
              <w:jc w:val="both"/>
              <w:rPr>
                <w:bCs/>
                <w:sz w:val="28"/>
                <w:szCs w:val="28"/>
                <w:lang w:val="en-US"/>
              </w:rPr>
            </w:pPr>
            <w:r w:rsidRPr="00E053FC">
              <w:rPr>
                <w:bCs/>
                <w:sz w:val="28"/>
                <w:szCs w:val="28"/>
                <w:lang w:val="en-US"/>
              </w:rPr>
              <w:t>29</w:t>
            </w:r>
          </w:p>
        </w:tc>
        <w:tc>
          <w:tcPr>
            <w:tcW w:w="1855" w:type="dxa"/>
          </w:tcPr>
          <w:p w14:paraId="781E5522" w14:textId="77777777" w:rsidR="004C63D3" w:rsidRPr="00E053FC" w:rsidRDefault="004C63D3" w:rsidP="004C63D3">
            <w:pPr>
              <w:jc w:val="both"/>
              <w:rPr>
                <w:bCs/>
                <w:sz w:val="28"/>
                <w:szCs w:val="28"/>
              </w:rPr>
            </w:pPr>
            <w:r w:rsidRPr="00E053FC">
              <w:rPr>
                <w:bCs/>
                <w:sz w:val="28"/>
                <w:szCs w:val="28"/>
              </w:rPr>
              <w:t xml:space="preserve">Ә.Сағынов атындағы Қарағанды техникалық университеті </w:t>
            </w:r>
          </w:p>
        </w:tc>
        <w:tc>
          <w:tcPr>
            <w:tcW w:w="3719" w:type="dxa"/>
          </w:tcPr>
          <w:p w14:paraId="3EB4E94B" w14:textId="77777777" w:rsidR="004C63D3" w:rsidRPr="00E053FC" w:rsidRDefault="004C63D3" w:rsidP="004C63D3">
            <w:pPr>
              <w:jc w:val="both"/>
              <w:rPr>
                <w:bCs/>
                <w:sz w:val="28"/>
                <w:szCs w:val="28"/>
              </w:rPr>
            </w:pPr>
            <w:r w:rsidRPr="00E053FC">
              <w:rPr>
                <w:bCs/>
                <w:sz w:val="28"/>
                <w:szCs w:val="28"/>
                <w:lang w:val="en-US"/>
              </w:rPr>
              <w:t>https</w:t>
            </w:r>
            <w:r w:rsidRPr="00E053FC">
              <w:rPr>
                <w:bCs/>
                <w:sz w:val="28"/>
                <w:szCs w:val="28"/>
              </w:rPr>
              <w:t>://</w:t>
            </w:r>
            <w:r w:rsidRPr="00E053FC">
              <w:rPr>
                <w:bCs/>
                <w:sz w:val="28"/>
                <w:szCs w:val="28"/>
                <w:lang w:val="en-US"/>
              </w:rPr>
              <w:t>www</w:t>
            </w:r>
            <w:r w:rsidRPr="00E053FC">
              <w:rPr>
                <w:bCs/>
                <w:sz w:val="28"/>
                <w:szCs w:val="28"/>
              </w:rPr>
              <w:t>.</w:t>
            </w:r>
            <w:r w:rsidRPr="00E053FC">
              <w:rPr>
                <w:bCs/>
                <w:sz w:val="28"/>
                <w:szCs w:val="28"/>
                <w:lang w:val="en-US"/>
              </w:rPr>
              <w:t>instagram</w:t>
            </w:r>
            <w:r w:rsidRPr="00E053FC">
              <w:rPr>
                <w:bCs/>
                <w:sz w:val="28"/>
                <w:szCs w:val="28"/>
              </w:rPr>
              <w:t>.</w:t>
            </w:r>
            <w:r w:rsidRPr="00E053FC">
              <w:rPr>
                <w:bCs/>
                <w:sz w:val="28"/>
                <w:szCs w:val="28"/>
                <w:lang w:val="en-US"/>
              </w:rPr>
              <w:t>com</w:t>
            </w:r>
            <w:r w:rsidRPr="00E053FC">
              <w:rPr>
                <w:bCs/>
                <w:sz w:val="28"/>
                <w:szCs w:val="28"/>
              </w:rPr>
              <w:t>/</w:t>
            </w:r>
            <w:r w:rsidRPr="00E053FC">
              <w:rPr>
                <w:bCs/>
                <w:sz w:val="28"/>
                <w:szCs w:val="28"/>
                <w:lang w:val="en-US"/>
              </w:rPr>
              <w:t>p</w:t>
            </w:r>
            <w:r w:rsidRPr="00E053FC">
              <w:rPr>
                <w:bCs/>
                <w:sz w:val="28"/>
                <w:szCs w:val="28"/>
              </w:rPr>
              <w:t>/</w:t>
            </w:r>
            <w:r w:rsidRPr="00E053FC">
              <w:rPr>
                <w:bCs/>
                <w:sz w:val="28"/>
                <w:szCs w:val="28"/>
                <w:lang w:val="en-US"/>
              </w:rPr>
              <w:t>DDD</w:t>
            </w:r>
            <w:r w:rsidRPr="00E053FC">
              <w:rPr>
                <w:bCs/>
                <w:sz w:val="28"/>
                <w:szCs w:val="28"/>
              </w:rPr>
              <w:t>4</w:t>
            </w:r>
            <w:r w:rsidRPr="00E053FC">
              <w:rPr>
                <w:bCs/>
                <w:sz w:val="28"/>
                <w:szCs w:val="28"/>
                <w:lang w:val="en-US"/>
              </w:rPr>
              <w:t>dwXoXg</w:t>
            </w:r>
            <w:r w:rsidRPr="00E053FC">
              <w:rPr>
                <w:bCs/>
                <w:sz w:val="28"/>
                <w:szCs w:val="28"/>
              </w:rPr>
              <w:t>7/?</w:t>
            </w:r>
            <w:r w:rsidRPr="00E053FC">
              <w:rPr>
                <w:bCs/>
                <w:sz w:val="28"/>
                <w:szCs w:val="28"/>
                <w:lang w:val="en-US"/>
              </w:rPr>
              <w:t>vrfl</w:t>
            </w:r>
            <w:r w:rsidRPr="00E053FC">
              <w:rPr>
                <w:bCs/>
                <w:sz w:val="28"/>
                <w:szCs w:val="28"/>
              </w:rPr>
              <w:t>=</w:t>
            </w:r>
            <w:r w:rsidRPr="00E053FC">
              <w:rPr>
                <w:bCs/>
                <w:sz w:val="28"/>
                <w:szCs w:val="28"/>
                <w:lang w:val="en-US"/>
              </w:rPr>
              <w:t>MmNrc</w:t>
            </w:r>
            <w:r w:rsidRPr="00E053FC">
              <w:rPr>
                <w:bCs/>
                <w:sz w:val="28"/>
                <w:szCs w:val="28"/>
              </w:rPr>
              <w:t>2</w:t>
            </w:r>
            <w:r w:rsidRPr="00E053FC">
              <w:rPr>
                <w:bCs/>
                <w:sz w:val="28"/>
                <w:szCs w:val="28"/>
                <w:lang w:val="en-US"/>
              </w:rPr>
              <w:t>xuaWs</w:t>
            </w:r>
            <w:r w:rsidRPr="00E053FC">
              <w:rPr>
                <w:bCs/>
                <w:sz w:val="28"/>
                <w:szCs w:val="28"/>
              </w:rPr>
              <w:t>4</w:t>
            </w:r>
            <w:r w:rsidRPr="00E053FC">
              <w:rPr>
                <w:bCs/>
                <w:sz w:val="28"/>
                <w:szCs w:val="28"/>
                <w:lang w:val="en-US"/>
              </w:rPr>
              <w:t>cjJs</w:t>
            </w:r>
          </w:p>
        </w:tc>
        <w:tc>
          <w:tcPr>
            <w:tcW w:w="1559" w:type="dxa"/>
          </w:tcPr>
          <w:p w14:paraId="3D66CA79" w14:textId="77777777" w:rsidR="004C63D3" w:rsidRPr="00E053FC" w:rsidRDefault="004C63D3" w:rsidP="004C63D3">
            <w:pPr>
              <w:jc w:val="both"/>
              <w:rPr>
                <w:bCs/>
                <w:sz w:val="28"/>
                <w:szCs w:val="28"/>
                <w:lang w:val="en-US"/>
              </w:rPr>
            </w:pPr>
            <w:r w:rsidRPr="00E053FC">
              <w:rPr>
                <w:bCs/>
                <w:sz w:val="28"/>
                <w:szCs w:val="28"/>
                <w:lang w:val="en-US"/>
              </w:rPr>
              <w:t>Педагог мамандарымен кездесу</w:t>
            </w:r>
          </w:p>
        </w:tc>
        <w:tc>
          <w:tcPr>
            <w:tcW w:w="1843" w:type="dxa"/>
          </w:tcPr>
          <w:p w14:paraId="2B7250D6" w14:textId="77777777" w:rsidR="004C63D3" w:rsidRPr="00E053FC" w:rsidRDefault="004C63D3" w:rsidP="004C63D3">
            <w:pPr>
              <w:jc w:val="both"/>
              <w:rPr>
                <w:bCs/>
                <w:sz w:val="28"/>
                <w:szCs w:val="28"/>
                <w:lang w:val="en-US"/>
              </w:rPr>
            </w:pPr>
            <w:r w:rsidRPr="00E053FC">
              <w:rPr>
                <w:bCs/>
                <w:sz w:val="28"/>
                <w:szCs w:val="28"/>
                <w:lang w:val="en-US"/>
              </w:rPr>
              <w:t>02.12.2024</w:t>
            </w:r>
          </w:p>
        </w:tc>
        <w:tc>
          <w:tcPr>
            <w:tcW w:w="1134" w:type="dxa"/>
          </w:tcPr>
          <w:p w14:paraId="5B93E327" w14:textId="77777777" w:rsidR="004C63D3" w:rsidRPr="00E053FC" w:rsidRDefault="004C63D3" w:rsidP="004C63D3">
            <w:pPr>
              <w:jc w:val="both"/>
              <w:rPr>
                <w:bCs/>
                <w:sz w:val="28"/>
                <w:szCs w:val="28"/>
                <w:lang w:val="en-US"/>
              </w:rPr>
            </w:pPr>
            <w:r w:rsidRPr="00E053FC">
              <w:rPr>
                <w:bCs/>
                <w:sz w:val="28"/>
                <w:szCs w:val="28"/>
                <w:lang w:val="en-US"/>
              </w:rPr>
              <w:t>11«А», «Ә»</w:t>
            </w:r>
          </w:p>
          <w:p w14:paraId="537E3EF6" w14:textId="77777777" w:rsidR="004C63D3" w:rsidRPr="00E053FC" w:rsidRDefault="004C63D3" w:rsidP="004C63D3">
            <w:pPr>
              <w:jc w:val="both"/>
              <w:rPr>
                <w:bCs/>
                <w:sz w:val="28"/>
                <w:szCs w:val="28"/>
                <w:lang w:val="en-US"/>
              </w:rPr>
            </w:pPr>
            <w:r w:rsidRPr="00E053FC">
              <w:rPr>
                <w:bCs/>
                <w:sz w:val="28"/>
                <w:szCs w:val="28"/>
                <w:lang w:val="en-US"/>
              </w:rPr>
              <w:t>23оқушы</w:t>
            </w:r>
          </w:p>
        </w:tc>
      </w:tr>
      <w:tr w:rsidR="004C63D3" w:rsidRPr="00E053FC" w14:paraId="3347AB56" w14:textId="77777777" w:rsidTr="00E053FC">
        <w:trPr>
          <w:trHeight w:val="1219"/>
        </w:trPr>
        <w:tc>
          <w:tcPr>
            <w:tcW w:w="522" w:type="dxa"/>
          </w:tcPr>
          <w:p w14:paraId="613E6B68" w14:textId="77777777" w:rsidR="004C63D3" w:rsidRPr="00E053FC" w:rsidRDefault="004C63D3" w:rsidP="004C63D3">
            <w:pPr>
              <w:jc w:val="both"/>
              <w:rPr>
                <w:bCs/>
                <w:sz w:val="28"/>
                <w:szCs w:val="28"/>
                <w:lang w:val="en-US"/>
              </w:rPr>
            </w:pPr>
            <w:r w:rsidRPr="00E053FC">
              <w:rPr>
                <w:bCs/>
                <w:sz w:val="28"/>
                <w:szCs w:val="28"/>
                <w:lang w:val="en-US"/>
              </w:rPr>
              <w:t>30</w:t>
            </w:r>
          </w:p>
        </w:tc>
        <w:tc>
          <w:tcPr>
            <w:tcW w:w="1855" w:type="dxa"/>
          </w:tcPr>
          <w:p w14:paraId="32AB640D" w14:textId="77777777" w:rsidR="004C63D3" w:rsidRPr="00E053FC" w:rsidRDefault="004C63D3" w:rsidP="004C63D3">
            <w:pPr>
              <w:jc w:val="both"/>
              <w:rPr>
                <w:bCs/>
                <w:sz w:val="28"/>
                <w:szCs w:val="28"/>
                <w:lang w:val="en-US"/>
              </w:rPr>
            </w:pPr>
            <w:r w:rsidRPr="00E053FC">
              <w:rPr>
                <w:bCs/>
                <w:sz w:val="28"/>
                <w:szCs w:val="28"/>
                <w:lang w:val="en-US"/>
              </w:rPr>
              <w:t xml:space="preserve">“Мамандық-өмір айнасы” </w:t>
            </w:r>
          </w:p>
        </w:tc>
        <w:tc>
          <w:tcPr>
            <w:tcW w:w="3719" w:type="dxa"/>
          </w:tcPr>
          <w:p w14:paraId="742A1672" w14:textId="77777777" w:rsidR="004C63D3" w:rsidRPr="00E053FC" w:rsidRDefault="004C63D3" w:rsidP="004C63D3">
            <w:pPr>
              <w:jc w:val="both"/>
              <w:rPr>
                <w:bCs/>
                <w:sz w:val="28"/>
                <w:szCs w:val="28"/>
                <w:lang w:val="en-US"/>
              </w:rPr>
            </w:pPr>
            <w:r w:rsidRPr="00E053FC">
              <w:rPr>
                <w:bCs/>
                <w:sz w:val="28"/>
                <w:szCs w:val="28"/>
                <w:lang w:val="en-US"/>
              </w:rPr>
              <w:t>https://www.instagram.com/reel/DDeIf-SMxf0/?vrfl=MWQyaGU5NjZ3eGFlYQ==</w:t>
            </w:r>
          </w:p>
        </w:tc>
        <w:tc>
          <w:tcPr>
            <w:tcW w:w="1559" w:type="dxa"/>
          </w:tcPr>
          <w:p w14:paraId="0DABF772" w14:textId="77777777" w:rsidR="004C63D3" w:rsidRPr="00E053FC" w:rsidRDefault="004C63D3" w:rsidP="004C63D3">
            <w:pPr>
              <w:jc w:val="both"/>
              <w:rPr>
                <w:bCs/>
                <w:sz w:val="28"/>
                <w:szCs w:val="28"/>
                <w:lang w:val="en-US"/>
              </w:rPr>
            </w:pPr>
            <w:r w:rsidRPr="00E053FC">
              <w:rPr>
                <w:bCs/>
                <w:sz w:val="28"/>
                <w:szCs w:val="28"/>
                <w:lang w:val="en-US"/>
              </w:rPr>
              <w:t>Писхологиялық сағат</w:t>
            </w:r>
          </w:p>
        </w:tc>
        <w:tc>
          <w:tcPr>
            <w:tcW w:w="1843" w:type="dxa"/>
          </w:tcPr>
          <w:p w14:paraId="194096C6" w14:textId="77777777" w:rsidR="004C63D3" w:rsidRPr="00E053FC" w:rsidRDefault="004C63D3" w:rsidP="004C63D3">
            <w:pPr>
              <w:jc w:val="both"/>
              <w:rPr>
                <w:bCs/>
                <w:sz w:val="28"/>
                <w:szCs w:val="28"/>
                <w:lang w:val="en-US"/>
              </w:rPr>
            </w:pPr>
            <w:r w:rsidRPr="00E053FC">
              <w:rPr>
                <w:bCs/>
                <w:sz w:val="28"/>
                <w:szCs w:val="28"/>
                <w:lang w:val="en-US"/>
              </w:rPr>
              <w:t>12.12.2024</w:t>
            </w:r>
          </w:p>
        </w:tc>
        <w:tc>
          <w:tcPr>
            <w:tcW w:w="1134" w:type="dxa"/>
          </w:tcPr>
          <w:p w14:paraId="5DE4F2E9" w14:textId="77777777" w:rsidR="004C63D3" w:rsidRPr="00E053FC" w:rsidRDefault="004C63D3" w:rsidP="004C63D3">
            <w:pPr>
              <w:jc w:val="both"/>
              <w:rPr>
                <w:bCs/>
                <w:sz w:val="28"/>
                <w:szCs w:val="28"/>
                <w:lang w:val="en-US"/>
              </w:rPr>
            </w:pPr>
            <w:r w:rsidRPr="00E053FC">
              <w:rPr>
                <w:bCs/>
                <w:sz w:val="28"/>
                <w:szCs w:val="28"/>
                <w:lang w:val="en-US"/>
              </w:rPr>
              <w:t>11«А», «Ә»   31оқушы</w:t>
            </w:r>
          </w:p>
        </w:tc>
      </w:tr>
      <w:tr w:rsidR="004C63D3" w:rsidRPr="00E053FC" w14:paraId="6560AC91" w14:textId="77777777" w:rsidTr="00E053FC">
        <w:trPr>
          <w:trHeight w:val="1219"/>
        </w:trPr>
        <w:tc>
          <w:tcPr>
            <w:tcW w:w="522" w:type="dxa"/>
          </w:tcPr>
          <w:p w14:paraId="5F84E226" w14:textId="77777777" w:rsidR="004C63D3" w:rsidRPr="00E053FC" w:rsidRDefault="004C63D3" w:rsidP="004C63D3">
            <w:pPr>
              <w:jc w:val="both"/>
              <w:rPr>
                <w:bCs/>
                <w:sz w:val="28"/>
                <w:szCs w:val="28"/>
                <w:lang w:val="en-US"/>
              </w:rPr>
            </w:pPr>
            <w:r w:rsidRPr="00E053FC">
              <w:rPr>
                <w:bCs/>
                <w:sz w:val="28"/>
                <w:szCs w:val="28"/>
                <w:lang w:val="en-US"/>
              </w:rPr>
              <w:lastRenderedPageBreak/>
              <w:t>31</w:t>
            </w:r>
          </w:p>
        </w:tc>
        <w:tc>
          <w:tcPr>
            <w:tcW w:w="1855" w:type="dxa"/>
          </w:tcPr>
          <w:p w14:paraId="07E4B8D4" w14:textId="77777777" w:rsidR="004C63D3" w:rsidRPr="00E053FC" w:rsidRDefault="004C63D3" w:rsidP="004C63D3">
            <w:pPr>
              <w:jc w:val="both"/>
              <w:rPr>
                <w:bCs/>
                <w:sz w:val="28"/>
                <w:szCs w:val="28"/>
                <w:lang w:val="en-US"/>
              </w:rPr>
            </w:pPr>
            <w:r w:rsidRPr="00E053FC">
              <w:rPr>
                <w:bCs/>
                <w:sz w:val="28"/>
                <w:szCs w:val="28"/>
                <w:lang w:val="en-US"/>
              </w:rPr>
              <w:t>«ҚРҰлттық Ұлан академиясы офицерлерді даярлайтын оқу орны</w:t>
            </w:r>
          </w:p>
        </w:tc>
        <w:tc>
          <w:tcPr>
            <w:tcW w:w="3719" w:type="dxa"/>
          </w:tcPr>
          <w:p w14:paraId="6C935B81" w14:textId="77777777" w:rsidR="004C63D3" w:rsidRPr="00E053FC" w:rsidRDefault="004C63D3" w:rsidP="004C63D3">
            <w:pPr>
              <w:jc w:val="both"/>
              <w:rPr>
                <w:bCs/>
                <w:sz w:val="28"/>
                <w:szCs w:val="28"/>
                <w:lang w:val="en-US"/>
              </w:rPr>
            </w:pPr>
            <w:r w:rsidRPr="00E053FC">
              <w:rPr>
                <w:bCs/>
                <w:sz w:val="28"/>
                <w:szCs w:val="28"/>
                <w:lang w:val="en-US"/>
              </w:rPr>
              <w:t>https://www.instagram.com/p/DDoQxcssQ0z/?mdxt=MWNkcGVnamhzZjk2aA%3D%3D&amp;wa_status_inline=true</w:t>
            </w:r>
          </w:p>
        </w:tc>
        <w:tc>
          <w:tcPr>
            <w:tcW w:w="1559" w:type="dxa"/>
          </w:tcPr>
          <w:p w14:paraId="6C2A506F" w14:textId="77777777" w:rsidR="004C63D3" w:rsidRPr="00E053FC" w:rsidRDefault="004C63D3" w:rsidP="004C63D3">
            <w:pPr>
              <w:jc w:val="both"/>
              <w:rPr>
                <w:bCs/>
                <w:sz w:val="28"/>
                <w:szCs w:val="28"/>
                <w:lang w:val="en-US"/>
              </w:rPr>
            </w:pPr>
            <w:r w:rsidRPr="00E053FC">
              <w:rPr>
                <w:bCs/>
                <w:sz w:val="28"/>
                <w:szCs w:val="28"/>
                <w:lang w:val="en-US"/>
              </w:rPr>
              <w:t>Кездесу</w:t>
            </w:r>
          </w:p>
        </w:tc>
        <w:tc>
          <w:tcPr>
            <w:tcW w:w="1843" w:type="dxa"/>
          </w:tcPr>
          <w:p w14:paraId="2E5C93CF" w14:textId="77777777" w:rsidR="004C63D3" w:rsidRPr="00E053FC" w:rsidRDefault="004C63D3" w:rsidP="004C63D3">
            <w:pPr>
              <w:jc w:val="both"/>
              <w:rPr>
                <w:bCs/>
                <w:sz w:val="28"/>
                <w:szCs w:val="28"/>
                <w:lang w:val="en-US"/>
              </w:rPr>
            </w:pPr>
            <w:r w:rsidRPr="00E053FC">
              <w:rPr>
                <w:bCs/>
                <w:sz w:val="28"/>
                <w:szCs w:val="28"/>
                <w:lang w:val="en-US"/>
              </w:rPr>
              <w:t>16.12.2024</w:t>
            </w:r>
          </w:p>
        </w:tc>
        <w:tc>
          <w:tcPr>
            <w:tcW w:w="1134" w:type="dxa"/>
          </w:tcPr>
          <w:p w14:paraId="309F2BD1" w14:textId="77777777" w:rsidR="004C63D3" w:rsidRPr="00E053FC" w:rsidRDefault="004C63D3" w:rsidP="004C63D3">
            <w:pPr>
              <w:jc w:val="both"/>
              <w:rPr>
                <w:bCs/>
                <w:sz w:val="28"/>
                <w:szCs w:val="28"/>
                <w:lang w:val="en-US"/>
              </w:rPr>
            </w:pPr>
            <w:r w:rsidRPr="00E053FC">
              <w:rPr>
                <w:bCs/>
                <w:sz w:val="28"/>
                <w:szCs w:val="28"/>
                <w:lang w:val="en-US"/>
              </w:rPr>
              <w:t>11«А», «Ә» 26оқушы</w:t>
            </w:r>
          </w:p>
        </w:tc>
      </w:tr>
      <w:tr w:rsidR="004C63D3" w:rsidRPr="00E053FC" w14:paraId="3C9DB587" w14:textId="77777777" w:rsidTr="00E053FC">
        <w:trPr>
          <w:trHeight w:val="1219"/>
        </w:trPr>
        <w:tc>
          <w:tcPr>
            <w:tcW w:w="522" w:type="dxa"/>
          </w:tcPr>
          <w:p w14:paraId="48C926FE" w14:textId="77777777" w:rsidR="004C63D3" w:rsidRPr="00E053FC" w:rsidRDefault="004C63D3" w:rsidP="004C63D3">
            <w:pPr>
              <w:jc w:val="both"/>
              <w:rPr>
                <w:bCs/>
                <w:sz w:val="28"/>
                <w:szCs w:val="28"/>
                <w:lang w:val="en-US"/>
              </w:rPr>
            </w:pPr>
            <w:r w:rsidRPr="00E053FC">
              <w:rPr>
                <w:bCs/>
                <w:sz w:val="28"/>
                <w:szCs w:val="28"/>
                <w:lang w:val="en-US"/>
              </w:rPr>
              <w:t>32</w:t>
            </w:r>
          </w:p>
        </w:tc>
        <w:tc>
          <w:tcPr>
            <w:tcW w:w="1855" w:type="dxa"/>
          </w:tcPr>
          <w:p w14:paraId="67E9C2D3" w14:textId="77777777" w:rsidR="004C63D3" w:rsidRPr="00E053FC" w:rsidRDefault="004C63D3" w:rsidP="004C63D3">
            <w:pPr>
              <w:jc w:val="both"/>
              <w:rPr>
                <w:bCs/>
                <w:sz w:val="28"/>
                <w:szCs w:val="28"/>
                <w:lang w:val="en-US"/>
              </w:rPr>
            </w:pPr>
            <w:r w:rsidRPr="00E053FC">
              <w:rPr>
                <w:bCs/>
                <w:sz w:val="28"/>
                <w:szCs w:val="28"/>
                <w:lang w:val="en-US"/>
              </w:rPr>
              <w:t xml:space="preserve">“Мамандық-өмір айнасы” </w:t>
            </w:r>
          </w:p>
        </w:tc>
        <w:tc>
          <w:tcPr>
            <w:tcW w:w="3719" w:type="dxa"/>
          </w:tcPr>
          <w:p w14:paraId="0DE40FB7" w14:textId="77777777" w:rsidR="004C63D3" w:rsidRPr="00E053FC" w:rsidRDefault="004C63D3" w:rsidP="004C63D3">
            <w:pPr>
              <w:jc w:val="both"/>
              <w:rPr>
                <w:bCs/>
                <w:sz w:val="28"/>
                <w:szCs w:val="28"/>
                <w:lang w:val="en-US"/>
              </w:rPr>
            </w:pPr>
          </w:p>
          <w:p w14:paraId="013BAB03" w14:textId="77777777" w:rsidR="004C63D3" w:rsidRPr="00E053FC" w:rsidRDefault="004C63D3" w:rsidP="004C63D3">
            <w:pPr>
              <w:jc w:val="both"/>
              <w:rPr>
                <w:bCs/>
                <w:sz w:val="28"/>
                <w:szCs w:val="28"/>
                <w:lang w:val="en-US"/>
              </w:rPr>
            </w:pPr>
            <w:r w:rsidRPr="00E053FC">
              <w:rPr>
                <w:bCs/>
                <w:sz w:val="28"/>
                <w:szCs w:val="28"/>
                <w:lang w:val="en-US"/>
              </w:rPr>
              <w:t>https://www.instagram.com/reel/DDoQ4E7MYyL/?mdxt=MXhzcmJwNXMzdmxxcg==</w:t>
            </w:r>
          </w:p>
        </w:tc>
        <w:tc>
          <w:tcPr>
            <w:tcW w:w="1559" w:type="dxa"/>
          </w:tcPr>
          <w:p w14:paraId="691C4929" w14:textId="77777777" w:rsidR="004C63D3" w:rsidRPr="00E053FC" w:rsidRDefault="004C63D3" w:rsidP="004C63D3">
            <w:pPr>
              <w:jc w:val="both"/>
              <w:rPr>
                <w:bCs/>
                <w:sz w:val="28"/>
                <w:szCs w:val="28"/>
                <w:lang w:val="en-US"/>
              </w:rPr>
            </w:pPr>
            <w:r w:rsidRPr="00E053FC">
              <w:rPr>
                <w:bCs/>
                <w:sz w:val="28"/>
                <w:szCs w:val="28"/>
                <w:lang w:val="en-US"/>
              </w:rPr>
              <w:t xml:space="preserve">Писхологиялық сағаты </w:t>
            </w:r>
          </w:p>
        </w:tc>
        <w:tc>
          <w:tcPr>
            <w:tcW w:w="1843" w:type="dxa"/>
          </w:tcPr>
          <w:p w14:paraId="7D2F9723" w14:textId="77777777" w:rsidR="004C63D3" w:rsidRPr="00E053FC" w:rsidRDefault="004C63D3" w:rsidP="004C63D3">
            <w:pPr>
              <w:jc w:val="both"/>
              <w:rPr>
                <w:bCs/>
                <w:sz w:val="28"/>
                <w:szCs w:val="28"/>
                <w:lang w:val="en-US"/>
              </w:rPr>
            </w:pPr>
            <w:r w:rsidRPr="00E053FC">
              <w:rPr>
                <w:bCs/>
                <w:sz w:val="28"/>
                <w:szCs w:val="28"/>
                <w:lang w:val="en-US"/>
              </w:rPr>
              <w:t>16.12.2024.</w:t>
            </w:r>
          </w:p>
        </w:tc>
        <w:tc>
          <w:tcPr>
            <w:tcW w:w="1134" w:type="dxa"/>
          </w:tcPr>
          <w:p w14:paraId="25C61EF0" w14:textId="77777777" w:rsidR="004C63D3" w:rsidRPr="00E053FC" w:rsidRDefault="004C63D3" w:rsidP="004C63D3">
            <w:pPr>
              <w:jc w:val="both"/>
              <w:rPr>
                <w:bCs/>
                <w:sz w:val="28"/>
                <w:szCs w:val="28"/>
                <w:lang w:val="en-US"/>
              </w:rPr>
            </w:pPr>
            <w:r w:rsidRPr="00E053FC">
              <w:rPr>
                <w:bCs/>
                <w:sz w:val="28"/>
                <w:szCs w:val="28"/>
                <w:lang w:val="en-US"/>
              </w:rPr>
              <w:t>11«А», «Ә» 39оқушы</w:t>
            </w:r>
          </w:p>
        </w:tc>
      </w:tr>
      <w:tr w:rsidR="004C63D3" w:rsidRPr="00E053FC" w14:paraId="32D5D3DF" w14:textId="77777777" w:rsidTr="00E053FC">
        <w:trPr>
          <w:trHeight w:val="1219"/>
        </w:trPr>
        <w:tc>
          <w:tcPr>
            <w:tcW w:w="522" w:type="dxa"/>
          </w:tcPr>
          <w:p w14:paraId="0949DBCE" w14:textId="77777777" w:rsidR="004C63D3" w:rsidRPr="00E053FC" w:rsidRDefault="004C63D3" w:rsidP="004C63D3">
            <w:pPr>
              <w:jc w:val="both"/>
              <w:rPr>
                <w:bCs/>
                <w:sz w:val="28"/>
                <w:szCs w:val="28"/>
                <w:lang w:val="en-US"/>
              </w:rPr>
            </w:pPr>
            <w:r w:rsidRPr="00E053FC">
              <w:rPr>
                <w:bCs/>
                <w:sz w:val="28"/>
                <w:szCs w:val="28"/>
                <w:lang w:val="en-US"/>
              </w:rPr>
              <w:t>33</w:t>
            </w:r>
          </w:p>
        </w:tc>
        <w:tc>
          <w:tcPr>
            <w:tcW w:w="1855" w:type="dxa"/>
          </w:tcPr>
          <w:p w14:paraId="7182268E" w14:textId="77777777" w:rsidR="004C63D3" w:rsidRPr="00E053FC" w:rsidRDefault="004C63D3" w:rsidP="004C63D3">
            <w:pPr>
              <w:jc w:val="both"/>
              <w:rPr>
                <w:bCs/>
                <w:sz w:val="28"/>
                <w:szCs w:val="28"/>
                <w:lang w:val="en-US"/>
              </w:rPr>
            </w:pPr>
            <w:r w:rsidRPr="00E053FC">
              <w:rPr>
                <w:bCs/>
                <w:sz w:val="28"/>
                <w:szCs w:val="28"/>
                <w:lang w:val="en-US"/>
              </w:rPr>
              <w:t>«Психология-таңғажайып ғылым»</w:t>
            </w:r>
          </w:p>
        </w:tc>
        <w:tc>
          <w:tcPr>
            <w:tcW w:w="3719" w:type="dxa"/>
          </w:tcPr>
          <w:p w14:paraId="290E02AF" w14:textId="77777777" w:rsidR="004C63D3" w:rsidRPr="00E053FC" w:rsidRDefault="004C63D3" w:rsidP="004C63D3">
            <w:pPr>
              <w:jc w:val="both"/>
              <w:rPr>
                <w:bCs/>
                <w:sz w:val="28"/>
                <w:szCs w:val="28"/>
                <w:lang w:val="en-US"/>
              </w:rPr>
            </w:pPr>
            <w:r w:rsidRPr="00E053FC">
              <w:rPr>
                <w:bCs/>
                <w:sz w:val="28"/>
                <w:szCs w:val="28"/>
                <w:lang w:val="en-US"/>
              </w:rPr>
              <w:t>https://www.instagram.com/reel/DE4Ow9bMAVZ/?obrf=MXhieWpzcDdkdnJr</w:t>
            </w:r>
          </w:p>
        </w:tc>
        <w:tc>
          <w:tcPr>
            <w:tcW w:w="1559" w:type="dxa"/>
          </w:tcPr>
          <w:p w14:paraId="1989B909" w14:textId="77777777" w:rsidR="004C63D3" w:rsidRPr="00E053FC" w:rsidRDefault="004C63D3" w:rsidP="004C63D3">
            <w:pPr>
              <w:jc w:val="both"/>
              <w:rPr>
                <w:bCs/>
                <w:sz w:val="28"/>
                <w:szCs w:val="28"/>
                <w:lang w:val="en-US"/>
              </w:rPr>
            </w:pPr>
            <w:r w:rsidRPr="00E053FC">
              <w:rPr>
                <w:bCs/>
                <w:sz w:val="28"/>
                <w:szCs w:val="28"/>
                <w:lang w:val="en-US"/>
              </w:rPr>
              <w:t>Психологиялық тренинг</w:t>
            </w:r>
          </w:p>
        </w:tc>
        <w:tc>
          <w:tcPr>
            <w:tcW w:w="1843" w:type="dxa"/>
          </w:tcPr>
          <w:p w14:paraId="538C505B" w14:textId="77777777" w:rsidR="004C63D3" w:rsidRPr="00E053FC" w:rsidRDefault="004C63D3" w:rsidP="004C63D3">
            <w:pPr>
              <w:jc w:val="both"/>
              <w:rPr>
                <w:bCs/>
                <w:sz w:val="28"/>
                <w:szCs w:val="28"/>
                <w:lang w:val="en-US"/>
              </w:rPr>
            </w:pPr>
            <w:r w:rsidRPr="00E053FC">
              <w:rPr>
                <w:bCs/>
                <w:sz w:val="28"/>
                <w:szCs w:val="28"/>
                <w:lang w:val="en-US"/>
              </w:rPr>
              <w:t>16.01.2025</w:t>
            </w:r>
          </w:p>
        </w:tc>
        <w:tc>
          <w:tcPr>
            <w:tcW w:w="1134" w:type="dxa"/>
          </w:tcPr>
          <w:p w14:paraId="48F394D7" w14:textId="77777777" w:rsidR="004C63D3" w:rsidRPr="00E053FC" w:rsidRDefault="004C63D3" w:rsidP="004C63D3">
            <w:pPr>
              <w:jc w:val="both"/>
              <w:rPr>
                <w:bCs/>
                <w:sz w:val="28"/>
                <w:szCs w:val="28"/>
                <w:lang w:val="en-US"/>
              </w:rPr>
            </w:pPr>
            <w:r w:rsidRPr="00E053FC">
              <w:rPr>
                <w:bCs/>
                <w:sz w:val="28"/>
                <w:szCs w:val="28"/>
                <w:lang w:val="en-US"/>
              </w:rPr>
              <w:t>10,11</w:t>
            </w:r>
          </w:p>
          <w:p w14:paraId="43A1D785" w14:textId="77777777" w:rsidR="004C63D3" w:rsidRPr="00E053FC" w:rsidRDefault="004C63D3" w:rsidP="004C63D3">
            <w:pPr>
              <w:jc w:val="both"/>
              <w:rPr>
                <w:bCs/>
                <w:sz w:val="28"/>
                <w:szCs w:val="28"/>
                <w:lang w:val="en-US"/>
              </w:rPr>
            </w:pPr>
            <w:r w:rsidRPr="00E053FC">
              <w:rPr>
                <w:bCs/>
                <w:sz w:val="28"/>
                <w:szCs w:val="28"/>
                <w:lang w:val="en-US"/>
              </w:rPr>
              <w:t>44оқушы</w:t>
            </w:r>
          </w:p>
        </w:tc>
      </w:tr>
      <w:tr w:rsidR="004C63D3" w:rsidRPr="00E053FC" w14:paraId="32175B60" w14:textId="77777777" w:rsidTr="00E053FC">
        <w:trPr>
          <w:trHeight w:val="1219"/>
        </w:trPr>
        <w:tc>
          <w:tcPr>
            <w:tcW w:w="522" w:type="dxa"/>
          </w:tcPr>
          <w:p w14:paraId="502DE196" w14:textId="77777777" w:rsidR="004C63D3" w:rsidRPr="00E053FC" w:rsidRDefault="004C63D3" w:rsidP="004C63D3">
            <w:pPr>
              <w:jc w:val="both"/>
              <w:rPr>
                <w:bCs/>
                <w:sz w:val="28"/>
                <w:szCs w:val="28"/>
                <w:lang w:val="en-US"/>
              </w:rPr>
            </w:pPr>
            <w:r w:rsidRPr="00E053FC">
              <w:rPr>
                <w:bCs/>
                <w:sz w:val="28"/>
                <w:szCs w:val="28"/>
                <w:lang w:val="en-US"/>
              </w:rPr>
              <w:t>34</w:t>
            </w:r>
          </w:p>
        </w:tc>
        <w:tc>
          <w:tcPr>
            <w:tcW w:w="1855" w:type="dxa"/>
          </w:tcPr>
          <w:p w14:paraId="0B340D97" w14:textId="77777777" w:rsidR="004C63D3" w:rsidRPr="00E053FC" w:rsidRDefault="004C63D3" w:rsidP="004C63D3">
            <w:pPr>
              <w:jc w:val="both"/>
              <w:rPr>
                <w:bCs/>
                <w:sz w:val="28"/>
                <w:szCs w:val="28"/>
                <w:lang w:val="en-US"/>
              </w:rPr>
            </w:pPr>
            <w:r w:rsidRPr="00E053FC">
              <w:rPr>
                <w:bCs/>
                <w:sz w:val="28"/>
                <w:szCs w:val="28"/>
                <w:lang w:val="en-US"/>
              </w:rPr>
              <w:t xml:space="preserve">“Менің мамандығым-менің болашағым” </w:t>
            </w:r>
          </w:p>
        </w:tc>
        <w:tc>
          <w:tcPr>
            <w:tcW w:w="3719" w:type="dxa"/>
          </w:tcPr>
          <w:p w14:paraId="66FA0204" w14:textId="77777777" w:rsidR="004C63D3" w:rsidRPr="00E053FC" w:rsidRDefault="004C63D3" w:rsidP="004C63D3">
            <w:pPr>
              <w:jc w:val="both"/>
              <w:rPr>
                <w:bCs/>
                <w:sz w:val="28"/>
                <w:szCs w:val="28"/>
                <w:lang w:val="en-US"/>
              </w:rPr>
            </w:pPr>
            <w:r w:rsidRPr="00E053FC">
              <w:rPr>
                <w:bCs/>
                <w:sz w:val="28"/>
                <w:szCs w:val="28"/>
                <w:lang w:val="en-US"/>
              </w:rPr>
              <w:t>https://www.instagram.com/p/DGcgPhusK73/?psln=aGo4c2IwdGNwYjV5</w:t>
            </w:r>
          </w:p>
        </w:tc>
        <w:tc>
          <w:tcPr>
            <w:tcW w:w="1559" w:type="dxa"/>
          </w:tcPr>
          <w:p w14:paraId="202C3B15" w14:textId="77777777" w:rsidR="004C63D3" w:rsidRPr="00E053FC" w:rsidRDefault="004C63D3" w:rsidP="004C63D3">
            <w:pPr>
              <w:jc w:val="both"/>
              <w:rPr>
                <w:bCs/>
                <w:sz w:val="28"/>
                <w:szCs w:val="28"/>
                <w:lang w:val="en-US"/>
              </w:rPr>
            </w:pPr>
            <w:r w:rsidRPr="00E053FC">
              <w:rPr>
                <w:bCs/>
                <w:sz w:val="28"/>
                <w:szCs w:val="28"/>
                <w:lang w:val="en-US"/>
              </w:rPr>
              <w:t>Кездесу</w:t>
            </w:r>
          </w:p>
        </w:tc>
        <w:tc>
          <w:tcPr>
            <w:tcW w:w="1843" w:type="dxa"/>
          </w:tcPr>
          <w:p w14:paraId="5BE3501F" w14:textId="77777777" w:rsidR="004C63D3" w:rsidRPr="00E053FC" w:rsidRDefault="004C63D3" w:rsidP="004C63D3">
            <w:pPr>
              <w:jc w:val="both"/>
              <w:rPr>
                <w:bCs/>
                <w:sz w:val="28"/>
                <w:szCs w:val="28"/>
                <w:lang w:val="en-US"/>
              </w:rPr>
            </w:pPr>
            <w:r w:rsidRPr="00E053FC">
              <w:rPr>
                <w:bCs/>
                <w:sz w:val="28"/>
                <w:szCs w:val="28"/>
                <w:lang w:val="en-US"/>
              </w:rPr>
              <w:t>24.02.2025</w:t>
            </w:r>
          </w:p>
        </w:tc>
        <w:tc>
          <w:tcPr>
            <w:tcW w:w="1134" w:type="dxa"/>
          </w:tcPr>
          <w:p w14:paraId="3A8597A5" w14:textId="77777777" w:rsidR="004C63D3" w:rsidRPr="00E053FC" w:rsidRDefault="004C63D3" w:rsidP="004C63D3">
            <w:pPr>
              <w:jc w:val="both"/>
              <w:rPr>
                <w:bCs/>
                <w:sz w:val="28"/>
                <w:szCs w:val="28"/>
                <w:lang w:val="en-US"/>
              </w:rPr>
            </w:pPr>
            <w:r w:rsidRPr="00E053FC">
              <w:rPr>
                <w:bCs/>
                <w:sz w:val="28"/>
                <w:szCs w:val="28"/>
                <w:lang w:val="en-US"/>
              </w:rPr>
              <w:t>9 «А», «Ә» 23оқушы</w:t>
            </w:r>
          </w:p>
        </w:tc>
      </w:tr>
      <w:tr w:rsidR="004C63D3" w:rsidRPr="00E053FC" w14:paraId="53B8DA37" w14:textId="77777777" w:rsidTr="00E053FC">
        <w:trPr>
          <w:trHeight w:val="1219"/>
        </w:trPr>
        <w:tc>
          <w:tcPr>
            <w:tcW w:w="522" w:type="dxa"/>
          </w:tcPr>
          <w:p w14:paraId="451941D3" w14:textId="77777777" w:rsidR="004C63D3" w:rsidRPr="00E053FC" w:rsidRDefault="004C63D3" w:rsidP="004C63D3">
            <w:pPr>
              <w:jc w:val="both"/>
              <w:rPr>
                <w:bCs/>
                <w:sz w:val="28"/>
                <w:szCs w:val="28"/>
                <w:lang w:val="en-US"/>
              </w:rPr>
            </w:pPr>
            <w:r w:rsidRPr="00E053FC">
              <w:rPr>
                <w:bCs/>
                <w:sz w:val="28"/>
                <w:szCs w:val="28"/>
                <w:lang w:val="en-US"/>
              </w:rPr>
              <w:t>35</w:t>
            </w:r>
          </w:p>
        </w:tc>
        <w:tc>
          <w:tcPr>
            <w:tcW w:w="1855" w:type="dxa"/>
          </w:tcPr>
          <w:p w14:paraId="74FF0E38" w14:textId="77777777" w:rsidR="004C63D3" w:rsidRPr="00E053FC" w:rsidRDefault="004C63D3" w:rsidP="004C63D3">
            <w:pPr>
              <w:jc w:val="both"/>
              <w:rPr>
                <w:bCs/>
                <w:sz w:val="28"/>
                <w:szCs w:val="28"/>
                <w:lang w:val="en-US"/>
              </w:rPr>
            </w:pPr>
            <w:r w:rsidRPr="00E053FC">
              <w:rPr>
                <w:bCs/>
                <w:sz w:val="28"/>
                <w:szCs w:val="28"/>
                <w:lang w:val="en-US"/>
              </w:rPr>
              <w:t>«Е.А.Бөкетов атындағы Қарағанды Ұлттық зерттеу университеті»</w:t>
            </w:r>
          </w:p>
        </w:tc>
        <w:tc>
          <w:tcPr>
            <w:tcW w:w="3719" w:type="dxa"/>
          </w:tcPr>
          <w:p w14:paraId="77D180FD" w14:textId="77777777" w:rsidR="004C63D3" w:rsidRPr="00E053FC" w:rsidRDefault="008D1D0B" w:rsidP="004C63D3">
            <w:pPr>
              <w:jc w:val="both"/>
              <w:rPr>
                <w:bCs/>
                <w:sz w:val="28"/>
                <w:szCs w:val="28"/>
                <w:lang w:val="en-US"/>
              </w:rPr>
            </w:pPr>
            <w:hyperlink r:id="rId24" w:history="1">
              <w:r w:rsidR="004C63D3" w:rsidRPr="00E053FC">
                <w:rPr>
                  <w:rStyle w:val="ae"/>
                  <w:bCs/>
                  <w:sz w:val="28"/>
                  <w:szCs w:val="28"/>
                  <w:lang w:val="en-US"/>
                </w:rPr>
                <w:t>https://www.instagram.com/p/DGhqWA6M8Yz/?dlrf=MWxvYmxoMWk5OHdhbw==</w:t>
              </w:r>
            </w:hyperlink>
          </w:p>
        </w:tc>
        <w:tc>
          <w:tcPr>
            <w:tcW w:w="1559" w:type="dxa"/>
          </w:tcPr>
          <w:p w14:paraId="3B4E537C" w14:textId="77777777" w:rsidR="004C63D3" w:rsidRPr="00E053FC" w:rsidRDefault="004C63D3" w:rsidP="004C63D3">
            <w:pPr>
              <w:jc w:val="both"/>
              <w:rPr>
                <w:bCs/>
                <w:sz w:val="28"/>
                <w:szCs w:val="28"/>
                <w:lang w:val="en-US"/>
              </w:rPr>
            </w:pPr>
            <w:r w:rsidRPr="00E053FC">
              <w:rPr>
                <w:bCs/>
                <w:sz w:val="28"/>
                <w:szCs w:val="28"/>
                <w:lang w:val="en-US"/>
              </w:rPr>
              <w:t>“Open day” ашық есік күні“</w:t>
            </w:r>
          </w:p>
          <w:p w14:paraId="46E59357" w14:textId="77777777" w:rsidR="004C63D3" w:rsidRPr="00E053FC" w:rsidRDefault="004C63D3" w:rsidP="004C63D3">
            <w:pPr>
              <w:jc w:val="both"/>
              <w:rPr>
                <w:bCs/>
                <w:sz w:val="28"/>
                <w:szCs w:val="28"/>
                <w:lang w:val="en-US"/>
              </w:rPr>
            </w:pPr>
            <w:r w:rsidRPr="00E053FC">
              <w:rPr>
                <w:bCs/>
                <w:sz w:val="28"/>
                <w:szCs w:val="28"/>
                <w:lang w:val="en-US"/>
              </w:rPr>
              <w:t>Филология және психология” факультетінің</w:t>
            </w:r>
          </w:p>
        </w:tc>
        <w:tc>
          <w:tcPr>
            <w:tcW w:w="1843" w:type="dxa"/>
          </w:tcPr>
          <w:p w14:paraId="70523B88" w14:textId="77777777" w:rsidR="004C63D3" w:rsidRPr="00E053FC" w:rsidRDefault="004C63D3" w:rsidP="004C63D3">
            <w:pPr>
              <w:jc w:val="both"/>
              <w:rPr>
                <w:bCs/>
                <w:sz w:val="28"/>
                <w:szCs w:val="28"/>
                <w:lang w:val="en-US"/>
              </w:rPr>
            </w:pPr>
            <w:r w:rsidRPr="00E053FC">
              <w:rPr>
                <w:bCs/>
                <w:sz w:val="28"/>
                <w:szCs w:val="28"/>
                <w:lang w:val="en-US"/>
              </w:rPr>
              <w:t>26.02.2025</w:t>
            </w:r>
          </w:p>
        </w:tc>
        <w:tc>
          <w:tcPr>
            <w:tcW w:w="1134" w:type="dxa"/>
          </w:tcPr>
          <w:p w14:paraId="1DC2C2D3" w14:textId="77777777" w:rsidR="004C63D3" w:rsidRPr="00E053FC" w:rsidRDefault="004C63D3" w:rsidP="004C63D3">
            <w:pPr>
              <w:jc w:val="both"/>
              <w:rPr>
                <w:bCs/>
                <w:sz w:val="28"/>
                <w:szCs w:val="28"/>
                <w:lang w:val="kk-KZ"/>
              </w:rPr>
            </w:pPr>
            <w:r w:rsidRPr="00E053FC">
              <w:rPr>
                <w:bCs/>
                <w:sz w:val="28"/>
                <w:szCs w:val="28"/>
                <w:lang w:val="en-US"/>
              </w:rPr>
              <w:t>11«А», «Ә»</w:t>
            </w:r>
            <w:r w:rsidRPr="00E053FC">
              <w:rPr>
                <w:bCs/>
                <w:sz w:val="28"/>
                <w:szCs w:val="28"/>
                <w:lang w:val="kk-KZ"/>
              </w:rPr>
              <w:t xml:space="preserve"> 8оқушы</w:t>
            </w:r>
          </w:p>
        </w:tc>
      </w:tr>
      <w:tr w:rsidR="004C63D3" w:rsidRPr="00E053FC" w14:paraId="4207403A" w14:textId="77777777" w:rsidTr="00E053FC">
        <w:trPr>
          <w:trHeight w:val="1219"/>
        </w:trPr>
        <w:tc>
          <w:tcPr>
            <w:tcW w:w="522" w:type="dxa"/>
          </w:tcPr>
          <w:p w14:paraId="75984758" w14:textId="77777777" w:rsidR="004C63D3" w:rsidRPr="00E053FC" w:rsidRDefault="004C63D3" w:rsidP="004C63D3">
            <w:pPr>
              <w:jc w:val="both"/>
              <w:rPr>
                <w:bCs/>
                <w:sz w:val="28"/>
                <w:szCs w:val="28"/>
                <w:lang w:val="en-US"/>
              </w:rPr>
            </w:pPr>
            <w:r w:rsidRPr="00E053FC">
              <w:rPr>
                <w:bCs/>
                <w:sz w:val="28"/>
                <w:szCs w:val="28"/>
                <w:lang w:val="en-US"/>
              </w:rPr>
              <w:t>36</w:t>
            </w:r>
          </w:p>
        </w:tc>
        <w:tc>
          <w:tcPr>
            <w:tcW w:w="1855" w:type="dxa"/>
          </w:tcPr>
          <w:p w14:paraId="6DF5F33A" w14:textId="77777777" w:rsidR="004C63D3" w:rsidRPr="00E053FC" w:rsidRDefault="004C63D3" w:rsidP="004C63D3">
            <w:pPr>
              <w:jc w:val="both"/>
              <w:rPr>
                <w:bCs/>
                <w:sz w:val="28"/>
                <w:szCs w:val="28"/>
              </w:rPr>
            </w:pPr>
            <w:r w:rsidRPr="00E053FC">
              <w:rPr>
                <w:bCs/>
                <w:sz w:val="28"/>
                <w:szCs w:val="28"/>
              </w:rPr>
              <w:t xml:space="preserve">Ә.Сағынов атындағы Қарағанды техникалық университеті </w:t>
            </w:r>
          </w:p>
        </w:tc>
        <w:tc>
          <w:tcPr>
            <w:tcW w:w="3719" w:type="dxa"/>
          </w:tcPr>
          <w:p w14:paraId="0F80E671" w14:textId="77777777" w:rsidR="004C63D3" w:rsidRPr="00E053FC" w:rsidRDefault="008D1D0B" w:rsidP="004C63D3">
            <w:pPr>
              <w:jc w:val="both"/>
              <w:rPr>
                <w:bCs/>
                <w:sz w:val="28"/>
                <w:szCs w:val="28"/>
              </w:rPr>
            </w:pPr>
            <w:hyperlink r:id="rId25" w:history="1">
              <w:r w:rsidR="004C63D3" w:rsidRPr="00E053FC">
                <w:rPr>
                  <w:rStyle w:val="ae"/>
                  <w:bCs/>
                  <w:sz w:val="28"/>
                  <w:szCs w:val="28"/>
                  <w:lang w:val="en-US"/>
                </w:rPr>
                <w:t>https</w:t>
              </w:r>
              <w:r w:rsidR="004C63D3" w:rsidRPr="00E053FC">
                <w:rPr>
                  <w:rStyle w:val="ae"/>
                  <w:bCs/>
                  <w:sz w:val="28"/>
                  <w:szCs w:val="28"/>
                </w:rPr>
                <w:t>://</w:t>
              </w:r>
              <w:r w:rsidR="004C63D3" w:rsidRPr="00E053FC">
                <w:rPr>
                  <w:rStyle w:val="ae"/>
                  <w:bCs/>
                  <w:sz w:val="28"/>
                  <w:szCs w:val="28"/>
                  <w:lang w:val="en-US"/>
                </w:rPr>
                <w:t>www</w:t>
              </w:r>
              <w:r w:rsidR="004C63D3" w:rsidRPr="00E053FC">
                <w:rPr>
                  <w:rStyle w:val="ae"/>
                  <w:bCs/>
                  <w:sz w:val="28"/>
                  <w:szCs w:val="28"/>
                </w:rPr>
                <w:t>.</w:t>
              </w:r>
              <w:r w:rsidR="004C63D3" w:rsidRPr="00E053FC">
                <w:rPr>
                  <w:rStyle w:val="ae"/>
                  <w:bCs/>
                  <w:sz w:val="28"/>
                  <w:szCs w:val="28"/>
                  <w:lang w:val="en-US"/>
                </w:rPr>
                <w:t>instagram</w:t>
              </w:r>
              <w:r w:rsidR="004C63D3" w:rsidRPr="00E053FC">
                <w:rPr>
                  <w:rStyle w:val="ae"/>
                  <w:bCs/>
                  <w:sz w:val="28"/>
                  <w:szCs w:val="28"/>
                </w:rPr>
                <w:t>.</w:t>
              </w:r>
              <w:r w:rsidR="004C63D3" w:rsidRPr="00E053FC">
                <w:rPr>
                  <w:rStyle w:val="ae"/>
                  <w:bCs/>
                  <w:sz w:val="28"/>
                  <w:szCs w:val="28"/>
                  <w:lang w:val="en-US"/>
                </w:rPr>
                <w:t>com</w:t>
              </w:r>
              <w:r w:rsidR="004C63D3" w:rsidRPr="00E053FC">
                <w:rPr>
                  <w:rStyle w:val="ae"/>
                  <w:bCs/>
                  <w:sz w:val="28"/>
                  <w:szCs w:val="28"/>
                </w:rPr>
                <w:t>/</w:t>
              </w:r>
              <w:r w:rsidR="004C63D3" w:rsidRPr="00E053FC">
                <w:rPr>
                  <w:rStyle w:val="ae"/>
                  <w:bCs/>
                  <w:sz w:val="28"/>
                  <w:szCs w:val="28"/>
                  <w:lang w:val="en-US"/>
                </w:rPr>
                <w:t>p</w:t>
              </w:r>
              <w:r w:rsidR="004C63D3" w:rsidRPr="00E053FC">
                <w:rPr>
                  <w:rStyle w:val="ae"/>
                  <w:bCs/>
                  <w:sz w:val="28"/>
                  <w:szCs w:val="28"/>
                </w:rPr>
                <w:t>/</w:t>
              </w:r>
              <w:r w:rsidR="004C63D3" w:rsidRPr="00E053FC">
                <w:rPr>
                  <w:rStyle w:val="ae"/>
                  <w:bCs/>
                  <w:sz w:val="28"/>
                  <w:szCs w:val="28"/>
                  <w:lang w:val="en-US"/>
                </w:rPr>
                <w:t>DGxDsyatxVh</w:t>
              </w:r>
              <w:r w:rsidR="004C63D3" w:rsidRPr="00E053FC">
                <w:rPr>
                  <w:rStyle w:val="ae"/>
                  <w:bCs/>
                  <w:sz w:val="28"/>
                  <w:szCs w:val="28"/>
                </w:rPr>
                <w:t>/?</w:t>
              </w:r>
              <w:r w:rsidR="004C63D3" w:rsidRPr="00E053FC">
                <w:rPr>
                  <w:rStyle w:val="ae"/>
                  <w:bCs/>
                  <w:sz w:val="28"/>
                  <w:szCs w:val="28"/>
                  <w:lang w:val="en-US"/>
                </w:rPr>
                <w:t>vrfl</w:t>
              </w:r>
              <w:r w:rsidR="004C63D3" w:rsidRPr="00E053FC">
                <w:rPr>
                  <w:rStyle w:val="ae"/>
                  <w:bCs/>
                  <w:sz w:val="28"/>
                  <w:szCs w:val="28"/>
                </w:rPr>
                <w:t>=</w:t>
              </w:r>
              <w:r w:rsidR="004C63D3" w:rsidRPr="00E053FC">
                <w:rPr>
                  <w:rStyle w:val="ae"/>
                  <w:bCs/>
                  <w:sz w:val="28"/>
                  <w:szCs w:val="28"/>
                  <w:lang w:val="en-US"/>
                </w:rPr>
                <w:t>MW</w:t>
              </w:r>
              <w:r w:rsidR="004C63D3" w:rsidRPr="00E053FC">
                <w:rPr>
                  <w:rStyle w:val="ae"/>
                  <w:bCs/>
                  <w:sz w:val="28"/>
                  <w:szCs w:val="28"/>
                </w:rPr>
                <w:t>9</w:t>
              </w:r>
              <w:r w:rsidR="004C63D3" w:rsidRPr="00E053FC">
                <w:rPr>
                  <w:rStyle w:val="ae"/>
                  <w:bCs/>
                  <w:sz w:val="28"/>
                  <w:szCs w:val="28"/>
                  <w:lang w:val="en-US"/>
                </w:rPr>
                <w:t>odXZ</w:t>
              </w:r>
              <w:r w:rsidR="004C63D3" w:rsidRPr="00E053FC">
                <w:rPr>
                  <w:rStyle w:val="ae"/>
                  <w:bCs/>
                  <w:sz w:val="28"/>
                  <w:szCs w:val="28"/>
                </w:rPr>
                <w:t>1</w:t>
              </w:r>
              <w:r w:rsidR="004C63D3" w:rsidRPr="00E053FC">
                <w:rPr>
                  <w:rStyle w:val="ae"/>
                  <w:bCs/>
                  <w:sz w:val="28"/>
                  <w:szCs w:val="28"/>
                  <w:lang w:val="en-US"/>
                </w:rPr>
                <w:t>aWplZ</w:t>
              </w:r>
              <w:r w:rsidR="004C63D3" w:rsidRPr="00E053FC">
                <w:rPr>
                  <w:rStyle w:val="ae"/>
                  <w:bCs/>
                  <w:sz w:val="28"/>
                  <w:szCs w:val="28"/>
                </w:rPr>
                <w:t>2</w:t>
              </w:r>
              <w:r w:rsidR="004C63D3" w:rsidRPr="00E053FC">
                <w:rPr>
                  <w:rStyle w:val="ae"/>
                  <w:bCs/>
                  <w:sz w:val="28"/>
                  <w:szCs w:val="28"/>
                  <w:lang w:val="en-US"/>
                </w:rPr>
                <w:t>w</w:t>
              </w:r>
              <w:r w:rsidR="004C63D3" w:rsidRPr="00E053FC">
                <w:rPr>
                  <w:rStyle w:val="ae"/>
                  <w:bCs/>
                  <w:sz w:val="28"/>
                  <w:szCs w:val="28"/>
                </w:rPr>
                <w:t>0</w:t>
              </w:r>
              <w:r w:rsidR="004C63D3" w:rsidRPr="00E053FC">
                <w:rPr>
                  <w:rStyle w:val="ae"/>
                  <w:bCs/>
                  <w:sz w:val="28"/>
                  <w:szCs w:val="28"/>
                  <w:lang w:val="en-US"/>
                </w:rPr>
                <w:t>ZA</w:t>
              </w:r>
              <w:r w:rsidR="004C63D3" w:rsidRPr="00E053FC">
                <w:rPr>
                  <w:rStyle w:val="ae"/>
                  <w:bCs/>
                  <w:sz w:val="28"/>
                  <w:szCs w:val="28"/>
                </w:rPr>
                <w:t>==</w:t>
              </w:r>
            </w:hyperlink>
          </w:p>
        </w:tc>
        <w:tc>
          <w:tcPr>
            <w:tcW w:w="1559" w:type="dxa"/>
          </w:tcPr>
          <w:p w14:paraId="5F1545F4" w14:textId="77777777" w:rsidR="004C63D3" w:rsidRPr="00E053FC" w:rsidRDefault="004C63D3" w:rsidP="004C63D3">
            <w:pPr>
              <w:jc w:val="both"/>
              <w:rPr>
                <w:bCs/>
                <w:sz w:val="28"/>
                <w:szCs w:val="28"/>
                <w:lang w:val="en-US"/>
              </w:rPr>
            </w:pPr>
            <w:r w:rsidRPr="00E053FC">
              <w:rPr>
                <w:bCs/>
                <w:sz w:val="28"/>
                <w:szCs w:val="28"/>
                <w:lang w:val="en-US"/>
              </w:rPr>
              <w:t>«Ашық есік күн»</w:t>
            </w:r>
          </w:p>
        </w:tc>
        <w:tc>
          <w:tcPr>
            <w:tcW w:w="1843" w:type="dxa"/>
          </w:tcPr>
          <w:p w14:paraId="4E2997BA" w14:textId="77777777" w:rsidR="004C63D3" w:rsidRPr="00E053FC" w:rsidRDefault="004C63D3" w:rsidP="004C63D3">
            <w:pPr>
              <w:jc w:val="both"/>
              <w:rPr>
                <w:bCs/>
                <w:sz w:val="28"/>
                <w:szCs w:val="28"/>
                <w:lang w:val="en-US"/>
              </w:rPr>
            </w:pPr>
            <w:r w:rsidRPr="00E053FC">
              <w:rPr>
                <w:bCs/>
                <w:sz w:val="28"/>
                <w:szCs w:val="28"/>
                <w:lang w:val="en-US"/>
              </w:rPr>
              <w:t>04.03.2025</w:t>
            </w:r>
          </w:p>
        </w:tc>
        <w:tc>
          <w:tcPr>
            <w:tcW w:w="1134" w:type="dxa"/>
          </w:tcPr>
          <w:p w14:paraId="2CAE9E9A" w14:textId="77777777" w:rsidR="004C63D3" w:rsidRPr="00E053FC" w:rsidRDefault="004C63D3" w:rsidP="004C63D3">
            <w:pPr>
              <w:jc w:val="both"/>
              <w:rPr>
                <w:bCs/>
                <w:sz w:val="28"/>
                <w:szCs w:val="28"/>
                <w:lang w:val="en-US"/>
              </w:rPr>
            </w:pPr>
            <w:r w:rsidRPr="00E053FC">
              <w:rPr>
                <w:bCs/>
                <w:sz w:val="28"/>
                <w:szCs w:val="28"/>
                <w:lang w:val="en-US"/>
              </w:rPr>
              <w:t>11«А», «Ә» 21оқушы</w:t>
            </w:r>
          </w:p>
        </w:tc>
      </w:tr>
      <w:tr w:rsidR="004C63D3" w:rsidRPr="00E053FC" w14:paraId="749AF1BA" w14:textId="77777777" w:rsidTr="00E053FC">
        <w:trPr>
          <w:trHeight w:val="1219"/>
        </w:trPr>
        <w:tc>
          <w:tcPr>
            <w:tcW w:w="522" w:type="dxa"/>
          </w:tcPr>
          <w:p w14:paraId="2B37D972" w14:textId="77777777" w:rsidR="004C63D3" w:rsidRPr="00E053FC" w:rsidRDefault="004C63D3" w:rsidP="004C63D3">
            <w:pPr>
              <w:jc w:val="both"/>
              <w:rPr>
                <w:bCs/>
                <w:sz w:val="28"/>
                <w:szCs w:val="28"/>
                <w:lang w:val="en-US"/>
              </w:rPr>
            </w:pPr>
            <w:r w:rsidRPr="00E053FC">
              <w:rPr>
                <w:bCs/>
                <w:sz w:val="28"/>
                <w:szCs w:val="28"/>
                <w:lang w:val="en-US"/>
              </w:rPr>
              <w:t>37</w:t>
            </w:r>
          </w:p>
        </w:tc>
        <w:tc>
          <w:tcPr>
            <w:tcW w:w="1855" w:type="dxa"/>
          </w:tcPr>
          <w:p w14:paraId="189DC53B" w14:textId="77777777" w:rsidR="004C63D3" w:rsidRPr="00E053FC" w:rsidRDefault="004C63D3" w:rsidP="004C63D3">
            <w:pPr>
              <w:jc w:val="both"/>
              <w:rPr>
                <w:bCs/>
                <w:sz w:val="28"/>
                <w:szCs w:val="28"/>
                <w:lang w:val="en-US"/>
              </w:rPr>
            </w:pPr>
            <w:r w:rsidRPr="00E053FC">
              <w:rPr>
                <w:bCs/>
                <w:sz w:val="28"/>
                <w:szCs w:val="28"/>
                <w:lang w:val="en-US"/>
              </w:rPr>
              <w:t>«Білім инновация</w:t>
            </w:r>
          </w:p>
          <w:p w14:paraId="77A4219A" w14:textId="77777777" w:rsidR="004C63D3" w:rsidRPr="00E053FC" w:rsidRDefault="004C63D3" w:rsidP="004C63D3">
            <w:pPr>
              <w:jc w:val="both"/>
              <w:rPr>
                <w:bCs/>
                <w:sz w:val="28"/>
                <w:szCs w:val="28"/>
                <w:lang w:val="en-US"/>
              </w:rPr>
            </w:pPr>
            <w:r w:rsidRPr="00E053FC">
              <w:rPr>
                <w:bCs/>
                <w:sz w:val="28"/>
                <w:szCs w:val="28"/>
                <w:lang w:val="en-US"/>
              </w:rPr>
              <w:t>лицейі»</w:t>
            </w:r>
          </w:p>
        </w:tc>
        <w:tc>
          <w:tcPr>
            <w:tcW w:w="3719" w:type="dxa"/>
          </w:tcPr>
          <w:p w14:paraId="6EAA017C" w14:textId="77777777" w:rsidR="004C63D3" w:rsidRPr="00E053FC" w:rsidRDefault="004C63D3" w:rsidP="004C63D3">
            <w:pPr>
              <w:jc w:val="both"/>
              <w:rPr>
                <w:bCs/>
                <w:sz w:val="28"/>
                <w:szCs w:val="28"/>
                <w:lang w:val="en-US"/>
              </w:rPr>
            </w:pPr>
            <w:r w:rsidRPr="00E053FC">
              <w:rPr>
                <w:bCs/>
                <w:sz w:val="28"/>
                <w:szCs w:val="28"/>
                <w:lang w:val="en-US"/>
              </w:rPr>
              <w:t>https://www.instagram.com/p/DIImvF6MAo-/?vrfl=MWRpY3kyeDBzeGl2MQ==</w:t>
            </w:r>
          </w:p>
        </w:tc>
        <w:tc>
          <w:tcPr>
            <w:tcW w:w="1559" w:type="dxa"/>
          </w:tcPr>
          <w:p w14:paraId="0B07EBA9" w14:textId="77777777" w:rsidR="004C63D3" w:rsidRPr="00E053FC" w:rsidRDefault="004C63D3" w:rsidP="004C63D3">
            <w:pPr>
              <w:jc w:val="both"/>
              <w:rPr>
                <w:bCs/>
                <w:sz w:val="28"/>
                <w:szCs w:val="28"/>
                <w:lang w:val="en-US"/>
              </w:rPr>
            </w:pPr>
            <w:r w:rsidRPr="00E053FC">
              <w:rPr>
                <w:bCs/>
                <w:sz w:val="28"/>
                <w:szCs w:val="28"/>
                <w:lang w:val="en-US"/>
              </w:rPr>
              <w:t>Кездесу</w:t>
            </w:r>
          </w:p>
        </w:tc>
        <w:tc>
          <w:tcPr>
            <w:tcW w:w="1843" w:type="dxa"/>
          </w:tcPr>
          <w:p w14:paraId="49E85E61" w14:textId="77777777" w:rsidR="004C63D3" w:rsidRPr="00E053FC" w:rsidRDefault="004C63D3" w:rsidP="004C63D3">
            <w:pPr>
              <w:jc w:val="both"/>
              <w:rPr>
                <w:bCs/>
                <w:sz w:val="28"/>
                <w:szCs w:val="28"/>
                <w:lang w:val="en-US"/>
              </w:rPr>
            </w:pPr>
            <w:r w:rsidRPr="00E053FC">
              <w:rPr>
                <w:bCs/>
                <w:sz w:val="28"/>
                <w:szCs w:val="28"/>
                <w:lang w:val="en-US"/>
              </w:rPr>
              <w:t>07.04.2025</w:t>
            </w:r>
          </w:p>
        </w:tc>
        <w:tc>
          <w:tcPr>
            <w:tcW w:w="1134" w:type="dxa"/>
          </w:tcPr>
          <w:p w14:paraId="72797A9D" w14:textId="77777777" w:rsidR="004C63D3" w:rsidRPr="00E053FC" w:rsidRDefault="004C63D3" w:rsidP="004C63D3">
            <w:pPr>
              <w:jc w:val="both"/>
              <w:rPr>
                <w:bCs/>
                <w:sz w:val="28"/>
                <w:szCs w:val="28"/>
                <w:lang w:val="en-US"/>
              </w:rPr>
            </w:pPr>
            <w:r w:rsidRPr="00E053FC">
              <w:rPr>
                <w:bCs/>
                <w:sz w:val="28"/>
                <w:szCs w:val="28"/>
                <w:lang w:val="en-US"/>
              </w:rPr>
              <w:t>6,7</w:t>
            </w:r>
          </w:p>
          <w:p w14:paraId="3961CEE6" w14:textId="77777777" w:rsidR="004C63D3" w:rsidRPr="00E053FC" w:rsidRDefault="004C63D3" w:rsidP="004C63D3">
            <w:pPr>
              <w:jc w:val="both"/>
              <w:rPr>
                <w:bCs/>
                <w:sz w:val="28"/>
                <w:szCs w:val="28"/>
                <w:lang w:val="en-US"/>
              </w:rPr>
            </w:pPr>
            <w:r w:rsidRPr="00E053FC">
              <w:rPr>
                <w:bCs/>
                <w:sz w:val="28"/>
                <w:szCs w:val="28"/>
                <w:lang w:val="en-US"/>
              </w:rPr>
              <w:t>34оқушы</w:t>
            </w:r>
          </w:p>
          <w:p w14:paraId="784B1CC0" w14:textId="77777777" w:rsidR="004C63D3" w:rsidRPr="00E053FC" w:rsidRDefault="004C63D3" w:rsidP="004C63D3">
            <w:pPr>
              <w:jc w:val="both"/>
              <w:rPr>
                <w:bCs/>
                <w:sz w:val="28"/>
                <w:szCs w:val="28"/>
                <w:lang w:val="en-US"/>
              </w:rPr>
            </w:pPr>
          </w:p>
        </w:tc>
      </w:tr>
      <w:tr w:rsidR="004C63D3" w:rsidRPr="00E053FC" w14:paraId="35BE0F35" w14:textId="77777777" w:rsidTr="00E053FC">
        <w:trPr>
          <w:trHeight w:val="1219"/>
        </w:trPr>
        <w:tc>
          <w:tcPr>
            <w:tcW w:w="522" w:type="dxa"/>
          </w:tcPr>
          <w:p w14:paraId="77384FB3" w14:textId="77777777" w:rsidR="004C63D3" w:rsidRPr="00E053FC" w:rsidRDefault="004C63D3" w:rsidP="004C63D3">
            <w:pPr>
              <w:jc w:val="both"/>
              <w:rPr>
                <w:bCs/>
                <w:sz w:val="28"/>
                <w:szCs w:val="28"/>
                <w:lang w:val="en-US"/>
              </w:rPr>
            </w:pPr>
            <w:r w:rsidRPr="00E053FC">
              <w:rPr>
                <w:bCs/>
                <w:sz w:val="28"/>
                <w:szCs w:val="28"/>
                <w:lang w:val="en-US"/>
              </w:rPr>
              <w:t>38</w:t>
            </w:r>
          </w:p>
        </w:tc>
        <w:tc>
          <w:tcPr>
            <w:tcW w:w="1855" w:type="dxa"/>
          </w:tcPr>
          <w:p w14:paraId="46566BDB" w14:textId="77777777" w:rsidR="004C63D3" w:rsidRPr="00E053FC" w:rsidRDefault="004C63D3" w:rsidP="004C63D3">
            <w:pPr>
              <w:jc w:val="both"/>
              <w:rPr>
                <w:bCs/>
                <w:sz w:val="28"/>
                <w:szCs w:val="28"/>
              </w:rPr>
            </w:pPr>
            <w:r w:rsidRPr="00E053FC">
              <w:rPr>
                <w:bCs/>
                <w:sz w:val="28"/>
                <w:szCs w:val="28"/>
              </w:rPr>
              <w:t xml:space="preserve">Петропавл қ. «ҚР Ұлттық ұлан академиясы» </w:t>
            </w:r>
          </w:p>
        </w:tc>
        <w:tc>
          <w:tcPr>
            <w:tcW w:w="3719" w:type="dxa"/>
          </w:tcPr>
          <w:p w14:paraId="7C7484B3" w14:textId="77777777" w:rsidR="004C63D3" w:rsidRPr="00E053FC" w:rsidRDefault="004C63D3" w:rsidP="004C63D3">
            <w:pPr>
              <w:jc w:val="both"/>
              <w:rPr>
                <w:bCs/>
                <w:sz w:val="28"/>
                <w:szCs w:val="28"/>
              </w:rPr>
            </w:pPr>
            <w:r w:rsidRPr="00E053FC">
              <w:rPr>
                <w:bCs/>
                <w:sz w:val="28"/>
                <w:szCs w:val="28"/>
                <w:lang w:val="en-US"/>
              </w:rPr>
              <w:t>https</w:t>
            </w:r>
            <w:r w:rsidRPr="00E053FC">
              <w:rPr>
                <w:bCs/>
                <w:sz w:val="28"/>
                <w:szCs w:val="28"/>
              </w:rPr>
              <w:t>://</w:t>
            </w:r>
            <w:r w:rsidRPr="00E053FC">
              <w:rPr>
                <w:bCs/>
                <w:sz w:val="28"/>
                <w:szCs w:val="28"/>
                <w:lang w:val="en-US"/>
              </w:rPr>
              <w:t>www</w:t>
            </w:r>
            <w:r w:rsidRPr="00E053FC">
              <w:rPr>
                <w:bCs/>
                <w:sz w:val="28"/>
                <w:szCs w:val="28"/>
              </w:rPr>
              <w:t>.</w:t>
            </w:r>
            <w:r w:rsidRPr="00E053FC">
              <w:rPr>
                <w:bCs/>
                <w:sz w:val="28"/>
                <w:szCs w:val="28"/>
                <w:lang w:val="en-US"/>
              </w:rPr>
              <w:t>instagram</w:t>
            </w:r>
            <w:r w:rsidRPr="00E053FC">
              <w:rPr>
                <w:bCs/>
                <w:sz w:val="28"/>
                <w:szCs w:val="28"/>
              </w:rPr>
              <w:t>.</w:t>
            </w:r>
            <w:r w:rsidRPr="00E053FC">
              <w:rPr>
                <w:bCs/>
                <w:sz w:val="28"/>
                <w:szCs w:val="28"/>
                <w:lang w:val="en-US"/>
              </w:rPr>
              <w:t>com</w:t>
            </w:r>
            <w:r w:rsidRPr="00E053FC">
              <w:rPr>
                <w:bCs/>
                <w:sz w:val="28"/>
                <w:szCs w:val="28"/>
              </w:rPr>
              <w:t>/</w:t>
            </w:r>
            <w:r w:rsidRPr="00E053FC">
              <w:rPr>
                <w:bCs/>
                <w:sz w:val="28"/>
                <w:szCs w:val="28"/>
                <w:lang w:val="en-US"/>
              </w:rPr>
              <w:t>reel</w:t>
            </w:r>
            <w:r w:rsidRPr="00E053FC">
              <w:rPr>
                <w:bCs/>
                <w:sz w:val="28"/>
                <w:szCs w:val="28"/>
              </w:rPr>
              <w:t>/</w:t>
            </w:r>
            <w:r w:rsidRPr="00E053FC">
              <w:rPr>
                <w:bCs/>
                <w:sz w:val="28"/>
                <w:szCs w:val="28"/>
                <w:lang w:val="en-US"/>
              </w:rPr>
              <w:t>DIImxsDsVLK</w:t>
            </w:r>
            <w:r w:rsidRPr="00E053FC">
              <w:rPr>
                <w:bCs/>
                <w:sz w:val="28"/>
                <w:szCs w:val="28"/>
              </w:rPr>
              <w:t>/?</w:t>
            </w:r>
            <w:r w:rsidRPr="00E053FC">
              <w:rPr>
                <w:bCs/>
                <w:sz w:val="28"/>
                <w:szCs w:val="28"/>
                <w:lang w:val="en-US"/>
              </w:rPr>
              <w:t>exln</w:t>
            </w:r>
            <w:r w:rsidRPr="00E053FC">
              <w:rPr>
                <w:bCs/>
                <w:sz w:val="28"/>
                <w:szCs w:val="28"/>
              </w:rPr>
              <w:t>=</w:t>
            </w:r>
            <w:r w:rsidRPr="00E053FC">
              <w:rPr>
                <w:bCs/>
                <w:sz w:val="28"/>
                <w:szCs w:val="28"/>
                <w:lang w:val="en-US"/>
              </w:rPr>
              <w:t>dmhiNHIzMmE</w:t>
            </w:r>
            <w:r w:rsidRPr="00E053FC">
              <w:rPr>
                <w:bCs/>
                <w:sz w:val="28"/>
                <w:szCs w:val="28"/>
              </w:rPr>
              <w:t>5</w:t>
            </w:r>
            <w:r w:rsidRPr="00E053FC">
              <w:rPr>
                <w:bCs/>
                <w:sz w:val="28"/>
                <w:szCs w:val="28"/>
                <w:lang w:val="en-US"/>
              </w:rPr>
              <w:t>Ym</w:t>
            </w:r>
            <w:r w:rsidRPr="00E053FC">
              <w:rPr>
                <w:bCs/>
                <w:sz w:val="28"/>
                <w:szCs w:val="28"/>
              </w:rPr>
              <w:t>50</w:t>
            </w:r>
          </w:p>
        </w:tc>
        <w:tc>
          <w:tcPr>
            <w:tcW w:w="1559" w:type="dxa"/>
          </w:tcPr>
          <w:p w14:paraId="1D13C68F" w14:textId="77777777" w:rsidR="004C63D3" w:rsidRPr="00E053FC" w:rsidRDefault="004C63D3" w:rsidP="004C63D3">
            <w:pPr>
              <w:jc w:val="both"/>
              <w:rPr>
                <w:bCs/>
                <w:sz w:val="28"/>
                <w:szCs w:val="28"/>
              </w:rPr>
            </w:pPr>
            <w:r w:rsidRPr="00E053FC">
              <w:rPr>
                <w:bCs/>
                <w:sz w:val="28"/>
                <w:szCs w:val="28"/>
              </w:rPr>
              <w:t>Бағыт-бағдар беру</w:t>
            </w:r>
          </w:p>
          <w:p w14:paraId="1AB5156C" w14:textId="77777777" w:rsidR="004C63D3" w:rsidRPr="00E053FC" w:rsidRDefault="004C63D3" w:rsidP="004C63D3">
            <w:pPr>
              <w:jc w:val="both"/>
              <w:rPr>
                <w:bCs/>
                <w:sz w:val="28"/>
                <w:szCs w:val="28"/>
              </w:rPr>
            </w:pPr>
            <w:r w:rsidRPr="00E053FC">
              <w:rPr>
                <w:bCs/>
                <w:sz w:val="28"/>
                <w:szCs w:val="28"/>
              </w:rPr>
              <w:t>(Рухани демалыс)</w:t>
            </w:r>
          </w:p>
        </w:tc>
        <w:tc>
          <w:tcPr>
            <w:tcW w:w="1843" w:type="dxa"/>
          </w:tcPr>
          <w:p w14:paraId="30038FED" w14:textId="77777777" w:rsidR="004C63D3" w:rsidRPr="00E053FC" w:rsidRDefault="004C63D3" w:rsidP="004C63D3">
            <w:pPr>
              <w:jc w:val="both"/>
              <w:rPr>
                <w:bCs/>
                <w:sz w:val="28"/>
                <w:szCs w:val="28"/>
                <w:lang w:val="en-US"/>
              </w:rPr>
            </w:pPr>
            <w:r w:rsidRPr="00E053FC">
              <w:rPr>
                <w:bCs/>
                <w:sz w:val="28"/>
                <w:szCs w:val="28"/>
                <w:lang w:val="en-US"/>
              </w:rPr>
              <w:t>07.04.2025</w:t>
            </w:r>
          </w:p>
        </w:tc>
        <w:tc>
          <w:tcPr>
            <w:tcW w:w="1134" w:type="dxa"/>
          </w:tcPr>
          <w:p w14:paraId="13B539B6" w14:textId="77777777" w:rsidR="004C63D3" w:rsidRPr="00E053FC" w:rsidRDefault="004C63D3" w:rsidP="004C63D3">
            <w:pPr>
              <w:jc w:val="both"/>
              <w:rPr>
                <w:bCs/>
                <w:sz w:val="28"/>
                <w:szCs w:val="28"/>
                <w:lang w:val="en-US"/>
              </w:rPr>
            </w:pPr>
            <w:r w:rsidRPr="00E053FC">
              <w:rPr>
                <w:bCs/>
                <w:sz w:val="28"/>
                <w:szCs w:val="28"/>
                <w:lang w:val="en-US"/>
              </w:rPr>
              <w:t>9,10,11</w:t>
            </w:r>
          </w:p>
          <w:p w14:paraId="2A73C0F4" w14:textId="77777777" w:rsidR="004C63D3" w:rsidRPr="00E053FC" w:rsidRDefault="004C63D3" w:rsidP="004C63D3">
            <w:pPr>
              <w:jc w:val="both"/>
              <w:rPr>
                <w:bCs/>
                <w:sz w:val="28"/>
                <w:szCs w:val="28"/>
                <w:lang w:val="en-US"/>
              </w:rPr>
            </w:pPr>
            <w:r w:rsidRPr="00E053FC">
              <w:rPr>
                <w:bCs/>
                <w:sz w:val="28"/>
                <w:szCs w:val="28"/>
                <w:lang w:val="en-US"/>
              </w:rPr>
              <w:t>58 оқушы</w:t>
            </w:r>
          </w:p>
        </w:tc>
      </w:tr>
      <w:tr w:rsidR="004C63D3" w:rsidRPr="00E053FC" w14:paraId="342A653F" w14:textId="77777777" w:rsidTr="00E053FC">
        <w:trPr>
          <w:trHeight w:val="1219"/>
        </w:trPr>
        <w:tc>
          <w:tcPr>
            <w:tcW w:w="522" w:type="dxa"/>
          </w:tcPr>
          <w:p w14:paraId="575A316E" w14:textId="77777777" w:rsidR="004C63D3" w:rsidRPr="00E053FC" w:rsidRDefault="004C63D3" w:rsidP="004C63D3">
            <w:pPr>
              <w:jc w:val="both"/>
              <w:rPr>
                <w:bCs/>
                <w:sz w:val="28"/>
                <w:szCs w:val="28"/>
                <w:lang w:val="en-US"/>
              </w:rPr>
            </w:pPr>
            <w:r w:rsidRPr="00E053FC">
              <w:rPr>
                <w:bCs/>
                <w:sz w:val="28"/>
                <w:szCs w:val="28"/>
                <w:lang w:val="en-US"/>
              </w:rPr>
              <w:t>39</w:t>
            </w:r>
          </w:p>
        </w:tc>
        <w:tc>
          <w:tcPr>
            <w:tcW w:w="1855" w:type="dxa"/>
          </w:tcPr>
          <w:p w14:paraId="3A27263F" w14:textId="77777777" w:rsidR="004C63D3" w:rsidRPr="00E053FC" w:rsidRDefault="004C63D3" w:rsidP="004C63D3">
            <w:pPr>
              <w:jc w:val="both"/>
              <w:rPr>
                <w:bCs/>
                <w:sz w:val="28"/>
                <w:szCs w:val="28"/>
                <w:lang w:val="en-US"/>
              </w:rPr>
            </w:pPr>
            <w:r w:rsidRPr="00E053FC">
              <w:rPr>
                <w:bCs/>
                <w:sz w:val="28"/>
                <w:szCs w:val="28"/>
                <w:lang w:val="en-US"/>
              </w:rPr>
              <w:t xml:space="preserve">Қарағанды “Bolashak” жоғарғы колледжі </w:t>
            </w:r>
          </w:p>
        </w:tc>
        <w:tc>
          <w:tcPr>
            <w:tcW w:w="3719" w:type="dxa"/>
          </w:tcPr>
          <w:p w14:paraId="0AF31E33" w14:textId="77777777" w:rsidR="004C63D3" w:rsidRPr="00E053FC" w:rsidRDefault="004C63D3" w:rsidP="004C63D3">
            <w:pPr>
              <w:jc w:val="both"/>
              <w:rPr>
                <w:bCs/>
                <w:sz w:val="28"/>
                <w:szCs w:val="28"/>
                <w:lang w:val="en-US"/>
              </w:rPr>
            </w:pPr>
            <w:r w:rsidRPr="00E053FC">
              <w:rPr>
                <w:bCs/>
                <w:sz w:val="28"/>
                <w:szCs w:val="28"/>
                <w:lang w:val="en-US"/>
              </w:rPr>
              <w:t>https://www.instagram.com/p/DIQxtY8sVyh/?dlrf=MXExOXl1cDRtN2E3YQ==</w:t>
            </w:r>
          </w:p>
        </w:tc>
        <w:tc>
          <w:tcPr>
            <w:tcW w:w="1559" w:type="dxa"/>
          </w:tcPr>
          <w:p w14:paraId="2BDA3FCE" w14:textId="77777777" w:rsidR="004C63D3" w:rsidRPr="00E053FC" w:rsidRDefault="004C63D3" w:rsidP="004C63D3">
            <w:pPr>
              <w:jc w:val="both"/>
              <w:rPr>
                <w:bCs/>
                <w:sz w:val="28"/>
                <w:szCs w:val="28"/>
                <w:lang w:val="en-US"/>
              </w:rPr>
            </w:pPr>
            <w:r w:rsidRPr="00E053FC">
              <w:rPr>
                <w:bCs/>
                <w:sz w:val="28"/>
                <w:szCs w:val="28"/>
                <w:lang w:val="en-US"/>
              </w:rPr>
              <w:t>Кездесу</w:t>
            </w:r>
          </w:p>
        </w:tc>
        <w:tc>
          <w:tcPr>
            <w:tcW w:w="1843" w:type="dxa"/>
          </w:tcPr>
          <w:p w14:paraId="6ECE7AEE" w14:textId="77777777" w:rsidR="004C63D3" w:rsidRPr="00E053FC" w:rsidRDefault="004C63D3" w:rsidP="004C63D3">
            <w:pPr>
              <w:jc w:val="both"/>
              <w:rPr>
                <w:bCs/>
                <w:sz w:val="28"/>
                <w:szCs w:val="28"/>
                <w:lang w:val="en-US"/>
              </w:rPr>
            </w:pPr>
            <w:r w:rsidRPr="00E053FC">
              <w:rPr>
                <w:bCs/>
                <w:sz w:val="28"/>
                <w:szCs w:val="28"/>
                <w:lang w:val="en-US"/>
              </w:rPr>
              <w:t>10.04.2025</w:t>
            </w:r>
          </w:p>
        </w:tc>
        <w:tc>
          <w:tcPr>
            <w:tcW w:w="1134" w:type="dxa"/>
          </w:tcPr>
          <w:p w14:paraId="024EE60A" w14:textId="77777777" w:rsidR="004C63D3" w:rsidRPr="00E053FC" w:rsidRDefault="004C63D3" w:rsidP="004C63D3">
            <w:pPr>
              <w:jc w:val="both"/>
              <w:rPr>
                <w:bCs/>
                <w:sz w:val="28"/>
                <w:szCs w:val="28"/>
                <w:lang w:val="en-US"/>
              </w:rPr>
            </w:pPr>
            <w:r w:rsidRPr="00E053FC">
              <w:rPr>
                <w:bCs/>
                <w:sz w:val="28"/>
                <w:szCs w:val="28"/>
                <w:lang w:val="en-US"/>
              </w:rPr>
              <w:t>9,10,11</w:t>
            </w:r>
          </w:p>
          <w:p w14:paraId="27DBBE90" w14:textId="77777777" w:rsidR="004C63D3" w:rsidRPr="00E053FC" w:rsidRDefault="004C63D3" w:rsidP="004C63D3">
            <w:pPr>
              <w:jc w:val="both"/>
              <w:rPr>
                <w:bCs/>
                <w:sz w:val="28"/>
                <w:szCs w:val="28"/>
                <w:lang w:val="en-US"/>
              </w:rPr>
            </w:pPr>
            <w:r w:rsidRPr="00E053FC">
              <w:rPr>
                <w:bCs/>
                <w:sz w:val="28"/>
                <w:szCs w:val="28"/>
                <w:lang w:val="en-US"/>
              </w:rPr>
              <w:t>24оқушы</w:t>
            </w:r>
          </w:p>
        </w:tc>
      </w:tr>
      <w:tr w:rsidR="004C63D3" w:rsidRPr="00E053FC" w14:paraId="3CE37694" w14:textId="77777777" w:rsidTr="00E053FC">
        <w:trPr>
          <w:trHeight w:val="1219"/>
        </w:trPr>
        <w:tc>
          <w:tcPr>
            <w:tcW w:w="522" w:type="dxa"/>
          </w:tcPr>
          <w:p w14:paraId="597ADE94" w14:textId="77777777" w:rsidR="004C63D3" w:rsidRPr="00E053FC" w:rsidRDefault="004C63D3" w:rsidP="004C63D3">
            <w:pPr>
              <w:jc w:val="both"/>
              <w:rPr>
                <w:bCs/>
                <w:sz w:val="28"/>
                <w:szCs w:val="28"/>
                <w:lang w:val="en-US"/>
              </w:rPr>
            </w:pPr>
            <w:r w:rsidRPr="00E053FC">
              <w:rPr>
                <w:bCs/>
                <w:sz w:val="28"/>
                <w:szCs w:val="28"/>
                <w:lang w:val="en-US"/>
              </w:rPr>
              <w:lastRenderedPageBreak/>
              <w:t>40</w:t>
            </w:r>
          </w:p>
        </w:tc>
        <w:tc>
          <w:tcPr>
            <w:tcW w:w="1855" w:type="dxa"/>
          </w:tcPr>
          <w:p w14:paraId="59B9B28C" w14:textId="77777777" w:rsidR="004C63D3" w:rsidRPr="00E053FC" w:rsidRDefault="004C63D3" w:rsidP="004C63D3">
            <w:pPr>
              <w:jc w:val="both"/>
              <w:rPr>
                <w:bCs/>
                <w:sz w:val="28"/>
                <w:szCs w:val="28"/>
              </w:rPr>
            </w:pPr>
            <w:r w:rsidRPr="00E053FC">
              <w:rPr>
                <w:bCs/>
                <w:sz w:val="28"/>
                <w:szCs w:val="28"/>
              </w:rPr>
              <w:t xml:space="preserve">Ә.Сағынов атындағы Қарағанды техникалық университеті </w:t>
            </w:r>
          </w:p>
        </w:tc>
        <w:tc>
          <w:tcPr>
            <w:tcW w:w="3719" w:type="dxa"/>
          </w:tcPr>
          <w:p w14:paraId="44039C72" w14:textId="77777777" w:rsidR="004C63D3" w:rsidRPr="00E053FC" w:rsidRDefault="004C63D3" w:rsidP="004C63D3">
            <w:pPr>
              <w:jc w:val="both"/>
              <w:rPr>
                <w:bCs/>
                <w:sz w:val="28"/>
                <w:szCs w:val="28"/>
              </w:rPr>
            </w:pPr>
            <w:r w:rsidRPr="00E053FC">
              <w:rPr>
                <w:bCs/>
                <w:sz w:val="28"/>
                <w:szCs w:val="28"/>
                <w:lang w:val="en-US"/>
              </w:rPr>
              <w:t>https</w:t>
            </w:r>
            <w:r w:rsidRPr="00E053FC">
              <w:rPr>
                <w:bCs/>
                <w:sz w:val="28"/>
                <w:szCs w:val="28"/>
              </w:rPr>
              <w:t>://</w:t>
            </w:r>
            <w:r w:rsidRPr="00E053FC">
              <w:rPr>
                <w:bCs/>
                <w:sz w:val="28"/>
                <w:szCs w:val="28"/>
                <w:lang w:val="en-US"/>
              </w:rPr>
              <w:t>www</w:t>
            </w:r>
            <w:r w:rsidRPr="00E053FC">
              <w:rPr>
                <w:bCs/>
                <w:sz w:val="28"/>
                <w:szCs w:val="28"/>
              </w:rPr>
              <w:t>.</w:t>
            </w:r>
            <w:r w:rsidRPr="00E053FC">
              <w:rPr>
                <w:bCs/>
                <w:sz w:val="28"/>
                <w:szCs w:val="28"/>
                <w:lang w:val="en-US"/>
              </w:rPr>
              <w:t>instagram</w:t>
            </w:r>
            <w:r w:rsidRPr="00E053FC">
              <w:rPr>
                <w:bCs/>
                <w:sz w:val="28"/>
                <w:szCs w:val="28"/>
              </w:rPr>
              <w:t>.</w:t>
            </w:r>
            <w:r w:rsidRPr="00E053FC">
              <w:rPr>
                <w:bCs/>
                <w:sz w:val="28"/>
                <w:szCs w:val="28"/>
                <w:lang w:val="en-US"/>
              </w:rPr>
              <w:t>com</w:t>
            </w:r>
            <w:r w:rsidRPr="00E053FC">
              <w:rPr>
                <w:bCs/>
                <w:sz w:val="28"/>
                <w:szCs w:val="28"/>
              </w:rPr>
              <w:t>/</w:t>
            </w:r>
            <w:r w:rsidRPr="00E053FC">
              <w:rPr>
                <w:bCs/>
                <w:sz w:val="28"/>
                <w:szCs w:val="28"/>
                <w:lang w:val="en-US"/>
              </w:rPr>
              <w:t>p</w:t>
            </w:r>
            <w:r w:rsidRPr="00E053FC">
              <w:rPr>
                <w:bCs/>
                <w:sz w:val="28"/>
                <w:szCs w:val="28"/>
              </w:rPr>
              <w:t>/</w:t>
            </w:r>
            <w:r w:rsidRPr="00E053FC">
              <w:rPr>
                <w:bCs/>
                <w:sz w:val="28"/>
                <w:szCs w:val="28"/>
                <w:lang w:val="en-US"/>
              </w:rPr>
              <w:t>DIQx</w:t>
            </w:r>
            <w:r w:rsidRPr="00E053FC">
              <w:rPr>
                <w:bCs/>
                <w:sz w:val="28"/>
                <w:szCs w:val="28"/>
              </w:rPr>
              <w:t>2</w:t>
            </w:r>
            <w:r w:rsidRPr="00E053FC">
              <w:rPr>
                <w:bCs/>
                <w:sz w:val="28"/>
                <w:szCs w:val="28"/>
                <w:lang w:val="en-US"/>
              </w:rPr>
              <w:t>tFMLcZ</w:t>
            </w:r>
            <w:r w:rsidRPr="00E053FC">
              <w:rPr>
                <w:bCs/>
                <w:sz w:val="28"/>
                <w:szCs w:val="28"/>
              </w:rPr>
              <w:t>/?</w:t>
            </w:r>
            <w:r w:rsidRPr="00E053FC">
              <w:rPr>
                <w:bCs/>
                <w:sz w:val="28"/>
                <w:szCs w:val="28"/>
                <w:lang w:val="en-US"/>
              </w:rPr>
              <w:t>obrf</w:t>
            </w:r>
            <w:r w:rsidRPr="00E053FC">
              <w:rPr>
                <w:bCs/>
                <w:sz w:val="28"/>
                <w:szCs w:val="28"/>
              </w:rPr>
              <w:t>=</w:t>
            </w:r>
            <w:r w:rsidRPr="00E053FC">
              <w:rPr>
                <w:bCs/>
                <w:sz w:val="28"/>
                <w:szCs w:val="28"/>
                <w:lang w:val="en-US"/>
              </w:rPr>
              <w:t>Yml</w:t>
            </w:r>
            <w:r w:rsidRPr="00E053FC">
              <w:rPr>
                <w:bCs/>
                <w:sz w:val="28"/>
                <w:szCs w:val="28"/>
              </w:rPr>
              <w:t>6</w:t>
            </w:r>
            <w:r w:rsidRPr="00E053FC">
              <w:rPr>
                <w:bCs/>
                <w:sz w:val="28"/>
                <w:szCs w:val="28"/>
                <w:lang w:val="en-US"/>
              </w:rPr>
              <w:t>aHk</w:t>
            </w:r>
            <w:r w:rsidRPr="00E053FC">
              <w:rPr>
                <w:bCs/>
                <w:sz w:val="28"/>
                <w:szCs w:val="28"/>
              </w:rPr>
              <w:t>4</w:t>
            </w:r>
            <w:r w:rsidRPr="00E053FC">
              <w:rPr>
                <w:bCs/>
                <w:sz w:val="28"/>
                <w:szCs w:val="28"/>
                <w:lang w:val="en-US"/>
              </w:rPr>
              <w:t>d</w:t>
            </w:r>
            <w:r w:rsidRPr="00E053FC">
              <w:rPr>
                <w:bCs/>
                <w:sz w:val="28"/>
                <w:szCs w:val="28"/>
              </w:rPr>
              <w:t>2</w:t>
            </w:r>
            <w:r w:rsidRPr="00E053FC">
              <w:rPr>
                <w:bCs/>
                <w:sz w:val="28"/>
                <w:szCs w:val="28"/>
                <w:lang w:val="en-US"/>
              </w:rPr>
              <w:t>o</w:t>
            </w:r>
            <w:r w:rsidRPr="00E053FC">
              <w:rPr>
                <w:bCs/>
                <w:sz w:val="28"/>
                <w:szCs w:val="28"/>
              </w:rPr>
              <w:t>4</w:t>
            </w:r>
            <w:r w:rsidRPr="00E053FC">
              <w:rPr>
                <w:bCs/>
                <w:sz w:val="28"/>
                <w:szCs w:val="28"/>
                <w:lang w:val="en-US"/>
              </w:rPr>
              <w:t>dGQ</w:t>
            </w:r>
            <w:r w:rsidRPr="00E053FC">
              <w:rPr>
                <w:bCs/>
                <w:sz w:val="28"/>
                <w:szCs w:val="28"/>
              </w:rPr>
              <w:t>5</w:t>
            </w:r>
          </w:p>
        </w:tc>
        <w:tc>
          <w:tcPr>
            <w:tcW w:w="1559" w:type="dxa"/>
          </w:tcPr>
          <w:p w14:paraId="5995975B" w14:textId="77777777" w:rsidR="004C63D3" w:rsidRPr="00E053FC" w:rsidRDefault="004C63D3" w:rsidP="004C63D3">
            <w:pPr>
              <w:jc w:val="both"/>
              <w:rPr>
                <w:bCs/>
                <w:sz w:val="28"/>
                <w:szCs w:val="28"/>
              </w:rPr>
            </w:pPr>
            <w:r w:rsidRPr="00E053FC">
              <w:rPr>
                <w:bCs/>
                <w:sz w:val="28"/>
                <w:szCs w:val="28"/>
              </w:rPr>
              <w:t>(ҚарТу)-дың педагог мамандарымен кездесу өтті</w:t>
            </w:r>
          </w:p>
        </w:tc>
        <w:tc>
          <w:tcPr>
            <w:tcW w:w="1843" w:type="dxa"/>
          </w:tcPr>
          <w:p w14:paraId="5ADC6502" w14:textId="77777777" w:rsidR="004C63D3" w:rsidRPr="00E053FC" w:rsidRDefault="004C63D3" w:rsidP="004C63D3">
            <w:pPr>
              <w:jc w:val="both"/>
              <w:rPr>
                <w:bCs/>
                <w:sz w:val="28"/>
                <w:szCs w:val="28"/>
                <w:lang w:val="en-US"/>
              </w:rPr>
            </w:pPr>
            <w:r w:rsidRPr="00E053FC">
              <w:rPr>
                <w:bCs/>
                <w:sz w:val="28"/>
                <w:szCs w:val="28"/>
                <w:lang w:val="en-US"/>
              </w:rPr>
              <w:t>10.04.2025</w:t>
            </w:r>
          </w:p>
        </w:tc>
        <w:tc>
          <w:tcPr>
            <w:tcW w:w="1134" w:type="dxa"/>
          </w:tcPr>
          <w:p w14:paraId="541BED98" w14:textId="77777777" w:rsidR="004C63D3" w:rsidRPr="00E053FC" w:rsidRDefault="004C63D3" w:rsidP="004C63D3">
            <w:pPr>
              <w:jc w:val="both"/>
              <w:rPr>
                <w:bCs/>
                <w:sz w:val="28"/>
                <w:szCs w:val="28"/>
                <w:lang w:val="en-US"/>
              </w:rPr>
            </w:pPr>
            <w:r w:rsidRPr="00E053FC">
              <w:rPr>
                <w:bCs/>
                <w:sz w:val="28"/>
                <w:szCs w:val="28"/>
                <w:lang w:val="en-US"/>
              </w:rPr>
              <w:t>9,10,11</w:t>
            </w:r>
          </w:p>
          <w:p w14:paraId="4E76C153" w14:textId="77777777" w:rsidR="004C63D3" w:rsidRPr="00E053FC" w:rsidRDefault="004C63D3" w:rsidP="004C63D3">
            <w:pPr>
              <w:jc w:val="both"/>
              <w:rPr>
                <w:bCs/>
                <w:sz w:val="28"/>
                <w:szCs w:val="28"/>
                <w:lang w:val="en-US"/>
              </w:rPr>
            </w:pPr>
            <w:r w:rsidRPr="00E053FC">
              <w:rPr>
                <w:bCs/>
                <w:sz w:val="28"/>
                <w:szCs w:val="28"/>
                <w:lang w:val="en-US"/>
              </w:rPr>
              <w:t>48оқушы</w:t>
            </w:r>
          </w:p>
        </w:tc>
      </w:tr>
      <w:tr w:rsidR="004C63D3" w:rsidRPr="00E053FC" w14:paraId="42C78A43" w14:textId="77777777" w:rsidTr="00E053FC">
        <w:trPr>
          <w:trHeight w:val="1219"/>
        </w:trPr>
        <w:tc>
          <w:tcPr>
            <w:tcW w:w="522" w:type="dxa"/>
          </w:tcPr>
          <w:p w14:paraId="7D48D50B" w14:textId="77777777" w:rsidR="004C63D3" w:rsidRPr="00E053FC" w:rsidRDefault="004C63D3" w:rsidP="004C63D3">
            <w:pPr>
              <w:jc w:val="both"/>
              <w:rPr>
                <w:bCs/>
                <w:sz w:val="28"/>
                <w:szCs w:val="28"/>
                <w:lang w:val="en-US"/>
              </w:rPr>
            </w:pPr>
            <w:r w:rsidRPr="00E053FC">
              <w:rPr>
                <w:bCs/>
                <w:sz w:val="28"/>
                <w:szCs w:val="28"/>
                <w:lang w:val="en-US"/>
              </w:rPr>
              <w:t>41</w:t>
            </w:r>
          </w:p>
        </w:tc>
        <w:tc>
          <w:tcPr>
            <w:tcW w:w="1855" w:type="dxa"/>
          </w:tcPr>
          <w:p w14:paraId="6E21F98F" w14:textId="77777777" w:rsidR="004C63D3" w:rsidRPr="00E053FC" w:rsidRDefault="004C63D3" w:rsidP="004C63D3">
            <w:pPr>
              <w:jc w:val="both"/>
              <w:rPr>
                <w:bCs/>
                <w:sz w:val="28"/>
                <w:szCs w:val="28"/>
                <w:lang w:val="en-US"/>
              </w:rPr>
            </w:pPr>
            <w:r w:rsidRPr="00E053FC">
              <w:rPr>
                <w:bCs/>
                <w:sz w:val="28"/>
                <w:szCs w:val="28"/>
                <w:lang w:val="en-US"/>
              </w:rPr>
              <w:t>“Менің арманымдағы мамандық”</w:t>
            </w:r>
          </w:p>
        </w:tc>
        <w:tc>
          <w:tcPr>
            <w:tcW w:w="3719" w:type="dxa"/>
          </w:tcPr>
          <w:p w14:paraId="286FD8D0" w14:textId="77777777" w:rsidR="004C63D3" w:rsidRPr="00E053FC" w:rsidRDefault="004C63D3" w:rsidP="004C63D3">
            <w:pPr>
              <w:jc w:val="both"/>
              <w:rPr>
                <w:bCs/>
                <w:sz w:val="28"/>
                <w:szCs w:val="28"/>
                <w:lang w:val="en-US"/>
              </w:rPr>
            </w:pPr>
            <w:r w:rsidRPr="00E053FC">
              <w:rPr>
                <w:bCs/>
                <w:sz w:val="28"/>
                <w:szCs w:val="28"/>
                <w:lang w:val="en-US"/>
              </w:rPr>
              <w:t>https://www.instagram.com/p/DIQx4VFMxTW/?xtok=eTE3aHRtbW01cW1u</w:t>
            </w:r>
          </w:p>
        </w:tc>
        <w:tc>
          <w:tcPr>
            <w:tcW w:w="1559" w:type="dxa"/>
          </w:tcPr>
          <w:p w14:paraId="65DD72C2" w14:textId="77777777" w:rsidR="004C63D3" w:rsidRPr="00E053FC" w:rsidRDefault="004C63D3" w:rsidP="004C63D3">
            <w:pPr>
              <w:jc w:val="both"/>
              <w:rPr>
                <w:bCs/>
                <w:sz w:val="28"/>
                <w:szCs w:val="28"/>
                <w:lang w:val="en-US"/>
              </w:rPr>
            </w:pPr>
            <w:r w:rsidRPr="00E053FC">
              <w:rPr>
                <w:bCs/>
                <w:sz w:val="28"/>
                <w:szCs w:val="28"/>
                <w:lang w:val="en-US"/>
              </w:rPr>
              <w:t>Бейнематериал байқауы</w:t>
            </w:r>
          </w:p>
        </w:tc>
        <w:tc>
          <w:tcPr>
            <w:tcW w:w="1843" w:type="dxa"/>
          </w:tcPr>
          <w:p w14:paraId="7B887C73" w14:textId="77777777" w:rsidR="004C63D3" w:rsidRPr="00E053FC" w:rsidRDefault="004C63D3" w:rsidP="004C63D3">
            <w:pPr>
              <w:jc w:val="both"/>
              <w:rPr>
                <w:bCs/>
                <w:sz w:val="28"/>
                <w:szCs w:val="28"/>
                <w:lang w:val="en-US"/>
              </w:rPr>
            </w:pPr>
            <w:r w:rsidRPr="00E053FC">
              <w:rPr>
                <w:bCs/>
                <w:sz w:val="28"/>
                <w:szCs w:val="28"/>
                <w:lang w:val="en-US"/>
              </w:rPr>
              <w:t>10.04.2025</w:t>
            </w:r>
          </w:p>
        </w:tc>
        <w:tc>
          <w:tcPr>
            <w:tcW w:w="1134" w:type="dxa"/>
          </w:tcPr>
          <w:p w14:paraId="3E1B5145" w14:textId="77777777" w:rsidR="004C63D3" w:rsidRPr="00E053FC" w:rsidRDefault="004C63D3" w:rsidP="004C63D3">
            <w:pPr>
              <w:jc w:val="both"/>
              <w:rPr>
                <w:bCs/>
                <w:sz w:val="28"/>
                <w:szCs w:val="28"/>
                <w:lang w:val="en-US"/>
              </w:rPr>
            </w:pPr>
            <w:r w:rsidRPr="00E053FC">
              <w:rPr>
                <w:bCs/>
                <w:sz w:val="28"/>
                <w:szCs w:val="28"/>
                <w:lang w:val="en-US"/>
              </w:rPr>
              <w:t>11«А», «Ә»</w:t>
            </w:r>
          </w:p>
          <w:p w14:paraId="3909A9E5" w14:textId="77777777" w:rsidR="004C63D3" w:rsidRPr="00E053FC" w:rsidRDefault="004C63D3" w:rsidP="004C63D3">
            <w:pPr>
              <w:jc w:val="both"/>
              <w:rPr>
                <w:bCs/>
                <w:sz w:val="28"/>
                <w:szCs w:val="28"/>
                <w:lang w:val="en-US"/>
              </w:rPr>
            </w:pPr>
            <w:r w:rsidRPr="00E053FC">
              <w:rPr>
                <w:bCs/>
                <w:sz w:val="28"/>
                <w:szCs w:val="28"/>
                <w:lang w:val="en-US"/>
              </w:rPr>
              <w:t>16 оқушы</w:t>
            </w:r>
          </w:p>
        </w:tc>
      </w:tr>
      <w:tr w:rsidR="004C63D3" w:rsidRPr="00E053FC" w14:paraId="05E9FB07" w14:textId="77777777" w:rsidTr="00E053FC">
        <w:trPr>
          <w:trHeight w:val="1219"/>
        </w:trPr>
        <w:tc>
          <w:tcPr>
            <w:tcW w:w="522" w:type="dxa"/>
          </w:tcPr>
          <w:p w14:paraId="7C0FFE88" w14:textId="77777777" w:rsidR="004C63D3" w:rsidRPr="00E053FC" w:rsidRDefault="004C63D3" w:rsidP="004C63D3">
            <w:pPr>
              <w:jc w:val="both"/>
              <w:rPr>
                <w:bCs/>
                <w:sz w:val="28"/>
                <w:szCs w:val="28"/>
                <w:lang w:val="en-US"/>
              </w:rPr>
            </w:pPr>
            <w:r w:rsidRPr="00E053FC">
              <w:rPr>
                <w:bCs/>
                <w:sz w:val="28"/>
                <w:szCs w:val="28"/>
                <w:lang w:val="en-US"/>
              </w:rPr>
              <w:t>42</w:t>
            </w:r>
          </w:p>
        </w:tc>
        <w:tc>
          <w:tcPr>
            <w:tcW w:w="1855" w:type="dxa"/>
          </w:tcPr>
          <w:p w14:paraId="0CA4B194" w14:textId="77777777" w:rsidR="004C63D3" w:rsidRPr="00E053FC" w:rsidRDefault="004C63D3" w:rsidP="004C63D3">
            <w:pPr>
              <w:jc w:val="both"/>
              <w:rPr>
                <w:bCs/>
                <w:sz w:val="28"/>
                <w:szCs w:val="28"/>
                <w:lang w:val="en-US"/>
              </w:rPr>
            </w:pPr>
            <w:r w:rsidRPr="00E053FC">
              <w:rPr>
                <w:bCs/>
                <w:sz w:val="28"/>
                <w:szCs w:val="28"/>
                <w:lang w:val="en-US"/>
              </w:rPr>
              <w:t xml:space="preserve">“Сыңғырла,соңғы қоңырау” </w:t>
            </w:r>
          </w:p>
        </w:tc>
        <w:tc>
          <w:tcPr>
            <w:tcW w:w="3719" w:type="dxa"/>
          </w:tcPr>
          <w:p w14:paraId="253D2C25" w14:textId="77777777" w:rsidR="004C63D3" w:rsidRPr="00E053FC" w:rsidRDefault="004C63D3" w:rsidP="004C63D3">
            <w:pPr>
              <w:jc w:val="both"/>
              <w:rPr>
                <w:bCs/>
                <w:sz w:val="28"/>
                <w:szCs w:val="28"/>
                <w:lang w:val="en-US"/>
              </w:rPr>
            </w:pPr>
            <w:r w:rsidRPr="00E053FC">
              <w:rPr>
                <w:bCs/>
                <w:sz w:val="28"/>
                <w:szCs w:val="28"/>
                <w:lang w:val="en-US"/>
              </w:rPr>
              <w:t>https://www.instagram.com/p/DJ_jIzgMVe0/?exln=ZTNxNGF6M2Zhdzlj</w:t>
            </w:r>
          </w:p>
        </w:tc>
        <w:tc>
          <w:tcPr>
            <w:tcW w:w="1559" w:type="dxa"/>
          </w:tcPr>
          <w:p w14:paraId="36D355D1" w14:textId="77777777" w:rsidR="004C63D3" w:rsidRPr="00E053FC" w:rsidRDefault="004C63D3" w:rsidP="004C63D3">
            <w:pPr>
              <w:jc w:val="both"/>
              <w:rPr>
                <w:bCs/>
                <w:sz w:val="28"/>
                <w:szCs w:val="28"/>
                <w:lang w:val="en-US"/>
              </w:rPr>
            </w:pPr>
            <w:r w:rsidRPr="00E053FC">
              <w:rPr>
                <w:bCs/>
                <w:sz w:val="28"/>
                <w:szCs w:val="28"/>
                <w:lang w:val="en-US"/>
              </w:rPr>
              <w:t>Салтанатты жиын</w:t>
            </w:r>
          </w:p>
        </w:tc>
        <w:tc>
          <w:tcPr>
            <w:tcW w:w="1843" w:type="dxa"/>
          </w:tcPr>
          <w:p w14:paraId="64900C9D" w14:textId="77777777" w:rsidR="004C63D3" w:rsidRPr="00E053FC" w:rsidRDefault="004C63D3" w:rsidP="004C63D3">
            <w:pPr>
              <w:jc w:val="both"/>
              <w:rPr>
                <w:bCs/>
                <w:sz w:val="28"/>
                <w:szCs w:val="28"/>
                <w:lang w:val="kk-KZ"/>
              </w:rPr>
            </w:pPr>
            <w:r w:rsidRPr="00E053FC">
              <w:rPr>
                <w:bCs/>
                <w:sz w:val="28"/>
                <w:szCs w:val="28"/>
                <w:lang w:val="en-US"/>
              </w:rPr>
              <w:t>23.05.202</w:t>
            </w:r>
            <w:r w:rsidRPr="00E053FC">
              <w:rPr>
                <w:bCs/>
                <w:sz w:val="28"/>
                <w:szCs w:val="28"/>
                <w:lang w:val="kk-KZ"/>
              </w:rPr>
              <w:t>5</w:t>
            </w:r>
          </w:p>
        </w:tc>
        <w:tc>
          <w:tcPr>
            <w:tcW w:w="1134" w:type="dxa"/>
          </w:tcPr>
          <w:p w14:paraId="0540CD23" w14:textId="77777777" w:rsidR="004C63D3" w:rsidRPr="00E053FC" w:rsidRDefault="004C63D3" w:rsidP="004C63D3">
            <w:pPr>
              <w:jc w:val="both"/>
              <w:rPr>
                <w:bCs/>
                <w:sz w:val="28"/>
                <w:szCs w:val="28"/>
                <w:lang w:val="en-US"/>
              </w:rPr>
            </w:pPr>
            <w:r w:rsidRPr="00E053FC">
              <w:rPr>
                <w:bCs/>
                <w:sz w:val="28"/>
                <w:szCs w:val="28"/>
                <w:lang w:val="en-US"/>
              </w:rPr>
              <w:t>9-11</w:t>
            </w:r>
          </w:p>
          <w:p w14:paraId="220A72FC" w14:textId="77777777" w:rsidR="004C63D3" w:rsidRPr="00E053FC" w:rsidRDefault="004C63D3" w:rsidP="004C63D3">
            <w:pPr>
              <w:jc w:val="both"/>
              <w:rPr>
                <w:bCs/>
                <w:sz w:val="28"/>
                <w:szCs w:val="28"/>
                <w:lang w:val="en-US"/>
              </w:rPr>
            </w:pPr>
            <w:r w:rsidRPr="00E053FC">
              <w:rPr>
                <w:bCs/>
                <w:sz w:val="28"/>
                <w:szCs w:val="28"/>
                <w:lang w:val="en-US"/>
              </w:rPr>
              <w:t>141оқушы</w:t>
            </w:r>
          </w:p>
        </w:tc>
      </w:tr>
    </w:tbl>
    <w:p w14:paraId="7C4FE7F9" w14:textId="77777777" w:rsidR="004C63D3" w:rsidRPr="004C63D3" w:rsidRDefault="004C63D3" w:rsidP="004C63D3">
      <w:pPr>
        <w:jc w:val="both"/>
        <w:rPr>
          <w:b/>
          <w:sz w:val="28"/>
          <w:szCs w:val="28"/>
        </w:rPr>
      </w:pPr>
      <w:r w:rsidRPr="004C63D3">
        <w:rPr>
          <w:b/>
          <w:sz w:val="28"/>
          <w:szCs w:val="28"/>
        </w:rPr>
        <w:t xml:space="preserve">  </w:t>
      </w:r>
    </w:p>
    <w:p w14:paraId="208330A6" w14:textId="77777777" w:rsidR="004C63D3" w:rsidRPr="004C63D3" w:rsidRDefault="004C63D3" w:rsidP="004C63D3">
      <w:pPr>
        <w:jc w:val="both"/>
        <w:rPr>
          <w:b/>
          <w:sz w:val="28"/>
          <w:szCs w:val="28"/>
        </w:rPr>
      </w:pPr>
      <w:r w:rsidRPr="004C63D3">
        <w:rPr>
          <w:b/>
          <w:sz w:val="28"/>
          <w:szCs w:val="28"/>
        </w:rPr>
        <w:t xml:space="preserve">             9- сынып т</w:t>
      </w:r>
      <w:r w:rsidRPr="004C63D3">
        <w:rPr>
          <w:b/>
          <w:sz w:val="28"/>
          <w:szCs w:val="28"/>
          <w:lang w:val="kk-KZ"/>
        </w:rPr>
        <w:t>үлекерінің</w:t>
      </w:r>
      <w:r w:rsidRPr="004C63D3">
        <w:rPr>
          <w:b/>
          <w:sz w:val="28"/>
          <w:szCs w:val="28"/>
        </w:rPr>
        <w:t xml:space="preserve"> білім алуды жалғастыруы туралы</w:t>
      </w:r>
    </w:p>
    <w:p w14:paraId="63EE0713" w14:textId="77777777" w:rsidR="004C63D3" w:rsidRPr="004C63D3" w:rsidRDefault="004C63D3" w:rsidP="004C63D3">
      <w:pPr>
        <w:jc w:val="both"/>
        <w:rPr>
          <w:b/>
          <w:sz w:val="28"/>
          <w:szCs w:val="28"/>
        </w:rPr>
      </w:pPr>
      <w:r w:rsidRPr="004C63D3">
        <w:rPr>
          <w:b/>
          <w:sz w:val="28"/>
          <w:szCs w:val="28"/>
        </w:rPr>
        <w:t xml:space="preserve">                                                        мәлімет</w:t>
      </w:r>
    </w:p>
    <w:p w14:paraId="3D925BA3" w14:textId="77777777" w:rsidR="004C63D3" w:rsidRPr="004C63D3" w:rsidRDefault="004C63D3" w:rsidP="004C63D3">
      <w:pPr>
        <w:jc w:val="both"/>
        <w:rPr>
          <w:b/>
          <w:sz w:val="28"/>
          <w:szCs w:val="28"/>
        </w:rPr>
      </w:pPr>
      <w:r w:rsidRPr="004C63D3">
        <w:rPr>
          <w:sz w:val="28"/>
          <w:szCs w:val="28"/>
        </w:rPr>
        <w:t xml:space="preserve">2024–2025 оқу жылының басындағы мәлімет бойынша </w:t>
      </w:r>
      <w:r w:rsidRPr="004C63D3">
        <w:rPr>
          <w:b/>
          <w:sz w:val="28"/>
          <w:szCs w:val="28"/>
        </w:rPr>
        <w:t>9-</w:t>
      </w:r>
      <w:r w:rsidRPr="004C63D3">
        <w:rPr>
          <w:sz w:val="28"/>
          <w:szCs w:val="28"/>
        </w:rPr>
        <w:t xml:space="preserve">сыныпты </w:t>
      </w:r>
      <w:r w:rsidRPr="004C63D3">
        <w:rPr>
          <w:b/>
          <w:sz w:val="28"/>
          <w:szCs w:val="28"/>
        </w:rPr>
        <w:t>81</w:t>
      </w:r>
      <w:r w:rsidRPr="004C63D3">
        <w:rPr>
          <w:sz w:val="28"/>
          <w:szCs w:val="28"/>
        </w:rPr>
        <w:t xml:space="preserve"> оқушы аяқтаған.Олардың ішінде </w:t>
      </w:r>
      <w:r w:rsidRPr="004C63D3">
        <w:rPr>
          <w:b/>
          <w:sz w:val="28"/>
          <w:szCs w:val="28"/>
        </w:rPr>
        <w:t>30-ы</w:t>
      </w:r>
      <w:r w:rsidRPr="004C63D3">
        <w:rPr>
          <w:sz w:val="28"/>
          <w:szCs w:val="28"/>
        </w:rPr>
        <w:t xml:space="preserve"> </w:t>
      </w:r>
      <w:r w:rsidRPr="004C63D3">
        <w:rPr>
          <w:b/>
          <w:sz w:val="28"/>
          <w:szCs w:val="28"/>
        </w:rPr>
        <w:t>(37,0%)</w:t>
      </w:r>
      <w:r w:rsidRPr="004C63D3">
        <w:rPr>
          <w:sz w:val="28"/>
          <w:szCs w:val="28"/>
        </w:rPr>
        <w:t xml:space="preserve"> Қазақстан Республикасының колледждеріне оқуға түскен. Оның ішінде </w:t>
      </w:r>
      <w:r w:rsidRPr="004C63D3">
        <w:rPr>
          <w:b/>
          <w:sz w:val="28"/>
          <w:szCs w:val="28"/>
        </w:rPr>
        <w:t>17</w:t>
      </w:r>
      <w:r w:rsidRPr="004C63D3">
        <w:rPr>
          <w:sz w:val="28"/>
          <w:szCs w:val="28"/>
        </w:rPr>
        <w:t xml:space="preserve"> оқушы </w:t>
      </w:r>
      <w:r w:rsidRPr="004C63D3">
        <w:rPr>
          <w:b/>
          <w:sz w:val="28"/>
          <w:szCs w:val="28"/>
        </w:rPr>
        <w:t>(21,0%)</w:t>
      </w:r>
      <w:r w:rsidRPr="004C63D3">
        <w:rPr>
          <w:sz w:val="28"/>
          <w:szCs w:val="28"/>
        </w:rPr>
        <w:t xml:space="preserve"> мемлекеттік білім беру тапсырысы бойынша, ал </w:t>
      </w:r>
      <w:r w:rsidRPr="004C63D3">
        <w:rPr>
          <w:b/>
          <w:sz w:val="28"/>
          <w:szCs w:val="28"/>
        </w:rPr>
        <w:t>13</w:t>
      </w:r>
      <w:r w:rsidRPr="004C63D3">
        <w:rPr>
          <w:sz w:val="28"/>
          <w:szCs w:val="28"/>
        </w:rPr>
        <w:t xml:space="preserve"> оқушы (</w:t>
      </w:r>
      <w:r w:rsidRPr="004C63D3">
        <w:rPr>
          <w:b/>
          <w:sz w:val="28"/>
          <w:szCs w:val="28"/>
        </w:rPr>
        <w:t>16,0%</w:t>
      </w:r>
      <w:r w:rsidRPr="004C63D3">
        <w:rPr>
          <w:sz w:val="28"/>
          <w:szCs w:val="28"/>
        </w:rPr>
        <w:t xml:space="preserve">) ақылы негізде білім алуды жалғастырған.Қалған </w:t>
      </w:r>
      <w:r w:rsidRPr="004C63D3">
        <w:rPr>
          <w:b/>
          <w:sz w:val="28"/>
          <w:szCs w:val="28"/>
        </w:rPr>
        <w:t>51</w:t>
      </w:r>
      <w:r w:rsidRPr="004C63D3">
        <w:rPr>
          <w:sz w:val="28"/>
          <w:szCs w:val="28"/>
        </w:rPr>
        <w:t>-і (</w:t>
      </w:r>
      <w:r w:rsidRPr="004C63D3">
        <w:rPr>
          <w:b/>
          <w:sz w:val="28"/>
          <w:szCs w:val="28"/>
        </w:rPr>
        <w:t>63,0%</w:t>
      </w:r>
      <w:r w:rsidRPr="004C63D3">
        <w:rPr>
          <w:sz w:val="28"/>
          <w:szCs w:val="28"/>
        </w:rPr>
        <w:t>) 10-сыныпқа көшкен. Жұмысқа орналасқан түлектер, шетелге кеткендер және білім алуды жалғастырмағандар көрсетілмеген.</w:t>
      </w:r>
    </w:p>
    <w:p w14:paraId="32D26018" w14:textId="77777777" w:rsidR="004C63D3" w:rsidRPr="004C63D3" w:rsidRDefault="004C63D3" w:rsidP="004C63D3">
      <w:pPr>
        <w:jc w:val="both"/>
        <w:rPr>
          <w:sz w:val="28"/>
          <w:szCs w:val="28"/>
        </w:rPr>
      </w:pPr>
      <w:r w:rsidRPr="004C63D3">
        <w:rPr>
          <w:sz w:val="28"/>
          <w:szCs w:val="28"/>
        </w:rPr>
        <w:t xml:space="preserve">Қорытынды: 2024–2025 оқу жылында «№14 мектеп-гимназиясының» </w:t>
      </w:r>
      <w:r w:rsidRPr="004C63D3">
        <w:rPr>
          <w:b/>
          <w:sz w:val="28"/>
          <w:szCs w:val="28"/>
        </w:rPr>
        <w:t>9-сынып</w:t>
      </w:r>
      <w:r w:rsidRPr="004C63D3">
        <w:rPr>
          <w:sz w:val="28"/>
          <w:szCs w:val="28"/>
        </w:rPr>
        <w:t xml:space="preserve"> түлектерінің </w:t>
      </w:r>
      <w:r w:rsidRPr="004C63D3">
        <w:rPr>
          <w:b/>
          <w:sz w:val="28"/>
          <w:szCs w:val="28"/>
        </w:rPr>
        <w:t>100%-ы</w:t>
      </w:r>
      <w:r w:rsidRPr="004C63D3">
        <w:rPr>
          <w:sz w:val="28"/>
          <w:szCs w:val="28"/>
        </w:rPr>
        <w:t xml:space="preserve"> білім алуды жалғастырған. Олардың </w:t>
      </w:r>
      <w:r w:rsidRPr="004C63D3">
        <w:rPr>
          <w:b/>
          <w:sz w:val="28"/>
          <w:szCs w:val="28"/>
        </w:rPr>
        <w:t>37,0%-ы</w:t>
      </w:r>
      <w:r w:rsidRPr="004C63D3">
        <w:rPr>
          <w:sz w:val="28"/>
          <w:szCs w:val="28"/>
        </w:rPr>
        <w:t xml:space="preserve"> колледждерге түссе, </w:t>
      </w:r>
      <w:r w:rsidRPr="004C63D3">
        <w:rPr>
          <w:b/>
          <w:sz w:val="28"/>
          <w:szCs w:val="28"/>
        </w:rPr>
        <w:t>63,0%-</w:t>
      </w:r>
      <w:r w:rsidRPr="004C63D3">
        <w:rPr>
          <w:sz w:val="28"/>
          <w:szCs w:val="28"/>
        </w:rPr>
        <w:t xml:space="preserve">ы мектептің </w:t>
      </w:r>
      <w:r w:rsidRPr="004C63D3">
        <w:rPr>
          <w:b/>
          <w:sz w:val="28"/>
          <w:szCs w:val="28"/>
        </w:rPr>
        <w:t>10-сыныбында</w:t>
      </w:r>
      <w:r w:rsidRPr="004C63D3">
        <w:rPr>
          <w:sz w:val="28"/>
          <w:szCs w:val="28"/>
        </w:rPr>
        <w:t xml:space="preserve"> оқуын жалғастырған.</w:t>
      </w:r>
    </w:p>
    <w:p w14:paraId="4BBD576D" w14:textId="77777777" w:rsidR="004C63D3" w:rsidRPr="004C63D3" w:rsidRDefault="004C63D3" w:rsidP="004C63D3">
      <w:pPr>
        <w:jc w:val="both"/>
        <w:rPr>
          <w:sz w:val="28"/>
          <w:szCs w:val="28"/>
        </w:rPr>
      </w:pPr>
    </w:p>
    <w:p w14:paraId="39CFE137" w14:textId="77777777" w:rsidR="004C63D3" w:rsidRPr="004C63D3" w:rsidRDefault="004C63D3" w:rsidP="004C63D3">
      <w:pPr>
        <w:jc w:val="both"/>
        <w:rPr>
          <w:sz w:val="28"/>
          <w:szCs w:val="28"/>
        </w:rPr>
      </w:pPr>
      <w:r w:rsidRPr="004C63D3">
        <w:rPr>
          <w:noProof/>
          <w:sz w:val="28"/>
          <w:szCs w:val="28"/>
          <w:lang w:eastAsia="ru-RU"/>
        </w:rPr>
        <w:drawing>
          <wp:inline distT="0" distB="0" distL="0" distR="0" wp14:anchorId="6261347B" wp14:editId="71D013D1">
            <wp:extent cx="6000750" cy="3209925"/>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6026610" cy="3223758"/>
                    </a:xfrm>
                    <a:prstGeom prst="rect">
                      <a:avLst/>
                    </a:prstGeom>
                  </pic:spPr>
                </pic:pic>
              </a:graphicData>
            </a:graphic>
          </wp:inline>
        </w:drawing>
      </w:r>
    </w:p>
    <w:p w14:paraId="76FFD50B" w14:textId="77777777" w:rsidR="004C63D3" w:rsidRPr="004C63D3" w:rsidRDefault="004C63D3" w:rsidP="004C63D3">
      <w:pPr>
        <w:jc w:val="both"/>
        <w:rPr>
          <w:sz w:val="28"/>
          <w:szCs w:val="28"/>
        </w:rPr>
      </w:pPr>
      <w:r w:rsidRPr="004C63D3">
        <w:rPr>
          <w:noProof/>
          <w:sz w:val="28"/>
          <w:szCs w:val="28"/>
          <w:lang w:eastAsia="ru-RU"/>
        </w:rPr>
        <mc:AlternateContent>
          <mc:Choice Requires="wps">
            <w:drawing>
              <wp:inline distT="0" distB="0" distL="0" distR="0" wp14:anchorId="6A22C87C" wp14:editId="53722A37">
                <wp:extent cx="304800" cy="304800"/>
                <wp:effectExtent l="0" t="0" r="0" b="0"/>
                <wp:docPr id="2" name="Прямоугольник 2" descr="blob:https://web.whatsapp.com/2add025b-3264-4801-ac8c-37416887c03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3FCE984" id="Прямоугольник 2" o:spid="_x0000_s1026" alt="blob:https://web.whatsapp.com/2add025b-3264-4801-ac8c-37416887c037"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" filled="f" stroked="f">
                <o:lock v:ext="edit" aspectratio="t"/>
                <w10:anchorlock/>
              </v:rect>
            </w:pict>
          </mc:Fallback>
        </mc:AlternateContent>
      </w:r>
    </w:p>
    <w:p w14:paraId="4F9CED93" w14:textId="77777777" w:rsidR="004C63D3" w:rsidRPr="004C63D3" w:rsidRDefault="004C63D3" w:rsidP="004C63D3">
      <w:pPr>
        <w:jc w:val="both"/>
        <w:rPr>
          <w:b/>
          <w:sz w:val="28"/>
          <w:szCs w:val="28"/>
        </w:rPr>
      </w:pPr>
    </w:p>
    <w:p w14:paraId="5252ED81" w14:textId="77777777" w:rsidR="004C63D3" w:rsidRPr="004C63D3" w:rsidRDefault="004C63D3" w:rsidP="004C63D3">
      <w:pPr>
        <w:jc w:val="both"/>
        <w:rPr>
          <w:sz w:val="28"/>
          <w:szCs w:val="28"/>
        </w:rPr>
      </w:pPr>
      <w:r w:rsidRPr="004C63D3">
        <w:rPr>
          <w:b/>
          <w:sz w:val="28"/>
          <w:szCs w:val="28"/>
        </w:rPr>
        <w:t xml:space="preserve">11-сынып түлектерінің оқуын жалғастыруы және жұмыспен  </w:t>
      </w:r>
    </w:p>
    <w:p w14:paraId="526E442E" w14:textId="77777777" w:rsidR="004C63D3" w:rsidRPr="004C63D3" w:rsidRDefault="004C63D3" w:rsidP="004C63D3">
      <w:pPr>
        <w:jc w:val="both"/>
        <w:rPr>
          <w:b/>
          <w:sz w:val="28"/>
          <w:szCs w:val="28"/>
        </w:rPr>
      </w:pPr>
      <w:r w:rsidRPr="004C63D3">
        <w:rPr>
          <w:b/>
          <w:sz w:val="28"/>
          <w:szCs w:val="28"/>
        </w:rPr>
        <w:t xml:space="preserve">                             қамтылуы туралы мәлімет</w:t>
      </w:r>
    </w:p>
    <w:p w14:paraId="6B3A7C23" w14:textId="77777777" w:rsidR="004C63D3" w:rsidRPr="004C63D3" w:rsidRDefault="004C63D3" w:rsidP="004C63D3">
      <w:pPr>
        <w:jc w:val="both"/>
        <w:rPr>
          <w:b/>
          <w:sz w:val="28"/>
          <w:szCs w:val="28"/>
        </w:rPr>
      </w:pPr>
      <w:r w:rsidRPr="004C63D3">
        <w:rPr>
          <w:sz w:val="28"/>
          <w:szCs w:val="28"/>
        </w:rPr>
        <w:t xml:space="preserve">«№14 мектеп-гимназиясының» </w:t>
      </w:r>
      <w:r w:rsidRPr="004C63D3">
        <w:rPr>
          <w:b/>
          <w:sz w:val="28"/>
          <w:szCs w:val="28"/>
        </w:rPr>
        <w:t>54</w:t>
      </w:r>
      <w:r w:rsidRPr="004C63D3">
        <w:rPr>
          <w:sz w:val="28"/>
          <w:szCs w:val="28"/>
        </w:rPr>
        <w:t xml:space="preserve"> түлегінің </w:t>
      </w:r>
      <w:r w:rsidRPr="004C63D3">
        <w:rPr>
          <w:b/>
          <w:sz w:val="28"/>
          <w:szCs w:val="28"/>
        </w:rPr>
        <w:t>45</w:t>
      </w:r>
      <w:r w:rsidRPr="004C63D3">
        <w:rPr>
          <w:sz w:val="28"/>
          <w:szCs w:val="28"/>
        </w:rPr>
        <w:t xml:space="preserve">-і жоғары оқу орындарына түсіп, </w:t>
      </w:r>
      <w:r w:rsidRPr="004C63D3">
        <w:rPr>
          <w:b/>
          <w:sz w:val="28"/>
          <w:szCs w:val="28"/>
        </w:rPr>
        <w:t xml:space="preserve">2 </w:t>
      </w:r>
      <w:r w:rsidRPr="004C63D3">
        <w:rPr>
          <w:sz w:val="28"/>
          <w:szCs w:val="28"/>
        </w:rPr>
        <w:t xml:space="preserve">түлек колледжде білім алуды таңдаған. </w:t>
      </w:r>
      <w:r w:rsidRPr="004C63D3">
        <w:rPr>
          <w:b/>
          <w:sz w:val="28"/>
          <w:szCs w:val="28"/>
        </w:rPr>
        <w:t>7</w:t>
      </w:r>
      <w:r w:rsidRPr="004C63D3">
        <w:rPr>
          <w:sz w:val="28"/>
          <w:szCs w:val="28"/>
        </w:rPr>
        <w:t xml:space="preserve"> түлек жұмысқа орналасқан.Түлектердің мамандық таңдауы бойынша инженерлік-техникалық және IT бағыттары алдыңғы орында-</w:t>
      </w:r>
      <w:r w:rsidRPr="004C63D3">
        <w:rPr>
          <w:b/>
          <w:sz w:val="28"/>
          <w:szCs w:val="28"/>
        </w:rPr>
        <w:t>27,8%.</w:t>
      </w:r>
      <w:r w:rsidRPr="004C63D3">
        <w:rPr>
          <w:sz w:val="28"/>
          <w:szCs w:val="28"/>
        </w:rPr>
        <w:t xml:space="preserve"> Экономика, бизнес, туризм және басқару бағыттарын-</w:t>
      </w:r>
      <w:r w:rsidRPr="004C63D3">
        <w:rPr>
          <w:b/>
          <w:sz w:val="28"/>
          <w:szCs w:val="28"/>
        </w:rPr>
        <w:t>16,7%</w:t>
      </w:r>
      <w:r w:rsidRPr="004C63D3">
        <w:rPr>
          <w:sz w:val="28"/>
          <w:szCs w:val="28"/>
        </w:rPr>
        <w:t xml:space="preserve"> түлек таңдаған. Сәулет, дизайн және құрылыс салаларының үлесі-</w:t>
      </w:r>
      <w:r w:rsidRPr="004C63D3">
        <w:rPr>
          <w:b/>
          <w:sz w:val="28"/>
          <w:szCs w:val="28"/>
        </w:rPr>
        <w:t>13%</w:t>
      </w:r>
      <w:r w:rsidRPr="004C63D3">
        <w:rPr>
          <w:sz w:val="28"/>
          <w:szCs w:val="28"/>
        </w:rPr>
        <w:t>, гуманитарлық бағыттардың үлесі-</w:t>
      </w:r>
      <w:r w:rsidRPr="004C63D3">
        <w:rPr>
          <w:b/>
          <w:sz w:val="28"/>
          <w:szCs w:val="28"/>
        </w:rPr>
        <w:t>11,1%</w:t>
      </w:r>
      <w:r w:rsidRPr="004C63D3">
        <w:rPr>
          <w:sz w:val="28"/>
          <w:szCs w:val="28"/>
        </w:rPr>
        <w:t xml:space="preserve"> құрайды. Дене шынықтыру, спорт және әскери дайындық салаларын-</w:t>
      </w:r>
      <w:r w:rsidRPr="004C63D3">
        <w:rPr>
          <w:b/>
          <w:sz w:val="28"/>
          <w:szCs w:val="28"/>
        </w:rPr>
        <w:t>9,3%</w:t>
      </w:r>
      <w:r w:rsidRPr="004C63D3">
        <w:rPr>
          <w:sz w:val="28"/>
          <w:szCs w:val="28"/>
        </w:rPr>
        <w:t xml:space="preserve"> түлек таңдаған. Педагогика және медицина бағыттарының әрқайсысы- </w:t>
      </w:r>
      <w:r w:rsidRPr="004C63D3">
        <w:rPr>
          <w:b/>
          <w:sz w:val="28"/>
          <w:szCs w:val="28"/>
        </w:rPr>
        <w:t>3,7%-</w:t>
      </w:r>
      <w:r w:rsidRPr="004C63D3">
        <w:rPr>
          <w:sz w:val="28"/>
          <w:szCs w:val="28"/>
        </w:rPr>
        <w:t>ды құрайды.</w:t>
      </w:r>
    </w:p>
    <w:p w14:paraId="3DB94C57" w14:textId="77777777" w:rsidR="004C63D3" w:rsidRPr="004C63D3" w:rsidRDefault="004C63D3" w:rsidP="004C63D3">
      <w:pPr>
        <w:jc w:val="both"/>
        <w:rPr>
          <w:sz w:val="28"/>
          <w:szCs w:val="28"/>
        </w:rPr>
      </w:pPr>
      <w:r w:rsidRPr="004C63D3">
        <w:rPr>
          <w:sz w:val="28"/>
          <w:szCs w:val="28"/>
        </w:rPr>
        <w:t xml:space="preserve">ЖОО-ға түскендер - </w:t>
      </w:r>
      <w:r w:rsidRPr="004C63D3">
        <w:rPr>
          <w:b/>
          <w:sz w:val="28"/>
          <w:szCs w:val="28"/>
        </w:rPr>
        <w:t>45 / 83,3%</w:t>
      </w:r>
    </w:p>
    <w:p w14:paraId="08B288BD" w14:textId="77777777" w:rsidR="004C63D3" w:rsidRPr="004C63D3" w:rsidRDefault="004C63D3" w:rsidP="004C63D3">
      <w:pPr>
        <w:jc w:val="both"/>
        <w:rPr>
          <w:b/>
          <w:sz w:val="28"/>
          <w:szCs w:val="28"/>
        </w:rPr>
      </w:pPr>
      <w:r w:rsidRPr="004C63D3">
        <w:rPr>
          <w:sz w:val="28"/>
          <w:szCs w:val="28"/>
        </w:rPr>
        <w:t xml:space="preserve">Колледжге түскендер- </w:t>
      </w:r>
      <w:r w:rsidRPr="004C63D3">
        <w:rPr>
          <w:b/>
          <w:sz w:val="28"/>
          <w:szCs w:val="28"/>
        </w:rPr>
        <w:t>2</w:t>
      </w:r>
      <w:r w:rsidRPr="004C63D3">
        <w:rPr>
          <w:sz w:val="28"/>
          <w:szCs w:val="28"/>
        </w:rPr>
        <w:t xml:space="preserve"> / </w:t>
      </w:r>
      <w:r w:rsidRPr="004C63D3">
        <w:rPr>
          <w:b/>
          <w:sz w:val="28"/>
          <w:szCs w:val="28"/>
        </w:rPr>
        <w:t>3,7%</w:t>
      </w:r>
    </w:p>
    <w:p w14:paraId="44347A0D" w14:textId="77777777" w:rsidR="004C63D3" w:rsidRPr="004C63D3" w:rsidRDefault="004C63D3" w:rsidP="004C63D3">
      <w:pPr>
        <w:jc w:val="both"/>
        <w:rPr>
          <w:b/>
          <w:sz w:val="28"/>
          <w:szCs w:val="28"/>
        </w:rPr>
      </w:pPr>
      <w:r w:rsidRPr="004C63D3">
        <w:rPr>
          <w:sz w:val="28"/>
          <w:szCs w:val="28"/>
        </w:rPr>
        <w:t xml:space="preserve">Жұмысқа орналасқандар- </w:t>
      </w:r>
      <w:r w:rsidRPr="004C63D3">
        <w:rPr>
          <w:b/>
          <w:sz w:val="28"/>
          <w:szCs w:val="28"/>
        </w:rPr>
        <w:t>7 / 13,0%</w:t>
      </w:r>
    </w:p>
    <w:p w14:paraId="2C3B11D3" w14:textId="77777777" w:rsidR="004C63D3" w:rsidRPr="004C63D3" w:rsidRDefault="004C63D3" w:rsidP="004C63D3">
      <w:pPr>
        <w:jc w:val="both"/>
        <w:rPr>
          <w:b/>
          <w:sz w:val="28"/>
          <w:szCs w:val="28"/>
        </w:rPr>
      </w:pPr>
      <w:r w:rsidRPr="004C63D3">
        <w:rPr>
          <w:b/>
          <w:sz w:val="28"/>
          <w:szCs w:val="28"/>
        </w:rPr>
        <w:t>Барлығы- 54 / 100%</w:t>
      </w:r>
    </w:p>
    <w:p w14:paraId="7127A1F8" w14:textId="77777777" w:rsidR="004C63D3" w:rsidRPr="004C63D3" w:rsidRDefault="004C63D3" w:rsidP="004C63D3">
      <w:pPr>
        <w:jc w:val="both"/>
        <w:rPr>
          <w:b/>
          <w:sz w:val="28"/>
          <w:szCs w:val="28"/>
        </w:rPr>
      </w:pPr>
      <w:r w:rsidRPr="004C63D3">
        <w:rPr>
          <w:sz w:val="28"/>
          <w:szCs w:val="28"/>
        </w:rPr>
        <w:t xml:space="preserve">1. Инженерлік-техникалық және IT - </w:t>
      </w:r>
      <w:r w:rsidRPr="004C63D3">
        <w:rPr>
          <w:b/>
          <w:sz w:val="28"/>
          <w:szCs w:val="28"/>
        </w:rPr>
        <w:t>15</w:t>
      </w:r>
    </w:p>
    <w:p w14:paraId="187D8A87" w14:textId="77777777" w:rsidR="004C63D3" w:rsidRPr="004C63D3" w:rsidRDefault="004C63D3" w:rsidP="004C63D3">
      <w:pPr>
        <w:jc w:val="both"/>
        <w:rPr>
          <w:sz w:val="28"/>
          <w:szCs w:val="28"/>
        </w:rPr>
      </w:pPr>
      <w:r w:rsidRPr="004C63D3">
        <w:rPr>
          <w:sz w:val="28"/>
          <w:szCs w:val="28"/>
        </w:rPr>
        <w:t xml:space="preserve">2. Экономика, бизнес, туризм және басқару - </w:t>
      </w:r>
      <w:r w:rsidRPr="004C63D3">
        <w:rPr>
          <w:b/>
          <w:sz w:val="28"/>
          <w:szCs w:val="28"/>
        </w:rPr>
        <w:t>9</w:t>
      </w:r>
    </w:p>
    <w:p w14:paraId="23381205" w14:textId="77777777" w:rsidR="004C63D3" w:rsidRPr="004C63D3" w:rsidRDefault="004C63D3" w:rsidP="004C63D3">
      <w:pPr>
        <w:jc w:val="both"/>
        <w:rPr>
          <w:sz w:val="28"/>
          <w:szCs w:val="28"/>
        </w:rPr>
      </w:pPr>
      <w:r w:rsidRPr="004C63D3">
        <w:rPr>
          <w:sz w:val="28"/>
          <w:szCs w:val="28"/>
        </w:rPr>
        <w:t>3. Сәулет, дизайн және құрылыс -</w:t>
      </w:r>
      <w:r w:rsidRPr="004C63D3">
        <w:rPr>
          <w:b/>
          <w:sz w:val="28"/>
          <w:szCs w:val="28"/>
        </w:rPr>
        <w:t>7</w:t>
      </w:r>
    </w:p>
    <w:p w14:paraId="39180D67" w14:textId="77777777" w:rsidR="004C63D3" w:rsidRPr="004C63D3" w:rsidRDefault="004C63D3" w:rsidP="004C63D3">
      <w:pPr>
        <w:jc w:val="both"/>
        <w:rPr>
          <w:b/>
          <w:sz w:val="28"/>
          <w:szCs w:val="28"/>
        </w:rPr>
      </w:pPr>
      <w:r w:rsidRPr="004C63D3">
        <w:rPr>
          <w:sz w:val="28"/>
          <w:szCs w:val="28"/>
        </w:rPr>
        <w:t>4. Гуманитарлық бағыт, тілдер және журналистика</w:t>
      </w:r>
      <w:r w:rsidRPr="004C63D3">
        <w:rPr>
          <w:b/>
          <w:sz w:val="28"/>
          <w:szCs w:val="28"/>
        </w:rPr>
        <w:t>- 6</w:t>
      </w:r>
    </w:p>
    <w:p w14:paraId="6AC6FC1C" w14:textId="77777777" w:rsidR="004C63D3" w:rsidRPr="004C63D3" w:rsidRDefault="004C63D3" w:rsidP="004C63D3">
      <w:pPr>
        <w:jc w:val="both"/>
        <w:rPr>
          <w:b/>
          <w:sz w:val="28"/>
          <w:szCs w:val="28"/>
        </w:rPr>
      </w:pPr>
      <w:r w:rsidRPr="004C63D3">
        <w:rPr>
          <w:sz w:val="28"/>
          <w:szCs w:val="28"/>
        </w:rPr>
        <w:t xml:space="preserve">5. Дене шынықтыру, спорт және әскери дайындық- </w:t>
      </w:r>
      <w:r w:rsidRPr="004C63D3">
        <w:rPr>
          <w:b/>
          <w:sz w:val="28"/>
          <w:szCs w:val="28"/>
        </w:rPr>
        <w:t>5</w:t>
      </w:r>
    </w:p>
    <w:p w14:paraId="6EC2BA40" w14:textId="77777777" w:rsidR="004C63D3" w:rsidRPr="004C63D3" w:rsidRDefault="004C63D3" w:rsidP="004C63D3">
      <w:pPr>
        <w:jc w:val="both"/>
        <w:rPr>
          <w:b/>
          <w:sz w:val="28"/>
          <w:szCs w:val="28"/>
        </w:rPr>
      </w:pPr>
      <w:r w:rsidRPr="004C63D3">
        <w:rPr>
          <w:sz w:val="28"/>
          <w:szCs w:val="28"/>
        </w:rPr>
        <w:t xml:space="preserve">6 .Педагогика- </w:t>
      </w:r>
      <w:r w:rsidRPr="004C63D3">
        <w:rPr>
          <w:b/>
          <w:sz w:val="28"/>
          <w:szCs w:val="28"/>
        </w:rPr>
        <w:t>2</w:t>
      </w:r>
    </w:p>
    <w:p w14:paraId="3F7021A9" w14:textId="77777777" w:rsidR="004C63D3" w:rsidRPr="004C63D3" w:rsidRDefault="004C63D3" w:rsidP="004C63D3">
      <w:pPr>
        <w:jc w:val="both"/>
        <w:rPr>
          <w:b/>
          <w:sz w:val="28"/>
          <w:szCs w:val="28"/>
        </w:rPr>
      </w:pPr>
      <w:r w:rsidRPr="004C63D3">
        <w:rPr>
          <w:sz w:val="28"/>
          <w:szCs w:val="28"/>
        </w:rPr>
        <w:t>7. Медицина және биомедицина</w:t>
      </w:r>
      <w:r w:rsidRPr="004C63D3">
        <w:rPr>
          <w:b/>
          <w:sz w:val="28"/>
          <w:szCs w:val="28"/>
        </w:rPr>
        <w:t>- 2</w:t>
      </w:r>
    </w:p>
    <w:p w14:paraId="4BC82656" w14:textId="77777777" w:rsidR="004C63D3" w:rsidRPr="004C63D3" w:rsidRDefault="004C63D3" w:rsidP="004C63D3">
      <w:pPr>
        <w:jc w:val="both"/>
        <w:rPr>
          <w:b/>
          <w:sz w:val="28"/>
          <w:szCs w:val="28"/>
        </w:rPr>
      </w:pPr>
      <w:r w:rsidRPr="004C63D3">
        <w:rPr>
          <w:sz w:val="28"/>
          <w:szCs w:val="28"/>
        </w:rPr>
        <w:t>8. Жұмысқа орналасқандар -</w:t>
      </w:r>
      <w:r w:rsidRPr="004C63D3">
        <w:rPr>
          <w:b/>
          <w:sz w:val="28"/>
          <w:szCs w:val="28"/>
        </w:rPr>
        <w:t>7</w:t>
      </w:r>
    </w:p>
    <w:p w14:paraId="34912E7F" w14:textId="5F5A216C" w:rsidR="004C63D3" w:rsidRPr="004C63D3" w:rsidRDefault="004C63D3" w:rsidP="004C63D3">
      <w:pPr>
        <w:jc w:val="both"/>
        <w:rPr>
          <w:sz w:val="28"/>
          <w:szCs w:val="28"/>
        </w:rPr>
      </w:pPr>
      <w:r w:rsidRPr="004C63D3">
        <w:rPr>
          <w:sz w:val="28"/>
          <w:szCs w:val="28"/>
        </w:rPr>
        <w:t>9. Колледждің басқа мамандықтары -</w:t>
      </w:r>
      <w:r w:rsidRPr="004C63D3">
        <w:rPr>
          <w:b/>
          <w:sz w:val="28"/>
          <w:szCs w:val="28"/>
        </w:rPr>
        <w:t xml:space="preserve">1 ;  </w:t>
      </w:r>
      <w:r w:rsidRPr="004C63D3">
        <w:rPr>
          <w:sz w:val="28"/>
          <w:szCs w:val="28"/>
        </w:rPr>
        <w:t>Барлығы</w:t>
      </w:r>
      <w:r w:rsidRPr="004C63D3">
        <w:rPr>
          <w:b/>
          <w:sz w:val="28"/>
          <w:szCs w:val="28"/>
        </w:rPr>
        <w:t>: 54</w:t>
      </w:r>
      <w:r w:rsidRPr="004C63D3">
        <w:rPr>
          <w:sz w:val="28"/>
          <w:szCs w:val="28"/>
        </w:rPr>
        <w:t xml:space="preserve"> түлек.</w:t>
      </w:r>
    </w:p>
    <w:p w14:paraId="40B1876B" w14:textId="77777777" w:rsidR="004C63D3" w:rsidRPr="004C63D3" w:rsidRDefault="004C63D3" w:rsidP="004C63D3">
      <w:pPr>
        <w:jc w:val="both"/>
        <w:rPr>
          <w:sz w:val="28"/>
          <w:szCs w:val="28"/>
        </w:rPr>
      </w:pPr>
    </w:p>
    <w:p w14:paraId="75A4E012" w14:textId="77777777" w:rsidR="004C63D3" w:rsidRPr="004C63D3" w:rsidRDefault="004C63D3" w:rsidP="004C63D3">
      <w:pPr>
        <w:jc w:val="both"/>
        <w:rPr>
          <w:sz w:val="28"/>
          <w:szCs w:val="28"/>
        </w:rPr>
      </w:pPr>
      <w:r w:rsidRPr="004C63D3">
        <w:rPr>
          <w:noProof/>
          <w:sz w:val="28"/>
          <w:szCs w:val="28"/>
          <w:lang w:eastAsia="ru-RU"/>
        </w:rPr>
        <w:drawing>
          <wp:inline distT="0" distB="0" distL="0" distR="0" wp14:anchorId="5DCA72C5" wp14:editId="4BE0291C">
            <wp:extent cx="5734050" cy="284797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734050" cy="2847975"/>
                    </a:xfrm>
                    <a:prstGeom prst="rect">
                      <a:avLst/>
                    </a:prstGeom>
                  </pic:spPr>
                </pic:pic>
              </a:graphicData>
            </a:graphic>
          </wp:inline>
        </w:drawing>
      </w:r>
    </w:p>
    <w:p w14:paraId="51350853" w14:textId="77777777" w:rsidR="004C63D3" w:rsidRPr="004C63D3" w:rsidRDefault="004C63D3" w:rsidP="004C63D3">
      <w:pPr>
        <w:jc w:val="both"/>
        <w:rPr>
          <w:sz w:val="28"/>
          <w:szCs w:val="28"/>
        </w:rPr>
      </w:pPr>
    </w:p>
    <w:p w14:paraId="7A8D46AB" w14:textId="77777777" w:rsidR="004C63D3" w:rsidRPr="004C63D3" w:rsidRDefault="004C63D3" w:rsidP="004C63D3">
      <w:pPr>
        <w:jc w:val="both"/>
        <w:rPr>
          <w:sz w:val="28"/>
          <w:szCs w:val="28"/>
        </w:rPr>
      </w:pPr>
    </w:p>
    <w:p w14:paraId="18DD0B41" w14:textId="77777777" w:rsidR="004C63D3" w:rsidRPr="004C63D3" w:rsidRDefault="004C63D3" w:rsidP="004C63D3">
      <w:pPr>
        <w:jc w:val="both"/>
        <w:rPr>
          <w:sz w:val="28"/>
          <w:szCs w:val="28"/>
        </w:rPr>
      </w:pPr>
      <w:r w:rsidRPr="004C63D3">
        <w:rPr>
          <w:sz w:val="28"/>
          <w:szCs w:val="28"/>
        </w:rPr>
        <w:t xml:space="preserve">Қорытындылай келе түлектердің басым бөлігі жоғары білім алуды жалғастырып, инженерлік-техникалық, IT, экономика және басқа да кәсіби бағыттарды таңдаған. Бұл көрсеткіштер мектептегі кәсіптік бағдар беру жұмысын талдауға және алдағы оқу жылына жоспар құруға негіз болды. </w:t>
      </w:r>
    </w:p>
    <w:p w14:paraId="73057D46" w14:textId="77777777" w:rsidR="004C63D3" w:rsidRPr="004C63D3" w:rsidRDefault="004C63D3" w:rsidP="004C63D3">
      <w:pPr>
        <w:jc w:val="both"/>
        <w:rPr>
          <w:sz w:val="28"/>
          <w:szCs w:val="28"/>
        </w:rPr>
      </w:pPr>
      <w:r w:rsidRPr="004C63D3">
        <w:rPr>
          <w:sz w:val="28"/>
          <w:szCs w:val="28"/>
        </w:rPr>
        <w:t xml:space="preserve">«Talim.Pro» кәсіптік бағдар беру жобасын іске асыру «№14 мектеп-гимназиясында» </w:t>
      </w:r>
      <w:r w:rsidRPr="004C63D3">
        <w:rPr>
          <w:sz w:val="28"/>
          <w:szCs w:val="28"/>
        </w:rPr>
        <w:lastRenderedPageBreak/>
        <w:t>2025 жылдың 19 наурызында бастау алды. Бұл платформа 9-10  сынып оқушыларына арналған кәсіби жоба сынып сағаты форматында өте бастады. Жобамен оқушылар мен педагогтерді жалпы қамту көрсеткіші – 36%-ды құрады. «Talim.Pro» жобасының менторы жас ерекшелігіне сәйкес кәсіптік бағдар беру жұмыстарын жүйелі ұйымдастыруға қажетті заманауи әдістемелік әзірлемелер мен құралдарды ұсынды. Нәтижесінде оқушылардың кәсіби қызығушылықтары айқындалып, болашақ мамандық бағытын таңдауға бағытталған жұмыстар жүргізілді.</w:t>
      </w:r>
    </w:p>
    <w:p w14:paraId="34A3DD44" w14:textId="77777777" w:rsidR="004C63D3" w:rsidRPr="004C63D3" w:rsidRDefault="004C63D3" w:rsidP="004C63D3">
      <w:pPr>
        <w:jc w:val="both"/>
        <w:rPr>
          <w:sz w:val="28"/>
          <w:szCs w:val="28"/>
        </w:rPr>
      </w:pPr>
      <w:r w:rsidRPr="004C63D3">
        <w:rPr>
          <w:b/>
          <w:sz w:val="28"/>
          <w:szCs w:val="28"/>
        </w:rPr>
        <w:t xml:space="preserve">2025-2026 </w:t>
      </w:r>
      <w:r w:rsidRPr="004C63D3">
        <w:rPr>
          <w:sz w:val="28"/>
          <w:szCs w:val="28"/>
        </w:rPr>
        <w:t>оқу жылында жоспарға сәйкес келесі жүйелі жұмыстар жүргізілді:</w:t>
      </w:r>
    </w:p>
    <w:p w14:paraId="0D6C56D8" w14:textId="77777777" w:rsidR="004C63D3" w:rsidRPr="004C63D3" w:rsidRDefault="004C63D3" w:rsidP="004C63D3">
      <w:pPr>
        <w:jc w:val="both"/>
        <w:rPr>
          <w:sz w:val="28"/>
          <w:szCs w:val="28"/>
        </w:rPr>
      </w:pPr>
      <w:r w:rsidRPr="004C63D3">
        <w:rPr>
          <w:sz w:val="28"/>
          <w:szCs w:val="28"/>
        </w:rPr>
        <w:t>- 1-4 сынып: "Мамандықтар әлемі" танымдық ойындар, сурет байқаулары (қамту 100%);</w:t>
      </w:r>
    </w:p>
    <w:p w14:paraId="104C477B" w14:textId="77777777" w:rsidR="004C63D3" w:rsidRPr="004C63D3" w:rsidRDefault="004C63D3" w:rsidP="004C63D3">
      <w:pPr>
        <w:jc w:val="both"/>
        <w:rPr>
          <w:sz w:val="28"/>
          <w:szCs w:val="28"/>
        </w:rPr>
      </w:pPr>
      <w:r w:rsidRPr="004C63D3">
        <w:rPr>
          <w:sz w:val="28"/>
          <w:szCs w:val="28"/>
        </w:rPr>
        <w:t xml:space="preserve">- 5-6 сынып: "Мен кім болам?" сынып сағаттары, ата-аналардың кәсіби кездесулері, "ProfiWay" платформасымен жұмыс жүргізу; </w:t>
      </w:r>
    </w:p>
    <w:p w14:paraId="595EF733" w14:textId="77777777" w:rsidR="004C63D3" w:rsidRPr="004C63D3" w:rsidRDefault="004C63D3" w:rsidP="004C63D3">
      <w:pPr>
        <w:jc w:val="both"/>
        <w:rPr>
          <w:sz w:val="28"/>
          <w:szCs w:val="28"/>
        </w:rPr>
      </w:pPr>
      <w:r w:rsidRPr="004C63D3">
        <w:rPr>
          <w:sz w:val="28"/>
          <w:szCs w:val="28"/>
        </w:rPr>
        <w:t>- 7-8 сынып:Диагностикалық тесттер, "ProfiWay" платформасы, кәсіптер жәрмеңкесіне қатысу;</w:t>
      </w:r>
    </w:p>
    <w:p w14:paraId="2B3E3E3D" w14:textId="77777777" w:rsidR="004C63D3" w:rsidRPr="004C63D3" w:rsidRDefault="004C63D3" w:rsidP="004C63D3">
      <w:pPr>
        <w:jc w:val="both"/>
        <w:rPr>
          <w:sz w:val="28"/>
          <w:szCs w:val="28"/>
        </w:rPr>
      </w:pPr>
      <w:r w:rsidRPr="004C63D3">
        <w:rPr>
          <w:sz w:val="28"/>
          <w:szCs w:val="28"/>
        </w:rPr>
        <w:t xml:space="preserve"> - 9-11 сынып: Жеке консультация, портфолио құрастыру, "Мамандық таңдау - болашақ таңдау" психологиялық тренингтер;</w:t>
      </w:r>
    </w:p>
    <w:p w14:paraId="0DE6746B" w14:textId="77777777" w:rsidR="004C63D3" w:rsidRPr="004C63D3" w:rsidRDefault="004C63D3" w:rsidP="004C63D3">
      <w:pPr>
        <w:jc w:val="both"/>
        <w:rPr>
          <w:sz w:val="28"/>
          <w:szCs w:val="28"/>
        </w:rPr>
      </w:pPr>
      <w:r w:rsidRPr="004C63D3">
        <w:rPr>
          <w:sz w:val="28"/>
          <w:szCs w:val="28"/>
        </w:rPr>
        <w:t>Барлығы 24 ашық сынып сағаты, 12 кездесу ұйымдастырылды.</w:t>
      </w:r>
    </w:p>
    <w:p w14:paraId="5D0CE092" w14:textId="77777777" w:rsidR="004C63D3" w:rsidRPr="004C63D3" w:rsidRDefault="004C63D3" w:rsidP="004C63D3">
      <w:pPr>
        <w:jc w:val="both"/>
        <w:rPr>
          <w:sz w:val="28"/>
          <w:szCs w:val="28"/>
        </w:rPr>
      </w:pPr>
      <w:r w:rsidRPr="004C63D3">
        <w:rPr>
          <w:sz w:val="28"/>
          <w:szCs w:val="28"/>
        </w:rPr>
        <w:t>3. ЖОО және ТжКБ бағыттағы жұмыстар:</w:t>
      </w:r>
    </w:p>
    <w:p w14:paraId="5210279D" w14:textId="77777777" w:rsidR="004C63D3" w:rsidRPr="004C63D3" w:rsidRDefault="004C63D3" w:rsidP="004C63D3">
      <w:pPr>
        <w:jc w:val="both"/>
        <w:rPr>
          <w:sz w:val="28"/>
          <w:szCs w:val="28"/>
        </w:rPr>
      </w:pPr>
      <w:r w:rsidRPr="004C63D3">
        <w:rPr>
          <w:sz w:val="28"/>
          <w:szCs w:val="28"/>
        </w:rPr>
        <w:t>Оқушыларды жоғары және техникалық, кәсіптік білім беру ұйымдарымен таныстыру мақсатында:</w:t>
      </w:r>
    </w:p>
    <w:p w14:paraId="50CCA56D" w14:textId="77777777" w:rsidR="004C63D3" w:rsidRPr="004C63D3" w:rsidRDefault="004C63D3" w:rsidP="004C63D3">
      <w:pPr>
        <w:jc w:val="both"/>
        <w:rPr>
          <w:sz w:val="28"/>
          <w:szCs w:val="28"/>
        </w:rPr>
      </w:pPr>
      <w:r w:rsidRPr="004C63D3">
        <w:rPr>
          <w:sz w:val="28"/>
          <w:szCs w:val="28"/>
        </w:rPr>
        <w:t>- Қарағанды қ. ЖОО-лары: ҚарУ, ҚарТУ, Bolashaq академиясының "Ашық есік күндеріне" 9-11 сынып оқушылары қатысты (56 оқушы)</w:t>
      </w:r>
    </w:p>
    <w:p w14:paraId="55F315F2" w14:textId="77777777" w:rsidR="004C63D3" w:rsidRPr="004C63D3" w:rsidRDefault="004C63D3" w:rsidP="004C63D3">
      <w:pPr>
        <w:jc w:val="both"/>
        <w:rPr>
          <w:sz w:val="28"/>
          <w:szCs w:val="28"/>
        </w:rPr>
      </w:pPr>
      <w:r w:rsidRPr="004C63D3">
        <w:rPr>
          <w:sz w:val="28"/>
          <w:szCs w:val="28"/>
        </w:rPr>
        <w:t>- ТжКБ ұйымдары: Қарағанды жоғары политехникалық, гуманитарлық колледждерімен кәсіби сынамалар, шеберлік сабақтары өткізілді (68 оқушы)</w:t>
      </w:r>
    </w:p>
    <w:p w14:paraId="699DCC76" w14:textId="77777777" w:rsidR="004C63D3" w:rsidRPr="004C63D3" w:rsidRDefault="004C63D3" w:rsidP="004C63D3">
      <w:pPr>
        <w:jc w:val="both"/>
        <w:rPr>
          <w:sz w:val="28"/>
          <w:szCs w:val="28"/>
        </w:rPr>
      </w:pPr>
      <w:r w:rsidRPr="004C63D3">
        <w:rPr>
          <w:sz w:val="28"/>
          <w:szCs w:val="28"/>
        </w:rPr>
        <w:t>- Кәсіпорындарға экскурсия: 2 экскурсия ұйымдастырылды.</w:t>
      </w:r>
    </w:p>
    <w:p w14:paraId="65B9CC1E" w14:textId="77777777" w:rsidR="004C63D3" w:rsidRPr="004C63D3" w:rsidRDefault="004C63D3" w:rsidP="004C63D3">
      <w:pPr>
        <w:jc w:val="both"/>
        <w:rPr>
          <w:sz w:val="28"/>
          <w:szCs w:val="28"/>
        </w:rPr>
      </w:pPr>
      <w:r w:rsidRPr="004C63D3">
        <w:rPr>
          <w:sz w:val="28"/>
          <w:szCs w:val="28"/>
        </w:rPr>
        <w:t>Нәтижесінде 11-сынып түлектерінің 82%-ы болашақ мамандығын алдын ала анықтады.</w:t>
      </w:r>
    </w:p>
    <w:p w14:paraId="23D88167" w14:textId="77777777" w:rsidR="004C63D3" w:rsidRPr="004C63D3" w:rsidRDefault="004C63D3" w:rsidP="004C63D3">
      <w:pPr>
        <w:jc w:val="both"/>
        <w:rPr>
          <w:sz w:val="28"/>
          <w:szCs w:val="28"/>
        </w:rPr>
      </w:pPr>
      <w:r w:rsidRPr="004C63D3">
        <w:rPr>
          <w:sz w:val="28"/>
          <w:szCs w:val="28"/>
        </w:rPr>
        <w:t>4. "Talim.Pro" жобасы (9-10 сыныптар):</w:t>
      </w:r>
    </w:p>
    <w:p w14:paraId="43E9127A" w14:textId="77777777" w:rsidR="004C63D3" w:rsidRPr="004C63D3" w:rsidRDefault="004C63D3" w:rsidP="004C63D3">
      <w:pPr>
        <w:jc w:val="both"/>
        <w:rPr>
          <w:sz w:val="28"/>
          <w:szCs w:val="28"/>
        </w:rPr>
      </w:pPr>
      <w:r w:rsidRPr="004C63D3">
        <w:rPr>
          <w:sz w:val="28"/>
          <w:szCs w:val="28"/>
        </w:rPr>
        <w:t>Жоба 2025 жылғы 19 наурыздан бастап енгізілді.</w:t>
      </w:r>
    </w:p>
    <w:p w14:paraId="5F76A5CA" w14:textId="77777777" w:rsidR="004C63D3" w:rsidRPr="004C63D3" w:rsidRDefault="004C63D3" w:rsidP="004C63D3">
      <w:pPr>
        <w:jc w:val="both"/>
        <w:rPr>
          <w:sz w:val="28"/>
          <w:szCs w:val="28"/>
        </w:rPr>
      </w:pPr>
      <w:r w:rsidRPr="004C63D3">
        <w:rPr>
          <w:sz w:val="28"/>
          <w:szCs w:val="28"/>
        </w:rPr>
        <w:t xml:space="preserve">Talim.Pro менторы ұсынған әдістемелік кешен негізінде </w:t>
      </w:r>
    </w:p>
    <w:p w14:paraId="65C31D8F" w14:textId="77777777" w:rsidR="004C63D3" w:rsidRPr="004C63D3" w:rsidRDefault="004C63D3" w:rsidP="004C63D3">
      <w:pPr>
        <w:jc w:val="both"/>
        <w:rPr>
          <w:sz w:val="28"/>
          <w:szCs w:val="28"/>
        </w:rPr>
      </w:pPr>
      <w:r w:rsidRPr="004C63D3">
        <w:rPr>
          <w:sz w:val="28"/>
          <w:szCs w:val="28"/>
        </w:rPr>
        <w:t xml:space="preserve">9-10 сыныптарда кәсіби бейінді анықтау сауалнамасы жүргізілді (25 оқушы). Оқушылардың қызығушылықтары анықталып, жеке ұсыныстар берілді. </w:t>
      </w:r>
    </w:p>
    <w:p w14:paraId="0951D55D" w14:textId="77777777" w:rsidR="004C63D3" w:rsidRPr="004C63D3" w:rsidRDefault="004C63D3" w:rsidP="004C63D3">
      <w:pPr>
        <w:jc w:val="both"/>
        <w:rPr>
          <w:sz w:val="28"/>
          <w:szCs w:val="28"/>
        </w:rPr>
      </w:pPr>
      <w:r w:rsidRPr="004C63D3">
        <w:rPr>
          <w:sz w:val="28"/>
          <w:szCs w:val="28"/>
        </w:rPr>
        <w:t>2025-2026 оқу жылының қараша айында кәсіптік бағдар беруді цифрландыру мақсатында 6-11 сыныптарына «ProfiWay» платформасы  енгізілді.</w:t>
      </w:r>
    </w:p>
    <w:p w14:paraId="2372FF2B" w14:textId="77777777" w:rsidR="004C63D3" w:rsidRPr="004C63D3" w:rsidRDefault="004C63D3" w:rsidP="004C63D3">
      <w:pPr>
        <w:jc w:val="both"/>
        <w:rPr>
          <w:sz w:val="28"/>
          <w:szCs w:val="28"/>
        </w:rPr>
      </w:pPr>
      <w:r w:rsidRPr="004C63D3">
        <w:rPr>
          <w:sz w:val="28"/>
          <w:szCs w:val="28"/>
        </w:rPr>
        <w:t>5. "ProfiWay" платформасы (6-11 сыныптар)</w:t>
      </w:r>
    </w:p>
    <w:p w14:paraId="0DB3D8CF" w14:textId="77777777" w:rsidR="004C63D3" w:rsidRPr="004C63D3" w:rsidRDefault="004C63D3" w:rsidP="004C63D3">
      <w:pPr>
        <w:jc w:val="both"/>
        <w:rPr>
          <w:sz w:val="28"/>
          <w:szCs w:val="28"/>
        </w:rPr>
      </w:pPr>
      <w:r w:rsidRPr="004C63D3">
        <w:rPr>
          <w:sz w:val="28"/>
          <w:szCs w:val="28"/>
        </w:rPr>
        <w:t>- 6-11 сынып оқушылары платформаға тіркелді (қамту 96%</w:t>
      </w:r>
    </w:p>
    <w:p w14:paraId="47913BEA" w14:textId="77777777" w:rsidR="004C63D3" w:rsidRPr="004C63D3" w:rsidRDefault="004C63D3" w:rsidP="004C63D3">
      <w:pPr>
        <w:jc w:val="both"/>
        <w:rPr>
          <w:sz w:val="28"/>
          <w:szCs w:val="28"/>
        </w:rPr>
      </w:pPr>
      <w:r w:rsidRPr="004C63D3">
        <w:rPr>
          <w:sz w:val="28"/>
          <w:szCs w:val="28"/>
        </w:rPr>
        <w:t xml:space="preserve">- Оқушылар "Менің кәсіби маршрутым" бөлімін қалыптастырды. </w:t>
      </w:r>
    </w:p>
    <w:p w14:paraId="29B45B1F" w14:textId="77777777" w:rsidR="004C63D3" w:rsidRPr="004C63D3" w:rsidRDefault="004C63D3" w:rsidP="004C63D3">
      <w:pPr>
        <w:jc w:val="both"/>
        <w:rPr>
          <w:sz w:val="28"/>
          <w:szCs w:val="28"/>
        </w:rPr>
      </w:pPr>
      <w:r w:rsidRPr="004C63D3">
        <w:rPr>
          <w:sz w:val="28"/>
          <w:szCs w:val="28"/>
        </w:rPr>
        <w:t xml:space="preserve">            Платформада әр оқушы диагностикадан өтіп, өз қызығушылығы мен қабілетіне сай кәсіби бағыт алды. Нәтиже бойынша ата-аналар мен сынып жетекшілеріне жеке есептер жолданды. Кәсіптік бағдар беру мәселелері мектепішілік ата-аналар жиналыстарында жан-жақты қарастырылды. Қазіргі еңбек нарығындағы тенденциялар мен оқушылардың кәсіби қызығушылықтарын қалыптастырудағы отбасының рөліне ерекше назар аударылып, ата-аналарға нақты әдістемелік ұсыныстар берілді. Сонымен қатар 6-11 сынып оқушыларын кәсіптік бағдар беру арқылы жүйелі түрде сүйемелдеу мәселелері, соның ішінде кәсіби сынақтар мен диагностика нәтижелерін талдау және оларды оқу-тәрбие үдерісінде тиімді қолдану </w:t>
      </w:r>
      <w:r w:rsidRPr="004C63D3">
        <w:rPr>
          <w:sz w:val="28"/>
          <w:szCs w:val="28"/>
        </w:rPr>
        <w:lastRenderedPageBreak/>
        <w:t xml:space="preserve">жолдары жан-жақты түсіндірілді. Қорытындылай келе 2025-2026 оқу жылындағы кәсіптік бағдар беру жұмысы жоспарға сай толық орындалды. </w:t>
      </w:r>
    </w:p>
    <w:tbl>
      <w:tblPr>
        <w:tblStyle w:val="12"/>
        <w:tblpPr w:leftFromText="180" w:rightFromText="180" w:vertAnchor="text" w:horzAnchor="margin" w:tblpXSpec="center" w:tblpY="-991"/>
        <w:tblW w:w="11165" w:type="dxa"/>
        <w:tblLayout w:type="fixed"/>
        <w:tblLook w:val="04A0" w:firstRow="1" w:lastRow="0" w:firstColumn="1" w:lastColumn="0" w:noHBand="0" w:noVBand="1"/>
      </w:tblPr>
      <w:tblGrid>
        <w:gridCol w:w="522"/>
        <w:gridCol w:w="3619"/>
        <w:gridCol w:w="2238"/>
        <w:gridCol w:w="1985"/>
        <w:gridCol w:w="1417"/>
        <w:gridCol w:w="1384"/>
      </w:tblGrid>
      <w:tr w:rsidR="004C63D3" w:rsidRPr="00E053FC" w14:paraId="75E2A075" w14:textId="77777777" w:rsidTr="004C63D3">
        <w:tc>
          <w:tcPr>
            <w:tcW w:w="522" w:type="dxa"/>
          </w:tcPr>
          <w:p w14:paraId="0718894F" w14:textId="77777777" w:rsidR="004C63D3" w:rsidRPr="00E053FC" w:rsidRDefault="004C63D3" w:rsidP="004C63D3">
            <w:pPr>
              <w:jc w:val="both"/>
              <w:rPr>
                <w:bCs/>
                <w:sz w:val="28"/>
                <w:szCs w:val="28"/>
              </w:rPr>
            </w:pPr>
          </w:p>
          <w:p w14:paraId="53585565" w14:textId="77777777" w:rsidR="004C63D3" w:rsidRPr="00E053FC" w:rsidRDefault="004C63D3" w:rsidP="004C63D3">
            <w:pPr>
              <w:jc w:val="both"/>
              <w:rPr>
                <w:bCs/>
                <w:sz w:val="28"/>
                <w:szCs w:val="28"/>
                <w:lang w:val="en-US"/>
              </w:rPr>
            </w:pPr>
            <w:r w:rsidRPr="00E053FC">
              <w:rPr>
                <w:bCs/>
                <w:sz w:val="28"/>
                <w:szCs w:val="28"/>
                <w:lang w:val="en-US"/>
              </w:rPr>
              <w:t>№</w:t>
            </w:r>
          </w:p>
        </w:tc>
        <w:tc>
          <w:tcPr>
            <w:tcW w:w="3619" w:type="dxa"/>
          </w:tcPr>
          <w:p w14:paraId="7ED0D848" w14:textId="77777777" w:rsidR="004C63D3" w:rsidRPr="00E053FC" w:rsidRDefault="004C63D3" w:rsidP="004C63D3">
            <w:pPr>
              <w:jc w:val="both"/>
              <w:rPr>
                <w:bCs/>
                <w:sz w:val="28"/>
                <w:szCs w:val="28"/>
                <w:lang w:val="en-US"/>
              </w:rPr>
            </w:pPr>
            <w:r w:rsidRPr="00E053FC">
              <w:rPr>
                <w:bCs/>
                <w:sz w:val="28"/>
                <w:szCs w:val="28"/>
                <w:lang w:val="en-US"/>
              </w:rPr>
              <w:t xml:space="preserve">  Іс-шаралар тақырыбы</w:t>
            </w:r>
          </w:p>
        </w:tc>
        <w:tc>
          <w:tcPr>
            <w:tcW w:w="2238" w:type="dxa"/>
          </w:tcPr>
          <w:p w14:paraId="2D064522" w14:textId="77777777" w:rsidR="004C63D3" w:rsidRPr="00E053FC" w:rsidRDefault="004C63D3" w:rsidP="004C63D3">
            <w:pPr>
              <w:jc w:val="both"/>
              <w:rPr>
                <w:bCs/>
                <w:sz w:val="28"/>
                <w:szCs w:val="28"/>
                <w:lang w:val="en-US"/>
              </w:rPr>
            </w:pPr>
            <w:r w:rsidRPr="00E053FC">
              <w:rPr>
                <w:bCs/>
                <w:sz w:val="28"/>
                <w:szCs w:val="28"/>
                <w:lang w:val="en-US"/>
              </w:rPr>
              <w:t xml:space="preserve">            Сілтеме</w:t>
            </w:r>
          </w:p>
        </w:tc>
        <w:tc>
          <w:tcPr>
            <w:tcW w:w="1985" w:type="dxa"/>
          </w:tcPr>
          <w:p w14:paraId="6496F04F" w14:textId="77777777" w:rsidR="004C63D3" w:rsidRPr="00E053FC" w:rsidRDefault="004C63D3" w:rsidP="004C63D3">
            <w:pPr>
              <w:jc w:val="both"/>
              <w:rPr>
                <w:bCs/>
                <w:sz w:val="28"/>
                <w:szCs w:val="28"/>
                <w:lang w:val="en-US"/>
              </w:rPr>
            </w:pPr>
            <w:r w:rsidRPr="00E053FC">
              <w:rPr>
                <w:bCs/>
                <w:sz w:val="28"/>
                <w:szCs w:val="28"/>
                <w:lang w:val="en-US"/>
              </w:rPr>
              <w:t xml:space="preserve">  Түрі                      </w:t>
            </w:r>
          </w:p>
        </w:tc>
        <w:tc>
          <w:tcPr>
            <w:tcW w:w="1417" w:type="dxa"/>
          </w:tcPr>
          <w:p w14:paraId="0D8DE111" w14:textId="77777777" w:rsidR="004C63D3" w:rsidRPr="00E053FC" w:rsidRDefault="004C63D3" w:rsidP="004C63D3">
            <w:pPr>
              <w:jc w:val="both"/>
              <w:rPr>
                <w:bCs/>
                <w:sz w:val="28"/>
                <w:szCs w:val="28"/>
                <w:lang w:val="en-US"/>
              </w:rPr>
            </w:pPr>
            <w:r w:rsidRPr="00E053FC">
              <w:rPr>
                <w:bCs/>
                <w:sz w:val="28"/>
                <w:szCs w:val="28"/>
                <w:lang w:val="en-US"/>
              </w:rPr>
              <w:t>Мерзімі</w:t>
            </w:r>
          </w:p>
        </w:tc>
        <w:tc>
          <w:tcPr>
            <w:tcW w:w="1384" w:type="dxa"/>
          </w:tcPr>
          <w:p w14:paraId="16FFFEE7" w14:textId="77777777" w:rsidR="004C63D3" w:rsidRPr="00E053FC" w:rsidRDefault="004C63D3" w:rsidP="004C63D3">
            <w:pPr>
              <w:jc w:val="both"/>
              <w:rPr>
                <w:bCs/>
                <w:sz w:val="28"/>
                <w:szCs w:val="28"/>
                <w:lang w:val="en-US"/>
              </w:rPr>
            </w:pPr>
            <w:r w:rsidRPr="00E053FC">
              <w:rPr>
                <w:bCs/>
                <w:sz w:val="28"/>
                <w:szCs w:val="28"/>
                <w:lang w:val="en-US"/>
              </w:rPr>
              <w:t>Сыныбы</w:t>
            </w:r>
          </w:p>
        </w:tc>
      </w:tr>
      <w:tr w:rsidR="004C63D3" w:rsidRPr="00E053FC" w14:paraId="0FB08B71" w14:textId="77777777" w:rsidTr="004C63D3">
        <w:tc>
          <w:tcPr>
            <w:tcW w:w="522" w:type="dxa"/>
          </w:tcPr>
          <w:p w14:paraId="12329FB8" w14:textId="77777777" w:rsidR="004C63D3" w:rsidRPr="00E053FC" w:rsidRDefault="004C63D3" w:rsidP="004C63D3">
            <w:pPr>
              <w:jc w:val="both"/>
              <w:rPr>
                <w:bCs/>
                <w:sz w:val="28"/>
                <w:szCs w:val="28"/>
                <w:lang w:val="en-US"/>
              </w:rPr>
            </w:pPr>
            <w:r w:rsidRPr="00E053FC">
              <w:rPr>
                <w:bCs/>
                <w:sz w:val="28"/>
                <w:szCs w:val="28"/>
                <w:lang w:val="en-US"/>
              </w:rPr>
              <w:t>1</w:t>
            </w:r>
          </w:p>
        </w:tc>
        <w:tc>
          <w:tcPr>
            <w:tcW w:w="3619" w:type="dxa"/>
          </w:tcPr>
          <w:p w14:paraId="3B260905" w14:textId="77777777" w:rsidR="004C63D3" w:rsidRPr="00E053FC" w:rsidRDefault="004C63D3" w:rsidP="004C63D3">
            <w:pPr>
              <w:jc w:val="both"/>
              <w:rPr>
                <w:bCs/>
                <w:sz w:val="28"/>
                <w:szCs w:val="28"/>
                <w:lang w:val="en-US"/>
              </w:rPr>
            </w:pPr>
            <w:r w:rsidRPr="00E053FC">
              <w:rPr>
                <w:bCs/>
                <w:sz w:val="28"/>
                <w:szCs w:val="28"/>
                <w:lang w:val="en-US"/>
              </w:rPr>
              <w:t xml:space="preserve">«Еңбек-елдің берекесі» </w:t>
            </w:r>
          </w:p>
          <w:p w14:paraId="3D34E0FB" w14:textId="77777777" w:rsidR="004C63D3" w:rsidRPr="00E053FC" w:rsidRDefault="004C63D3" w:rsidP="004C63D3">
            <w:pPr>
              <w:jc w:val="both"/>
              <w:rPr>
                <w:bCs/>
                <w:sz w:val="28"/>
                <w:szCs w:val="28"/>
                <w:lang w:val="en-US"/>
              </w:rPr>
            </w:pPr>
            <w:r w:rsidRPr="00E053FC">
              <w:rPr>
                <w:bCs/>
                <w:sz w:val="28"/>
                <w:szCs w:val="28"/>
                <w:lang w:val="en-US"/>
              </w:rPr>
              <w:t>“Адал азамат”біртұтас тәрбие бағдарламасы аясында</w:t>
            </w:r>
          </w:p>
        </w:tc>
        <w:tc>
          <w:tcPr>
            <w:tcW w:w="2238" w:type="dxa"/>
          </w:tcPr>
          <w:p w14:paraId="30A7C0B2" w14:textId="77777777" w:rsidR="004C63D3" w:rsidRPr="00E053FC" w:rsidRDefault="004C63D3" w:rsidP="004C63D3">
            <w:pPr>
              <w:jc w:val="both"/>
              <w:rPr>
                <w:bCs/>
                <w:sz w:val="28"/>
                <w:szCs w:val="28"/>
                <w:lang w:val="en-US"/>
              </w:rPr>
            </w:pPr>
            <w:r w:rsidRPr="00E053FC">
              <w:rPr>
                <w:bCs/>
                <w:sz w:val="28"/>
                <w:szCs w:val="28"/>
                <w:lang w:val="en-US"/>
              </w:rPr>
              <w:t>https://www.instagram.com/p/DPEve8Nips2/?srtk=bW5udnBpN2t3a3hh</w:t>
            </w:r>
          </w:p>
        </w:tc>
        <w:tc>
          <w:tcPr>
            <w:tcW w:w="1985" w:type="dxa"/>
          </w:tcPr>
          <w:p w14:paraId="2E983964" w14:textId="77777777" w:rsidR="004C63D3" w:rsidRPr="00E053FC" w:rsidRDefault="004C63D3" w:rsidP="004C63D3">
            <w:pPr>
              <w:jc w:val="both"/>
              <w:rPr>
                <w:bCs/>
                <w:sz w:val="28"/>
                <w:szCs w:val="28"/>
                <w:lang w:val="en-US"/>
              </w:rPr>
            </w:pPr>
            <w:r w:rsidRPr="00E053FC">
              <w:rPr>
                <w:bCs/>
                <w:sz w:val="28"/>
                <w:szCs w:val="28"/>
                <w:lang w:val="en-US"/>
              </w:rPr>
              <w:t>Экскурсия</w:t>
            </w:r>
          </w:p>
        </w:tc>
        <w:tc>
          <w:tcPr>
            <w:tcW w:w="1417" w:type="dxa"/>
          </w:tcPr>
          <w:p w14:paraId="20DE8B2B" w14:textId="77777777" w:rsidR="004C63D3" w:rsidRPr="00E053FC" w:rsidRDefault="004C63D3" w:rsidP="004C63D3">
            <w:pPr>
              <w:jc w:val="both"/>
              <w:rPr>
                <w:bCs/>
                <w:sz w:val="28"/>
                <w:szCs w:val="28"/>
                <w:lang w:val="en-US"/>
              </w:rPr>
            </w:pPr>
            <w:r w:rsidRPr="00E053FC">
              <w:rPr>
                <w:bCs/>
                <w:sz w:val="28"/>
                <w:szCs w:val="28"/>
                <w:lang w:val="en-US"/>
              </w:rPr>
              <w:t>25.09.2025</w:t>
            </w:r>
          </w:p>
        </w:tc>
        <w:tc>
          <w:tcPr>
            <w:tcW w:w="1384" w:type="dxa"/>
          </w:tcPr>
          <w:p w14:paraId="148DC24C" w14:textId="77777777" w:rsidR="004C63D3" w:rsidRPr="00E053FC" w:rsidRDefault="004C63D3" w:rsidP="004C63D3">
            <w:pPr>
              <w:jc w:val="both"/>
              <w:rPr>
                <w:bCs/>
                <w:sz w:val="28"/>
                <w:szCs w:val="28"/>
                <w:lang w:val="en-US"/>
              </w:rPr>
            </w:pPr>
            <w:r w:rsidRPr="00E053FC">
              <w:rPr>
                <w:bCs/>
                <w:sz w:val="28"/>
                <w:szCs w:val="28"/>
                <w:lang w:val="en-US"/>
              </w:rPr>
              <w:t xml:space="preserve"> 5-6     </w:t>
            </w:r>
          </w:p>
          <w:p w14:paraId="1D6390A3" w14:textId="77777777" w:rsidR="004C63D3" w:rsidRPr="00E053FC" w:rsidRDefault="004C63D3" w:rsidP="004C63D3">
            <w:pPr>
              <w:jc w:val="both"/>
              <w:rPr>
                <w:bCs/>
                <w:sz w:val="28"/>
                <w:szCs w:val="28"/>
                <w:lang w:val="en-US"/>
              </w:rPr>
            </w:pPr>
            <w:r w:rsidRPr="00E053FC">
              <w:rPr>
                <w:bCs/>
                <w:sz w:val="28"/>
                <w:szCs w:val="28"/>
                <w:lang w:val="en-US"/>
              </w:rPr>
              <w:t>10 оқушы</w:t>
            </w:r>
          </w:p>
        </w:tc>
      </w:tr>
      <w:tr w:rsidR="004C63D3" w:rsidRPr="00E053FC" w14:paraId="341197B8" w14:textId="77777777" w:rsidTr="004C63D3">
        <w:tc>
          <w:tcPr>
            <w:tcW w:w="522" w:type="dxa"/>
          </w:tcPr>
          <w:p w14:paraId="02E239CF" w14:textId="77777777" w:rsidR="004C63D3" w:rsidRPr="00E053FC" w:rsidRDefault="004C63D3" w:rsidP="004C63D3">
            <w:pPr>
              <w:jc w:val="both"/>
              <w:rPr>
                <w:bCs/>
                <w:sz w:val="28"/>
                <w:szCs w:val="28"/>
                <w:lang w:val="en-US"/>
              </w:rPr>
            </w:pPr>
            <w:r w:rsidRPr="00E053FC">
              <w:rPr>
                <w:bCs/>
                <w:sz w:val="28"/>
                <w:szCs w:val="28"/>
                <w:lang w:val="en-US"/>
              </w:rPr>
              <w:t>2</w:t>
            </w:r>
          </w:p>
        </w:tc>
        <w:tc>
          <w:tcPr>
            <w:tcW w:w="3619" w:type="dxa"/>
          </w:tcPr>
          <w:p w14:paraId="3BD05FD0" w14:textId="77777777" w:rsidR="004C63D3" w:rsidRPr="00E053FC" w:rsidRDefault="004C63D3" w:rsidP="004C63D3">
            <w:pPr>
              <w:jc w:val="both"/>
              <w:rPr>
                <w:bCs/>
                <w:sz w:val="28"/>
                <w:szCs w:val="28"/>
                <w:lang w:val="en-US"/>
              </w:rPr>
            </w:pPr>
            <w:r w:rsidRPr="00E053FC">
              <w:rPr>
                <w:bCs/>
                <w:sz w:val="28"/>
                <w:szCs w:val="28"/>
                <w:lang w:val="en-US"/>
              </w:rPr>
              <w:t xml:space="preserve">“SAMGA” білім беру орталығы </w:t>
            </w:r>
          </w:p>
        </w:tc>
        <w:tc>
          <w:tcPr>
            <w:tcW w:w="2238" w:type="dxa"/>
          </w:tcPr>
          <w:p w14:paraId="43F88F72" w14:textId="77777777" w:rsidR="004C63D3" w:rsidRPr="00E053FC" w:rsidRDefault="004C63D3" w:rsidP="004C63D3">
            <w:pPr>
              <w:jc w:val="both"/>
              <w:rPr>
                <w:bCs/>
                <w:sz w:val="28"/>
                <w:szCs w:val="28"/>
                <w:lang w:val="en-US"/>
              </w:rPr>
            </w:pPr>
            <w:r w:rsidRPr="00E053FC">
              <w:rPr>
                <w:bCs/>
                <w:sz w:val="28"/>
                <w:szCs w:val="28"/>
                <w:lang w:val="en-US"/>
              </w:rPr>
              <w:t>https://www.instagram.com/p/DP_6WeripUs/?rpxt=MXdqNnN3YXFia3RndQ==</w:t>
            </w:r>
          </w:p>
        </w:tc>
        <w:tc>
          <w:tcPr>
            <w:tcW w:w="1985" w:type="dxa"/>
          </w:tcPr>
          <w:p w14:paraId="31A3F3F0" w14:textId="77777777" w:rsidR="004C63D3" w:rsidRPr="00E053FC" w:rsidRDefault="004C63D3" w:rsidP="004C63D3">
            <w:pPr>
              <w:jc w:val="both"/>
              <w:rPr>
                <w:bCs/>
                <w:sz w:val="28"/>
                <w:szCs w:val="28"/>
                <w:lang w:val="en-US"/>
              </w:rPr>
            </w:pPr>
            <w:r w:rsidRPr="00E053FC">
              <w:rPr>
                <w:bCs/>
                <w:sz w:val="28"/>
                <w:szCs w:val="28"/>
                <w:lang w:val="en-US"/>
              </w:rPr>
              <w:t xml:space="preserve"> Кездесу</w:t>
            </w:r>
          </w:p>
        </w:tc>
        <w:tc>
          <w:tcPr>
            <w:tcW w:w="1417" w:type="dxa"/>
          </w:tcPr>
          <w:p w14:paraId="79D20AC3" w14:textId="77777777" w:rsidR="004C63D3" w:rsidRPr="00E053FC" w:rsidRDefault="004C63D3" w:rsidP="004C63D3">
            <w:pPr>
              <w:jc w:val="both"/>
              <w:rPr>
                <w:bCs/>
                <w:sz w:val="28"/>
                <w:szCs w:val="28"/>
                <w:lang w:val="en-US"/>
              </w:rPr>
            </w:pPr>
            <w:r w:rsidRPr="00E053FC">
              <w:rPr>
                <w:bCs/>
                <w:sz w:val="28"/>
                <w:szCs w:val="28"/>
                <w:lang w:val="en-US"/>
              </w:rPr>
              <w:t>19.10.2025</w:t>
            </w:r>
          </w:p>
        </w:tc>
        <w:tc>
          <w:tcPr>
            <w:tcW w:w="1384" w:type="dxa"/>
          </w:tcPr>
          <w:p w14:paraId="09F3CD1C" w14:textId="77777777" w:rsidR="004C63D3" w:rsidRPr="00E053FC" w:rsidRDefault="004C63D3" w:rsidP="004C63D3">
            <w:pPr>
              <w:jc w:val="both"/>
              <w:rPr>
                <w:bCs/>
                <w:sz w:val="28"/>
                <w:szCs w:val="28"/>
                <w:lang w:val="en-US"/>
              </w:rPr>
            </w:pPr>
            <w:r w:rsidRPr="00E053FC">
              <w:rPr>
                <w:bCs/>
                <w:sz w:val="28"/>
                <w:szCs w:val="28"/>
                <w:lang w:val="en-US"/>
              </w:rPr>
              <w:t xml:space="preserve">9-11 </w:t>
            </w:r>
          </w:p>
          <w:p w14:paraId="69105ECC" w14:textId="77777777" w:rsidR="004C63D3" w:rsidRPr="00E053FC" w:rsidRDefault="004C63D3" w:rsidP="004C63D3">
            <w:pPr>
              <w:jc w:val="both"/>
              <w:rPr>
                <w:bCs/>
                <w:sz w:val="28"/>
                <w:szCs w:val="28"/>
                <w:lang w:val="en-US"/>
              </w:rPr>
            </w:pPr>
            <w:r w:rsidRPr="00E053FC">
              <w:rPr>
                <w:bCs/>
                <w:sz w:val="28"/>
                <w:szCs w:val="28"/>
                <w:lang w:val="en-US"/>
              </w:rPr>
              <w:t>47оқушы</w:t>
            </w:r>
          </w:p>
        </w:tc>
      </w:tr>
      <w:tr w:rsidR="004C63D3" w:rsidRPr="00E053FC" w14:paraId="06EE76A0" w14:textId="77777777" w:rsidTr="004C63D3">
        <w:tc>
          <w:tcPr>
            <w:tcW w:w="522" w:type="dxa"/>
          </w:tcPr>
          <w:p w14:paraId="21F63EFE" w14:textId="77777777" w:rsidR="004C63D3" w:rsidRPr="00E053FC" w:rsidRDefault="004C63D3" w:rsidP="004C63D3">
            <w:pPr>
              <w:jc w:val="both"/>
              <w:rPr>
                <w:bCs/>
                <w:sz w:val="28"/>
                <w:szCs w:val="28"/>
                <w:lang w:val="en-US"/>
              </w:rPr>
            </w:pPr>
            <w:r w:rsidRPr="00E053FC">
              <w:rPr>
                <w:bCs/>
                <w:sz w:val="28"/>
                <w:szCs w:val="28"/>
                <w:lang w:val="en-US"/>
              </w:rPr>
              <w:t>3</w:t>
            </w:r>
          </w:p>
        </w:tc>
        <w:tc>
          <w:tcPr>
            <w:tcW w:w="3619" w:type="dxa"/>
          </w:tcPr>
          <w:p w14:paraId="7EDB653F" w14:textId="77777777" w:rsidR="004C63D3" w:rsidRPr="00E053FC" w:rsidRDefault="004C63D3" w:rsidP="004C63D3">
            <w:pPr>
              <w:jc w:val="both"/>
              <w:rPr>
                <w:bCs/>
                <w:sz w:val="28"/>
                <w:szCs w:val="28"/>
              </w:rPr>
            </w:pPr>
            <w:r w:rsidRPr="00E053FC">
              <w:rPr>
                <w:bCs/>
                <w:sz w:val="28"/>
                <w:szCs w:val="28"/>
              </w:rPr>
              <w:t xml:space="preserve">М.С.Нарықбаев атындағы ҚазГЮУ университеті </w:t>
            </w:r>
          </w:p>
        </w:tc>
        <w:tc>
          <w:tcPr>
            <w:tcW w:w="2238" w:type="dxa"/>
          </w:tcPr>
          <w:p w14:paraId="41C80CF6" w14:textId="77777777" w:rsidR="004C63D3" w:rsidRPr="00E053FC" w:rsidRDefault="004C63D3" w:rsidP="004C63D3">
            <w:pPr>
              <w:jc w:val="both"/>
              <w:rPr>
                <w:bCs/>
                <w:sz w:val="28"/>
                <w:szCs w:val="28"/>
              </w:rPr>
            </w:pPr>
            <w:r w:rsidRPr="00E053FC">
              <w:rPr>
                <w:bCs/>
                <w:sz w:val="28"/>
                <w:szCs w:val="28"/>
                <w:lang w:val="en-US"/>
              </w:rPr>
              <w:t>https</w:t>
            </w:r>
            <w:r w:rsidRPr="00E053FC">
              <w:rPr>
                <w:bCs/>
                <w:sz w:val="28"/>
                <w:szCs w:val="28"/>
              </w:rPr>
              <w:t>://</w:t>
            </w:r>
            <w:r w:rsidRPr="00E053FC">
              <w:rPr>
                <w:bCs/>
                <w:sz w:val="28"/>
                <w:szCs w:val="28"/>
                <w:lang w:val="en-US"/>
              </w:rPr>
              <w:t>www</w:t>
            </w:r>
            <w:r w:rsidRPr="00E053FC">
              <w:rPr>
                <w:bCs/>
                <w:sz w:val="28"/>
                <w:szCs w:val="28"/>
              </w:rPr>
              <w:t>.</w:t>
            </w:r>
            <w:r w:rsidRPr="00E053FC">
              <w:rPr>
                <w:bCs/>
                <w:sz w:val="28"/>
                <w:szCs w:val="28"/>
                <w:lang w:val="en-US"/>
              </w:rPr>
              <w:t>instagram</w:t>
            </w:r>
            <w:r w:rsidRPr="00E053FC">
              <w:rPr>
                <w:bCs/>
                <w:sz w:val="28"/>
                <w:szCs w:val="28"/>
              </w:rPr>
              <w:t>.</w:t>
            </w:r>
            <w:r w:rsidRPr="00E053FC">
              <w:rPr>
                <w:bCs/>
                <w:sz w:val="28"/>
                <w:szCs w:val="28"/>
                <w:lang w:val="en-US"/>
              </w:rPr>
              <w:t>com</w:t>
            </w:r>
            <w:r w:rsidRPr="00E053FC">
              <w:rPr>
                <w:bCs/>
                <w:sz w:val="28"/>
                <w:szCs w:val="28"/>
              </w:rPr>
              <w:t>/</w:t>
            </w:r>
            <w:r w:rsidRPr="00E053FC">
              <w:rPr>
                <w:bCs/>
                <w:sz w:val="28"/>
                <w:szCs w:val="28"/>
                <w:lang w:val="en-US"/>
              </w:rPr>
              <w:t>p</w:t>
            </w:r>
            <w:r w:rsidRPr="00E053FC">
              <w:rPr>
                <w:bCs/>
                <w:sz w:val="28"/>
                <w:szCs w:val="28"/>
              </w:rPr>
              <w:t>/</w:t>
            </w:r>
            <w:r w:rsidRPr="00E053FC">
              <w:rPr>
                <w:bCs/>
                <w:sz w:val="28"/>
                <w:szCs w:val="28"/>
                <w:lang w:val="en-US"/>
              </w:rPr>
              <w:t>DP</w:t>
            </w:r>
            <w:r w:rsidRPr="00E053FC">
              <w:rPr>
                <w:bCs/>
                <w:sz w:val="28"/>
                <w:szCs w:val="28"/>
              </w:rPr>
              <w:t>_6</w:t>
            </w:r>
            <w:r w:rsidRPr="00E053FC">
              <w:rPr>
                <w:bCs/>
                <w:sz w:val="28"/>
                <w:szCs w:val="28"/>
                <w:lang w:val="en-US"/>
              </w:rPr>
              <w:t>Z</w:t>
            </w:r>
            <w:r w:rsidRPr="00E053FC">
              <w:rPr>
                <w:bCs/>
                <w:sz w:val="28"/>
                <w:szCs w:val="28"/>
              </w:rPr>
              <w:t>5</w:t>
            </w:r>
            <w:r w:rsidRPr="00E053FC">
              <w:rPr>
                <w:bCs/>
                <w:sz w:val="28"/>
                <w:szCs w:val="28"/>
                <w:lang w:val="en-US"/>
              </w:rPr>
              <w:t>BCmqw</w:t>
            </w:r>
            <w:r w:rsidRPr="00E053FC">
              <w:rPr>
                <w:bCs/>
                <w:sz w:val="28"/>
                <w:szCs w:val="28"/>
              </w:rPr>
              <w:t>/?</w:t>
            </w:r>
            <w:r w:rsidRPr="00E053FC">
              <w:rPr>
                <w:bCs/>
                <w:sz w:val="28"/>
                <w:szCs w:val="28"/>
                <w:lang w:val="en-US"/>
              </w:rPr>
              <w:t>xtok</w:t>
            </w:r>
            <w:r w:rsidRPr="00E053FC">
              <w:rPr>
                <w:bCs/>
                <w:sz w:val="28"/>
                <w:szCs w:val="28"/>
              </w:rPr>
              <w:t>=</w:t>
            </w:r>
            <w:r w:rsidRPr="00E053FC">
              <w:rPr>
                <w:bCs/>
                <w:sz w:val="28"/>
                <w:szCs w:val="28"/>
                <w:lang w:val="en-US"/>
              </w:rPr>
              <w:t>angya</w:t>
            </w:r>
            <w:r w:rsidRPr="00E053FC">
              <w:rPr>
                <w:bCs/>
                <w:sz w:val="28"/>
                <w:szCs w:val="28"/>
              </w:rPr>
              <w:t>3</w:t>
            </w:r>
            <w:r w:rsidRPr="00E053FC">
              <w:rPr>
                <w:bCs/>
                <w:sz w:val="28"/>
                <w:szCs w:val="28"/>
                <w:lang w:val="en-US"/>
              </w:rPr>
              <w:t>U</w:t>
            </w:r>
            <w:r w:rsidRPr="00E053FC">
              <w:rPr>
                <w:bCs/>
                <w:sz w:val="28"/>
                <w:szCs w:val="28"/>
              </w:rPr>
              <w:t>2</w:t>
            </w:r>
            <w:r w:rsidRPr="00E053FC">
              <w:rPr>
                <w:bCs/>
                <w:sz w:val="28"/>
                <w:szCs w:val="28"/>
                <w:lang w:val="en-US"/>
              </w:rPr>
              <w:t>bGlvYm</w:t>
            </w:r>
            <w:r w:rsidRPr="00E053FC">
              <w:rPr>
                <w:bCs/>
                <w:sz w:val="28"/>
                <w:szCs w:val="28"/>
              </w:rPr>
              <w:t>1</w:t>
            </w:r>
            <w:r w:rsidRPr="00E053FC">
              <w:rPr>
                <w:bCs/>
                <w:sz w:val="28"/>
                <w:szCs w:val="28"/>
                <w:lang w:val="en-US"/>
              </w:rPr>
              <w:t>i</w:t>
            </w:r>
          </w:p>
        </w:tc>
        <w:tc>
          <w:tcPr>
            <w:tcW w:w="1985" w:type="dxa"/>
          </w:tcPr>
          <w:p w14:paraId="32A60293" w14:textId="77777777" w:rsidR="004C63D3" w:rsidRPr="00E053FC" w:rsidRDefault="004C63D3" w:rsidP="004C63D3">
            <w:pPr>
              <w:jc w:val="both"/>
              <w:rPr>
                <w:bCs/>
                <w:sz w:val="28"/>
                <w:szCs w:val="28"/>
                <w:lang w:val="en-US"/>
              </w:rPr>
            </w:pPr>
            <w:r w:rsidRPr="00E053FC">
              <w:rPr>
                <w:bCs/>
                <w:sz w:val="28"/>
                <w:szCs w:val="28"/>
              </w:rPr>
              <w:t xml:space="preserve"> </w:t>
            </w:r>
            <w:r w:rsidRPr="00E053FC">
              <w:rPr>
                <w:bCs/>
                <w:sz w:val="28"/>
                <w:szCs w:val="28"/>
                <w:lang w:val="en-US"/>
              </w:rPr>
              <w:t xml:space="preserve">Кездесу </w:t>
            </w:r>
          </w:p>
        </w:tc>
        <w:tc>
          <w:tcPr>
            <w:tcW w:w="1417" w:type="dxa"/>
          </w:tcPr>
          <w:p w14:paraId="25BD86A3" w14:textId="77777777" w:rsidR="004C63D3" w:rsidRPr="00E053FC" w:rsidRDefault="004C63D3" w:rsidP="004C63D3">
            <w:pPr>
              <w:jc w:val="both"/>
              <w:rPr>
                <w:bCs/>
                <w:sz w:val="28"/>
                <w:szCs w:val="28"/>
                <w:lang w:val="en-US"/>
              </w:rPr>
            </w:pPr>
            <w:r w:rsidRPr="00E053FC">
              <w:rPr>
                <w:bCs/>
                <w:sz w:val="28"/>
                <w:szCs w:val="28"/>
                <w:lang w:val="en-US"/>
              </w:rPr>
              <w:t>19.10.2025</w:t>
            </w:r>
          </w:p>
        </w:tc>
        <w:tc>
          <w:tcPr>
            <w:tcW w:w="1384" w:type="dxa"/>
          </w:tcPr>
          <w:p w14:paraId="72E2EEC2" w14:textId="77777777" w:rsidR="004C63D3" w:rsidRPr="00E053FC" w:rsidRDefault="004C63D3" w:rsidP="004C63D3">
            <w:pPr>
              <w:jc w:val="both"/>
              <w:rPr>
                <w:bCs/>
                <w:sz w:val="28"/>
                <w:szCs w:val="28"/>
                <w:lang w:val="en-US"/>
              </w:rPr>
            </w:pPr>
            <w:r w:rsidRPr="00E053FC">
              <w:rPr>
                <w:bCs/>
                <w:sz w:val="28"/>
                <w:szCs w:val="28"/>
                <w:lang w:val="en-US"/>
              </w:rPr>
              <w:t>11 «А», «Ә»  32оқушы</w:t>
            </w:r>
          </w:p>
        </w:tc>
      </w:tr>
      <w:tr w:rsidR="004C63D3" w:rsidRPr="00E053FC" w14:paraId="512E45BD" w14:textId="77777777" w:rsidTr="004C63D3">
        <w:tc>
          <w:tcPr>
            <w:tcW w:w="522" w:type="dxa"/>
          </w:tcPr>
          <w:p w14:paraId="05498C34" w14:textId="77777777" w:rsidR="004C63D3" w:rsidRPr="00E053FC" w:rsidRDefault="004C63D3" w:rsidP="004C63D3">
            <w:pPr>
              <w:jc w:val="both"/>
              <w:rPr>
                <w:bCs/>
                <w:sz w:val="28"/>
                <w:szCs w:val="28"/>
                <w:lang w:val="en-US"/>
              </w:rPr>
            </w:pPr>
            <w:r w:rsidRPr="00E053FC">
              <w:rPr>
                <w:bCs/>
                <w:sz w:val="28"/>
                <w:szCs w:val="28"/>
                <w:lang w:val="en-US"/>
              </w:rPr>
              <w:t>4</w:t>
            </w:r>
          </w:p>
        </w:tc>
        <w:tc>
          <w:tcPr>
            <w:tcW w:w="3619" w:type="dxa"/>
          </w:tcPr>
          <w:p w14:paraId="71946394" w14:textId="77777777" w:rsidR="004C63D3" w:rsidRPr="00E053FC" w:rsidRDefault="004C63D3" w:rsidP="004C63D3">
            <w:pPr>
              <w:jc w:val="both"/>
              <w:rPr>
                <w:bCs/>
                <w:sz w:val="28"/>
                <w:szCs w:val="28"/>
                <w:lang w:val="en-US"/>
              </w:rPr>
            </w:pPr>
            <w:r w:rsidRPr="00E053FC">
              <w:rPr>
                <w:bCs/>
                <w:sz w:val="28"/>
                <w:szCs w:val="28"/>
                <w:lang w:val="en-US"/>
              </w:rPr>
              <w:t>“Кім,адамға көмектеседі</w:t>
            </w:r>
            <w:r w:rsidRPr="00E053FC">
              <w:rPr>
                <w:bCs/>
                <w:sz w:val="28"/>
                <w:szCs w:val="28"/>
                <w:lang w:val="kk-KZ"/>
              </w:rPr>
              <w:t>...</w:t>
            </w:r>
            <w:r w:rsidRPr="00E053FC">
              <w:rPr>
                <w:bCs/>
                <w:sz w:val="28"/>
                <w:szCs w:val="28"/>
                <w:lang w:val="en-US"/>
              </w:rPr>
              <w:t xml:space="preserve">” </w:t>
            </w:r>
          </w:p>
        </w:tc>
        <w:tc>
          <w:tcPr>
            <w:tcW w:w="2238" w:type="dxa"/>
          </w:tcPr>
          <w:p w14:paraId="64BD29E9" w14:textId="77777777" w:rsidR="004C63D3" w:rsidRPr="00E053FC" w:rsidRDefault="004C63D3" w:rsidP="004C63D3">
            <w:pPr>
              <w:jc w:val="both"/>
              <w:rPr>
                <w:bCs/>
                <w:sz w:val="28"/>
                <w:szCs w:val="28"/>
                <w:lang w:val="en-US"/>
              </w:rPr>
            </w:pPr>
            <w:r w:rsidRPr="00E053FC">
              <w:rPr>
                <w:bCs/>
                <w:sz w:val="28"/>
                <w:szCs w:val="28"/>
                <w:lang w:val="en-US"/>
              </w:rPr>
              <w:t>https://www.instagram.com/p/DQL9WfwCqEC/?srtk=MTM4aWtwNXJvOXllaw==</w:t>
            </w:r>
          </w:p>
        </w:tc>
        <w:tc>
          <w:tcPr>
            <w:tcW w:w="1985" w:type="dxa"/>
          </w:tcPr>
          <w:p w14:paraId="47FDC74E" w14:textId="77777777" w:rsidR="004C63D3" w:rsidRPr="00E053FC" w:rsidRDefault="004C63D3" w:rsidP="004C63D3">
            <w:pPr>
              <w:jc w:val="both"/>
              <w:rPr>
                <w:bCs/>
                <w:sz w:val="28"/>
                <w:szCs w:val="28"/>
                <w:lang w:val="en-US"/>
              </w:rPr>
            </w:pPr>
            <w:r w:rsidRPr="00E053FC">
              <w:rPr>
                <w:bCs/>
                <w:sz w:val="28"/>
                <w:szCs w:val="28"/>
                <w:lang w:val="en-US"/>
              </w:rPr>
              <w:t>сынып сағаты</w:t>
            </w:r>
          </w:p>
        </w:tc>
        <w:tc>
          <w:tcPr>
            <w:tcW w:w="1417" w:type="dxa"/>
          </w:tcPr>
          <w:p w14:paraId="6DD3D83F" w14:textId="77777777" w:rsidR="004C63D3" w:rsidRPr="00E053FC" w:rsidRDefault="004C63D3" w:rsidP="004C63D3">
            <w:pPr>
              <w:jc w:val="both"/>
              <w:rPr>
                <w:bCs/>
                <w:sz w:val="28"/>
                <w:szCs w:val="28"/>
                <w:lang w:val="en-US"/>
              </w:rPr>
            </w:pPr>
            <w:r w:rsidRPr="00E053FC">
              <w:rPr>
                <w:bCs/>
                <w:sz w:val="28"/>
                <w:szCs w:val="28"/>
                <w:lang w:val="en-US"/>
              </w:rPr>
              <w:t>24.10.2025</w:t>
            </w:r>
          </w:p>
        </w:tc>
        <w:tc>
          <w:tcPr>
            <w:tcW w:w="1384" w:type="dxa"/>
          </w:tcPr>
          <w:p w14:paraId="731BCBB7" w14:textId="77777777" w:rsidR="004C63D3" w:rsidRPr="00E053FC" w:rsidRDefault="004C63D3" w:rsidP="004C63D3">
            <w:pPr>
              <w:jc w:val="both"/>
              <w:rPr>
                <w:bCs/>
                <w:sz w:val="28"/>
                <w:szCs w:val="28"/>
                <w:lang w:val="en-US"/>
              </w:rPr>
            </w:pPr>
            <w:r w:rsidRPr="00E053FC">
              <w:rPr>
                <w:bCs/>
                <w:sz w:val="28"/>
                <w:szCs w:val="28"/>
                <w:lang w:val="en-US"/>
              </w:rPr>
              <w:t>2 сынып</w:t>
            </w:r>
          </w:p>
          <w:p w14:paraId="0C631BCD" w14:textId="77777777" w:rsidR="004C63D3" w:rsidRPr="00E053FC" w:rsidRDefault="004C63D3" w:rsidP="004C63D3">
            <w:pPr>
              <w:jc w:val="both"/>
              <w:rPr>
                <w:bCs/>
                <w:sz w:val="28"/>
                <w:szCs w:val="28"/>
                <w:lang w:val="en-US"/>
              </w:rPr>
            </w:pPr>
            <w:r w:rsidRPr="00E053FC">
              <w:rPr>
                <w:bCs/>
                <w:sz w:val="28"/>
                <w:szCs w:val="28"/>
                <w:lang w:val="en-US"/>
              </w:rPr>
              <w:t>23 оқушы</w:t>
            </w:r>
          </w:p>
        </w:tc>
      </w:tr>
      <w:tr w:rsidR="004C63D3" w:rsidRPr="00E053FC" w14:paraId="6C9E3C69" w14:textId="77777777" w:rsidTr="004C63D3">
        <w:tc>
          <w:tcPr>
            <w:tcW w:w="522" w:type="dxa"/>
          </w:tcPr>
          <w:p w14:paraId="77363B53" w14:textId="77777777" w:rsidR="004C63D3" w:rsidRPr="00E053FC" w:rsidRDefault="004C63D3" w:rsidP="004C63D3">
            <w:pPr>
              <w:jc w:val="both"/>
              <w:rPr>
                <w:bCs/>
                <w:sz w:val="28"/>
                <w:szCs w:val="28"/>
                <w:lang w:val="en-US"/>
              </w:rPr>
            </w:pPr>
            <w:r w:rsidRPr="00E053FC">
              <w:rPr>
                <w:bCs/>
                <w:sz w:val="28"/>
                <w:szCs w:val="28"/>
                <w:lang w:val="en-US"/>
              </w:rPr>
              <w:t>5</w:t>
            </w:r>
          </w:p>
        </w:tc>
        <w:tc>
          <w:tcPr>
            <w:tcW w:w="3619" w:type="dxa"/>
          </w:tcPr>
          <w:p w14:paraId="768ECCEB" w14:textId="77777777" w:rsidR="004C63D3" w:rsidRPr="00E053FC" w:rsidRDefault="004C63D3" w:rsidP="004C63D3">
            <w:pPr>
              <w:jc w:val="both"/>
              <w:rPr>
                <w:bCs/>
                <w:sz w:val="28"/>
                <w:szCs w:val="28"/>
                <w:lang w:val="en-US"/>
              </w:rPr>
            </w:pPr>
            <w:r w:rsidRPr="00E053FC">
              <w:rPr>
                <w:bCs/>
                <w:sz w:val="28"/>
                <w:szCs w:val="28"/>
                <w:lang w:val="en-US"/>
              </w:rPr>
              <w:t xml:space="preserve">5141 әскери бөлім мамандарымен </w:t>
            </w:r>
          </w:p>
        </w:tc>
        <w:tc>
          <w:tcPr>
            <w:tcW w:w="2238" w:type="dxa"/>
          </w:tcPr>
          <w:p w14:paraId="5F58579E" w14:textId="77777777" w:rsidR="004C63D3" w:rsidRPr="00E053FC" w:rsidRDefault="004C63D3" w:rsidP="004C63D3">
            <w:pPr>
              <w:jc w:val="both"/>
              <w:rPr>
                <w:bCs/>
                <w:sz w:val="28"/>
                <w:szCs w:val="28"/>
                <w:lang w:val="en-US"/>
              </w:rPr>
            </w:pPr>
            <w:r w:rsidRPr="00E053FC">
              <w:rPr>
                <w:bCs/>
                <w:sz w:val="28"/>
                <w:szCs w:val="28"/>
                <w:lang w:val="en-US"/>
              </w:rPr>
              <w:t>https://www.instagram.com/p/DRKqePNikxh/?obrf=bW45aGdlcGFyOWMy</w:t>
            </w:r>
          </w:p>
        </w:tc>
        <w:tc>
          <w:tcPr>
            <w:tcW w:w="1985" w:type="dxa"/>
          </w:tcPr>
          <w:p w14:paraId="5B26392A" w14:textId="77777777" w:rsidR="004C63D3" w:rsidRPr="00E053FC" w:rsidRDefault="004C63D3" w:rsidP="004C63D3">
            <w:pPr>
              <w:jc w:val="both"/>
              <w:rPr>
                <w:bCs/>
                <w:sz w:val="28"/>
                <w:szCs w:val="28"/>
                <w:lang w:val="en-US"/>
              </w:rPr>
            </w:pPr>
            <w:r w:rsidRPr="00E053FC">
              <w:rPr>
                <w:bCs/>
                <w:sz w:val="28"/>
                <w:szCs w:val="28"/>
                <w:lang w:val="en-US"/>
              </w:rPr>
              <w:t>кездесу</w:t>
            </w:r>
          </w:p>
        </w:tc>
        <w:tc>
          <w:tcPr>
            <w:tcW w:w="1417" w:type="dxa"/>
          </w:tcPr>
          <w:p w14:paraId="646BE842" w14:textId="77777777" w:rsidR="004C63D3" w:rsidRPr="00E053FC" w:rsidRDefault="004C63D3" w:rsidP="004C63D3">
            <w:pPr>
              <w:jc w:val="both"/>
              <w:rPr>
                <w:bCs/>
                <w:sz w:val="28"/>
                <w:szCs w:val="28"/>
                <w:lang w:val="en-US"/>
              </w:rPr>
            </w:pPr>
            <w:r w:rsidRPr="00E053FC">
              <w:rPr>
                <w:bCs/>
                <w:sz w:val="28"/>
                <w:szCs w:val="28"/>
                <w:lang w:val="en-US"/>
              </w:rPr>
              <w:t>24.10.2025</w:t>
            </w:r>
          </w:p>
        </w:tc>
        <w:tc>
          <w:tcPr>
            <w:tcW w:w="1384" w:type="dxa"/>
          </w:tcPr>
          <w:p w14:paraId="1ABA0A50" w14:textId="77777777" w:rsidR="004C63D3" w:rsidRPr="00E053FC" w:rsidRDefault="004C63D3" w:rsidP="004C63D3">
            <w:pPr>
              <w:jc w:val="both"/>
              <w:rPr>
                <w:bCs/>
                <w:sz w:val="28"/>
                <w:szCs w:val="28"/>
                <w:lang w:val="en-US"/>
              </w:rPr>
            </w:pPr>
            <w:r w:rsidRPr="00E053FC">
              <w:rPr>
                <w:bCs/>
                <w:sz w:val="28"/>
                <w:szCs w:val="28"/>
                <w:lang w:val="en-US"/>
              </w:rPr>
              <w:t>10-11</w:t>
            </w:r>
          </w:p>
          <w:p w14:paraId="6E2A6CD6" w14:textId="77777777" w:rsidR="004C63D3" w:rsidRPr="00E053FC" w:rsidRDefault="004C63D3" w:rsidP="004C63D3">
            <w:pPr>
              <w:jc w:val="both"/>
              <w:rPr>
                <w:bCs/>
                <w:sz w:val="28"/>
                <w:szCs w:val="28"/>
                <w:lang w:val="en-US"/>
              </w:rPr>
            </w:pPr>
            <w:r w:rsidRPr="00E053FC">
              <w:rPr>
                <w:bCs/>
                <w:sz w:val="28"/>
                <w:szCs w:val="28"/>
                <w:lang w:val="en-US"/>
              </w:rPr>
              <w:t>24 оқушы</w:t>
            </w:r>
          </w:p>
        </w:tc>
      </w:tr>
      <w:tr w:rsidR="004C63D3" w:rsidRPr="00E053FC" w14:paraId="37BD39E0" w14:textId="77777777" w:rsidTr="004C63D3">
        <w:tc>
          <w:tcPr>
            <w:tcW w:w="522" w:type="dxa"/>
          </w:tcPr>
          <w:p w14:paraId="0D806CED" w14:textId="77777777" w:rsidR="004C63D3" w:rsidRPr="00E053FC" w:rsidRDefault="004C63D3" w:rsidP="004C63D3">
            <w:pPr>
              <w:jc w:val="both"/>
              <w:rPr>
                <w:bCs/>
                <w:sz w:val="28"/>
                <w:szCs w:val="28"/>
                <w:lang w:val="en-US"/>
              </w:rPr>
            </w:pPr>
            <w:r w:rsidRPr="00E053FC">
              <w:rPr>
                <w:bCs/>
                <w:sz w:val="28"/>
                <w:szCs w:val="28"/>
                <w:lang w:val="en-US"/>
              </w:rPr>
              <w:t>6</w:t>
            </w:r>
          </w:p>
        </w:tc>
        <w:tc>
          <w:tcPr>
            <w:tcW w:w="3619" w:type="dxa"/>
          </w:tcPr>
          <w:p w14:paraId="12DF7F6A" w14:textId="77777777" w:rsidR="004C63D3" w:rsidRPr="00E053FC" w:rsidRDefault="004C63D3" w:rsidP="004C63D3">
            <w:pPr>
              <w:jc w:val="both"/>
              <w:rPr>
                <w:bCs/>
                <w:sz w:val="28"/>
                <w:szCs w:val="28"/>
                <w:lang w:val="en-US"/>
              </w:rPr>
            </w:pPr>
            <w:r w:rsidRPr="00E053FC">
              <w:rPr>
                <w:bCs/>
                <w:sz w:val="28"/>
                <w:szCs w:val="28"/>
                <w:lang w:val="en-US"/>
              </w:rPr>
              <w:t xml:space="preserve">“Ата-анамның мамандығы”  </w:t>
            </w:r>
          </w:p>
        </w:tc>
        <w:tc>
          <w:tcPr>
            <w:tcW w:w="2238" w:type="dxa"/>
          </w:tcPr>
          <w:p w14:paraId="2327CBA5" w14:textId="77777777" w:rsidR="004C63D3" w:rsidRPr="00E053FC" w:rsidRDefault="004C63D3" w:rsidP="004C63D3">
            <w:pPr>
              <w:jc w:val="both"/>
              <w:rPr>
                <w:bCs/>
                <w:sz w:val="28"/>
                <w:szCs w:val="28"/>
                <w:lang w:val="en-US"/>
              </w:rPr>
            </w:pPr>
            <w:r w:rsidRPr="00E053FC">
              <w:rPr>
                <w:bCs/>
                <w:sz w:val="28"/>
                <w:szCs w:val="28"/>
                <w:lang w:val="en-US"/>
              </w:rPr>
              <w:t>https://www.instagram.com/p/DRKqePNikxh/?obrf=bW45aGdlcGFyOWMy</w:t>
            </w:r>
          </w:p>
        </w:tc>
        <w:tc>
          <w:tcPr>
            <w:tcW w:w="1985" w:type="dxa"/>
          </w:tcPr>
          <w:p w14:paraId="48BC2D04" w14:textId="77777777" w:rsidR="004C63D3" w:rsidRPr="00E053FC" w:rsidRDefault="004C63D3" w:rsidP="004C63D3">
            <w:pPr>
              <w:jc w:val="both"/>
              <w:rPr>
                <w:bCs/>
                <w:sz w:val="28"/>
                <w:szCs w:val="28"/>
                <w:lang w:val="en-US"/>
              </w:rPr>
            </w:pPr>
            <w:r w:rsidRPr="00E053FC">
              <w:rPr>
                <w:bCs/>
                <w:sz w:val="28"/>
                <w:szCs w:val="28"/>
                <w:lang w:val="en-US"/>
              </w:rPr>
              <w:t>Эссе</w:t>
            </w:r>
          </w:p>
        </w:tc>
        <w:tc>
          <w:tcPr>
            <w:tcW w:w="1417" w:type="dxa"/>
          </w:tcPr>
          <w:p w14:paraId="7617D581" w14:textId="77777777" w:rsidR="004C63D3" w:rsidRPr="00E053FC" w:rsidRDefault="004C63D3" w:rsidP="004C63D3">
            <w:pPr>
              <w:jc w:val="both"/>
              <w:rPr>
                <w:bCs/>
                <w:sz w:val="28"/>
                <w:szCs w:val="28"/>
                <w:lang w:val="en-US"/>
              </w:rPr>
            </w:pPr>
            <w:r w:rsidRPr="00E053FC">
              <w:rPr>
                <w:bCs/>
                <w:sz w:val="28"/>
                <w:szCs w:val="28"/>
                <w:lang w:val="en-US"/>
              </w:rPr>
              <w:t>17.11.2025</w:t>
            </w:r>
          </w:p>
        </w:tc>
        <w:tc>
          <w:tcPr>
            <w:tcW w:w="1384" w:type="dxa"/>
          </w:tcPr>
          <w:p w14:paraId="0B66BB04" w14:textId="77777777" w:rsidR="004C63D3" w:rsidRPr="00E053FC" w:rsidRDefault="004C63D3" w:rsidP="004C63D3">
            <w:pPr>
              <w:jc w:val="both"/>
              <w:rPr>
                <w:bCs/>
                <w:sz w:val="28"/>
                <w:szCs w:val="28"/>
                <w:lang w:val="en-US"/>
              </w:rPr>
            </w:pPr>
            <w:r w:rsidRPr="00E053FC">
              <w:rPr>
                <w:bCs/>
                <w:sz w:val="28"/>
                <w:szCs w:val="28"/>
                <w:lang w:val="en-US"/>
              </w:rPr>
              <w:t>2 сынып</w:t>
            </w:r>
          </w:p>
          <w:p w14:paraId="7F213362" w14:textId="77777777" w:rsidR="004C63D3" w:rsidRPr="00E053FC" w:rsidRDefault="004C63D3" w:rsidP="004C63D3">
            <w:pPr>
              <w:jc w:val="both"/>
              <w:rPr>
                <w:bCs/>
                <w:sz w:val="28"/>
                <w:szCs w:val="28"/>
                <w:lang w:val="en-US"/>
              </w:rPr>
            </w:pPr>
            <w:r w:rsidRPr="00E053FC">
              <w:rPr>
                <w:bCs/>
                <w:sz w:val="28"/>
                <w:szCs w:val="28"/>
                <w:lang w:val="en-US"/>
              </w:rPr>
              <w:t>24 оқушы</w:t>
            </w:r>
          </w:p>
        </w:tc>
      </w:tr>
      <w:tr w:rsidR="004C63D3" w:rsidRPr="00E053FC" w14:paraId="19935F81" w14:textId="77777777" w:rsidTr="004C63D3">
        <w:tc>
          <w:tcPr>
            <w:tcW w:w="522" w:type="dxa"/>
          </w:tcPr>
          <w:p w14:paraId="71622934" w14:textId="77777777" w:rsidR="004C63D3" w:rsidRPr="00E053FC" w:rsidRDefault="004C63D3" w:rsidP="004C63D3">
            <w:pPr>
              <w:jc w:val="both"/>
              <w:rPr>
                <w:bCs/>
                <w:sz w:val="28"/>
                <w:szCs w:val="28"/>
                <w:lang w:val="en-US"/>
              </w:rPr>
            </w:pPr>
            <w:r w:rsidRPr="00E053FC">
              <w:rPr>
                <w:bCs/>
                <w:sz w:val="28"/>
                <w:szCs w:val="28"/>
                <w:lang w:val="en-US"/>
              </w:rPr>
              <w:t>7</w:t>
            </w:r>
          </w:p>
        </w:tc>
        <w:tc>
          <w:tcPr>
            <w:tcW w:w="3619" w:type="dxa"/>
          </w:tcPr>
          <w:p w14:paraId="5DD3A022" w14:textId="77777777" w:rsidR="004C63D3" w:rsidRPr="00E053FC" w:rsidRDefault="004C63D3" w:rsidP="004C63D3">
            <w:pPr>
              <w:jc w:val="both"/>
              <w:rPr>
                <w:bCs/>
                <w:sz w:val="28"/>
                <w:szCs w:val="28"/>
              </w:rPr>
            </w:pPr>
            <w:r w:rsidRPr="00E053FC">
              <w:rPr>
                <w:bCs/>
                <w:sz w:val="28"/>
                <w:szCs w:val="28"/>
              </w:rPr>
              <w:t xml:space="preserve">«Академик Е.А.Бөкетов атындағы ұлттық зерттеу университеті» </w:t>
            </w:r>
          </w:p>
        </w:tc>
        <w:tc>
          <w:tcPr>
            <w:tcW w:w="2238" w:type="dxa"/>
          </w:tcPr>
          <w:p w14:paraId="1AB31617" w14:textId="77777777" w:rsidR="004C63D3" w:rsidRPr="00E053FC" w:rsidRDefault="004C63D3" w:rsidP="004C63D3">
            <w:pPr>
              <w:jc w:val="both"/>
              <w:rPr>
                <w:bCs/>
                <w:sz w:val="28"/>
                <w:szCs w:val="28"/>
              </w:rPr>
            </w:pPr>
            <w:r w:rsidRPr="00E053FC">
              <w:rPr>
                <w:bCs/>
                <w:sz w:val="28"/>
                <w:szCs w:val="28"/>
                <w:lang w:val="en-US"/>
              </w:rPr>
              <w:t>https</w:t>
            </w:r>
            <w:r w:rsidRPr="00E053FC">
              <w:rPr>
                <w:bCs/>
                <w:sz w:val="28"/>
                <w:szCs w:val="28"/>
              </w:rPr>
              <w:t>://</w:t>
            </w:r>
            <w:r w:rsidRPr="00E053FC">
              <w:rPr>
                <w:bCs/>
                <w:sz w:val="28"/>
                <w:szCs w:val="28"/>
                <w:lang w:val="en-US"/>
              </w:rPr>
              <w:t>www</w:t>
            </w:r>
            <w:r w:rsidRPr="00E053FC">
              <w:rPr>
                <w:bCs/>
                <w:sz w:val="28"/>
                <w:szCs w:val="28"/>
              </w:rPr>
              <w:t>.</w:t>
            </w:r>
            <w:r w:rsidRPr="00E053FC">
              <w:rPr>
                <w:bCs/>
                <w:sz w:val="28"/>
                <w:szCs w:val="28"/>
                <w:lang w:val="en-US"/>
              </w:rPr>
              <w:t>instagram</w:t>
            </w:r>
            <w:r w:rsidRPr="00E053FC">
              <w:rPr>
                <w:bCs/>
                <w:sz w:val="28"/>
                <w:szCs w:val="28"/>
              </w:rPr>
              <w:t>.</w:t>
            </w:r>
            <w:r w:rsidRPr="00E053FC">
              <w:rPr>
                <w:bCs/>
                <w:sz w:val="28"/>
                <w:szCs w:val="28"/>
                <w:lang w:val="en-US"/>
              </w:rPr>
              <w:t>com</w:t>
            </w:r>
            <w:r w:rsidRPr="00E053FC">
              <w:rPr>
                <w:bCs/>
                <w:sz w:val="28"/>
                <w:szCs w:val="28"/>
              </w:rPr>
              <w:t>/</w:t>
            </w:r>
            <w:r w:rsidRPr="00E053FC">
              <w:rPr>
                <w:bCs/>
                <w:sz w:val="28"/>
                <w:szCs w:val="28"/>
                <w:lang w:val="en-US"/>
              </w:rPr>
              <w:t>reel</w:t>
            </w:r>
            <w:r w:rsidRPr="00E053FC">
              <w:rPr>
                <w:bCs/>
                <w:sz w:val="28"/>
                <w:szCs w:val="28"/>
              </w:rPr>
              <w:t>/</w:t>
            </w:r>
            <w:r w:rsidRPr="00E053FC">
              <w:rPr>
                <w:bCs/>
                <w:sz w:val="28"/>
                <w:szCs w:val="28"/>
                <w:lang w:val="en-US"/>
              </w:rPr>
              <w:t>DR</w:t>
            </w:r>
            <w:r w:rsidRPr="00E053FC">
              <w:rPr>
                <w:bCs/>
                <w:sz w:val="28"/>
                <w:szCs w:val="28"/>
              </w:rPr>
              <w:t>-</w:t>
            </w:r>
            <w:r w:rsidRPr="00E053FC">
              <w:rPr>
                <w:bCs/>
                <w:sz w:val="28"/>
                <w:szCs w:val="28"/>
                <w:lang w:val="en-US"/>
              </w:rPr>
              <w:t>Swryij</w:t>
            </w:r>
            <w:r w:rsidRPr="00E053FC">
              <w:rPr>
                <w:bCs/>
                <w:sz w:val="28"/>
                <w:szCs w:val="28"/>
              </w:rPr>
              <w:t>9</w:t>
            </w:r>
            <w:r w:rsidRPr="00E053FC">
              <w:rPr>
                <w:bCs/>
                <w:sz w:val="28"/>
                <w:szCs w:val="28"/>
                <w:lang w:val="en-US"/>
              </w:rPr>
              <w:t>R</w:t>
            </w:r>
            <w:r w:rsidRPr="00E053FC">
              <w:rPr>
                <w:bCs/>
                <w:sz w:val="28"/>
                <w:szCs w:val="28"/>
              </w:rPr>
              <w:t>/?</w:t>
            </w:r>
            <w:r w:rsidRPr="00E053FC">
              <w:rPr>
                <w:bCs/>
                <w:sz w:val="28"/>
                <w:szCs w:val="28"/>
                <w:lang w:val="en-US"/>
              </w:rPr>
              <w:t>obrf</w:t>
            </w:r>
            <w:r w:rsidRPr="00E053FC">
              <w:rPr>
                <w:bCs/>
                <w:sz w:val="28"/>
                <w:szCs w:val="28"/>
              </w:rPr>
              <w:t>=</w:t>
            </w:r>
            <w:r w:rsidRPr="00E053FC">
              <w:rPr>
                <w:bCs/>
                <w:sz w:val="28"/>
                <w:szCs w:val="28"/>
                <w:lang w:val="en-US"/>
              </w:rPr>
              <w:t>MWRpN</w:t>
            </w:r>
            <w:r w:rsidRPr="00E053FC">
              <w:rPr>
                <w:bCs/>
                <w:sz w:val="28"/>
                <w:szCs w:val="28"/>
              </w:rPr>
              <w:t>253</w:t>
            </w:r>
            <w:r w:rsidRPr="00E053FC">
              <w:rPr>
                <w:bCs/>
                <w:sz w:val="28"/>
                <w:szCs w:val="28"/>
                <w:lang w:val="en-US"/>
              </w:rPr>
              <w:t>NWw</w:t>
            </w:r>
            <w:r w:rsidRPr="00E053FC">
              <w:rPr>
                <w:bCs/>
                <w:sz w:val="28"/>
                <w:szCs w:val="28"/>
              </w:rPr>
              <w:t>4</w:t>
            </w:r>
            <w:r w:rsidRPr="00E053FC">
              <w:rPr>
                <w:bCs/>
                <w:sz w:val="28"/>
                <w:szCs w:val="28"/>
                <w:lang w:val="en-US"/>
              </w:rPr>
              <w:t>aGIwbQ</w:t>
            </w:r>
            <w:r w:rsidRPr="00E053FC">
              <w:rPr>
                <w:bCs/>
                <w:sz w:val="28"/>
                <w:szCs w:val="28"/>
              </w:rPr>
              <w:t>==</w:t>
            </w:r>
          </w:p>
        </w:tc>
        <w:tc>
          <w:tcPr>
            <w:tcW w:w="1985" w:type="dxa"/>
          </w:tcPr>
          <w:p w14:paraId="63632CBF" w14:textId="77777777" w:rsidR="004C63D3" w:rsidRPr="00E053FC" w:rsidRDefault="004C63D3" w:rsidP="004C63D3">
            <w:pPr>
              <w:jc w:val="both"/>
              <w:rPr>
                <w:bCs/>
                <w:sz w:val="28"/>
                <w:szCs w:val="28"/>
                <w:lang w:val="en-US"/>
              </w:rPr>
            </w:pPr>
            <w:r w:rsidRPr="00E053FC">
              <w:rPr>
                <w:bCs/>
                <w:sz w:val="28"/>
                <w:szCs w:val="28"/>
                <w:lang w:val="en-US"/>
              </w:rPr>
              <w:t>Практикалық</w:t>
            </w:r>
          </w:p>
          <w:p w14:paraId="6EB884A9" w14:textId="77777777" w:rsidR="004C63D3" w:rsidRPr="00E053FC" w:rsidRDefault="004C63D3" w:rsidP="004C63D3">
            <w:pPr>
              <w:jc w:val="both"/>
              <w:rPr>
                <w:bCs/>
                <w:sz w:val="28"/>
                <w:szCs w:val="28"/>
                <w:lang w:val="en-US"/>
              </w:rPr>
            </w:pPr>
            <w:r w:rsidRPr="00E053FC">
              <w:rPr>
                <w:bCs/>
                <w:sz w:val="28"/>
                <w:szCs w:val="28"/>
                <w:lang w:val="en-US"/>
              </w:rPr>
              <w:t>іс-шара</w:t>
            </w:r>
          </w:p>
        </w:tc>
        <w:tc>
          <w:tcPr>
            <w:tcW w:w="1417" w:type="dxa"/>
          </w:tcPr>
          <w:p w14:paraId="37C6291A" w14:textId="77777777" w:rsidR="004C63D3" w:rsidRPr="00E053FC" w:rsidRDefault="004C63D3" w:rsidP="004C63D3">
            <w:pPr>
              <w:jc w:val="both"/>
              <w:rPr>
                <w:bCs/>
                <w:sz w:val="28"/>
                <w:szCs w:val="28"/>
                <w:lang w:val="en-US"/>
              </w:rPr>
            </w:pPr>
            <w:r w:rsidRPr="00E053FC">
              <w:rPr>
                <w:bCs/>
                <w:sz w:val="28"/>
                <w:szCs w:val="28"/>
                <w:lang w:val="en-US"/>
              </w:rPr>
              <w:t>08.12.2025</w:t>
            </w:r>
          </w:p>
        </w:tc>
        <w:tc>
          <w:tcPr>
            <w:tcW w:w="1384" w:type="dxa"/>
          </w:tcPr>
          <w:p w14:paraId="48239EE4" w14:textId="77777777" w:rsidR="004C63D3" w:rsidRPr="00E053FC" w:rsidRDefault="004C63D3" w:rsidP="004C63D3">
            <w:pPr>
              <w:jc w:val="both"/>
              <w:rPr>
                <w:bCs/>
                <w:sz w:val="28"/>
                <w:szCs w:val="28"/>
                <w:lang w:val="en-US"/>
              </w:rPr>
            </w:pPr>
            <w:r w:rsidRPr="00E053FC">
              <w:rPr>
                <w:bCs/>
                <w:sz w:val="28"/>
                <w:szCs w:val="28"/>
                <w:lang w:val="en-US"/>
              </w:rPr>
              <w:t>11 «А», «Ә»  47оқушы</w:t>
            </w:r>
          </w:p>
        </w:tc>
      </w:tr>
      <w:tr w:rsidR="004C63D3" w:rsidRPr="00E053FC" w14:paraId="08C33977" w14:textId="77777777" w:rsidTr="004C63D3">
        <w:tc>
          <w:tcPr>
            <w:tcW w:w="522" w:type="dxa"/>
          </w:tcPr>
          <w:p w14:paraId="45C3A710" w14:textId="77777777" w:rsidR="004C63D3" w:rsidRPr="00E053FC" w:rsidRDefault="004C63D3" w:rsidP="004C63D3">
            <w:pPr>
              <w:jc w:val="both"/>
              <w:rPr>
                <w:bCs/>
                <w:sz w:val="28"/>
                <w:szCs w:val="28"/>
                <w:lang w:val="en-US"/>
              </w:rPr>
            </w:pPr>
            <w:r w:rsidRPr="00E053FC">
              <w:rPr>
                <w:bCs/>
                <w:sz w:val="28"/>
                <w:szCs w:val="28"/>
                <w:lang w:val="en-US"/>
              </w:rPr>
              <w:t>8</w:t>
            </w:r>
          </w:p>
        </w:tc>
        <w:tc>
          <w:tcPr>
            <w:tcW w:w="3619" w:type="dxa"/>
          </w:tcPr>
          <w:p w14:paraId="7DECEA6C" w14:textId="77777777" w:rsidR="004C63D3" w:rsidRPr="00E053FC" w:rsidRDefault="004C63D3" w:rsidP="004C63D3">
            <w:pPr>
              <w:jc w:val="both"/>
              <w:rPr>
                <w:bCs/>
                <w:sz w:val="28"/>
                <w:szCs w:val="28"/>
                <w:lang w:val="en-US"/>
              </w:rPr>
            </w:pPr>
            <w:r w:rsidRPr="00E053FC">
              <w:rPr>
                <w:bCs/>
                <w:sz w:val="28"/>
                <w:szCs w:val="28"/>
                <w:lang w:val="en-US"/>
              </w:rPr>
              <w:t xml:space="preserve">“Мен болашақта қандай маман иесі болғым келеді…?” </w:t>
            </w:r>
          </w:p>
        </w:tc>
        <w:tc>
          <w:tcPr>
            <w:tcW w:w="2238" w:type="dxa"/>
          </w:tcPr>
          <w:p w14:paraId="04EA3ABB" w14:textId="77777777" w:rsidR="004C63D3" w:rsidRPr="00E053FC" w:rsidRDefault="004C63D3" w:rsidP="004C63D3">
            <w:pPr>
              <w:jc w:val="both"/>
              <w:rPr>
                <w:bCs/>
                <w:sz w:val="28"/>
                <w:szCs w:val="28"/>
                <w:lang w:val="en-US"/>
              </w:rPr>
            </w:pPr>
            <w:r w:rsidRPr="00E053FC">
              <w:rPr>
                <w:bCs/>
                <w:sz w:val="28"/>
                <w:szCs w:val="28"/>
                <w:lang w:val="en-US"/>
              </w:rPr>
              <w:t>https://www.instagram.com/p/DR-SuwPCuJw/?rpxt=MWQwMWEzODVqaGdvaw==</w:t>
            </w:r>
          </w:p>
        </w:tc>
        <w:tc>
          <w:tcPr>
            <w:tcW w:w="1985" w:type="dxa"/>
          </w:tcPr>
          <w:p w14:paraId="28DBD766" w14:textId="77777777" w:rsidR="004C63D3" w:rsidRPr="00E053FC" w:rsidRDefault="004C63D3" w:rsidP="004C63D3">
            <w:pPr>
              <w:jc w:val="both"/>
              <w:rPr>
                <w:bCs/>
                <w:sz w:val="28"/>
                <w:szCs w:val="28"/>
                <w:lang w:val="en-US"/>
              </w:rPr>
            </w:pPr>
            <w:r w:rsidRPr="00E053FC">
              <w:rPr>
                <w:bCs/>
                <w:sz w:val="28"/>
                <w:szCs w:val="28"/>
                <w:lang w:val="kk-KZ"/>
              </w:rPr>
              <w:t>Ш</w:t>
            </w:r>
            <w:r w:rsidRPr="00E053FC">
              <w:rPr>
                <w:bCs/>
                <w:sz w:val="28"/>
                <w:szCs w:val="28"/>
                <w:lang w:val="en-US"/>
              </w:rPr>
              <w:t xml:space="preserve">ығармашылық жұмыс </w:t>
            </w:r>
          </w:p>
        </w:tc>
        <w:tc>
          <w:tcPr>
            <w:tcW w:w="1417" w:type="dxa"/>
          </w:tcPr>
          <w:p w14:paraId="14E33821" w14:textId="77777777" w:rsidR="004C63D3" w:rsidRPr="00E053FC" w:rsidRDefault="004C63D3" w:rsidP="004C63D3">
            <w:pPr>
              <w:jc w:val="both"/>
              <w:rPr>
                <w:bCs/>
                <w:sz w:val="28"/>
                <w:szCs w:val="28"/>
                <w:lang w:val="en-US"/>
              </w:rPr>
            </w:pPr>
            <w:r w:rsidRPr="00E053FC">
              <w:rPr>
                <w:bCs/>
                <w:sz w:val="28"/>
                <w:szCs w:val="28"/>
                <w:lang w:val="en-US"/>
              </w:rPr>
              <w:t>08.12.2025</w:t>
            </w:r>
          </w:p>
        </w:tc>
        <w:tc>
          <w:tcPr>
            <w:tcW w:w="1384" w:type="dxa"/>
          </w:tcPr>
          <w:p w14:paraId="6BECF5D2" w14:textId="77777777" w:rsidR="004C63D3" w:rsidRPr="00E053FC" w:rsidRDefault="004C63D3" w:rsidP="004C63D3">
            <w:pPr>
              <w:jc w:val="both"/>
              <w:rPr>
                <w:bCs/>
                <w:sz w:val="28"/>
                <w:szCs w:val="28"/>
                <w:lang w:val="en-US"/>
              </w:rPr>
            </w:pPr>
            <w:r w:rsidRPr="00E053FC">
              <w:rPr>
                <w:bCs/>
                <w:sz w:val="28"/>
                <w:szCs w:val="28"/>
                <w:lang w:val="en-US"/>
              </w:rPr>
              <w:t>6-7 сыныптар</w:t>
            </w:r>
          </w:p>
          <w:p w14:paraId="7C9F5D17" w14:textId="77777777" w:rsidR="004C63D3" w:rsidRPr="00E053FC" w:rsidRDefault="004C63D3" w:rsidP="004C63D3">
            <w:pPr>
              <w:jc w:val="both"/>
              <w:rPr>
                <w:bCs/>
                <w:sz w:val="28"/>
                <w:szCs w:val="28"/>
                <w:lang w:val="en-US"/>
              </w:rPr>
            </w:pPr>
            <w:r w:rsidRPr="00E053FC">
              <w:rPr>
                <w:bCs/>
                <w:sz w:val="28"/>
                <w:szCs w:val="28"/>
                <w:lang w:val="en-US"/>
              </w:rPr>
              <w:t>12оқушы</w:t>
            </w:r>
          </w:p>
        </w:tc>
      </w:tr>
      <w:tr w:rsidR="004C63D3" w:rsidRPr="00E053FC" w14:paraId="6FCA9024" w14:textId="77777777" w:rsidTr="004C63D3">
        <w:trPr>
          <w:trHeight w:val="1886"/>
        </w:trPr>
        <w:tc>
          <w:tcPr>
            <w:tcW w:w="522" w:type="dxa"/>
          </w:tcPr>
          <w:p w14:paraId="44803251" w14:textId="77777777" w:rsidR="004C63D3" w:rsidRPr="00E053FC" w:rsidRDefault="004C63D3" w:rsidP="004C63D3">
            <w:pPr>
              <w:jc w:val="both"/>
              <w:rPr>
                <w:bCs/>
                <w:sz w:val="28"/>
                <w:szCs w:val="28"/>
                <w:lang w:val="en-US"/>
              </w:rPr>
            </w:pPr>
            <w:r w:rsidRPr="00E053FC">
              <w:rPr>
                <w:bCs/>
                <w:sz w:val="28"/>
                <w:szCs w:val="28"/>
                <w:lang w:val="en-US"/>
              </w:rPr>
              <w:lastRenderedPageBreak/>
              <w:t>9</w:t>
            </w:r>
          </w:p>
        </w:tc>
        <w:tc>
          <w:tcPr>
            <w:tcW w:w="3619" w:type="dxa"/>
          </w:tcPr>
          <w:p w14:paraId="05172E16" w14:textId="77777777" w:rsidR="004C63D3" w:rsidRPr="00E053FC" w:rsidRDefault="004C63D3" w:rsidP="004C63D3">
            <w:pPr>
              <w:jc w:val="both"/>
              <w:rPr>
                <w:bCs/>
                <w:sz w:val="28"/>
                <w:szCs w:val="28"/>
                <w:lang w:val="en-US"/>
              </w:rPr>
            </w:pPr>
            <w:r w:rsidRPr="00E053FC">
              <w:rPr>
                <w:bCs/>
                <w:sz w:val="28"/>
                <w:szCs w:val="28"/>
                <w:lang w:val="kk-KZ"/>
              </w:rPr>
              <w:t>«</w:t>
            </w:r>
            <w:r w:rsidRPr="00E053FC">
              <w:rPr>
                <w:bCs/>
                <w:sz w:val="28"/>
                <w:szCs w:val="28"/>
                <w:lang w:val="en-US"/>
              </w:rPr>
              <w:t>SAMGA</w:t>
            </w:r>
            <w:r w:rsidRPr="00E053FC">
              <w:rPr>
                <w:bCs/>
                <w:sz w:val="28"/>
                <w:szCs w:val="28"/>
                <w:lang w:val="kk-KZ"/>
              </w:rPr>
              <w:t>»</w:t>
            </w:r>
            <w:r w:rsidRPr="00E053FC">
              <w:rPr>
                <w:bCs/>
                <w:sz w:val="28"/>
                <w:szCs w:val="28"/>
                <w:lang w:val="en-US"/>
              </w:rPr>
              <w:t xml:space="preserve"> академиясы ЖШС</w:t>
            </w:r>
          </w:p>
        </w:tc>
        <w:tc>
          <w:tcPr>
            <w:tcW w:w="2238" w:type="dxa"/>
          </w:tcPr>
          <w:p w14:paraId="654FC19B" w14:textId="77777777" w:rsidR="004C63D3" w:rsidRPr="00E053FC" w:rsidRDefault="004C63D3" w:rsidP="004C63D3">
            <w:pPr>
              <w:jc w:val="both"/>
              <w:rPr>
                <w:bCs/>
                <w:sz w:val="28"/>
                <w:szCs w:val="28"/>
                <w:lang w:val="en-US"/>
              </w:rPr>
            </w:pPr>
            <w:r w:rsidRPr="00E053FC">
              <w:rPr>
                <w:bCs/>
                <w:sz w:val="28"/>
                <w:szCs w:val="28"/>
                <w:lang w:val="en-US"/>
              </w:rPr>
              <w:fldChar w:fldCharType="begin"/>
            </w:r>
            <w:r w:rsidRPr="00E053FC">
              <w:rPr>
                <w:bCs/>
                <w:sz w:val="28"/>
                <w:szCs w:val="28"/>
                <w:lang w:val="en-US"/>
              </w:rPr>
              <w:instrText xml:space="preserve"> HYPERLINK "https://www.instagram.com</w:instrText>
            </w:r>
          </w:p>
          <w:p w14:paraId="3FC33951" w14:textId="77777777" w:rsidR="004C63D3" w:rsidRPr="00E053FC" w:rsidRDefault="004C63D3" w:rsidP="004C63D3">
            <w:pPr>
              <w:jc w:val="both"/>
              <w:rPr>
                <w:rStyle w:val="ae"/>
                <w:bCs/>
                <w:sz w:val="28"/>
                <w:szCs w:val="28"/>
                <w:lang w:val="en-US"/>
              </w:rPr>
            </w:pPr>
            <w:r w:rsidRPr="00E053FC">
              <w:rPr>
                <w:bCs/>
                <w:sz w:val="28"/>
                <w:szCs w:val="28"/>
                <w:lang w:val="en-US"/>
              </w:rPr>
              <w:instrText xml:space="preserve">reel/DSbsmm_ii2S/" </w:instrText>
            </w:r>
            <w:r w:rsidRPr="00E053FC">
              <w:rPr>
                <w:bCs/>
                <w:sz w:val="28"/>
                <w:szCs w:val="28"/>
                <w:lang w:val="en-US" w:eastAsia="en-US"/>
              </w:rPr>
              <w:fldChar w:fldCharType="separate"/>
            </w:r>
            <w:r w:rsidRPr="00E053FC">
              <w:rPr>
                <w:rStyle w:val="ae"/>
                <w:bCs/>
                <w:sz w:val="28"/>
                <w:szCs w:val="28"/>
                <w:lang w:val="en-US"/>
              </w:rPr>
              <w:t>https://www.instagram.com</w:t>
            </w:r>
          </w:p>
          <w:p w14:paraId="3F7AA261" w14:textId="77777777" w:rsidR="004C63D3" w:rsidRPr="00E053FC" w:rsidRDefault="004C63D3" w:rsidP="004C63D3">
            <w:pPr>
              <w:jc w:val="both"/>
              <w:rPr>
                <w:bCs/>
                <w:sz w:val="28"/>
                <w:szCs w:val="28"/>
                <w:lang w:val="en-US"/>
              </w:rPr>
            </w:pPr>
            <w:r w:rsidRPr="00E053FC">
              <w:rPr>
                <w:rStyle w:val="ae"/>
                <w:bCs/>
                <w:sz w:val="28"/>
                <w:szCs w:val="28"/>
                <w:lang w:val="en-US"/>
              </w:rPr>
              <w:t>reel/DSbsmm_ii2S/</w:t>
            </w:r>
            <w:r w:rsidRPr="00E053FC">
              <w:rPr>
                <w:sz w:val="28"/>
                <w:szCs w:val="28"/>
              </w:rPr>
              <w:fldChar w:fldCharType="end"/>
            </w:r>
          </w:p>
          <w:p w14:paraId="5EB447CA" w14:textId="77777777" w:rsidR="004C63D3" w:rsidRPr="00E053FC" w:rsidRDefault="004C63D3" w:rsidP="004C63D3">
            <w:pPr>
              <w:jc w:val="both"/>
              <w:rPr>
                <w:bCs/>
                <w:sz w:val="28"/>
                <w:szCs w:val="28"/>
                <w:lang w:val="en-US"/>
              </w:rPr>
            </w:pPr>
            <w:r w:rsidRPr="00E053FC">
              <w:rPr>
                <w:bCs/>
                <w:sz w:val="28"/>
                <w:szCs w:val="28"/>
                <w:lang w:val="en-US"/>
              </w:rPr>
              <w:t>?exln=MnZ5bHhlYjllZXlr</w:t>
            </w:r>
          </w:p>
          <w:p w14:paraId="45330772" w14:textId="77777777" w:rsidR="004C63D3" w:rsidRPr="00E053FC" w:rsidRDefault="004C63D3" w:rsidP="004C63D3">
            <w:pPr>
              <w:jc w:val="both"/>
              <w:rPr>
                <w:bCs/>
                <w:sz w:val="28"/>
                <w:szCs w:val="28"/>
                <w:lang w:val="en-US"/>
              </w:rPr>
            </w:pPr>
          </w:p>
        </w:tc>
        <w:tc>
          <w:tcPr>
            <w:tcW w:w="1985" w:type="dxa"/>
          </w:tcPr>
          <w:p w14:paraId="51B16BF1" w14:textId="77777777" w:rsidR="004C63D3" w:rsidRPr="00E053FC" w:rsidRDefault="004C63D3" w:rsidP="004C63D3">
            <w:pPr>
              <w:jc w:val="both"/>
              <w:rPr>
                <w:bCs/>
                <w:sz w:val="28"/>
                <w:szCs w:val="28"/>
                <w:lang w:val="kk-KZ"/>
              </w:rPr>
            </w:pPr>
            <w:r w:rsidRPr="00E053FC">
              <w:rPr>
                <w:bCs/>
                <w:sz w:val="28"/>
                <w:szCs w:val="28"/>
                <w:lang w:val="kk-KZ"/>
              </w:rPr>
              <w:t>«</w:t>
            </w:r>
            <w:r w:rsidRPr="00E053FC">
              <w:rPr>
                <w:bCs/>
                <w:sz w:val="28"/>
                <w:szCs w:val="28"/>
                <w:lang w:val="en-US"/>
              </w:rPr>
              <w:t>SAMGA FEST</w:t>
            </w:r>
            <w:r w:rsidRPr="00E053FC">
              <w:rPr>
                <w:bCs/>
                <w:sz w:val="28"/>
                <w:szCs w:val="28"/>
                <w:lang w:val="kk-KZ"/>
              </w:rPr>
              <w:t>»</w:t>
            </w:r>
            <w:r w:rsidRPr="00E053FC">
              <w:rPr>
                <w:bCs/>
                <w:sz w:val="28"/>
                <w:szCs w:val="28"/>
                <w:lang w:val="en-US"/>
              </w:rPr>
              <w:t xml:space="preserve"> </w:t>
            </w:r>
          </w:p>
        </w:tc>
        <w:tc>
          <w:tcPr>
            <w:tcW w:w="1417" w:type="dxa"/>
          </w:tcPr>
          <w:p w14:paraId="1E86D9FD" w14:textId="77777777" w:rsidR="004C63D3" w:rsidRPr="00E053FC" w:rsidRDefault="004C63D3" w:rsidP="004C63D3">
            <w:pPr>
              <w:jc w:val="both"/>
              <w:rPr>
                <w:bCs/>
                <w:sz w:val="28"/>
                <w:szCs w:val="28"/>
                <w:lang w:val="en-US"/>
              </w:rPr>
            </w:pPr>
            <w:r w:rsidRPr="00E053FC">
              <w:rPr>
                <w:bCs/>
                <w:sz w:val="28"/>
                <w:szCs w:val="28"/>
                <w:lang w:val="en-US"/>
              </w:rPr>
              <w:t>12.12.2025</w:t>
            </w:r>
          </w:p>
        </w:tc>
        <w:tc>
          <w:tcPr>
            <w:tcW w:w="1384" w:type="dxa"/>
          </w:tcPr>
          <w:p w14:paraId="366585CB" w14:textId="77777777" w:rsidR="004C63D3" w:rsidRPr="00E053FC" w:rsidRDefault="004C63D3" w:rsidP="004C63D3">
            <w:pPr>
              <w:jc w:val="both"/>
              <w:rPr>
                <w:bCs/>
                <w:sz w:val="28"/>
                <w:szCs w:val="28"/>
                <w:lang w:val="en-US"/>
              </w:rPr>
            </w:pPr>
            <w:r w:rsidRPr="00E053FC">
              <w:rPr>
                <w:bCs/>
                <w:sz w:val="28"/>
                <w:szCs w:val="28"/>
                <w:lang w:val="en-US"/>
              </w:rPr>
              <w:t>11 «А»</w:t>
            </w:r>
          </w:p>
        </w:tc>
      </w:tr>
      <w:tr w:rsidR="004C63D3" w:rsidRPr="00E053FC" w14:paraId="23C2BA53" w14:textId="77777777" w:rsidTr="004C63D3">
        <w:tc>
          <w:tcPr>
            <w:tcW w:w="522" w:type="dxa"/>
          </w:tcPr>
          <w:p w14:paraId="49089549" w14:textId="77777777" w:rsidR="004C63D3" w:rsidRPr="00E053FC" w:rsidRDefault="004C63D3" w:rsidP="004C63D3">
            <w:pPr>
              <w:jc w:val="both"/>
              <w:rPr>
                <w:bCs/>
                <w:sz w:val="28"/>
                <w:szCs w:val="28"/>
                <w:lang w:val="en-US"/>
              </w:rPr>
            </w:pPr>
            <w:r w:rsidRPr="00E053FC">
              <w:rPr>
                <w:bCs/>
                <w:sz w:val="28"/>
                <w:szCs w:val="28"/>
                <w:lang w:val="en-US"/>
              </w:rPr>
              <w:t>10</w:t>
            </w:r>
          </w:p>
        </w:tc>
        <w:tc>
          <w:tcPr>
            <w:tcW w:w="3619" w:type="dxa"/>
          </w:tcPr>
          <w:p w14:paraId="6953F40C" w14:textId="77777777" w:rsidR="004C63D3" w:rsidRPr="00E053FC" w:rsidRDefault="004C63D3" w:rsidP="004C63D3">
            <w:pPr>
              <w:jc w:val="both"/>
              <w:rPr>
                <w:bCs/>
                <w:sz w:val="28"/>
                <w:szCs w:val="28"/>
                <w:lang w:val="en-US"/>
              </w:rPr>
            </w:pPr>
            <w:r w:rsidRPr="00E053FC">
              <w:rPr>
                <w:bCs/>
                <w:sz w:val="28"/>
                <w:szCs w:val="28"/>
                <w:lang w:val="en-US"/>
              </w:rPr>
              <w:t xml:space="preserve">“Мамандық таңдау маңызды”  </w:t>
            </w:r>
          </w:p>
        </w:tc>
        <w:tc>
          <w:tcPr>
            <w:tcW w:w="2238" w:type="dxa"/>
          </w:tcPr>
          <w:p w14:paraId="54C66B17" w14:textId="77777777" w:rsidR="004C63D3" w:rsidRPr="00E053FC" w:rsidRDefault="004C63D3" w:rsidP="004C63D3">
            <w:pPr>
              <w:jc w:val="both"/>
              <w:rPr>
                <w:bCs/>
                <w:sz w:val="28"/>
                <w:szCs w:val="28"/>
                <w:lang w:val="en-US"/>
              </w:rPr>
            </w:pPr>
            <w:r w:rsidRPr="00E053FC">
              <w:rPr>
                <w:bCs/>
                <w:sz w:val="28"/>
                <w:szCs w:val="28"/>
                <w:lang w:val="en-US"/>
              </w:rPr>
              <w:t>https://www.instagram.com/reel/DSRzVlfCv8w/?mdxt=MXNwN3oyYXJlZDAweg==</w:t>
            </w:r>
          </w:p>
        </w:tc>
        <w:tc>
          <w:tcPr>
            <w:tcW w:w="1985" w:type="dxa"/>
          </w:tcPr>
          <w:p w14:paraId="5B073F6C" w14:textId="77777777" w:rsidR="004C63D3" w:rsidRPr="00E053FC" w:rsidRDefault="004C63D3" w:rsidP="004C63D3">
            <w:pPr>
              <w:jc w:val="both"/>
              <w:rPr>
                <w:bCs/>
                <w:sz w:val="28"/>
                <w:szCs w:val="28"/>
                <w:lang w:val="kk-KZ"/>
              </w:rPr>
            </w:pPr>
            <w:r w:rsidRPr="00E053FC">
              <w:rPr>
                <w:bCs/>
                <w:sz w:val="28"/>
                <w:szCs w:val="28"/>
                <w:lang w:val="en-US"/>
              </w:rPr>
              <w:t>Кәсіби форум</w:t>
            </w:r>
          </w:p>
        </w:tc>
        <w:tc>
          <w:tcPr>
            <w:tcW w:w="1417" w:type="dxa"/>
          </w:tcPr>
          <w:p w14:paraId="40190BEB" w14:textId="77777777" w:rsidR="004C63D3" w:rsidRPr="00E053FC" w:rsidRDefault="004C63D3" w:rsidP="004C63D3">
            <w:pPr>
              <w:jc w:val="both"/>
              <w:rPr>
                <w:bCs/>
                <w:sz w:val="28"/>
                <w:szCs w:val="28"/>
                <w:lang w:val="en-US"/>
              </w:rPr>
            </w:pPr>
            <w:r w:rsidRPr="00E053FC">
              <w:rPr>
                <w:bCs/>
                <w:sz w:val="28"/>
                <w:szCs w:val="28"/>
                <w:lang w:val="en-US"/>
              </w:rPr>
              <w:t>15.12.2025</w:t>
            </w:r>
          </w:p>
        </w:tc>
        <w:tc>
          <w:tcPr>
            <w:tcW w:w="1384" w:type="dxa"/>
          </w:tcPr>
          <w:p w14:paraId="1BEB0F9D" w14:textId="77777777" w:rsidR="004C63D3" w:rsidRPr="00E053FC" w:rsidRDefault="004C63D3" w:rsidP="004C63D3">
            <w:pPr>
              <w:jc w:val="both"/>
              <w:rPr>
                <w:bCs/>
                <w:sz w:val="28"/>
                <w:szCs w:val="28"/>
                <w:lang w:val="en-US"/>
              </w:rPr>
            </w:pPr>
            <w:r w:rsidRPr="00E053FC">
              <w:rPr>
                <w:bCs/>
                <w:sz w:val="28"/>
                <w:szCs w:val="28"/>
                <w:lang w:val="en-US"/>
              </w:rPr>
              <w:t>10 «А»</w:t>
            </w:r>
          </w:p>
        </w:tc>
      </w:tr>
      <w:tr w:rsidR="004C63D3" w:rsidRPr="00E053FC" w14:paraId="1CE6009D" w14:textId="77777777" w:rsidTr="004C63D3">
        <w:tc>
          <w:tcPr>
            <w:tcW w:w="522" w:type="dxa"/>
          </w:tcPr>
          <w:p w14:paraId="0072D627" w14:textId="77777777" w:rsidR="004C63D3" w:rsidRPr="00E053FC" w:rsidRDefault="004C63D3" w:rsidP="004C63D3">
            <w:pPr>
              <w:jc w:val="both"/>
              <w:rPr>
                <w:bCs/>
                <w:sz w:val="28"/>
                <w:szCs w:val="28"/>
                <w:lang w:val="en-US"/>
              </w:rPr>
            </w:pPr>
            <w:r w:rsidRPr="00E053FC">
              <w:rPr>
                <w:bCs/>
                <w:sz w:val="28"/>
                <w:szCs w:val="28"/>
                <w:lang w:val="en-US"/>
              </w:rPr>
              <w:t>11</w:t>
            </w:r>
          </w:p>
        </w:tc>
        <w:tc>
          <w:tcPr>
            <w:tcW w:w="3619" w:type="dxa"/>
          </w:tcPr>
          <w:p w14:paraId="508E3B08" w14:textId="77777777" w:rsidR="004C63D3" w:rsidRPr="00E053FC" w:rsidRDefault="004C63D3" w:rsidP="004C63D3">
            <w:pPr>
              <w:jc w:val="both"/>
              <w:rPr>
                <w:bCs/>
                <w:sz w:val="28"/>
                <w:szCs w:val="28"/>
                <w:lang w:val="en-US"/>
              </w:rPr>
            </w:pPr>
            <w:r w:rsidRPr="00E053FC">
              <w:rPr>
                <w:bCs/>
                <w:sz w:val="28"/>
                <w:szCs w:val="28"/>
                <w:lang w:val="en-US"/>
              </w:rPr>
              <w:t xml:space="preserve">“Қарағанда индустриалды-технологиялық колледжі” </w:t>
            </w:r>
          </w:p>
        </w:tc>
        <w:tc>
          <w:tcPr>
            <w:tcW w:w="2238" w:type="dxa"/>
          </w:tcPr>
          <w:p w14:paraId="7B7B89D4" w14:textId="77777777" w:rsidR="004C63D3" w:rsidRPr="00E053FC" w:rsidRDefault="004C63D3" w:rsidP="004C63D3">
            <w:pPr>
              <w:jc w:val="both"/>
              <w:rPr>
                <w:bCs/>
                <w:sz w:val="28"/>
                <w:szCs w:val="28"/>
                <w:lang w:val="en-US"/>
              </w:rPr>
            </w:pPr>
            <w:r w:rsidRPr="00E053FC">
              <w:rPr>
                <w:bCs/>
                <w:sz w:val="28"/>
                <w:szCs w:val="28"/>
                <w:lang w:val="en-US"/>
              </w:rPr>
              <w:t>https://www.instagram.com/reel/DTZr0XpCvN-/?exln=MXIzaHZyYW9vNnhoZw==</w:t>
            </w:r>
          </w:p>
        </w:tc>
        <w:tc>
          <w:tcPr>
            <w:tcW w:w="1985" w:type="dxa"/>
          </w:tcPr>
          <w:p w14:paraId="4D639335" w14:textId="77777777" w:rsidR="004C63D3" w:rsidRPr="00E053FC" w:rsidRDefault="004C63D3" w:rsidP="004C63D3">
            <w:pPr>
              <w:jc w:val="both"/>
              <w:rPr>
                <w:bCs/>
                <w:sz w:val="28"/>
                <w:szCs w:val="28"/>
                <w:lang w:val="en-US"/>
              </w:rPr>
            </w:pPr>
            <w:r w:rsidRPr="00E053FC">
              <w:rPr>
                <w:bCs/>
                <w:sz w:val="28"/>
                <w:szCs w:val="28"/>
                <w:lang w:val="en-US"/>
              </w:rPr>
              <w:t>Кәсіби   сынама</w:t>
            </w:r>
          </w:p>
        </w:tc>
        <w:tc>
          <w:tcPr>
            <w:tcW w:w="1417" w:type="dxa"/>
          </w:tcPr>
          <w:p w14:paraId="00134893" w14:textId="77777777" w:rsidR="004C63D3" w:rsidRPr="00E053FC" w:rsidRDefault="004C63D3" w:rsidP="004C63D3">
            <w:pPr>
              <w:jc w:val="both"/>
              <w:rPr>
                <w:bCs/>
                <w:sz w:val="28"/>
                <w:szCs w:val="28"/>
                <w:lang w:val="en-US"/>
              </w:rPr>
            </w:pPr>
            <w:r w:rsidRPr="00E053FC">
              <w:rPr>
                <w:bCs/>
                <w:sz w:val="28"/>
                <w:szCs w:val="28"/>
                <w:lang w:val="en-US"/>
              </w:rPr>
              <w:t>12. 01.2026</w:t>
            </w:r>
          </w:p>
        </w:tc>
        <w:tc>
          <w:tcPr>
            <w:tcW w:w="1384" w:type="dxa"/>
          </w:tcPr>
          <w:p w14:paraId="7ED3ED97" w14:textId="77777777" w:rsidR="004C63D3" w:rsidRPr="00E053FC" w:rsidRDefault="004C63D3" w:rsidP="004C63D3">
            <w:pPr>
              <w:jc w:val="both"/>
              <w:rPr>
                <w:bCs/>
                <w:sz w:val="28"/>
                <w:szCs w:val="28"/>
                <w:lang w:val="en-US"/>
              </w:rPr>
            </w:pPr>
            <w:r w:rsidRPr="00E053FC">
              <w:rPr>
                <w:bCs/>
                <w:sz w:val="28"/>
                <w:szCs w:val="28"/>
                <w:lang w:val="en-US"/>
              </w:rPr>
              <w:t>9 «А», «Ә»</w:t>
            </w:r>
          </w:p>
          <w:p w14:paraId="234EB0EC" w14:textId="77777777" w:rsidR="004C63D3" w:rsidRPr="00E053FC" w:rsidRDefault="004C63D3" w:rsidP="004C63D3">
            <w:pPr>
              <w:jc w:val="both"/>
              <w:rPr>
                <w:bCs/>
                <w:sz w:val="28"/>
                <w:szCs w:val="28"/>
                <w:lang w:val="en-US"/>
              </w:rPr>
            </w:pPr>
            <w:r w:rsidRPr="00E053FC">
              <w:rPr>
                <w:bCs/>
                <w:sz w:val="28"/>
                <w:szCs w:val="28"/>
                <w:lang w:val="en-US"/>
              </w:rPr>
              <w:t>8 оқушы</w:t>
            </w:r>
          </w:p>
        </w:tc>
      </w:tr>
      <w:tr w:rsidR="004C63D3" w:rsidRPr="00E053FC" w14:paraId="3818983E" w14:textId="77777777" w:rsidTr="004C63D3">
        <w:tc>
          <w:tcPr>
            <w:tcW w:w="522" w:type="dxa"/>
          </w:tcPr>
          <w:p w14:paraId="3EB24753" w14:textId="77777777" w:rsidR="004C63D3" w:rsidRPr="00E053FC" w:rsidRDefault="004C63D3" w:rsidP="004C63D3">
            <w:pPr>
              <w:jc w:val="both"/>
              <w:rPr>
                <w:bCs/>
                <w:sz w:val="28"/>
                <w:szCs w:val="28"/>
                <w:lang w:val="en-US"/>
              </w:rPr>
            </w:pPr>
            <w:r w:rsidRPr="00E053FC">
              <w:rPr>
                <w:bCs/>
                <w:sz w:val="28"/>
                <w:szCs w:val="28"/>
                <w:lang w:val="en-US"/>
              </w:rPr>
              <w:t>12</w:t>
            </w:r>
          </w:p>
        </w:tc>
        <w:tc>
          <w:tcPr>
            <w:tcW w:w="3619" w:type="dxa"/>
          </w:tcPr>
          <w:p w14:paraId="58670F25" w14:textId="77777777" w:rsidR="004C63D3" w:rsidRPr="00E053FC" w:rsidRDefault="004C63D3" w:rsidP="004C63D3">
            <w:pPr>
              <w:jc w:val="both"/>
              <w:rPr>
                <w:bCs/>
                <w:sz w:val="28"/>
                <w:szCs w:val="28"/>
                <w:lang w:val="en-US"/>
              </w:rPr>
            </w:pPr>
            <w:r w:rsidRPr="00E053FC">
              <w:rPr>
                <w:bCs/>
                <w:sz w:val="28"/>
                <w:szCs w:val="28"/>
                <w:lang w:val="en-US"/>
              </w:rPr>
              <w:t xml:space="preserve">С.Сейфулин атындағы Қазақагро тех.универ. </w:t>
            </w:r>
          </w:p>
        </w:tc>
        <w:tc>
          <w:tcPr>
            <w:tcW w:w="2238" w:type="dxa"/>
          </w:tcPr>
          <w:p w14:paraId="04BCF009" w14:textId="77777777" w:rsidR="004C63D3" w:rsidRPr="00E053FC" w:rsidRDefault="008D1D0B" w:rsidP="004C63D3">
            <w:pPr>
              <w:jc w:val="both"/>
              <w:rPr>
                <w:bCs/>
                <w:sz w:val="28"/>
                <w:szCs w:val="28"/>
                <w:lang w:val="en-US"/>
              </w:rPr>
            </w:pPr>
            <w:hyperlink w:history="1">
              <w:r w:rsidR="004C63D3" w:rsidRPr="00E053FC">
                <w:rPr>
                  <w:rStyle w:val="ae"/>
                  <w:bCs/>
                  <w:sz w:val="28"/>
                  <w:szCs w:val="28"/>
                  <w:lang w:val="en-US"/>
                </w:rPr>
                <w:t>https://www.instagram</w:t>
              </w:r>
              <w:r w:rsidR="004C63D3" w:rsidRPr="00E053FC">
                <w:rPr>
                  <w:rStyle w:val="ae"/>
                  <w:bCs/>
                  <w:sz w:val="28"/>
                  <w:szCs w:val="28"/>
                  <w:lang w:val="kk-KZ"/>
                </w:rPr>
                <w:t xml:space="preserve"> </w:t>
              </w:r>
              <w:r w:rsidR="004C63D3" w:rsidRPr="00E053FC">
                <w:rPr>
                  <w:rStyle w:val="ae"/>
                  <w:bCs/>
                  <w:sz w:val="28"/>
                  <w:szCs w:val="28"/>
                  <w:lang w:val="en-US"/>
                </w:rPr>
                <w:t>.com/reel/D Ui</w:t>
              </w:r>
            </w:hyperlink>
          </w:p>
          <w:p w14:paraId="5F514AD5" w14:textId="77777777" w:rsidR="004C63D3" w:rsidRPr="00E053FC" w:rsidRDefault="004C63D3" w:rsidP="004C63D3">
            <w:pPr>
              <w:jc w:val="both"/>
              <w:rPr>
                <w:bCs/>
                <w:sz w:val="28"/>
                <w:szCs w:val="28"/>
                <w:lang w:val="en-US"/>
              </w:rPr>
            </w:pPr>
            <w:r w:rsidRPr="00E053FC">
              <w:rPr>
                <w:bCs/>
                <w:sz w:val="28"/>
                <w:szCs w:val="28"/>
                <w:lang w:val="en-US"/>
              </w:rPr>
              <w:t>J08vihJj/?xtok=</w:t>
            </w:r>
          </w:p>
          <w:p w14:paraId="4CB0A4BF" w14:textId="77777777" w:rsidR="004C63D3" w:rsidRPr="00E053FC" w:rsidRDefault="004C63D3" w:rsidP="004C63D3">
            <w:pPr>
              <w:jc w:val="both"/>
              <w:rPr>
                <w:bCs/>
                <w:sz w:val="28"/>
                <w:szCs w:val="28"/>
                <w:lang w:val="en-US"/>
              </w:rPr>
            </w:pPr>
            <w:r w:rsidRPr="00E053FC">
              <w:rPr>
                <w:bCs/>
                <w:sz w:val="28"/>
                <w:szCs w:val="28"/>
                <w:lang w:val="en-US"/>
              </w:rPr>
              <w:t>NTFvemgxZ3NmZjg5</w:t>
            </w:r>
          </w:p>
        </w:tc>
        <w:tc>
          <w:tcPr>
            <w:tcW w:w="1985" w:type="dxa"/>
          </w:tcPr>
          <w:p w14:paraId="2FAD0549" w14:textId="77777777" w:rsidR="004C63D3" w:rsidRPr="00E053FC" w:rsidRDefault="004C63D3" w:rsidP="004C63D3">
            <w:pPr>
              <w:jc w:val="both"/>
              <w:rPr>
                <w:bCs/>
                <w:sz w:val="28"/>
                <w:szCs w:val="28"/>
                <w:lang w:val="en-US"/>
              </w:rPr>
            </w:pPr>
            <w:r w:rsidRPr="00E053FC">
              <w:rPr>
                <w:bCs/>
                <w:sz w:val="28"/>
                <w:szCs w:val="28"/>
                <w:lang w:val="en-US"/>
              </w:rPr>
              <w:t>Вебинар</w:t>
            </w:r>
          </w:p>
        </w:tc>
        <w:tc>
          <w:tcPr>
            <w:tcW w:w="1417" w:type="dxa"/>
          </w:tcPr>
          <w:p w14:paraId="1BB08974" w14:textId="77777777" w:rsidR="004C63D3" w:rsidRPr="00E053FC" w:rsidRDefault="004C63D3" w:rsidP="004C63D3">
            <w:pPr>
              <w:jc w:val="both"/>
              <w:rPr>
                <w:bCs/>
                <w:sz w:val="28"/>
                <w:szCs w:val="28"/>
                <w:lang w:val="en-US"/>
              </w:rPr>
            </w:pPr>
            <w:r w:rsidRPr="00E053FC">
              <w:rPr>
                <w:bCs/>
                <w:sz w:val="28"/>
                <w:szCs w:val="28"/>
                <w:lang w:val="en-US"/>
              </w:rPr>
              <w:t>02.02.2026</w:t>
            </w:r>
          </w:p>
        </w:tc>
        <w:tc>
          <w:tcPr>
            <w:tcW w:w="1384" w:type="dxa"/>
          </w:tcPr>
          <w:p w14:paraId="5E95E900" w14:textId="77777777" w:rsidR="004C63D3" w:rsidRPr="00E053FC" w:rsidRDefault="004C63D3" w:rsidP="004C63D3">
            <w:pPr>
              <w:jc w:val="both"/>
              <w:rPr>
                <w:bCs/>
                <w:sz w:val="28"/>
                <w:szCs w:val="28"/>
                <w:lang w:val="en-US"/>
              </w:rPr>
            </w:pPr>
            <w:r w:rsidRPr="00E053FC">
              <w:rPr>
                <w:bCs/>
                <w:sz w:val="28"/>
                <w:szCs w:val="28"/>
                <w:lang w:val="en-US"/>
              </w:rPr>
              <w:t>11-сынып</w:t>
            </w:r>
          </w:p>
        </w:tc>
      </w:tr>
      <w:tr w:rsidR="004C63D3" w:rsidRPr="00E053FC" w14:paraId="338488DE" w14:textId="77777777" w:rsidTr="004C63D3">
        <w:tc>
          <w:tcPr>
            <w:tcW w:w="522" w:type="dxa"/>
          </w:tcPr>
          <w:p w14:paraId="229543F0" w14:textId="77777777" w:rsidR="004C63D3" w:rsidRPr="00E053FC" w:rsidRDefault="004C63D3" w:rsidP="004C63D3">
            <w:pPr>
              <w:jc w:val="both"/>
              <w:rPr>
                <w:bCs/>
                <w:sz w:val="28"/>
                <w:szCs w:val="28"/>
                <w:lang w:val="en-US"/>
              </w:rPr>
            </w:pPr>
            <w:r w:rsidRPr="00E053FC">
              <w:rPr>
                <w:bCs/>
                <w:sz w:val="28"/>
                <w:szCs w:val="28"/>
                <w:lang w:val="en-US"/>
              </w:rPr>
              <w:t>13</w:t>
            </w:r>
          </w:p>
        </w:tc>
        <w:tc>
          <w:tcPr>
            <w:tcW w:w="3619" w:type="dxa"/>
          </w:tcPr>
          <w:p w14:paraId="535C179E" w14:textId="77777777" w:rsidR="004C63D3" w:rsidRPr="00E053FC" w:rsidRDefault="004C63D3" w:rsidP="004C63D3">
            <w:pPr>
              <w:jc w:val="both"/>
              <w:rPr>
                <w:bCs/>
                <w:sz w:val="28"/>
                <w:szCs w:val="28"/>
                <w:lang w:val="en-US"/>
              </w:rPr>
            </w:pPr>
            <w:r w:rsidRPr="00E053FC">
              <w:rPr>
                <w:bCs/>
                <w:sz w:val="28"/>
                <w:szCs w:val="28"/>
                <w:lang w:val="en-US"/>
              </w:rPr>
              <w:t>ҰлттықҰлан академ.</w:t>
            </w:r>
          </w:p>
        </w:tc>
        <w:tc>
          <w:tcPr>
            <w:tcW w:w="2238" w:type="dxa"/>
          </w:tcPr>
          <w:p w14:paraId="0F02E28A" w14:textId="77777777" w:rsidR="004C63D3" w:rsidRPr="00E053FC" w:rsidRDefault="008D1D0B" w:rsidP="004C63D3">
            <w:pPr>
              <w:jc w:val="both"/>
              <w:rPr>
                <w:bCs/>
                <w:sz w:val="28"/>
                <w:szCs w:val="28"/>
                <w:lang w:val="en-US"/>
              </w:rPr>
            </w:pPr>
            <w:hyperlink r:id="rId28" w:history="1">
              <w:r w:rsidR="004C63D3" w:rsidRPr="00E053FC">
                <w:rPr>
                  <w:rStyle w:val="ae"/>
                  <w:bCs/>
                  <w:sz w:val="28"/>
                  <w:szCs w:val="28"/>
                  <w:lang w:val="en-US"/>
                </w:rPr>
                <w:t>https://www.instagram.com/reel/DU-R8_7ipmX/?xtok=OWxq</w:t>
              </w:r>
            </w:hyperlink>
            <w:r w:rsidR="004C63D3" w:rsidRPr="00E053FC">
              <w:rPr>
                <w:bCs/>
                <w:sz w:val="28"/>
                <w:szCs w:val="28"/>
                <w:lang w:val="en-US"/>
              </w:rPr>
              <w:t>eGF3djcxc2Fm</w:t>
            </w:r>
          </w:p>
        </w:tc>
        <w:tc>
          <w:tcPr>
            <w:tcW w:w="1985" w:type="dxa"/>
          </w:tcPr>
          <w:p w14:paraId="7CB98F50" w14:textId="77777777" w:rsidR="004C63D3" w:rsidRPr="00E053FC" w:rsidRDefault="004C63D3" w:rsidP="004C63D3">
            <w:pPr>
              <w:jc w:val="both"/>
              <w:rPr>
                <w:bCs/>
                <w:sz w:val="28"/>
                <w:szCs w:val="28"/>
                <w:lang w:val="en-US"/>
              </w:rPr>
            </w:pPr>
            <w:r w:rsidRPr="00E053FC">
              <w:rPr>
                <w:bCs/>
                <w:sz w:val="28"/>
                <w:szCs w:val="28"/>
                <w:lang w:val="en-US"/>
              </w:rPr>
              <w:t>Кездесу</w:t>
            </w:r>
          </w:p>
        </w:tc>
        <w:tc>
          <w:tcPr>
            <w:tcW w:w="1417" w:type="dxa"/>
          </w:tcPr>
          <w:p w14:paraId="75BBDF54" w14:textId="77777777" w:rsidR="004C63D3" w:rsidRPr="00E053FC" w:rsidRDefault="004C63D3" w:rsidP="004C63D3">
            <w:pPr>
              <w:jc w:val="both"/>
              <w:rPr>
                <w:bCs/>
                <w:sz w:val="28"/>
                <w:szCs w:val="28"/>
                <w:lang w:val="en-US"/>
              </w:rPr>
            </w:pPr>
            <w:r w:rsidRPr="00E053FC">
              <w:rPr>
                <w:bCs/>
                <w:sz w:val="28"/>
                <w:szCs w:val="28"/>
                <w:lang w:val="en-US"/>
              </w:rPr>
              <w:t>10.02.2026</w:t>
            </w:r>
          </w:p>
        </w:tc>
        <w:tc>
          <w:tcPr>
            <w:tcW w:w="1384" w:type="dxa"/>
          </w:tcPr>
          <w:p w14:paraId="43738FAD" w14:textId="77777777" w:rsidR="004C63D3" w:rsidRPr="00E053FC" w:rsidRDefault="004C63D3" w:rsidP="004C63D3">
            <w:pPr>
              <w:jc w:val="both"/>
              <w:rPr>
                <w:bCs/>
                <w:sz w:val="28"/>
                <w:szCs w:val="28"/>
                <w:lang w:val="en-US"/>
              </w:rPr>
            </w:pPr>
            <w:r w:rsidRPr="00E053FC">
              <w:rPr>
                <w:bCs/>
                <w:sz w:val="28"/>
                <w:szCs w:val="28"/>
                <w:lang w:val="en-US"/>
              </w:rPr>
              <w:t>11-сынып</w:t>
            </w:r>
          </w:p>
          <w:p w14:paraId="435BCAEC" w14:textId="77777777" w:rsidR="004C63D3" w:rsidRPr="00E053FC" w:rsidRDefault="004C63D3" w:rsidP="004C63D3">
            <w:pPr>
              <w:jc w:val="both"/>
              <w:rPr>
                <w:bCs/>
                <w:sz w:val="28"/>
                <w:szCs w:val="28"/>
                <w:lang w:val="en-US"/>
              </w:rPr>
            </w:pPr>
            <w:r w:rsidRPr="00E053FC">
              <w:rPr>
                <w:bCs/>
                <w:sz w:val="28"/>
                <w:szCs w:val="28"/>
                <w:lang w:val="en-US"/>
              </w:rPr>
              <w:t>18 оқушы</w:t>
            </w:r>
          </w:p>
        </w:tc>
      </w:tr>
      <w:tr w:rsidR="004C63D3" w:rsidRPr="00E053FC" w14:paraId="3EFEBAC5" w14:textId="77777777" w:rsidTr="004C63D3">
        <w:tc>
          <w:tcPr>
            <w:tcW w:w="522" w:type="dxa"/>
          </w:tcPr>
          <w:p w14:paraId="7E836AE9" w14:textId="77777777" w:rsidR="004C63D3" w:rsidRPr="00E053FC" w:rsidRDefault="004C63D3" w:rsidP="004C63D3">
            <w:pPr>
              <w:jc w:val="both"/>
              <w:rPr>
                <w:bCs/>
                <w:sz w:val="28"/>
                <w:szCs w:val="28"/>
                <w:lang w:val="en-US"/>
              </w:rPr>
            </w:pPr>
            <w:r w:rsidRPr="00E053FC">
              <w:rPr>
                <w:bCs/>
                <w:sz w:val="28"/>
                <w:szCs w:val="28"/>
                <w:lang w:val="en-US"/>
              </w:rPr>
              <w:t>14</w:t>
            </w:r>
          </w:p>
        </w:tc>
        <w:tc>
          <w:tcPr>
            <w:tcW w:w="3619" w:type="dxa"/>
          </w:tcPr>
          <w:p w14:paraId="12A96AAD" w14:textId="77777777" w:rsidR="004C63D3" w:rsidRPr="00E053FC" w:rsidRDefault="004C63D3" w:rsidP="004C63D3">
            <w:pPr>
              <w:jc w:val="both"/>
              <w:rPr>
                <w:bCs/>
                <w:sz w:val="28"/>
                <w:szCs w:val="28"/>
                <w:lang w:val="en-US"/>
              </w:rPr>
            </w:pPr>
            <w:r w:rsidRPr="00E053FC">
              <w:rPr>
                <w:bCs/>
                <w:sz w:val="28"/>
                <w:szCs w:val="28"/>
                <w:lang w:val="en-US"/>
              </w:rPr>
              <w:t xml:space="preserve">ҚР.ІІМ Қостанай академиясы </w:t>
            </w:r>
          </w:p>
        </w:tc>
        <w:tc>
          <w:tcPr>
            <w:tcW w:w="2238" w:type="dxa"/>
          </w:tcPr>
          <w:p w14:paraId="086E3668" w14:textId="77777777" w:rsidR="004C63D3" w:rsidRPr="00E053FC" w:rsidRDefault="008D1D0B" w:rsidP="004C63D3">
            <w:pPr>
              <w:jc w:val="both"/>
              <w:rPr>
                <w:bCs/>
                <w:sz w:val="28"/>
                <w:szCs w:val="28"/>
                <w:lang w:val="en-US"/>
              </w:rPr>
            </w:pPr>
            <w:hyperlink w:history="1">
              <w:r w:rsidR="004C63D3" w:rsidRPr="00E053FC">
                <w:rPr>
                  <w:rStyle w:val="ae"/>
                  <w:bCs/>
                  <w:sz w:val="28"/>
                  <w:szCs w:val="28"/>
                  <w:lang w:val="en-US"/>
                </w:rPr>
                <w:t>https://www.instagram .com/reel/DVdbH63</w:t>
              </w:r>
            </w:hyperlink>
          </w:p>
          <w:p w14:paraId="0729F92B" w14:textId="77777777" w:rsidR="004C63D3" w:rsidRPr="00E053FC" w:rsidRDefault="004C63D3" w:rsidP="004C63D3">
            <w:pPr>
              <w:jc w:val="both"/>
              <w:rPr>
                <w:bCs/>
                <w:sz w:val="28"/>
                <w:szCs w:val="28"/>
                <w:lang w:val="en-US"/>
              </w:rPr>
            </w:pPr>
            <w:r w:rsidRPr="00E053FC">
              <w:rPr>
                <w:bCs/>
                <w:sz w:val="28"/>
                <w:szCs w:val="28"/>
                <w:lang w:val="en-US"/>
              </w:rPr>
              <w:t>isU9/?cplk=MTcxMzB yMjd3NnYwag==</w:t>
            </w:r>
          </w:p>
        </w:tc>
        <w:tc>
          <w:tcPr>
            <w:tcW w:w="1985" w:type="dxa"/>
          </w:tcPr>
          <w:p w14:paraId="7048A1BD" w14:textId="77777777" w:rsidR="004C63D3" w:rsidRPr="00E053FC" w:rsidRDefault="004C63D3" w:rsidP="004C63D3">
            <w:pPr>
              <w:jc w:val="both"/>
              <w:rPr>
                <w:bCs/>
                <w:sz w:val="28"/>
                <w:szCs w:val="28"/>
                <w:lang w:val="en-US"/>
              </w:rPr>
            </w:pPr>
            <w:r w:rsidRPr="00E053FC">
              <w:rPr>
                <w:bCs/>
                <w:sz w:val="28"/>
                <w:szCs w:val="28"/>
                <w:lang w:val="en-US"/>
              </w:rPr>
              <w:t>Кездесу</w:t>
            </w:r>
          </w:p>
        </w:tc>
        <w:tc>
          <w:tcPr>
            <w:tcW w:w="1417" w:type="dxa"/>
          </w:tcPr>
          <w:p w14:paraId="2D71B590" w14:textId="77777777" w:rsidR="004C63D3" w:rsidRPr="00E053FC" w:rsidRDefault="004C63D3" w:rsidP="004C63D3">
            <w:pPr>
              <w:jc w:val="both"/>
              <w:rPr>
                <w:bCs/>
                <w:sz w:val="28"/>
                <w:szCs w:val="28"/>
                <w:lang w:val="en-US"/>
              </w:rPr>
            </w:pPr>
            <w:r w:rsidRPr="00E053FC">
              <w:rPr>
                <w:bCs/>
                <w:sz w:val="28"/>
                <w:szCs w:val="28"/>
                <w:lang w:val="en-US"/>
              </w:rPr>
              <w:t>12.03.2026</w:t>
            </w:r>
          </w:p>
        </w:tc>
        <w:tc>
          <w:tcPr>
            <w:tcW w:w="1384" w:type="dxa"/>
          </w:tcPr>
          <w:p w14:paraId="7E4F3059" w14:textId="77777777" w:rsidR="004C63D3" w:rsidRPr="00E053FC" w:rsidRDefault="004C63D3" w:rsidP="004C63D3">
            <w:pPr>
              <w:jc w:val="both"/>
              <w:rPr>
                <w:bCs/>
                <w:sz w:val="28"/>
                <w:szCs w:val="28"/>
                <w:lang w:val="en-US"/>
              </w:rPr>
            </w:pPr>
            <w:r w:rsidRPr="00E053FC">
              <w:rPr>
                <w:bCs/>
                <w:sz w:val="28"/>
                <w:szCs w:val="28"/>
                <w:lang w:val="en-US"/>
              </w:rPr>
              <w:t>24оқушы</w:t>
            </w:r>
          </w:p>
        </w:tc>
      </w:tr>
      <w:tr w:rsidR="004C63D3" w:rsidRPr="00E053FC" w14:paraId="0401A09C" w14:textId="77777777" w:rsidTr="004C63D3">
        <w:tc>
          <w:tcPr>
            <w:tcW w:w="522" w:type="dxa"/>
          </w:tcPr>
          <w:p w14:paraId="4D4FFBE5" w14:textId="77777777" w:rsidR="004C63D3" w:rsidRPr="00E053FC" w:rsidRDefault="004C63D3" w:rsidP="004C63D3">
            <w:pPr>
              <w:jc w:val="both"/>
              <w:rPr>
                <w:bCs/>
                <w:sz w:val="28"/>
                <w:szCs w:val="28"/>
                <w:lang w:val="en-US"/>
              </w:rPr>
            </w:pPr>
            <w:r w:rsidRPr="00E053FC">
              <w:rPr>
                <w:bCs/>
                <w:sz w:val="28"/>
                <w:szCs w:val="28"/>
                <w:lang w:val="en-US"/>
              </w:rPr>
              <w:t>15</w:t>
            </w:r>
          </w:p>
        </w:tc>
        <w:tc>
          <w:tcPr>
            <w:tcW w:w="3619" w:type="dxa"/>
          </w:tcPr>
          <w:p w14:paraId="107F625A" w14:textId="77777777" w:rsidR="004C63D3" w:rsidRPr="00E053FC" w:rsidRDefault="004C63D3" w:rsidP="004C63D3">
            <w:pPr>
              <w:jc w:val="both"/>
              <w:rPr>
                <w:bCs/>
                <w:sz w:val="28"/>
                <w:szCs w:val="28"/>
              </w:rPr>
            </w:pPr>
            <w:r w:rsidRPr="00E053FC">
              <w:rPr>
                <w:bCs/>
                <w:sz w:val="28"/>
                <w:szCs w:val="28"/>
              </w:rPr>
              <w:t xml:space="preserve">Қарағанды қ.5451 әскери бөлім капитанымен кездесу </w:t>
            </w:r>
          </w:p>
        </w:tc>
        <w:tc>
          <w:tcPr>
            <w:tcW w:w="2238" w:type="dxa"/>
          </w:tcPr>
          <w:p w14:paraId="01ECC83A" w14:textId="77777777" w:rsidR="004C63D3" w:rsidRPr="00E053FC" w:rsidRDefault="004C63D3" w:rsidP="004C63D3">
            <w:pPr>
              <w:jc w:val="both"/>
              <w:rPr>
                <w:bCs/>
                <w:sz w:val="28"/>
                <w:szCs w:val="28"/>
              </w:rPr>
            </w:pPr>
            <w:r w:rsidRPr="00E053FC">
              <w:rPr>
                <w:bCs/>
                <w:sz w:val="28"/>
                <w:szCs w:val="28"/>
                <w:lang w:val="en-US"/>
              </w:rPr>
              <w:t>https</w:t>
            </w:r>
            <w:r w:rsidRPr="00E053FC">
              <w:rPr>
                <w:bCs/>
                <w:sz w:val="28"/>
                <w:szCs w:val="28"/>
              </w:rPr>
              <w:t>://</w:t>
            </w:r>
            <w:r w:rsidRPr="00E053FC">
              <w:rPr>
                <w:bCs/>
                <w:sz w:val="28"/>
                <w:szCs w:val="28"/>
                <w:lang w:val="en-US"/>
              </w:rPr>
              <w:t>www</w:t>
            </w:r>
            <w:r w:rsidRPr="00E053FC">
              <w:rPr>
                <w:bCs/>
                <w:sz w:val="28"/>
                <w:szCs w:val="28"/>
              </w:rPr>
              <w:t>.</w:t>
            </w:r>
            <w:r w:rsidRPr="00E053FC">
              <w:rPr>
                <w:bCs/>
                <w:sz w:val="28"/>
                <w:szCs w:val="28"/>
                <w:lang w:val="en-US"/>
              </w:rPr>
              <w:t>instagram</w:t>
            </w:r>
            <w:r w:rsidRPr="00E053FC">
              <w:rPr>
                <w:bCs/>
                <w:sz w:val="28"/>
                <w:szCs w:val="28"/>
              </w:rPr>
              <w:t>.</w:t>
            </w:r>
            <w:r w:rsidRPr="00E053FC">
              <w:rPr>
                <w:bCs/>
                <w:sz w:val="28"/>
                <w:szCs w:val="28"/>
                <w:lang w:val="en-US"/>
              </w:rPr>
              <w:t>com</w:t>
            </w:r>
            <w:r w:rsidRPr="00E053FC">
              <w:rPr>
                <w:bCs/>
                <w:sz w:val="28"/>
                <w:szCs w:val="28"/>
              </w:rPr>
              <w:t>/</w:t>
            </w:r>
            <w:r w:rsidRPr="00E053FC">
              <w:rPr>
                <w:bCs/>
                <w:sz w:val="28"/>
                <w:szCs w:val="28"/>
                <w:lang w:val="en-US"/>
              </w:rPr>
              <w:t>reel</w:t>
            </w:r>
            <w:r w:rsidRPr="00E053FC">
              <w:rPr>
                <w:bCs/>
                <w:sz w:val="28"/>
                <w:szCs w:val="28"/>
              </w:rPr>
              <w:t>/</w:t>
            </w:r>
            <w:r w:rsidRPr="00E053FC">
              <w:rPr>
                <w:bCs/>
                <w:sz w:val="28"/>
                <w:szCs w:val="28"/>
                <w:lang w:val="en-US"/>
              </w:rPr>
              <w:t>DVdbH</w:t>
            </w:r>
            <w:r w:rsidRPr="00E053FC">
              <w:rPr>
                <w:bCs/>
                <w:sz w:val="28"/>
                <w:szCs w:val="28"/>
              </w:rPr>
              <w:t>63</w:t>
            </w:r>
            <w:r w:rsidRPr="00E053FC">
              <w:rPr>
                <w:bCs/>
                <w:sz w:val="28"/>
                <w:szCs w:val="28"/>
                <w:lang w:val="en-US"/>
              </w:rPr>
              <w:t>isU</w:t>
            </w:r>
            <w:r w:rsidRPr="00E053FC">
              <w:rPr>
                <w:bCs/>
                <w:sz w:val="28"/>
                <w:szCs w:val="28"/>
              </w:rPr>
              <w:t>9/?</w:t>
            </w:r>
            <w:r w:rsidRPr="00E053FC">
              <w:rPr>
                <w:bCs/>
                <w:sz w:val="28"/>
                <w:szCs w:val="28"/>
                <w:lang w:val="en-US"/>
              </w:rPr>
              <w:t>cplk</w:t>
            </w:r>
            <w:r w:rsidRPr="00E053FC">
              <w:rPr>
                <w:bCs/>
                <w:sz w:val="28"/>
                <w:szCs w:val="28"/>
              </w:rPr>
              <w:t>=</w:t>
            </w:r>
            <w:r w:rsidRPr="00E053FC">
              <w:rPr>
                <w:bCs/>
                <w:sz w:val="28"/>
                <w:szCs w:val="28"/>
                <w:lang w:val="en-US"/>
              </w:rPr>
              <w:t>MTcxMzByMjd</w:t>
            </w:r>
            <w:r w:rsidRPr="00E053FC">
              <w:rPr>
                <w:bCs/>
                <w:sz w:val="28"/>
                <w:szCs w:val="28"/>
              </w:rPr>
              <w:t>3</w:t>
            </w:r>
            <w:r w:rsidRPr="00E053FC">
              <w:rPr>
                <w:bCs/>
                <w:sz w:val="28"/>
                <w:szCs w:val="28"/>
                <w:lang w:val="en-US"/>
              </w:rPr>
              <w:t>NnYwag</w:t>
            </w:r>
            <w:r w:rsidRPr="00E053FC">
              <w:rPr>
                <w:bCs/>
                <w:sz w:val="28"/>
                <w:szCs w:val="28"/>
              </w:rPr>
              <w:t>==</w:t>
            </w:r>
          </w:p>
        </w:tc>
        <w:tc>
          <w:tcPr>
            <w:tcW w:w="1985" w:type="dxa"/>
          </w:tcPr>
          <w:p w14:paraId="73CA0F04" w14:textId="77777777" w:rsidR="004C63D3" w:rsidRPr="00E053FC" w:rsidRDefault="004C63D3" w:rsidP="004C63D3">
            <w:pPr>
              <w:jc w:val="both"/>
              <w:rPr>
                <w:bCs/>
                <w:sz w:val="28"/>
                <w:szCs w:val="28"/>
              </w:rPr>
            </w:pPr>
            <w:r w:rsidRPr="00E053FC">
              <w:rPr>
                <w:bCs/>
                <w:sz w:val="28"/>
                <w:szCs w:val="28"/>
              </w:rPr>
              <w:t>Дубай челленж ойынд.женімпазы Е.С.Жаналинмен дөңгелек үстел</w:t>
            </w:r>
          </w:p>
        </w:tc>
        <w:tc>
          <w:tcPr>
            <w:tcW w:w="1417" w:type="dxa"/>
          </w:tcPr>
          <w:p w14:paraId="29AF0444" w14:textId="77777777" w:rsidR="004C63D3" w:rsidRPr="00E053FC" w:rsidRDefault="004C63D3" w:rsidP="004C63D3">
            <w:pPr>
              <w:jc w:val="both"/>
              <w:rPr>
                <w:bCs/>
                <w:sz w:val="28"/>
                <w:szCs w:val="28"/>
                <w:lang w:val="en-US"/>
              </w:rPr>
            </w:pPr>
            <w:r w:rsidRPr="00E053FC">
              <w:rPr>
                <w:bCs/>
                <w:sz w:val="28"/>
                <w:szCs w:val="28"/>
                <w:lang w:val="en-US"/>
              </w:rPr>
              <w:t>03.03.2026</w:t>
            </w:r>
          </w:p>
        </w:tc>
        <w:tc>
          <w:tcPr>
            <w:tcW w:w="1384" w:type="dxa"/>
          </w:tcPr>
          <w:p w14:paraId="3A438031" w14:textId="77777777" w:rsidR="004C63D3" w:rsidRPr="00E053FC" w:rsidRDefault="004C63D3" w:rsidP="004C63D3">
            <w:pPr>
              <w:jc w:val="both"/>
              <w:rPr>
                <w:bCs/>
                <w:sz w:val="28"/>
                <w:szCs w:val="28"/>
                <w:lang w:val="en-US"/>
              </w:rPr>
            </w:pPr>
            <w:r w:rsidRPr="00E053FC">
              <w:rPr>
                <w:bCs/>
                <w:sz w:val="28"/>
                <w:szCs w:val="28"/>
                <w:lang w:val="en-US"/>
              </w:rPr>
              <w:t>11-сынып</w:t>
            </w:r>
          </w:p>
          <w:p w14:paraId="4A99A953" w14:textId="77777777" w:rsidR="004C63D3" w:rsidRPr="00E053FC" w:rsidRDefault="004C63D3" w:rsidP="004C63D3">
            <w:pPr>
              <w:jc w:val="both"/>
              <w:rPr>
                <w:bCs/>
                <w:sz w:val="28"/>
                <w:szCs w:val="28"/>
                <w:lang w:val="en-US"/>
              </w:rPr>
            </w:pPr>
            <w:r w:rsidRPr="00E053FC">
              <w:rPr>
                <w:bCs/>
                <w:sz w:val="28"/>
                <w:szCs w:val="28"/>
                <w:lang w:val="en-US"/>
              </w:rPr>
              <w:t>32оқушы</w:t>
            </w:r>
          </w:p>
        </w:tc>
      </w:tr>
      <w:tr w:rsidR="004C63D3" w:rsidRPr="00E053FC" w14:paraId="1E4F23EF" w14:textId="77777777" w:rsidTr="004C63D3">
        <w:trPr>
          <w:trHeight w:val="832"/>
        </w:trPr>
        <w:tc>
          <w:tcPr>
            <w:tcW w:w="522" w:type="dxa"/>
          </w:tcPr>
          <w:p w14:paraId="4D7B30C6" w14:textId="77777777" w:rsidR="004C63D3" w:rsidRPr="00E053FC" w:rsidRDefault="004C63D3" w:rsidP="004C63D3">
            <w:pPr>
              <w:jc w:val="both"/>
              <w:rPr>
                <w:bCs/>
                <w:sz w:val="28"/>
                <w:szCs w:val="28"/>
                <w:lang w:val="en-US"/>
              </w:rPr>
            </w:pPr>
            <w:r w:rsidRPr="00E053FC">
              <w:rPr>
                <w:bCs/>
                <w:sz w:val="28"/>
                <w:szCs w:val="28"/>
                <w:lang w:val="en-US"/>
              </w:rPr>
              <w:lastRenderedPageBreak/>
              <w:t>16</w:t>
            </w:r>
          </w:p>
        </w:tc>
        <w:tc>
          <w:tcPr>
            <w:tcW w:w="3619" w:type="dxa"/>
          </w:tcPr>
          <w:p w14:paraId="0A0B0D4D" w14:textId="77777777" w:rsidR="004C63D3" w:rsidRPr="00E053FC" w:rsidRDefault="004C63D3" w:rsidP="004C63D3">
            <w:pPr>
              <w:jc w:val="both"/>
              <w:rPr>
                <w:bCs/>
                <w:sz w:val="28"/>
                <w:szCs w:val="28"/>
                <w:lang w:val="kk-KZ"/>
              </w:rPr>
            </w:pPr>
          </w:p>
          <w:p w14:paraId="6509EFA1" w14:textId="77777777" w:rsidR="004C63D3" w:rsidRPr="00E053FC" w:rsidRDefault="004C63D3" w:rsidP="004C63D3">
            <w:pPr>
              <w:jc w:val="both"/>
              <w:rPr>
                <w:bCs/>
                <w:sz w:val="28"/>
                <w:szCs w:val="28"/>
                <w:lang w:val="kk-KZ"/>
              </w:rPr>
            </w:pPr>
            <w:r w:rsidRPr="00E053FC">
              <w:rPr>
                <w:bCs/>
                <w:sz w:val="28"/>
                <w:szCs w:val="28"/>
                <w:lang w:val="kk-KZ"/>
              </w:rPr>
              <w:t>«PROFICENTR»</w:t>
            </w:r>
          </w:p>
          <w:p w14:paraId="493AD738" w14:textId="77777777" w:rsidR="004C63D3" w:rsidRPr="00E053FC" w:rsidRDefault="004C63D3" w:rsidP="004C63D3">
            <w:pPr>
              <w:jc w:val="both"/>
              <w:rPr>
                <w:bCs/>
                <w:sz w:val="28"/>
                <w:szCs w:val="28"/>
                <w:lang w:val="kk-KZ"/>
              </w:rPr>
            </w:pPr>
            <w:r w:rsidRPr="00E053FC">
              <w:rPr>
                <w:bCs/>
                <w:sz w:val="28"/>
                <w:szCs w:val="28"/>
                <w:lang w:val="kk-KZ"/>
              </w:rPr>
              <w:t>колледждер жәрмеңкесі</w:t>
            </w:r>
          </w:p>
        </w:tc>
        <w:tc>
          <w:tcPr>
            <w:tcW w:w="2238" w:type="dxa"/>
          </w:tcPr>
          <w:p w14:paraId="715F501D" w14:textId="77777777" w:rsidR="004C63D3" w:rsidRPr="00E053FC" w:rsidRDefault="004C63D3" w:rsidP="004C63D3">
            <w:pPr>
              <w:jc w:val="both"/>
              <w:rPr>
                <w:bCs/>
                <w:sz w:val="28"/>
                <w:szCs w:val="28"/>
                <w:lang w:val="kk-KZ"/>
              </w:rPr>
            </w:pPr>
            <w:r w:rsidRPr="00E053FC">
              <w:rPr>
                <w:bCs/>
                <w:sz w:val="28"/>
                <w:szCs w:val="28"/>
                <w:lang w:val="kk-KZ"/>
              </w:rPr>
              <w:t>https://www.instagram.com/reel/DW0xGptikpt/?xtok=MWVmcTVxOG9ncDZpMQ==</w:t>
            </w:r>
          </w:p>
        </w:tc>
        <w:tc>
          <w:tcPr>
            <w:tcW w:w="1985" w:type="dxa"/>
          </w:tcPr>
          <w:p w14:paraId="70916164" w14:textId="77777777" w:rsidR="004C63D3" w:rsidRPr="00E053FC" w:rsidRDefault="004C63D3" w:rsidP="004C63D3">
            <w:pPr>
              <w:jc w:val="both"/>
              <w:rPr>
                <w:bCs/>
                <w:sz w:val="28"/>
                <w:szCs w:val="28"/>
                <w:lang w:val="en-US"/>
              </w:rPr>
            </w:pPr>
            <w:r w:rsidRPr="00E053FC">
              <w:rPr>
                <w:bCs/>
                <w:sz w:val="28"/>
                <w:szCs w:val="28"/>
                <w:lang w:val="kk-KZ"/>
              </w:rPr>
              <w:t>М</w:t>
            </w:r>
            <w:r w:rsidRPr="00E053FC">
              <w:rPr>
                <w:bCs/>
                <w:sz w:val="28"/>
                <w:szCs w:val="28"/>
                <w:lang w:val="en-US"/>
              </w:rPr>
              <w:t>амандықтар жәрмеңкесі</w:t>
            </w:r>
          </w:p>
        </w:tc>
        <w:tc>
          <w:tcPr>
            <w:tcW w:w="1417" w:type="dxa"/>
          </w:tcPr>
          <w:p w14:paraId="14523915" w14:textId="77777777" w:rsidR="004C63D3" w:rsidRPr="00E053FC" w:rsidRDefault="004C63D3" w:rsidP="004C63D3">
            <w:pPr>
              <w:jc w:val="both"/>
              <w:rPr>
                <w:bCs/>
                <w:sz w:val="28"/>
                <w:szCs w:val="28"/>
                <w:lang w:val="en-US"/>
              </w:rPr>
            </w:pPr>
            <w:r w:rsidRPr="00E053FC">
              <w:rPr>
                <w:bCs/>
                <w:sz w:val="28"/>
                <w:szCs w:val="28"/>
                <w:lang w:val="en-US"/>
              </w:rPr>
              <w:t>06.</w:t>
            </w:r>
            <w:r w:rsidRPr="00E053FC">
              <w:rPr>
                <w:bCs/>
                <w:sz w:val="28"/>
                <w:szCs w:val="28"/>
                <w:lang w:val="kk-KZ"/>
              </w:rPr>
              <w:t>04</w:t>
            </w:r>
            <w:r w:rsidRPr="00E053FC">
              <w:rPr>
                <w:bCs/>
                <w:sz w:val="28"/>
                <w:szCs w:val="28"/>
                <w:lang w:val="en-US"/>
              </w:rPr>
              <w:t>.</w:t>
            </w:r>
            <w:r w:rsidRPr="00E053FC">
              <w:rPr>
                <w:bCs/>
                <w:sz w:val="28"/>
                <w:szCs w:val="28"/>
                <w:lang w:val="kk-KZ"/>
              </w:rPr>
              <w:t>202</w:t>
            </w:r>
            <w:r w:rsidRPr="00E053FC">
              <w:rPr>
                <w:bCs/>
                <w:sz w:val="28"/>
                <w:szCs w:val="28"/>
                <w:lang w:val="en-US"/>
              </w:rPr>
              <w:t>6</w:t>
            </w:r>
          </w:p>
        </w:tc>
        <w:tc>
          <w:tcPr>
            <w:tcW w:w="1384" w:type="dxa"/>
          </w:tcPr>
          <w:p w14:paraId="3164A8EE" w14:textId="77777777" w:rsidR="004C63D3" w:rsidRPr="00E053FC" w:rsidRDefault="004C63D3" w:rsidP="004C63D3">
            <w:pPr>
              <w:jc w:val="both"/>
              <w:rPr>
                <w:bCs/>
                <w:sz w:val="28"/>
                <w:szCs w:val="28"/>
                <w:lang w:val="kk-KZ"/>
              </w:rPr>
            </w:pPr>
            <w:r w:rsidRPr="00E053FC">
              <w:rPr>
                <w:bCs/>
                <w:sz w:val="28"/>
                <w:szCs w:val="28"/>
                <w:lang w:val="kk-KZ"/>
              </w:rPr>
              <w:t>9 «Ә»</w:t>
            </w:r>
          </w:p>
          <w:p w14:paraId="7DB1852E" w14:textId="77777777" w:rsidR="004C63D3" w:rsidRPr="00E053FC" w:rsidRDefault="004C63D3" w:rsidP="004C63D3">
            <w:pPr>
              <w:jc w:val="both"/>
              <w:rPr>
                <w:bCs/>
                <w:sz w:val="28"/>
                <w:szCs w:val="28"/>
                <w:lang w:val="kk-KZ"/>
              </w:rPr>
            </w:pPr>
            <w:r w:rsidRPr="00E053FC">
              <w:rPr>
                <w:bCs/>
                <w:sz w:val="28"/>
                <w:szCs w:val="28"/>
                <w:lang w:val="kk-KZ"/>
              </w:rPr>
              <w:t>17оқушы</w:t>
            </w:r>
          </w:p>
        </w:tc>
      </w:tr>
      <w:tr w:rsidR="004C63D3" w:rsidRPr="00E053FC" w14:paraId="5BAB5A08" w14:textId="77777777" w:rsidTr="004C63D3">
        <w:trPr>
          <w:trHeight w:val="832"/>
        </w:trPr>
        <w:tc>
          <w:tcPr>
            <w:tcW w:w="522" w:type="dxa"/>
          </w:tcPr>
          <w:p w14:paraId="5D2242CB" w14:textId="77777777" w:rsidR="004C63D3" w:rsidRPr="00E053FC" w:rsidRDefault="004C63D3" w:rsidP="004C63D3">
            <w:pPr>
              <w:jc w:val="both"/>
              <w:rPr>
                <w:bCs/>
                <w:sz w:val="28"/>
                <w:szCs w:val="28"/>
                <w:lang w:val="en-US"/>
              </w:rPr>
            </w:pPr>
            <w:r w:rsidRPr="00E053FC">
              <w:rPr>
                <w:bCs/>
                <w:sz w:val="28"/>
                <w:szCs w:val="28"/>
                <w:lang w:val="en-US"/>
              </w:rPr>
              <w:t>17</w:t>
            </w:r>
          </w:p>
        </w:tc>
        <w:tc>
          <w:tcPr>
            <w:tcW w:w="3619" w:type="dxa"/>
          </w:tcPr>
          <w:p w14:paraId="06693DB7" w14:textId="77777777" w:rsidR="004C63D3" w:rsidRPr="00E053FC" w:rsidRDefault="004C63D3" w:rsidP="004C63D3">
            <w:pPr>
              <w:jc w:val="both"/>
              <w:rPr>
                <w:bCs/>
                <w:sz w:val="28"/>
                <w:szCs w:val="28"/>
                <w:lang w:val="kk-KZ"/>
              </w:rPr>
            </w:pPr>
            <w:r w:rsidRPr="00E053FC">
              <w:rPr>
                <w:bCs/>
                <w:sz w:val="28"/>
                <w:szCs w:val="28"/>
                <w:lang w:val="en-US"/>
              </w:rPr>
              <w:t>Медицина бағытында  ұйымд.жәрмеңке «PROFICENTR</w:t>
            </w:r>
            <w:r w:rsidRPr="00E053FC">
              <w:rPr>
                <w:bCs/>
                <w:sz w:val="28"/>
                <w:szCs w:val="28"/>
                <w:lang w:val="kk-KZ"/>
              </w:rPr>
              <w:t>»</w:t>
            </w:r>
          </w:p>
        </w:tc>
        <w:tc>
          <w:tcPr>
            <w:tcW w:w="2238" w:type="dxa"/>
          </w:tcPr>
          <w:p w14:paraId="0E715267" w14:textId="77777777" w:rsidR="004C63D3" w:rsidRPr="00E053FC" w:rsidRDefault="004C63D3" w:rsidP="004C63D3">
            <w:pPr>
              <w:jc w:val="both"/>
              <w:rPr>
                <w:bCs/>
                <w:sz w:val="28"/>
                <w:szCs w:val="28"/>
                <w:lang w:val="kk-KZ"/>
              </w:rPr>
            </w:pPr>
            <w:r w:rsidRPr="00E053FC">
              <w:rPr>
                <w:bCs/>
                <w:sz w:val="28"/>
                <w:szCs w:val="28"/>
                <w:lang w:val="kk-KZ"/>
              </w:rPr>
              <w:t>https://www.instagram.com/p/DXbnNsyihit/?cplk=anpwNG41MngxYWww</w:t>
            </w:r>
          </w:p>
        </w:tc>
        <w:tc>
          <w:tcPr>
            <w:tcW w:w="1985" w:type="dxa"/>
          </w:tcPr>
          <w:p w14:paraId="2C72E062" w14:textId="77777777" w:rsidR="004C63D3" w:rsidRPr="00E053FC" w:rsidRDefault="004C63D3" w:rsidP="004C63D3">
            <w:pPr>
              <w:jc w:val="both"/>
              <w:rPr>
                <w:bCs/>
                <w:sz w:val="28"/>
                <w:szCs w:val="28"/>
                <w:lang w:val="kk-KZ"/>
              </w:rPr>
            </w:pPr>
            <w:r w:rsidRPr="00E053FC">
              <w:rPr>
                <w:bCs/>
                <w:sz w:val="28"/>
                <w:szCs w:val="28"/>
                <w:lang w:val="kk-KZ"/>
              </w:rPr>
              <w:t>Мамандықтар жәрмеңкесі</w:t>
            </w:r>
          </w:p>
        </w:tc>
        <w:tc>
          <w:tcPr>
            <w:tcW w:w="1417" w:type="dxa"/>
          </w:tcPr>
          <w:p w14:paraId="4E16D476" w14:textId="77777777" w:rsidR="004C63D3" w:rsidRPr="00E053FC" w:rsidRDefault="004C63D3" w:rsidP="004C63D3">
            <w:pPr>
              <w:jc w:val="both"/>
              <w:rPr>
                <w:bCs/>
                <w:sz w:val="28"/>
                <w:szCs w:val="28"/>
                <w:lang w:val="en-US"/>
              </w:rPr>
            </w:pPr>
            <w:r w:rsidRPr="00E053FC">
              <w:rPr>
                <w:bCs/>
                <w:sz w:val="28"/>
                <w:szCs w:val="28"/>
                <w:lang w:val="en-US"/>
              </w:rPr>
              <w:t>13.04.2026</w:t>
            </w:r>
          </w:p>
        </w:tc>
        <w:tc>
          <w:tcPr>
            <w:tcW w:w="1384" w:type="dxa"/>
          </w:tcPr>
          <w:p w14:paraId="5CE189EF" w14:textId="77777777" w:rsidR="004C63D3" w:rsidRPr="00E053FC" w:rsidRDefault="004C63D3" w:rsidP="004C63D3">
            <w:pPr>
              <w:jc w:val="both"/>
              <w:rPr>
                <w:bCs/>
                <w:sz w:val="28"/>
                <w:szCs w:val="28"/>
                <w:lang w:val="kk-KZ"/>
              </w:rPr>
            </w:pPr>
            <w:r w:rsidRPr="00E053FC">
              <w:rPr>
                <w:bCs/>
                <w:sz w:val="28"/>
                <w:szCs w:val="28"/>
                <w:lang w:val="kk-KZ"/>
              </w:rPr>
              <w:t>9 «А», «Ә»</w:t>
            </w:r>
          </w:p>
          <w:p w14:paraId="53757236" w14:textId="77777777" w:rsidR="004C63D3" w:rsidRPr="00E053FC" w:rsidRDefault="004C63D3" w:rsidP="004C63D3">
            <w:pPr>
              <w:jc w:val="both"/>
              <w:rPr>
                <w:bCs/>
                <w:sz w:val="28"/>
                <w:szCs w:val="28"/>
                <w:lang w:val="kk-KZ"/>
              </w:rPr>
            </w:pPr>
            <w:r w:rsidRPr="00E053FC">
              <w:rPr>
                <w:bCs/>
                <w:sz w:val="28"/>
                <w:szCs w:val="28"/>
                <w:lang w:val="kk-KZ"/>
              </w:rPr>
              <w:t>21оқушы</w:t>
            </w:r>
          </w:p>
        </w:tc>
      </w:tr>
      <w:tr w:rsidR="004C63D3" w:rsidRPr="00E053FC" w14:paraId="51C1F2EC" w14:textId="77777777" w:rsidTr="004C63D3">
        <w:trPr>
          <w:trHeight w:val="832"/>
        </w:trPr>
        <w:tc>
          <w:tcPr>
            <w:tcW w:w="522" w:type="dxa"/>
          </w:tcPr>
          <w:p w14:paraId="57A9CBA2" w14:textId="77777777" w:rsidR="004C63D3" w:rsidRPr="00E053FC" w:rsidRDefault="004C63D3" w:rsidP="004C63D3">
            <w:pPr>
              <w:jc w:val="both"/>
              <w:rPr>
                <w:bCs/>
                <w:sz w:val="28"/>
                <w:szCs w:val="28"/>
                <w:lang w:val="en-US"/>
              </w:rPr>
            </w:pPr>
            <w:r w:rsidRPr="00E053FC">
              <w:rPr>
                <w:bCs/>
                <w:sz w:val="28"/>
                <w:szCs w:val="28"/>
                <w:lang w:val="en-US"/>
              </w:rPr>
              <w:t>18</w:t>
            </w:r>
          </w:p>
        </w:tc>
        <w:tc>
          <w:tcPr>
            <w:tcW w:w="3619" w:type="dxa"/>
          </w:tcPr>
          <w:p w14:paraId="27F5E0D1" w14:textId="77777777" w:rsidR="004C63D3" w:rsidRPr="00E053FC" w:rsidRDefault="008D1D0B" w:rsidP="004C63D3">
            <w:pPr>
              <w:jc w:val="both"/>
              <w:rPr>
                <w:bCs/>
                <w:sz w:val="28"/>
                <w:szCs w:val="28"/>
                <w:lang w:val="en-US"/>
              </w:rPr>
            </w:pPr>
            <w:hyperlink r:id="rId29" w:tgtFrame="_blank" w:tooltip="http://15.04.26.FM" w:history="1">
              <w:r w:rsidR="004C63D3" w:rsidRPr="00E053FC">
                <w:rPr>
                  <w:rStyle w:val="ae"/>
                  <w:bCs/>
                  <w:sz w:val="28"/>
                  <w:szCs w:val="28"/>
                  <w:lang w:val="en-US"/>
                </w:rPr>
                <w:t>FM</w:t>
              </w:r>
            </w:hyperlink>
            <w:r w:rsidR="004C63D3" w:rsidRPr="00E053FC">
              <w:rPr>
                <w:bCs/>
                <w:sz w:val="28"/>
                <w:szCs w:val="28"/>
                <w:lang w:val="en-US"/>
              </w:rPr>
              <w:t xml:space="preserve"> ұжымы жаратылыстану бағытында </w:t>
            </w:r>
          </w:p>
        </w:tc>
        <w:tc>
          <w:tcPr>
            <w:tcW w:w="2238" w:type="dxa"/>
          </w:tcPr>
          <w:p w14:paraId="1EBE7909" w14:textId="77777777" w:rsidR="004C63D3" w:rsidRPr="00E053FC" w:rsidRDefault="004C63D3" w:rsidP="004C63D3">
            <w:pPr>
              <w:jc w:val="both"/>
              <w:rPr>
                <w:bCs/>
                <w:sz w:val="28"/>
                <w:szCs w:val="28"/>
                <w:lang w:val="en-US"/>
              </w:rPr>
            </w:pPr>
            <w:r w:rsidRPr="00E053FC">
              <w:rPr>
                <w:bCs/>
                <w:sz w:val="28"/>
                <w:szCs w:val="28"/>
                <w:lang w:val="en-US"/>
              </w:rPr>
              <w:t>https://www.instagram.com/p/DXbnLw4insz/?xtok=dW42czRuOWU3aXoz</w:t>
            </w:r>
          </w:p>
        </w:tc>
        <w:tc>
          <w:tcPr>
            <w:tcW w:w="1985" w:type="dxa"/>
          </w:tcPr>
          <w:p w14:paraId="0C361036" w14:textId="77777777" w:rsidR="004C63D3" w:rsidRPr="00E053FC" w:rsidRDefault="004C63D3" w:rsidP="004C63D3">
            <w:pPr>
              <w:jc w:val="both"/>
              <w:rPr>
                <w:bCs/>
                <w:sz w:val="28"/>
                <w:szCs w:val="28"/>
                <w:lang w:val="kk-KZ"/>
              </w:rPr>
            </w:pPr>
            <w:r w:rsidRPr="00E053FC">
              <w:rPr>
                <w:bCs/>
                <w:sz w:val="28"/>
                <w:szCs w:val="28"/>
                <w:lang w:val="en-US"/>
              </w:rPr>
              <w:t xml:space="preserve">Кездесу </w:t>
            </w:r>
          </w:p>
        </w:tc>
        <w:tc>
          <w:tcPr>
            <w:tcW w:w="1417" w:type="dxa"/>
          </w:tcPr>
          <w:p w14:paraId="1118951A" w14:textId="77777777" w:rsidR="004C63D3" w:rsidRPr="00E053FC" w:rsidRDefault="004C63D3" w:rsidP="004C63D3">
            <w:pPr>
              <w:jc w:val="both"/>
              <w:rPr>
                <w:bCs/>
                <w:sz w:val="28"/>
                <w:szCs w:val="28"/>
                <w:lang w:val="en-US"/>
              </w:rPr>
            </w:pPr>
            <w:r w:rsidRPr="00E053FC">
              <w:rPr>
                <w:bCs/>
                <w:sz w:val="28"/>
                <w:szCs w:val="28"/>
                <w:lang w:val="en-US"/>
              </w:rPr>
              <w:t>15.04.2026.</w:t>
            </w:r>
          </w:p>
        </w:tc>
        <w:tc>
          <w:tcPr>
            <w:tcW w:w="1384" w:type="dxa"/>
          </w:tcPr>
          <w:p w14:paraId="771CC3BC" w14:textId="77777777" w:rsidR="004C63D3" w:rsidRPr="00E053FC" w:rsidRDefault="004C63D3" w:rsidP="004C63D3">
            <w:pPr>
              <w:jc w:val="both"/>
              <w:rPr>
                <w:bCs/>
                <w:sz w:val="28"/>
                <w:szCs w:val="28"/>
                <w:lang w:val="en-US"/>
              </w:rPr>
            </w:pPr>
            <w:r w:rsidRPr="00E053FC">
              <w:rPr>
                <w:bCs/>
                <w:sz w:val="28"/>
                <w:szCs w:val="28"/>
                <w:lang w:val="en-US"/>
              </w:rPr>
              <w:t>9-11</w:t>
            </w:r>
          </w:p>
          <w:p w14:paraId="258DF377" w14:textId="77777777" w:rsidR="004C63D3" w:rsidRPr="00E053FC" w:rsidRDefault="004C63D3" w:rsidP="004C63D3">
            <w:pPr>
              <w:jc w:val="both"/>
              <w:rPr>
                <w:bCs/>
                <w:sz w:val="28"/>
                <w:szCs w:val="28"/>
                <w:lang w:val="kk-KZ"/>
              </w:rPr>
            </w:pPr>
            <w:r w:rsidRPr="00E053FC">
              <w:rPr>
                <w:bCs/>
                <w:sz w:val="28"/>
                <w:szCs w:val="28"/>
                <w:lang w:val="en-US"/>
              </w:rPr>
              <w:t>13 оқушы</w:t>
            </w:r>
          </w:p>
        </w:tc>
      </w:tr>
      <w:tr w:rsidR="004C63D3" w:rsidRPr="00E053FC" w14:paraId="3BACE21B" w14:textId="77777777" w:rsidTr="004C63D3">
        <w:tc>
          <w:tcPr>
            <w:tcW w:w="522" w:type="dxa"/>
          </w:tcPr>
          <w:p w14:paraId="189127A5" w14:textId="77777777" w:rsidR="004C63D3" w:rsidRPr="00E053FC" w:rsidRDefault="004C63D3" w:rsidP="004C63D3">
            <w:pPr>
              <w:jc w:val="both"/>
              <w:rPr>
                <w:bCs/>
                <w:sz w:val="28"/>
                <w:szCs w:val="28"/>
                <w:lang w:val="en-US"/>
              </w:rPr>
            </w:pPr>
            <w:r w:rsidRPr="00E053FC">
              <w:rPr>
                <w:bCs/>
                <w:sz w:val="28"/>
                <w:szCs w:val="28"/>
                <w:lang w:val="en-US"/>
              </w:rPr>
              <w:t>19</w:t>
            </w:r>
          </w:p>
        </w:tc>
        <w:tc>
          <w:tcPr>
            <w:tcW w:w="3619" w:type="dxa"/>
          </w:tcPr>
          <w:p w14:paraId="13AAAB9A" w14:textId="77777777" w:rsidR="004C63D3" w:rsidRPr="00E053FC" w:rsidRDefault="004C63D3" w:rsidP="004C63D3">
            <w:pPr>
              <w:jc w:val="both"/>
              <w:rPr>
                <w:bCs/>
                <w:sz w:val="28"/>
                <w:szCs w:val="28"/>
              </w:rPr>
            </w:pPr>
            <w:r w:rsidRPr="00E053FC">
              <w:rPr>
                <w:bCs/>
                <w:sz w:val="28"/>
                <w:szCs w:val="28"/>
              </w:rPr>
              <w:t>«Болашақ бүгінгі таңдаудан басталады» Ә.Сағынов тех.университеті</w:t>
            </w:r>
          </w:p>
        </w:tc>
        <w:tc>
          <w:tcPr>
            <w:tcW w:w="2238" w:type="dxa"/>
          </w:tcPr>
          <w:p w14:paraId="1585F170" w14:textId="77777777" w:rsidR="004C63D3" w:rsidRPr="00E053FC" w:rsidRDefault="004C63D3" w:rsidP="004C63D3">
            <w:pPr>
              <w:jc w:val="both"/>
              <w:rPr>
                <w:bCs/>
                <w:sz w:val="28"/>
                <w:szCs w:val="28"/>
              </w:rPr>
            </w:pPr>
            <w:r w:rsidRPr="00E053FC">
              <w:rPr>
                <w:bCs/>
                <w:sz w:val="28"/>
                <w:szCs w:val="28"/>
                <w:lang w:val="en-US"/>
              </w:rPr>
              <w:t>https</w:t>
            </w:r>
            <w:r w:rsidRPr="00E053FC">
              <w:rPr>
                <w:bCs/>
                <w:sz w:val="28"/>
                <w:szCs w:val="28"/>
              </w:rPr>
              <w:t>://</w:t>
            </w:r>
            <w:r w:rsidRPr="00E053FC">
              <w:rPr>
                <w:bCs/>
                <w:sz w:val="28"/>
                <w:szCs w:val="28"/>
                <w:lang w:val="en-US"/>
              </w:rPr>
              <w:t>www</w:t>
            </w:r>
            <w:r w:rsidRPr="00E053FC">
              <w:rPr>
                <w:bCs/>
                <w:sz w:val="28"/>
                <w:szCs w:val="28"/>
              </w:rPr>
              <w:t>.</w:t>
            </w:r>
            <w:r w:rsidRPr="00E053FC">
              <w:rPr>
                <w:bCs/>
                <w:sz w:val="28"/>
                <w:szCs w:val="28"/>
                <w:lang w:val="en-US"/>
              </w:rPr>
              <w:t>instagram</w:t>
            </w:r>
            <w:r w:rsidRPr="00E053FC">
              <w:rPr>
                <w:bCs/>
                <w:sz w:val="28"/>
                <w:szCs w:val="28"/>
              </w:rPr>
              <w:t>.</w:t>
            </w:r>
            <w:r w:rsidRPr="00E053FC">
              <w:rPr>
                <w:bCs/>
                <w:sz w:val="28"/>
                <w:szCs w:val="28"/>
                <w:lang w:val="en-US"/>
              </w:rPr>
              <w:t>com</w:t>
            </w:r>
            <w:r w:rsidRPr="00E053FC">
              <w:rPr>
                <w:bCs/>
                <w:sz w:val="28"/>
                <w:szCs w:val="28"/>
              </w:rPr>
              <w:t>/</w:t>
            </w:r>
            <w:r w:rsidRPr="00E053FC">
              <w:rPr>
                <w:bCs/>
                <w:sz w:val="28"/>
                <w:szCs w:val="28"/>
                <w:lang w:val="en-US"/>
              </w:rPr>
              <w:t>reel</w:t>
            </w:r>
            <w:r w:rsidRPr="00E053FC">
              <w:rPr>
                <w:bCs/>
                <w:sz w:val="28"/>
                <w:szCs w:val="28"/>
              </w:rPr>
              <w:t>/</w:t>
            </w:r>
            <w:r w:rsidRPr="00E053FC">
              <w:rPr>
                <w:bCs/>
                <w:sz w:val="28"/>
                <w:szCs w:val="28"/>
                <w:lang w:val="en-US"/>
              </w:rPr>
              <w:t>DXOp</w:t>
            </w:r>
            <w:r w:rsidRPr="00E053FC">
              <w:rPr>
                <w:bCs/>
                <w:sz w:val="28"/>
                <w:szCs w:val="28"/>
              </w:rPr>
              <w:t>4</w:t>
            </w:r>
            <w:r w:rsidRPr="00E053FC">
              <w:rPr>
                <w:bCs/>
                <w:sz w:val="28"/>
                <w:szCs w:val="28"/>
                <w:lang w:val="en-US"/>
              </w:rPr>
              <w:t>R</w:t>
            </w:r>
            <w:r w:rsidRPr="00E053FC">
              <w:rPr>
                <w:bCs/>
                <w:sz w:val="28"/>
                <w:szCs w:val="28"/>
              </w:rPr>
              <w:t>1</w:t>
            </w:r>
            <w:r w:rsidRPr="00E053FC">
              <w:rPr>
                <w:bCs/>
                <w:sz w:val="28"/>
                <w:szCs w:val="28"/>
                <w:lang w:val="en-US"/>
              </w:rPr>
              <w:t>CujG</w:t>
            </w:r>
            <w:r w:rsidRPr="00E053FC">
              <w:rPr>
                <w:bCs/>
                <w:sz w:val="28"/>
                <w:szCs w:val="28"/>
              </w:rPr>
              <w:t>/?</w:t>
            </w:r>
            <w:r w:rsidRPr="00E053FC">
              <w:rPr>
                <w:bCs/>
                <w:sz w:val="28"/>
                <w:szCs w:val="28"/>
                <w:lang w:val="en-US"/>
              </w:rPr>
              <w:t>srtk</w:t>
            </w:r>
            <w:r w:rsidRPr="00E053FC">
              <w:rPr>
                <w:bCs/>
                <w:sz w:val="28"/>
                <w:szCs w:val="28"/>
              </w:rPr>
              <w:t>=</w:t>
            </w:r>
            <w:r w:rsidRPr="00E053FC">
              <w:rPr>
                <w:bCs/>
                <w:sz w:val="28"/>
                <w:szCs w:val="28"/>
                <w:lang w:val="en-US"/>
              </w:rPr>
              <w:t>MTV</w:t>
            </w:r>
            <w:r w:rsidRPr="00E053FC">
              <w:rPr>
                <w:bCs/>
                <w:sz w:val="28"/>
                <w:szCs w:val="28"/>
              </w:rPr>
              <w:t>3</w:t>
            </w:r>
            <w:r w:rsidRPr="00E053FC">
              <w:rPr>
                <w:bCs/>
                <w:sz w:val="28"/>
                <w:szCs w:val="28"/>
                <w:lang w:val="en-US"/>
              </w:rPr>
              <w:t>YWhoaGY</w:t>
            </w:r>
            <w:r w:rsidRPr="00E053FC">
              <w:rPr>
                <w:bCs/>
                <w:sz w:val="28"/>
                <w:szCs w:val="28"/>
              </w:rPr>
              <w:t>4</w:t>
            </w:r>
            <w:r w:rsidRPr="00E053FC">
              <w:rPr>
                <w:bCs/>
                <w:sz w:val="28"/>
                <w:szCs w:val="28"/>
                <w:lang w:val="en-US"/>
              </w:rPr>
              <w:t>ZnFoMw</w:t>
            </w:r>
            <w:r w:rsidRPr="00E053FC">
              <w:rPr>
                <w:bCs/>
                <w:sz w:val="28"/>
                <w:szCs w:val="28"/>
              </w:rPr>
              <w:t>==</w:t>
            </w:r>
          </w:p>
        </w:tc>
        <w:tc>
          <w:tcPr>
            <w:tcW w:w="1985" w:type="dxa"/>
          </w:tcPr>
          <w:p w14:paraId="4E8C1BE5" w14:textId="77777777" w:rsidR="004C63D3" w:rsidRPr="00E053FC" w:rsidRDefault="004C63D3" w:rsidP="004C63D3">
            <w:pPr>
              <w:jc w:val="both"/>
              <w:rPr>
                <w:bCs/>
                <w:sz w:val="28"/>
                <w:szCs w:val="28"/>
                <w:lang w:val="kk-KZ"/>
              </w:rPr>
            </w:pPr>
            <w:r w:rsidRPr="00E053FC">
              <w:rPr>
                <w:bCs/>
                <w:sz w:val="28"/>
                <w:szCs w:val="28"/>
                <w:lang w:val="kk-KZ"/>
              </w:rPr>
              <w:t>Кездесу</w:t>
            </w:r>
          </w:p>
        </w:tc>
        <w:tc>
          <w:tcPr>
            <w:tcW w:w="1417" w:type="dxa"/>
          </w:tcPr>
          <w:p w14:paraId="70170198" w14:textId="77777777" w:rsidR="004C63D3" w:rsidRPr="00E053FC" w:rsidRDefault="004C63D3" w:rsidP="004C63D3">
            <w:pPr>
              <w:jc w:val="both"/>
              <w:rPr>
                <w:bCs/>
                <w:sz w:val="28"/>
                <w:szCs w:val="28"/>
                <w:lang w:val="en-US"/>
              </w:rPr>
            </w:pPr>
            <w:r w:rsidRPr="00E053FC">
              <w:rPr>
                <w:bCs/>
                <w:sz w:val="28"/>
                <w:szCs w:val="28"/>
                <w:lang w:val="en-US"/>
              </w:rPr>
              <w:t>17.04.2026.</w:t>
            </w:r>
          </w:p>
        </w:tc>
        <w:tc>
          <w:tcPr>
            <w:tcW w:w="1384" w:type="dxa"/>
          </w:tcPr>
          <w:p w14:paraId="3DA52984" w14:textId="77777777" w:rsidR="004C63D3" w:rsidRPr="00E053FC" w:rsidRDefault="004C63D3" w:rsidP="004C63D3">
            <w:pPr>
              <w:jc w:val="both"/>
              <w:rPr>
                <w:bCs/>
                <w:sz w:val="28"/>
                <w:szCs w:val="28"/>
                <w:lang w:val="en-US"/>
              </w:rPr>
            </w:pPr>
            <w:r w:rsidRPr="00E053FC">
              <w:rPr>
                <w:bCs/>
                <w:sz w:val="28"/>
                <w:szCs w:val="28"/>
                <w:lang w:val="en-US"/>
              </w:rPr>
              <w:t>11 «А», «Ә»</w:t>
            </w:r>
          </w:p>
          <w:p w14:paraId="04368C31" w14:textId="77777777" w:rsidR="004C63D3" w:rsidRPr="00E053FC" w:rsidRDefault="004C63D3" w:rsidP="004C63D3">
            <w:pPr>
              <w:jc w:val="both"/>
              <w:rPr>
                <w:bCs/>
                <w:sz w:val="28"/>
                <w:szCs w:val="28"/>
                <w:lang w:val="kk-KZ"/>
              </w:rPr>
            </w:pPr>
            <w:r w:rsidRPr="00E053FC">
              <w:rPr>
                <w:bCs/>
                <w:sz w:val="28"/>
                <w:szCs w:val="28"/>
                <w:lang w:val="kk-KZ"/>
              </w:rPr>
              <w:t>11оқушы</w:t>
            </w:r>
          </w:p>
        </w:tc>
      </w:tr>
      <w:tr w:rsidR="004C63D3" w:rsidRPr="00E053FC" w14:paraId="48913007" w14:textId="77777777" w:rsidTr="004C63D3">
        <w:tc>
          <w:tcPr>
            <w:tcW w:w="522" w:type="dxa"/>
          </w:tcPr>
          <w:p w14:paraId="726B0963" w14:textId="77777777" w:rsidR="004C63D3" w:rsidRPr="00E053FC" w:rsidRDefault="004C63D3" w:rsidP="004C63D3">
            <w:pPr>
              <w:jc w:val="both"/>
              <w:rPr>
                <w:bCs/>
                <w:sz w:val="28"/>
                <w:szCs w:val="28"/>
                <w:lang w:val="en-US"/>
              </w:rPr>
            </w:pPr>
            <w:r w:rsidRPr="00E053FC">
              <w:rPr>
                <w:bCs/>
                <w:sz w:val="28"/>
                <w:szCs w:val="28"/>
                <w:lang w:val="en-US"/>
              </w:rPr>
              <w:t>20</w:t>
            </w:r>
          </w:p>
        </w:tc>
        <w:tc>
          <w:tcPr>
            <w:tcW w:w="3619" w:type="dxa"/>
          </w:tcPr>
          <w:p w14:paraId="0F54042B" w14:textId="77777777" w:rsidR="004C63D3" w:rsidRPr="00E053FC" w:rsidRDefault="004C63D3" w:rsidP="004C63D3">
            <w:pPr>
              <w:jc w:val="both"/>
              <w:rPr>
                <w:bCs/>
                <w:sz w:val="28"/>
                <w:szCs w:val="28"/>
              </w:rPr>
            </w:pPr>
            <w:r w:rsidRPr="00E053FC">
              <w:rPr>
                <w:bCs/>
                <w:sz w:val="28"/>
                <w:szCs w:val="28"/>
              </w:rPr>
              <w:t>«Е.А Бөкетов атындағы ұлттық зерттеу университеті</w:t>
            </w:r>
          </w:p>
        </w:tc>
        <w:tc>
          <w:tcPr>
            <w:tcW w:w="2238" w:type="dxa"/>
          </w:tcPr>
          <w:p w14:paraId="253099FF" w14:textId="77777777" w:rsidR="004C63D3" w:rsidRPr="00E053FC" w:rsidRDefault="004C63D3" w:rsidP="004C63D3">
            <w:pPr>
              <w:jc w:val="both"/>
              <w:rPr>
                <w:bCs/>
                <w:sz w:val="28"/>
                <w:szCs w:val="28"/>
              </w:rPr>
            </w:pPr>
            <w:r w:rsidRPr="00E053FC">
              <w:rPr>
                <w:bCs/>
                <w:sz w:val="28"/>
                <w:szCs w:val="28"/>
                <w:lang w:val="en-US"/>
              </w:rPr>
              <w:t>https</w:t>
            </w:r>
            <w:r w:rsidRPr="00E053FC">
              <w:rPr>
                <w:bCs/>
                <w:sz w:val="28"/>
                <w:szCs w:val="28"/>
              </w:rPr>
              <w:t>://</w:t>
            </w:r>
            <w:r w:rsidRPr="00E053FC">
              <w:rPr>
                <w:bCs/>
                <w:sz w:val="28"/>
                <w:szCs w:val="28"/>
                <w:lang w:val="en-US"/>
              </w:rPr>
              <w:t>www</w:t>
            </w:r>
            <w:r w:rsidRPr="00E053FC">
              <w:rPr>
                <w:bCs/>
                <w:sz w:val="28"/>
                <w:szCs w:val="28"/>
              </w:rPr>
              <w:t>.</w:t>
            </w:r>
            <w:r w:rsidRPr="00E053FC">
              <w:rPr>
                <w:bCs/>
                <w:sz w:val="28"/>
                <w:szCs w:val="28"/>
                <w:lang w:val="en-US"/>
              </w:rPr>
              <w:t>instagram</w:t>
            </w:r>
            <w:r w:rsidRPr="00E053FC">
              <w:rPr>
                <w:bCs/>
                <w:sz w:val="28"/>
                <w:szCs w:val="28"/>
              </w:rPr>
              <w:t>.</w:t>
            </w:r>
            <w:r w:rsidRPr="00E053FC">
              <w:rPr>
                <w:bCs/>
                <w:sz w:val="28"/>
                <w:szCs w:val="28"/>
                <w:lang w:val="en-US"/>
              </w:rPr>
              <w:t>com</w:t>
            </w:r>
            <w:r w:rsidRPr="00E053FC">
              <w:rPr>
                <w:bCs/>
                <w:sz w:val="28"/>
                <w:szCs w:val="28"/>
              </w:rPr>
              <w:t>/</w:t>
            </w:r>
            <w:r w:rsidRPr="00E053FC">
              <w:rPr>
                <w:bCs/>
                <w:sz w:val="28"/>
                <w:szCs w:val="28"/>
                <w:lang w:val="en-US"/>
              </w:rPr>
              <w:t>reel</w:t>
            </w:r>
            <w:r w:rsidRPr="00E053FC">
              <w:rPr>
                <w:bCs/>
                <w:sz w:val="28"/>
                <w:szCs w:val="28"/>
              </w:rPr>
              <w:t>/</w:t>
            </w:r>
            <w:r w:rsidRPr="00E053FC">
              <w:rPr>
                <w:bCs/>
                <w:sz w:val="28"/>
                <w:szCs w:val="28"/>
                <w:lang w:val="en-US"/>
              </w:rPr>
              <w:t>DXOp</w:t>
            </w:r>
            <w:r w:rsidRPr="00E053FC">
              <w:rPr>
                <w:bCs/>
                <w:sz w:val="28"/>
                <w:szCs w:val="28"/>
              </w:rPr>
              <w:t>4</w:t>
            </w:r>
            <w:r w:rsidRPr="00E053FC">
              <w:rPr>
                <w:bCs/>
                <w:sz w:val="28"/>
                <w:szCs w:val="28"/>
                <w:lang w:val="en-US"/>
              </w:rPr>
              <w:t>R</w:t>
            </w:r>
            <w:r w:rsidRPr="00E053FC">
              <w:rPr>
                <w:bCs/>
                <w:sz w:val="28"/>
                <w:szCs w:val="28"/>
              </w:rPr>
              <w:t>1</w:t>
            </w:r>
            <w:r w:rsidRPr="00E053FC">
              <w:rPr>
                <w:bCs/>
                <w:sz w:val="28"/>
                <w:szCs w:val="28"/>
                <w:lang w:val="en-US"/>
              </w:rPr>
              <w:t>CujG</w:t>
            </w:r>
            <w:r w:rsidRPr="00E053FC">
              <w:rPr>
                <w:bCs/>
                <w:sz w:val="28"/>
                <w:szCs w:val="28"/>
              </w:rPr>
              <w:t>/?</w:t>
            </w:r>
            <w:r w:rsidRPr="00E053FC">
              <w:rPr>
                <w:bCs/>
                <w:sz w:val="28"/>
                <w:szCs w:val="28"/>
                <w:lang w:val="en-US"/>
              </w:rPr>
              <w:t>srtk</w:t>
            </w:r>
            <w:r w:rsidRPr="00E053FC">
              <w:rPr>
                <w:bCs/>
                <w:sz w:val="28"/>
                <w:szCs w:val="28"/>
              </w:rPr>
              <w:t>=</w:t>
            </w:r>
            <w:r w:rsidRPr="00E053FC">
              <w:rPr>
                <w:bCs/>
                <w:sz w:val="28"/>
                <w:szCs w:val="28"/>
                <w:lang w:val="en-US"/>
              </w:rPr>
              <w:t>MTV</w:t>
            </w:r>
            <w:r w:rsidRPr="00E053FC">
              <w:rPr>
                <w:bCs/>
                <w:sz w:val="28"/>
                <w:szCs w:val="28"/>
              </w:rPr>
              <w:t>3</w:t>
            </w:r>
            <w:r w:rsidRPr="00E053FC">
              <w:rPr>
                <w:bCs/>
                <w:sz w:val="28"/>
                <w:szCs w:val="28"/>
                <w:lang w:val="en-US"/>
              </w:rPr>
              <w:t>YWhoaGY</w:t>
            </w:r>
            <w:r w:rsidRPr="00E053FC">
              <w:rPr>
                <w:bCs/>
                <w:sz w:val="28"/>
                <w:szCs w:val="28"/>
              </w:rPr>
              <w:t>4</w:t>
            </w:r>
            <w:r w:rsidRPr="00E053FC">
              <w:rPr>
                <w:bCs/>
                <w:sz w:val="28"/>
                <w:szCs w:val="28"/>
                <w:lang w:val="en-US"/>
              </w:rPr>
              <w:t>ZnFoMw</w:t>
            </w:r>
            <w:r w:rsidRPr="00E053FC">
              <w:rPr>
                <w:bCs/>
                <w:sz w:val="28"/>
                <w:szCs w:val="28"/>
              </w:rPr>
              <w:t>==</w:t>
            </w:r>
          </w:p>
        </w:tc>
        <w:tc>
          <w:tcPr>
            <w:tcW w:w="1985" w:type="dxa"/>
          </w:tcPr>
          <w:p w14:paraId="5490A433" w14:textId="77777777" w:rsidR="004C63D3" w:rsidRPr="00E053FC" w:rsidRDefault="004C63D3" w:rsidP="004C63D3">
            <w:pPr>
              <w:jc w:val="both"/>
              <w:rPr>
                <w:bCs/>
                <w:sz w:val="28"/>
                <w:szCs w:val="28"/>
                <w:lang w:val="kk-KZ"/>
              </w:rPr>
            </w:pPr>
            <w:r w:rsidRPr="00E053FC">
              <w:rPr>
                <w:bCs/>
                <w:sz w:val="28"/>
                <w:szCs w:val="28"/>
                <w:lang w:val="en-US"/>
              </w:rPr>
              <w:t>"Ашық есік күні"</w:t>
            </w:r>
          </w:p>
        </w:tc>
        <w:tc>
          <w:tcPr>
            <w:tcW w:w="1417" w:type="dxa"/>
          </w:tcPr>
          <w:p w14:paraId="4BF82D31" w14:textId="77777777" w:rsidR="004C63D3" w:rsidRPr="00E053FC" w:rsidRDefault="004C63D3" w:rsidP="004C63D3">
            <w:pPr>
              <w:jc w:val="both"/>
              <w:rPr>
                <w:bCs/>
                <w:sz w:val="28"/>
                <w:szCs w:val="28"/>
                <w:lang w:val="en-US"/>
              </w:rPr>
            </w:pPr>
            <w:r w:rsidRPr="00E053FC">
              <w:rPr>
                <w:bCs/>
                <w:sz w:val="28"/>
                <w:szCs w:val="28"/>
                <w:lang w:val="en-US"/>
              </w:rPr>
              <w:t>17.04.2026</w:t>
            </w:r>
          </w:p>
        </w:tc>
        <w:tc>
          <w:tcPr>
            <w:tcW w:w="1384" w:type="dxa"/>
          </w:tcPr>
          <w:p w14:paraId="0AEA8386" w14:textId="77777777" w:rsidR="004C63D3" w:rsidRPr="00E053FC" w:rsidRDefault="004C63D3" w:rsidP="004C63D3">
            <w:pPr>
              <w:jc w:val="both"/>
              <w:rPr>
                <w:bCs/>
                <w:sz w:val="28"/>
                <w:szCs w:val="28"/>
                <w:lang w:val="en-US"/>
              </w:rPr>
            </w:pPr>
            <w:r w:rsidRPr="00E053FC">
              <w:rPr>
                <w:bCs/>
                <w:sz w:val="28"/>
                <w:szCs w:val="28"/>
                <w:lang w:val="en-US"/>
              </w:rPr>
              <w:t xml:space="preserve">11 «А», «Ә» </w:t>
            </w:r>
          </w:p>
          <w:p w14:paraId="61C47389" w14:textId="77777777" w:rsidR="004C63D3" w:rsidRPr="00E053FC" w:rsidRDefault="004C63D3" w:rsidP="004C63D3">
            <w:pPr>
              <w:jc w:val="both"/>
              <w:rPr>
                <w:bCs/>
                <w:sz w:val="28"/>
                <w:szCs w:val="28"/>
                <w:lang w:val="en-US"/>
              </w:rPr>
            </w:pPr>
            <w:r w:rsidRPr="00E053FC">
              <w:rPr>
                <w:bCs/>
                <w:sz w:val="28"/>
                <w:szCs w:val="28"/>
                <w:lang w:val="en-US"/>
              </w:rPr>
              <w:t>19 оқушы</w:t>
            </w:r>
          </w:p>
        </w:tc>
      </w:tr>
      <w:tr w:rsidR="004C63D3" w:rsidRPr="00E053FC" w14:paraId="0062A3E4" w14:textId="77777777" w:rsidTr="004C63D3">
        <w:tc>
          <w:tcPr>
            <w:tcW w:w="522" w:type="dxa"/>
          </w:tcPr>
          <w:p w14:paraId="04EC4D8B" w14:textId="77777777" w:rsidR="004C63D3" w:rsidRPr="00E053FC" w:rsidRDefault="004C63D3" w:rsidP="004C63D3">
            <w:pPr>
              <w:jc w:val="both"/>
              <w:rPr>
                <w:bCs/>
                <w:sz w:val="28"/>
                <w:szCs w:val="28"/>
                <w:lang w:val="en-US"/>
              </w:rPr>
            </w:pPr>
            <w:r w:rsidRPr="00E053FC">
              <w:rPr>
                <w:bCs/>
                <w:sz w:val="28"/>
                <w:szCs w:val="28"/>
                <w:lang w:val="en-US"/>
              </w:rPr>
              <w:t>21</w:t>
            </w:r>
          </w:p>
        </w:tc>
        <w:tc>
          <w:tcPr>
            <w:tcW w:w="3619" w:type="dxa"/>
          </w:tcPr>
          <w:p w14:paraId="78678E88" w14:textId="77777777" w:rsidR="004C63D3" w:rsidRPr="00E053FC" w:rsidRDefault="004C63D3" w:rsidP="004C63D3">
            <w:pPr>
              <w:jc w:val="both"/>
              <w:rPr>
                <w:bCs/>
                <w:sz w:val="28"/>
                <w:szCs w:val="28"/>
                <w:lang w:val="en-US"/>
              </w:rPr>
            </w:pPr>
            <w:r w:rsidRPr="00E053FC">
              <w:rPr>
                <w:bCs/>
                <w:sz w:val="28"/>
                <w:szCs w:val="28"/>
                <w:lang w:val="en-US"/>
              </w:rPr>
              <w:t xml:space="preserve">"Қазтұтынуодағы Қарағанды университеті" </w:t>
            </w:r>
          </w:p>
        </w:tc>
        <w:tc>
          <w:tcPr>
            <w:tcW w:w="2238" w:type="dxa"/>
          </w:tcPr>
          <w:p w14:paraId="37D3EAB9" w14:textId="77777777" w:rsidR="004C63D3" w:rsidRPr="00E053FC" w:rsidRDefault="004C63D3" w:rsidP="004C63D3">
            <w:pPr>
              <w:jc w:val="both"/>
              <w:rPr>
                <w:bCs/>
                <w:sz w:val="28"/>
                <w:szCs w:val="28"/>
                <w:lang w:val="en-US"/>
              </w:rPr>
            </w:pPr>
            <w:r w:rsidRPr="00E053FC">
              <w:rPr>
                <w:bCs/>
                <w:sz w:val="28"/>
                <w:szCs w:val="28"/>
                <w:lang w:val="en-US"/>
              </w:rPr>
              <w:t>https://www.instagram.com/p/DXWM0AgihXp/?xtok=MXZ6ZWtncWtjM2hhcQ==</w:t>
            </w:r>
          </w:p>
        </w:tc>
        <w:tc>
          <w:tcPr>
            <w:tcW w:w="1985" w:type="dxa"/>
          </w:tcPr>
          <w:p w14:paraId="57E083A9" w14:textId="77777777" w:rsidR="004C63D3" w:rsidRPr="00E053FC" w:rsidRDefault="004C63D3" w:rsidP="004C63D3">
            <w:pPr>
              <w:jc w:val="both"/>
              <w:rPr>
                <w:bCs/>
                <w:sz w:val="28"/>
                <w:szCs w:val="28"/>
                <w:lang w:val="en-US"/>
              </w:rPr>
            </w:pPr>
            <w:r w:rsidRPr="00E053FC">
              <w:rPr>
                <w:bCs/>
                <w:sz w:val="28"/>
                <w:szCs w:val="28"/>
                <w:lang w:val="en-US"/>
              </w:rPr>
              <w:t>«Ашық есік күн»</w:t>
            </w:r>
          </w:p>
        </w:tc>
        <w:tc>
          <w:tcPr>
            <w:tcW w:w="1417" w:type="dxa"/>
          </w:tcPr>
          <w:p w14:paraId="5B27DD09" w14:textId="77777777" w:rsidR="004C63D3" w:rsidRPr="00E053FC" w:rsidRDefault="004C63D3" w:rsidP="004C63D3">
            <w:pPr>
              <w:jc w:val="both"/>
              <w:rPr>
                <w:bCs/>
                <w:sz w:val="28"/>
                <w:szCs w:val="28"/>
                <w:lang w:val="en-US"/>
              </w:rPr>
            </w:pPr>
            <w:r w:rsidRPr="00E053FC">
              <w:rPr>
                <w:bCs/>
                <w:sz w:val="28"/>
                <w:szCs w:val="28"/>
                <w:lang w:val="en-US"/>
              </w:rPr>
              <w:t>19.04.2026</w:t>
            </w:r>
          </w:p>
        </w:tc>
        <w:tc>
          <w:tcPr>
            <w:tcW w:w="1384" w:type="dxa"/>
          </w:tcPr>
          <w:p w14:paraId="235778AA" w14:textId="77777777" w:rsidR="004C63D3" w:rsidRPr="00E053FC" w:rsidRDefault="004C63D3" w:rsidP="004C63D3">
            <w:pPr>
              <w:jc w:val="both"/>
              <w:rPr>
                <w:bCs/>
                <w:sz w:val="28"/>
                <w:szCs w:val="28"/>
                <w:lang w:val="en-US"/>
              </w:rPr>
            </w:pPr>
            <w:r w:rsidRPr="00E053FC">
              <w:rPr>
                <w:bCs/>
                <w:sz w:val="28"/>
                <w:szCs w:val="28"/>
                <w:lang w:val="en-US"/>
              </w:rPr>
              <w:t xml:space="preserve">10-11  </w:t>
            </w:r>
          </w:p>
          <w:p w14:paraId="6DBCD5CA" w14:textId="77777777" w:rsidR="004C63D3" w:rsidRPr="00E053FC" w:rsidRDefault="004C63D3" w:rsidP="004C63D3">
            <w:pPr>
              <w:jc w:val="both"/>
              <w:rPr>
                <w:bCs/>
                <w:sz w:val="28"/>
                <w:szCs w:val="28"/>
                <w:lang w:val="en-US"/>
              </w:rPr>
            </w:pPr>
            <w:r w:rsidRPr="00E053FC">
              <w:rPr>
                <w:bCs/>
                <w:sz w:val="28"/>
                <w:szCs w:val="28"/>
                <w:lang w:val="en-US"/>
              </w:rPr>
              <w:t>16 оқушы</w:t>
            </w:r>
          </w:p>
        </w:tc>
      </w:tr>
      <w:tr w:rsidR="004C63D3" w:rsidRPr="00E053FC" w14:paraId="277BA300" w14:textId="77777777" w:rsidTr="004C63D3">
        <w:tc>
          <w:tcPr>
            <w:tcW w:w="522" w:type="dxa"/>
          </w:tcPr>
          <w:p w14:paraId="63361EE5" w14:textId="77777777" w:rsidR="004C63D3" w:rsidRPr="00E053FC" w:rsidRDefault="004C63D3" w:rsidP="004C63D3">
            <w:pPr>
              <w:jc w:val="both"/>
              <w:rPr>
                <w:bCs/>
                <w:sz w:val="28"/>
                <w:szCs w:val="28"/>
                <w:lang w:val="en-US"/>
              </w:rPr>
            </w:pPr>
            <w:r w:rsidRPr="00E053FC">
              <w:rPr>
                <w:bCs/>
                <w:sz w:val="28"/>
                <w:szCs w:val="28"/>
                <w:lang w:val="en-US"/>
              </w:rPr>
              <w:t>22</w:t>
            </w:r>
          </w:p>
        </w:tc>
        <w:tc>
          <w:tcPr>
            <w:tcW w:w="3619" w:type="dxa"/>
          </w:tcPr>
          <w:p w14:paraId="2E4C1275" w14:textId="77777777" w:rsidR="004C63D3" w:rsidRPr="00E053FC" w:rsidRDefault="004C63D3" w:rsidP="004C63D3">
            <w:pPr>
              <w:jc w:val="both"/>
              <w:rPr>
                <w:bCs/>
                <w:sz w:val="28"/>
                <w:szCs w:val="28"/>
                <w:lang w:val="en-US"/>
              </w:rPr>
            </w:pPr>
            <w:r w:rsidRPr="00E053FC">
              <w:rPr>
                <w:bCs/>
                <w:sz w:val="28"/>
                <w:szCs w:val="28"/>
                <w:lang w:val="en-US"/>
              </w:rPr>
              <w:t xml:space="preserve">С.Сейфуллин атындағы қазақ агротехникалық.ун. </w:t>
            </w:r>
          </w:p>
        </w:tc>
        <w:tc>
          <w:tcPr>
            <w:tcW w:w="2238" w:type="dxa"/>
          </w:tcPr>
          <w:p w14:paraId="376CDD82" w14:textId="77777777" w:rsidR="004C63D3" w:rsidRPr="00E053FC" w:rsidRDefault="004C63D3" w:rsidP="004C63D3">
            <w:pPr>
              <w:jc w:val="both"/>
              <w:rPr>
                <w:bCs/>
                <w:sz w:val="28"/>
                <w:szCs w:val="28"/>
                <w:lang w:val="en-US"/>
              </w:rPr>
            </w:pPr>
            <w:r w:rsidRPr="00E053FC">
              <w:rPr>
                <w:bCs/>
                <w:sz w:val="28"/>
                <w:szCs w:val="28"/>
                <w:lang w:val="en-US"/>
              </w:rPr>
              <w:t>https://www.instagram.com/p/DXWMmcpCtQQ/?exln=MXJzdjl6MXA1am1hOQ==</w:t>
            </w:r>
          </w:p>
        </w:tc>
        <w:tc>
          <w:tcPr>
            <w:tcW w:w="1985" w:type="dxa"/>
          </w:tcPr>
          <w:p w14:paraId="667A973F" w14:textId="77777777" w:rsidR="004C63D3" w:rsidRPr="00E053FC" w:rsidRDefault="004C63D3" w:rsidP="004C63D3">
            <w:pPr>
              <w:jc w:val="both"/>
              <w:rPr>
                <w:bCs/>
                <w:sz w:val="28"/>
                <w:szCs w:val="28"/>
                <w:lang w:val="kk-KZ"/>
              </w:rPr>
            </w:pPr>
            <w:r w:rsidRPr="00E053FC">
              <w:rPr>
                <w:bCs/>
                <w:sz w:val="28"/>
                <w:szCs w:val="28"/>
                <w:lang w:val="en-US"/>
              </w:rPr>
              <w:t>Вебинар</w:t>
            </w:r>
          </w:p>
        </w:tc>
        <w:tc>
          <w:tcPr>
            <w:tcW w:w="1417" w:type="dxa"/>
          </w:tcPr>
          <w:p w14:paraId="08092F9F" w14:textId="77777777" w:rsidR="004C63D3" w:rsidRPr="00E053FC" w:rsidRDefault="004C63D3" w:rsidP="004C63D3">
            <w:pPr>
              <w:jc w:val="both"/>
              <w:rPr>
                <w:bCs/>
                <w:sz w:val="28"/>
                <w:szCs w:val="28"/>
                <w:lang w:val="en-US"/>
              </w:rPr>
            </w:pPr>
            <w:r w:rsidRPr="00E053FC">
              <w:rPr>
                <w:bCs/>
                <w:sz w:val="28"/>
                <w:szCs w:val="28"/>
                <w:lang w:val="en-US"/>
              </w:rPr>
              <w:t>21.04.2026</w:t>
            </w:r>
          </w:p>
        </w:tc>
        <w:tc>
          <w:tcPr>
            <w:tcW w:w="1384" w:type="dxa"/>
          </w:tcPr>
          <w:p w14:paraId="6374912B" w14:textId="77777777" w:rsidR="004C63D3" w:rsidRPr="00E053FC" w:rsidRDefault="004C63D3" w:rsidP="004C63D3">
            <w:pPr>
              <w:jc w:val="both"/>
              <w:rPr>
                <w:bCs/>
                <w:sz w:val="28"/>
                <w:szCs w:val="28"/>
                <w:lang w:val="en-US"/>
              </w:rPr>
            </w:pPr>
            <w:r w:rsidRPr="00E053FC">
              <w:rPr>
                <w:bCs/>
                <w:sz w:val="28"/>
                <w:szCs w:val="28"/>
                <w:lang w:val="en-US"/>
              </w:rPr>
              <w:t>11-сынып</w:t>
            </w:r>
          </w:p>
          <w:p w14:paraId="09F2177C" w14:textId="77777777" w:rsidR="004C63D3" w:rsidRPr="00E053FC" w:rsidRDefault="004C63D3" w:rsidP="004C63D3">
            <w:pPr>
              <w:jc w:val="both"/>
              <w:rPr>
                <w:bCs/>
                <w:sz w:val="28"/>
                <w:szCs w:val="28"/>
                <w:lang w:val="en-US"/>
              </w:rPr>
            </w:pPr>
            <w:r w:rsidRPr="00E053FC">
              <w:rPr>
                <w:bCs/>
                <w:sz w:val="28"/>
                <w:szCs w:val="28"/>
                <w:lang w:val="en-US"/>
              </w:rPr>
              <w:t>34оқушы</w:t>
            </w:r>
          </w:p>
        </w:tc>
      </w:tr>
      <w:tr w:rsidR="004C63D3" w:rsidRPr="00E053FC" w14:paraId="7DD1631C" w14:textId="77777777" w:rsidTr="004C63D3">
        <w:tc>
          <w:tcPr>
            <w:tcW w:w="522" w:type="dxa"/>
          </w:tcPr>
          <w:p w14:paraId="4D28FE42" w14:textId="77777777" w:rsidR="004C63D3" w:rsidRPr="00E053FC" w:rsidRDefault="004C63D3" w:rsidP="004C63D3">
            <w:pPr>
              <w:jc w:val="both"/>
              <w:rPr>
                <w:bCs/>
                <w:sz w:val="28"/>
                <w:szCs w:val="28"/>
                <w:lang w:val="en-US"/>
              </w:rPr>
            </w:pPr>
            <w:r w:rsidRPr="00E053FC">
              <w:rPr>
                <w:bCs/>
                <w:sz w:val="28"/>
                <w:szCs w:val="28"/>
                <w:lang w:val="en-US"/>
              </w:rPr>
              <w:t>23</w:t>
            </w:r>
          </w:p>
        </w:tc>
        <w:tc>
          <w:tcPr>
            <w:tcW w:w="3619" w:type="dxa"/>
          </w:tcPr>
          <w:p w14:paraId="38AEF9DA" w14:textId="77777777" w:rsidR="004C63D3" w:rsidRPr="00E053FC" w:rsidRDefault="004C63D3" w:rsidP="004C63D3">
            <w:pPr>
              <w:jc w:val="both"/>
              <w:rPr>
                <w:bCs/>
                <w:sz w:val="28"/>
                <w:szCs w:val="28"/>
                <w:lang w:val="en-US"/>
              </w:rPr>
            </w:pPr>
            <w:r w:rsidRPr="00E053FC">
              <w:rPr>
                <w:bCs/>
                <w:sz w:val="28"/>
                <w:szCs w:val="28"/>
                <w:lang w:val="en-US"/>
              </w:rPr>
              <w:t xml:space="preserve">" Машина жасау колледжі" </w:t>
            </w:r>
          </w:p>
        </w:tc>
        <w:tc>
          <w:tcPr>
            <w:tcW w:w="2238" w:type="dxa"/>
          </w:tcPr>
          <w:p w14:paraId="2BB3EBCD" w14:textId="77777777" w:rsidR="004C63D3" w:rsidRPr="00E053FC" w:rsidRDefault="004C63D3" w:rsidP="004C63D3">
            <w:pPr>
              <w:jc w:val="both"/>
              <w:rPr>
                <w:bCs/>
                <w:sz w:val="28"/>
                <w:szCs w:val="28"/>
                <w:lang w:val="en-US"/>
              </w:rPr>
            </w:pPr>
            <w:r w:rsidRPr="00E053FC">
              <w:rPr>
                <w:bCs/>
                <w:sz w:val="28"/>
                <w:szCs w:val="28"/>
                <w:lang w:val="en-US"/>
              </w:rPr>
              <w:t>https://www.instagram.com/p/DXWMr3Xiu55/?dlrf=cGxuY3ZkeW03NWx4</w:t>
            </w:r>
          </w:p>
        </w:tc>
        <w:tc>
          <w:tcPr>
            <w:tcW w:w="1985" w:type="dxa"/>
          </w:tcPr>
          <w:p w14:paraId="3069D584" w14:textId="77777777" w:rsidR="004C63D3" w:rsidRPr="00E053FC" w:rsidRDefault="004C63D3" w:rsidP="004C63D3">
            <w:pPr>
              <w:jc w:val="both"/>
              <w:rPr>
                <w:bCs/>
                <w:sz w:val="28"/>
                <w:szCs w:val="28"/>
                <w:lang w:val="en-US"/>
              </w:rPr>
            </w:pPr>
            <w:r w:rsidRPr="00E053FC">
              <w:rPr>
                <w:bCs/>
                <w:sz w:val="28"/>
                <w:szCs w:val="28"/>
                <w:lang w:val="en-US"/>
              </w:rPr>
              <w:t>Кездесу</w:t>
            </w:r>
          </w:p>
        </w:tc>
        <w:tc>
          <w:tcPr>
            <w:tcW w:w="1417" w:type="dxa"/>
          </w:tcPr>
          <w:p w14:paraId="6730EBB6" w14:textId="77777777" w:rsidR="004C63D3" w:rsidRPr="00E053FC" w:rsidRDefault="004C63D3" w:rsidP="004C63D3">
            <w:pPr>
              <w:jc w:val="both"/>
              <w:rPr>
                <w:bCs/>
                <w:sz w:val="28"/>
                <w:szCs w:val="28"/>
                <w:lang w:val="en-US"/>
              </w:rPr>
            </w:pPr>
            <w:r w:rsidRPr="00E053FC">
              <w:rPr>
                <w:bCs/>
                <w:sz w:val="28"/>
                <w:szCs w:val="28"/>
                <w:lang w:val="en-US"/>
              </w:rPr>
              <w:t>21.04.</w:t>
            </w:r>
            <w:r w:rsidRPr="00E053FC">
              <w:rPr>
                <w:bCs/>
                <w:sz w:val="28"/>
                <w:szCs w:val="28"/>
                <w:lang w:val="kk-KZ"/>
              </w:rPr>
              <w:t>20</w:t>
            </w:r>
            <w:r w:rsidRPr="00E053FC">
              <w:rPr>
                <w:bCs/>
                <w:sz w:val="28"/>
                <w:szCs w:val="28"/>
                <w:lang w:val="en-US"/>
              </w:rPr>
              <w:t>26</w:t>
            </w:r>
          </w:p>
        </w:tc>
        <w:tc>
          <w:tcPr>
            <w:tcW w:w="1384" w:type="dxa"/>
          </w:tcPr>
          <w:p w14:paraId="5ACF9F40" w14:textId="77777777" w:rsidR="004C63D3" w:rsidRPr="00E053FC" w:rsidRDefault="004C63D3" w:rsidP="004C63D3">
            <w:pPr>
              <w:jc w:val="both"/>
              <w:rPr>
                <w:bCs/>
                <w:sz w:val="28"/>
                <w:szCs w:val="28"/>
                <w:lang w:val="kk-KZ"/>
              </w:rPr>
            </w:pPr>
            <w:r w:rsidRPr="00E053FC">
              <w:rPr>
                <w:bCs/>
                <w:sz w:val="28"/>
                <w:szCs w:val="28"/>
                <w:lang w:val="en-US"/>
              </w:rPr>
              <w:t>9</w:t>
            </w:r>
            <w:r w:rsidRPr="00E053FC">
              <w:rPr>
                <w:bCs/>
                <w:sz w:val="28"/>
                <w:szCs w:val="28"/>
                <w:lang w:val="kk-KZ"/>
              </w:rPr>
              <w:t xml:space="preserve"> «А», «Ә»</w:t>
            </w:r>
          </w:p>
          <w:p w14:paraId="6A1D36EF" w14:textId="77777777" w:rsidR="004C63D3" w:rsidRPr="00E053FC" w:rsidRDefault="004C63D3" w:rsidP="004C63D3">
            <w:pPr>
              <w:jc w:val="both"/>
              <w:rPr>
                <w:bCs/>
                <w:sz w:val="28"/>
                <w:szCs w:val="28"/>
                <w:lang w:val="kk-KZ"/>
              </w:rPr>
            </w:pPr>
            <w:r w:rsidRPr="00E053FC">
              <w:rPr>
                <w:bCs/>
                <w:sz w:val="28"/>
                <w:szCs w:val="28"/>
                <w:lang w:val="kk-KZ"/>
              </w:rPr>
              <w:t>24 оқушы</w:t>
            </w:r>
          </w:p>
        </w:tc>
      </w:tr>
      <w:tr w:rsidR="004C63D3" w:rsidRPr="00E053FC" w14:paraId="10436613" w14:textId="77777777" w:rsidTr="004C63D3">
        <w:tc>
          <w:tcPr>
            <w:tcW w:w="522" w:type="dxa"/>
          </w:tcPr>
          <w:p w14:paraId="64D425C7" w14:textId="77777777" w:rsidR="004C63D3" w:rsidRPr="00E053FC" w:rsidRDefault="004C63D3" w:rsidP="004C63D3">
            <w:pPr>
              <w:jc w:val="both"/>
              <w:rPr>
                <w:bCs/>
                <w:sz w:val="28"/>
                <w:szCs w:val="28"/>
                <w:lang w:val="en-US"/>
              </w:rPr>
            </w:pPr>
            <w:r w:rsidRPr="00E053FC">
              <w:rPr>
                <w:bCs/>
                <w:sz w:val="28"/>
                <w:szCs w:val="28"/>
                <w:lang w:val="en-US"/>
              </w:rPr>
              <w:t>24</w:t>
            </w:r>
          </w:p>
        </w:tc>
        <w:tc>
          <w:tcPr>
            <w:tcW w:w="3619" w:type="dxa"/>
          </w:tcPr>
          <w:p w14:paraId="39BA1FD5" w14:textId="77777777" w:rsidR="004C63D3" w:rsidRPr="00E053FC" w:rsidRDefault="004C63D3" w:rsidP="004C63D3">
            <w:pPr>
              <w:jc w:val="both"/>
              <w:rPr>
                <w:bCs/>
                <w:sz w:val="28"/>
                <w:szCs w:val="28"/>
                <w:lang w:val="kk-KZ"/>
              </w:rPr>
            </w:pPr>
            <w:r w:rsidRPr="00E053FC">
              <w:rPr>
                <w:bCs/>
                <w:sz w:val="28"/>
                <w:szCs w:val="28"/>
                <w:lang w:val="kk-KZ"/>
              </w:rPr>
              <w:t>«</w:t>
            </w:r>
            <w:r w:rsidRPr="00E053FC">
              <w:rPr>
                <w:bCs/>
                <w:sz w:val="28"/>
                <w:szCs w:val="28"/>
                <w:lang w:val="en-US"/>
              </w:rPr>
              <w:t>Болашақ колледжі</w:t>
            </w:r>
            <w:r w:rsidRPr="00E053FC">
              <w:rPr>
                <w:bCs/>
                <w:sz w:val="28"/>
                <w:szCs w:val="28"/>
                <w:lang w:val="kk-KZ"/>
              </w:rPr>
              <w:t>»</w:t>
            </w:r>
          </w:p>
        </w:tc>
        <w:tc>
          <w:tcPr>
            <w:tcW w:w="2238" w:type="dxa"/>
          </w:tcPr>
          <w:p w14:paraId="3463EE5E" w14:textId="77777777" w:rsidR="004C63D3" w:rsidRPr="00E053FC" w:rsidRDefault="004C63D3" w:rsidP="004C63D3">
            <w:pPr>
              <w:jc w:val="both"/>
              <w:rPr>
                <w:bCs/>
                <w:sz w:val="28"/>
                <w:szCs w:val="28"/>
                <w:lang w:val="kk-KZ"/>
              </w:rPr>
            </w:pPr>
            <w:r w:rsidRPr="00E053FC">
              <w:rPr>
                <w:bCs/>
                <w:sz w:val="28"/>
                <w:szCs w:val="28"/>
                <w:lang w:val="kk-KZ"/>
              </w:rPr>
              <w:t>https://www.instagram.com/p/DXb</w:t>
            </w:r>
            <w:r w:rsidRPr="00E053FC">
              <w:rPr>
                <w:bCs/>
                <w:sz w:val="28"/>
                <w:szCs w:val="28"/>
                <w:lang w:val="kk-KZ"/>
              </w:rPr>
              <w:lastRenderedPageBreak/>
              <w:t>nPllCko5/?srtk=MWdoNWpqNG8zMnpudw==</w:t>
            </w:r>
          </w:p>
        </w:tc>
        <w:tc>
          <w:tcPr>
            <w:tcW w:w="1985" w:type="dxa"/>
          </w:tcPr>
          <w:p w14:paraId="78BC6AA1" w14:textId="77777777" w:rsidR="004C63D3" w:rsidRPr="00E053FC" w:rsidRDefault="004C63D3" w:rsidP="004C63D3">
            <w:pPr>
              <w:jc w:val="both"/>
              <w:rPr>
                <w:bCs/>
                <w:sz w:val="28"/>
                <w:szCs w:val="28"/>
                <w:lang w:val="en-US"/>
              </w:rPr>
            </w:pPr>
            <w:r w:rsidRPr="00E053FC">
              <w:rPr>
                <w:bCs/>
                <w:sz w:val="28"/>
                <w:szCs w:val="28"/>
                <w:lang w:val="en-US"/>
              </w:rPr>
              <w:lastRenderedPageBreak/>
              <w:t>Пікірталас</w:t>
            </w:r>
          </w:p>
        </w:tc>
        <w:tc>
          <w:tcPr>
            <w:tcW w:w="1417" w:type="dxa"/>
          </w:tcPr>
          <w:p w14:paraId="6F53A490" w14:textId="77777777" w:rsidR="004C63D3" w:rsidRPr="00E053FC" w:rsidRDefault="004C63D3" w:rsidP="004C63D3">
            <w:pPr>
              <w:jc w:val="both"/>
              <w:rPr>
                <w:bCs/>
                <w:sz w:val="28"/>
                <w:szCs w:val="28"/>
                <w:lang w:val="en-US"/>
              </w:rPr>
            </w:pPr>
            <w:r w:rsidRPr="00E053FC">
              <w:rPr>
                <w:bCs/>
                <w:sz w:val="28"/>
                <w:szCs w:val="28"/>
                <w:lang w:val="en-US"/>
              </w:rPr>
              <w:t>22.04.</w:t>
            </w:r>
            <w:r w:rsidRPr="00E053FC">
              <w:rPr>
                <w:bCs/>
                <w:sz w:val="28"/>
                <w:szCs w:val="28"/>
                <w:lang w:val="kk-KZ"/>
              </w:rPr>
              <w:t>20</w:t>
            </w:r>
            <w:r w:rsidRPr="00E053FC">
              <w:rPr>
                <w:bCs/>
                <w:sz w:val="28"/>
                <w:szCs w:val="28"/>
                <w:lang w:val="en-US"/>
              </w:rPr>
              <w:t>26</w:t>
            </w:r>
          </w:p>
        </w:tc>
        <w:tc>
          <w:tcPr>
            <w:tcW w:w="1384" w:type="dxa"/>
          </w:tcPr>
          <w:p w14:paraId="76DD0EBD" w14:textId="77777777" w:rsidR="004C63D3" w:rsidRPr="00E053FC" w:rsidRDefault="004C63D3" w:rsidP="004C63D3">
            <w:pPr>
              <w:jc w:val="both"/>
              <w:rPr>
                <w:bCs/>
                <w:sz w:val="28"/>
                <w:szCs w:val="28"/>
                <w:lang w:val="en-US"/>
              </w:rPr>
            </w:pPr>
            <w:r w:rsidRPr="00E053FC">
              <w:rPr>
                <w:bCs/>
                <w:sz w:val="28"/>
                <w:szCs w:val="28"/>
                <w:lang w:val="en-US"/>
              </w:rPr>
              <w:t>9 «А», «Ә»</w:t>
            </w:r>
          </w:p>
          <w:p w14:paraId="198B4E31" w14:textId="77777777" w:rsidR="004C63D3" w:rsidRPr="00E053FC" w:rsidRDefault="004C63D3" w:rsidP="004C63D3">
            <w:pPr>
              <w:jc w:val="both"/>
              <w:rPr>
                <w:bCs/>
                <w:sz w:val="28"/>
                <w:szCs w:val="28"/>
                <w:lang w:val="kk-KZ"/>
              </w:rPr>
            </w:pPr>
            <w:r w:rsidRPr="00E053FC">
              <w:rPr>
                <w:bCs/>
                <w:sz w:val="28"/>
                <w:szCs w:val="28"/>
                <w:lang w:val="kk-KZ"/>
              </w:rPr>
              <w:lastRenderedPageBreak/>
              <w:t>26 оқушы</w:t>
            </w:r>
          </w:p>
        </w:tc>
      </w:tr>
      <w:tr w:rsidR="004C63D3" w:rsidRPr="00E053FC" w14:paraId="04674D24" w14:textId="77777777" w:rsidTr="004C63D3">
        <w:tc>
          <w:tcPr>
            <w:tcW w:w="522" w:type="dxa"/>
          </w:tcPr>
          <w:p w14:paraId="04AFAA31" w14:textId="77777777" w:rsidR="004C63D3" w:rsidRPr="00E053FC" w:rsidRDefault="004C63D3" w:rsidP="004C63D3">
            <w:pPr>
              <w:jc w:val="both"/>
              <w:rPr>
                <w:bCs/>
                <w:sz w:val="28"/>
                <w:szCs w:val="28"/>
                <w:lang w:val="en-US"/>
              </w:rPr>
            </w:pPr>
            <w:r w:rsidRPr="00E053FC">
              <w:rPr>
                <w:bCs/>
                <w:sz w:val="28"/>
                <w:szCs w:val="28"/>
                <w:lang w:val="en-US"/>
              </w:rPr>
              <w:lastRenderedPageBreak/>
              <w:t>25</w:t>
            </w:r>
          </w:p>
        </w:tc>
        <w:tc>
          <w:tcPr>
            <w:tcW w:w="3619" w:type="dxa"/>
          </w:tcPr>
          <w:p w14:paraId="6220D19F" w14:textId="77777777" w:rsidR="004C63D3" w:rsidRPr="00E053FC" w:rsidRDefault="004C63D3" w:rsidP="004C63D3">
            <w:pPr>
              <w:jc w:val="both"/>
              <w:rPr>
                <w:bCs/>
                <w:sz w:val="28"/>
                <w:szCs w:val="28"/>
                <w:lang w:val="en-US"/>
              </w:rPr>
            </w:pPr>
            <w:r w:rsidRPr="00E053FC">
              <w:rPr>
                <w:bCs/>
                <w:sz w:val="28"/>
                <w:szCs w:val="28"/>
                <w:lang w:val="en-US"/>
              </w:rPr>
              <w:t xml:space="preserve">"Техникалық мамандықтар болашақтың таңдауы" </w:t>
            </w:r>
            <w:r w:rsidRPr="00E053FC">
              <w:rPr>
                <w:bCs/>
                <w:sz w:val="28"/>
                <w:szCs w:val="28"/>
                <w:lang w:val="kk-KZ"/>
              </w:rPr>
              <w:t>«PROFICENTR</w:t>
            </w:r>
          </w:p>
        </w:tc>
        <w:tc>
          <w:tcPr>
            <w:tcW w:w="2238" w:type="dxa"/>
          </w:tcPr>
          <w:p w14:paraId="2016A6F7" w14:textId="77777777" w:rsidR="004C63D3" w:rsidRPr="00E053FC" w:rsidRDefault="004C63D3" w:rsidP="004C63D3">
            <w:pPr>
              <w:jc w:val="both"/>
              <w:rPr>
                <w:bCs/>
                <w:sz w:val="28"/>
                <w:szCs w:val="28"/>
                <w:lang w:val="en-US"/>
              </w:rPr>
            </w:pPr>
            <w:r w:rsidRPr="00E053FC">
              <w:rPr>
                <w:bCs/>
                <w:sz w:val="28"/>
                <w:szCs w:val="28"/>
                <w:lang w:val="en-US"/>
              </w:rPr>
              <w:t>https://www.instagram.com/p/DXeat2-CmWC/?dlrf=MWlkc2Q3ZXR5cGtvMw==</w:t>
            </w:r>
          </w:p>
        </w:tc>
        <w:tc>
          <w:tcPr>
            <w:tcW w:w="1985" w:type="dxa"/>
          </w:tcPr>
          <w:p w14:paraId="20102248" w14:textId="77777777" w:rsidR="004C63D3" w:rsidRPr="00E053FC" w:rsidRDefault="004C63D3" w:rsidP="004C63D3">
            <w:pPr>
              <w:jc w:val="both"/>
              <w:rPr>
                <w:bCs/>
                <w:sz w:val="28"/>
                <w:szCs w:val="28"/>
                <w:lang w:val="en-US"/>
              </w:rPr>
            </w:pPr>
            <w:r w:rsidRPr="00E053FC">
              <w:rPr>
                <w:bCs/>
                <w:sz w:val="28"/>
                <w:szCs w:val="28"/>
                <w:lang w:val="en-US"/>
              </w:rPr>
              <w:t>Мамандықтар жәрмеңкесі</w:t>
            </w:r>
          </w:p>
        </w:tc>
        <w:tc>
          <w:tcPr>
            <w:tcW w:w="1417" w:type="dxa"/>
          </w:tcPr>
          <w:p w14:paraId="25FFE1C0" w14:textId="77777777" w:rsidR="004C63D3" w:rsidRPr="00E053FC" w:rsidRDefault="004C63D3" w:rsidP="004C63D3">
            <w:pPr>
              <w:jc w:val="both"/>
              <w:rPr>
                <w:bCs/>
                <w:sz w:val="28"/>
                <w:szCs w:val="28"/>
                <w:lang w:val="en-US"/>
              </w:rPr>
            </w:pPr>
            <w:r w:rsidRPr="00E053FC">
              <w:rPr>
                <w:bCs/>
                <w:sz w:val="28"/>
                <w:szCs w:val="28"/>
                <w:lang w:val="en-US"/>
              </w:rPr>
              <w:t>23.04.2026</w:t>
            </w:r>
          </w:p>
        </w:tc>
        <w:tc>
          <w:tcPr>
            <w:tcW w:w="1384" w:type="dxa"/>
          </w:tcPr>
          <w:p w14:paraId="64844210" w14:textId="77777777" w:rsidR="004C63D3" w:rsidRPr="00E053FC" w:rsidRDefault="004C63D3" w:rsidP="004C63D3">
            <w:pPr>
              <w:jc w:val="both"/>
              <w:rPr>
                <w:bCs/>
                <w:sz w:val="28"/>
                <w:szCs w:val="28"/>
                <w:lang w:val="en-US"/>
              </w:rPr>
            </w:pPr>
            <w:r w:rsidRPr="00E053FC">
              <w:rPr>
                <w:bCs/>
                <w:sz w:val="28"/>
                <w:szCs w:val="28"/>
                <w:lang w:val="en-US"/>
              </w:rPr>
              <w:t>9 «А», «Ә»</w:t>
            </w:r>
          </w:p>
          <w:p w14:paraId="40E74C4F" w14:textId="77777777" w:rsidR="004C63D3" w:rsidRPr="00E053FC" w:rsidRDefault="004C63D3" w:rsidP="004C63D3">
            <w:pPr>
              <w:jc w:val="both"/>
              <w:rPr>
                <w:bCs/>
                <w:sz w:val="28"/>
                <w:szCs w:val="28"/>
                <w:lang w:val="en-US"/>
              </w:rPr>
            </w:pPr>
            <w:r w:rsidRPr="00E053FC">
              <w:rPr>
                <w:bCs/>
                <w:sz w:val="28"/>
                <w:szCs w:val="28"/>
                <w:lang w:val="en-US"/>
              </w:rPr>
              <w:t>16 оқушы</w:t>
            </w:r>
          </w:p>
        </w:tc>
      </w:tr>
      <w:tr w:rsidR="004C63D3" w:rsidRPr="00E053FC" w14:paraId="4E85721C" w14:textId="77777777" w:rsidTr="004C63D3">
        <w:tc>
          <w:tcPr>
            <w:tcW w:w="522" w:type="dxa"/>
          </w:tcPr>
          <w:p w14:paraId="0A071AC6" w14:textId="77777777" w:rsidR="004C63D3" w:rsidRPr="00E053FC" w:rsidRDefault="004C63D3" w:rsidP="004C63D3">
            <w:pPr>
              <w:jc w:val="both"/>
              <w:rPr>
                <w:bCs/>
                <w:sz w:val="28"/>
                <w:szCs w:val="28"/>
                <w:lang w:val="en-US"/>
              </w:rPr>
            </w:pPr>
            <w:r w:rsidRPr="00E053FC">
              <w:rPr>
                <w:bCs/>
                <w:sz w:val="28"/>
                <w:szCs w:val="28"/>
                <w:lang w:val="en-US"/>
              </w:rPr>
              <w:t>26</w:t>
            </w:r>
          </w:p>
        </w:tc>
        <w:tc>
          <w:tcPr>
            <w:tcW w:w="3619" w:type="dxa"/>
          </w:tcPr>
          <w:p w14:paraId="4D9AD65A" w14:textId="77777777" w:rsidR="004C63D3" w:rsidRPr="00E053FC" w:rsidRDefault="004C63D3" w:rsidP="004C63D3">
            <w:pPr>
              <w:jc w:val="both"/>
              <w:rPr>
                <w:bCs/>
                <w:sz w:val="28"/>
                <w:szCs w:val="28"/>
                <w:lang w:val="en-US"/>
              </w:rPr>
            </w:pPr>
            <w:r w:rsidRPr="00E053FC">
              <w:rPr>
                <w:bCs/>
                <w:sz w:val="28"/>
                <w:szCs w:val="28"/>
                <w:lang w:val="en-US"/>
              </w:rPr>
              <w:t xml:space="preserve">"Көлік-техникалар </w:t>
            </w:r>
            <w:r w:rsidRPr="00E053FC">
              <w:rPr>
                <w:bCs/>
                <w:sz w:val="28"/>
                <w:szCs w:val="28"/>
                <w:lang w:val="kk-KZ"/>
              </w:rPr>
              <w:t>ж</w:t>
            </w:r>
            <w:r w:rsidRPr="00E053FC">
              <w:rPr>
                <w:bCs/>
                <w:sz w:val="28"/>
                <w:szCs w:val="28"/>
                <w:lang w:val="en-US"/>
              </w:rPr>
              <w:t>әрмеңкесі" «PROFICENTR</w:t>
            </w:r>
          </w:p>
        </w:tc>
        <w:tc>
          <w:tcPr>
            <w:tcW w:w="2238" w:type="dxa"/>
          </w:tcPr>
          <w:p w14:paraId="481E0BEB" w14:textId="77777777" w:rsidR="004C63D3" w:rsidRPr="00E053FC" w:rsidRDefault="004C63D3" w:rsidP="004C63D3">
            <w:pPr>
              <w:jc w:val="both"/>
              <w:rPr>
                <w:bCs/>
                <w:sz w:val="28"/>
                <w:szCs w:val="28"/>
                <w:lang w:val="en-US"/>
              </w:rPr>
            </w:pPr>
            <w:r w:rsidRPr="00E053FC">
              <w:rPr>
                <w:bCs/>
                <w:sz w:val="28"/>
                <w:szCs w:val="28"/>
                <w:lang w:val="en-US"/>
              </w:rPr>
              <w:t>https://www.instagram.com/reel/DXx6N-zK5r6/?mdxt=dWM0cGo1cnFzaTF6</w:t>
            </w:r>
          </w:p>
        </w:tc>
        <w:tc>
          <w:tcPr>
            <w:tcW w:w="1985" w:type="dxa"/>
          </w:tcPr>
          <w:p w14:paraId="43BC0C50" w14:textId="77777777" w:rsidR="004C63D3" w:rsidRPr="00E053FC" w:rsidRDefault="004C63D3" w:rsidP="004C63D3">
            <w:pPr>
              <w:jc w:val="both"/>
              <w:rPr>
                <w:bCs/>
                <w:sz w:val="28"/>
                <w:szCs w:val="28"/>
                <w:lang w:val="kk-KZ"/>
              </w:rPr>
            </w:pPr>
            <w:r w:rsidRPr="00E053FC">
              <w:rPr>
                <w:bCs/>
                <w:sz w:val="28"/>
                <w:szCs w:val="28"/>
                <w:lang w:val="kk-KZ"/>
              </w:rPr>
              <w:t>Мамандықтар жәрмеңкесі</w:t>
            </w:r>
          </w:p>
        </w:tc>
        <w:tc>
          <w:tcPr>
            <w:tcW w:w="1417" w:type="dxa"/>
          </w:tcPr>
          <w:p w14:paraId="20314004" w14:textId="77777777" w:rsidR="004C63D3" w:rsidRPr="00E053FC" w:rsidRDefault="004C63D3" w:rsidP="004C63D3">
            <w:pPr>
              <w:jc w:val="both"/>
              <w:rPr>
                <w:bCs/>
                <w:sz w:val="28"/>
                <w:szCs w:val="28"/>
                <w:lang w:val="en-US"/>
              </w:rPr>
            </w:pPr>
            <w:r w:rsidRPr="00E053FC">
              <w:rPr>
                <w:bCs/>
                <w:sz w:val="28"/>
                <w:szCs w:val="28"/>
                <w:lang w:val="kk-KZ"/>
              </w:rPr>
              <w:t>25</w:t>
            </w:r>
            <w:r w:rsidRPr="00E053FC">
              <w:rPr>
                <w:bCs/>
                <w:sz w:val="28"/>
                <w:szCs w:val="28"/>
                <w:lang w:val="en-US"/>
              </w:rPr>
              <w:t>.0</w:t>
            </w:r>
            <w:r w:rsidRPr="00E053FC">
              <w:rPr>
                <w:bCs/>
                <w:sz w:val="28"/>
                <w:szCs w:val="28"/>
                <w:lang w:val="kk-KZ"/>
              </w:rPr>
              <w:t>4</w:t>
            </w:r>
            <w:r w:rsidRPr="00E053FC">
              <w:rPr>
                <w:bCs/>
                <w:sz w:val="28"/>
                <w:szCs w:val="28"/>
                <w:lang w:val="en-US"/>
              </w:rPr>
              <w:t>.</w:t>
            </w:r>
            <w:r w:rsidRPr="00E053FC">
              <w:rPr>
                <w:bCs/>
                <w:sz w:val="28"/>
                <w:szCs w:val="28"/>
                <w:lang w:val="kk-KZ"/>
              </w:rPr>
              <w:t>20</w:t>
            </w:r>
            <w:r w:rsidRPr="00E053FC">
              <w:rPr>
                <w:bCs/>
                <w:sz w:val="28"/>
                <w:szCs w:val="28"/>
                <w:lang w:val="en-US"/>
              </w:rPr>
              <w:t>26</w:t>
            </w:r>
          </w:p>
        </w:tc>
        <w:tc>
          <w:tcPr>
            <w:tcW w:w="1384" w:type="dxa"/>
          </w:tcPr>
          <w:p w14:paraId="1C71A2F6" w14:textId="77777777" w:rsidR="004C63D3" w:rsidRPr="00E053FC" w:rsidRDefault="004C63D3" w:rsidP="004C63D3">
            <w:pPr>
              <w:jc w:val="both"/>
              <w:rPr>
                <w:bCs/>
                <w:sz w:val="28"/>
                <w:szCs w:val="28"/>
                <w:lang w:val="en-US"/>
              </w:rPr>
            </w:pPr>
            <w:r w:rsidRPr="00E053FC">
              <w:rPr>
                <w:bCs/>
                <w:sz w:val="28"/>
                <w:szCs w:val="28"/>
                <w:lang w:val="en-US"/>
              </w:rPr>
              <w:t>9 «А», «Ә»</w:t>
            </w:r>
          </w:p>
        </w:tc>
      </w:tr>
      <w:tr w:rsidR="004C63D3" w:rsidRPr="00E053FC" w14:paraId="790FAD45" w14:textId="77777777" w:rsidTr="004C63D3">
        <w:tc>
          <w:tcPr>
            <w:tcW w:w="522" w:type="dxa"/>
          </w:tcPr>
          <w:p w14:paraId="70778598" w14:textId="77777777" w:rsidR="004C63D3" w:rsidRPr="00E053FC" w:rsidRDefault="004C63D3" w:rsidP="004C63D3">
            <w:pPr>
              <w:jc w:val="both"/>
              <w:rPr>
                <w:bCs/>
                <w:sz w:val="28"/>
                <w:szCs w:val="28"/>
                <w:lang w:val="en-US"/>
              </w:rPr>
            </w:pPr>
            <w:r w:rsidRPr="00E053FC">
              <w:rPr>
                <w:bCs/>
                <w:sz w:val="28"/>
                <w:szCs w:val="28"/>
                <w:lang w:val="en-US"/>
              </w:rPr>
              <w:t>27</w:t>
            </w:r>
          </w:p>
        </w:tc>
        <w:tc>
          <w:tcPr>
            <w:tcW w:w="3619" w:type="dxa"/>
          </w:tcPr>
          <w:p w14:paraId="344D07DD" w14:textId="77777777" w:rsidR="004C63D3" w:rsidRPr="00E053FC" w:rsidRDefault="004C63D3" w:rsidP="004C63D3">
            <w:pPr>
              <w:jc w:val="both"/>
              <w:rPr>
                <w:bCs/>
                <w:sz w:val="28"/>
                <w:szCs w:val="28"/>
                <w:lang w:val="en-US"/>
              </w:rPr>
            </w:pPr>
            <w:r w:rsidRPr="00E053FC">
              <w:rPr>
                <w:bCs/>
                <w:sz w:val="28"/>
                <w:szCs w:val="28"/>
                <w:lang w:val="en-US"/>
              </w:rPr>
              <w:t>Гуманитарный колледж</w:t>
            </w:r>
          </w:p>
        </w:tc>
        <w:tc>
          <w:tcPr>
            <w:tcW w:w="2238" w:type="dxa"/>
          </w:tcPr>
          <w:p w14:paraId="0A3375A4" w14:textId="77777777" w:rsidR="004C63D3" w:rsidRPr="00E053FC" w:rsidRDefault="004C63D3" w:rsidP="004C63D3">
            <w:pPr>
              <w:jc w:val="both"/>
              <w:rPr>
                <w:bCs/>
                <w:sz w:val="28"/>
                <w:szCs w:val="28"/>
                <w:lang w:val="en-US"/>
              </w:rPr>
            </w:pPr>
            <w:r w:rsidRPr="00E053FC">
              <w:rPr>
                <w:bCs/>
                <w:sz w:val="28"/>
                <w:szCs w:val="28"/>
                <w:lang w:val="en-US"/>
              </w:rPr>
              <w:t>https://www.instagram.com/reel/DX9CZoTqPKx/?srtk=MTJ6NzZsNjc4Z3M3bg==</w:t>
            </w:r>
          </w:p>
        </w:tc>
        <w:tc>
          <w:tcPr>
            <w:tcW w:w="1985" w:type="dxa"/>
          </w:tcPr>
          <w:p w14:paraId="7334CB93" w14:textId="77777777" w:rsidR="004C63D3" w:rsidRPr="00E053FC" w:rsidRDefault="004C63D3" w:rsidP="004C63D3">
            <w:pPr>
              <w:jc w:val="both"/>
              <w:rPr>
                <w:bCs/>
                <w:sz w:val="28"/>
                <w:szCs w:val="28"/>
                <w:lang w:val="kk-KZ"/>
              </w:rPr>
            </w:pPr>
            <w:r w:rsidRPr="00E053FC">
              <w:rPr>
                <w:bCs/>
                <w:sz w:val="28"/>
                <w:szCs w:val="28"/>
                <w:lang w:val="en-US"/>
              </w:rPr>
              <w:t>"Ашық есік күні"</w:t>
            </w:r>
          </w:p>
        </w:tc>
        <w:tc>
          <w:tcPr>
            <w:tcW w:w="1417" w:type="dxa"/>
          </w:tcPr>
          <w:p w14:paraId="4B72ACAE" w14:textId="77777777" w:rsidR="004C63D3" w:rsidRPr="00E053FC" w:rsidRDefault="004C63D3" w:rsidP="004C63D3">
            <w:pPr>
              <w:jc w:val="both"/>
              <w:rPr>
                <w:bCs/>
                <w:sz w:val="28"/>
                <w:szCs w:val="28"/>
                <w:lang w:val="kk-KZ"/>
              </w:rPr>
            </w:pPr>
            <w:r w:rsidRPr="00E053FC">
              <w:rPr>
                <w:bCs/>
                <w:sz w:val="28"/>
                <w:szCs w:val="28"/>
                <w:lang w:val="en-US"/>
              </w:rPr>
              <w:t>04.05.2026</w:t>
            </w:r>
          </w:p>
        </w:tc>
        <w:tc>
          <w:tcPr>
            <w:tcW w:w="1384" w:type="dxa"/>
          </w:tcPr>
          <w:p w14:paraId="095766CE" w14:textId="77777777" w:rsidR="004C63D3" w:rsidRPr="00E053FC" w:rsidRDefault="004C63D3" w:rsidP="004C63D3">
            <w:pPr>
              <w:jc w:val="both"/>
              <w:rPr>
                <w:bCs/>
                <w:sz w:val="28"/>
                <w:szCs w:val="28"/>
                <w:lang w:val="en-US"/>
              </w:rPr>
            </w:pPr>
            <w:r w:rsidRPr="00E053FC">
              <w:rPr>
                <w:bCs/>
                <w:sz w:val="28"/>
                <w:szCs w:val="28"/>
                <w:lang w:val="en-US"/>
              </w:rPr>
              <w:t>9 «А», «Ә» 21оқушы</w:t>
            </w:r>
          </w:p>
        </w:tc>
      </w:tr>
      <w:tr w:rsidR="004C63D3" w:rsidRPr="00E053FC" w14:paraId="2B54DB4B" w14:textId="77777777" w:rsidTr="004C63D3">
        <w:tc>
          <w:tcPr>
            <w:tcW w:w="522" w:type="dxa"/>
          </w:tcPr>
          <w:p w14:paraId="6977385C" w14:textId="77777777" w:rsidR="004C63D3" w:rsidRPr="00E053FC" w:rsidRDefault="004C63D3" w:rsidP="004C63D3">
            <w:pPr>
              <w:jc w:val="both"/>
              <w:rPr>
                <w:bCs/>
                <w:sz w:val="28"/>
                <w:szCs w:val="28"/>
                <w:lang w:val="en-US"/>
              </w:rPr>
            </w:pPr>
            <w:r w:rsidRPr="00E053FC">
              <w:rPr>
                <w:bCs/>
                <w:sz w:val="28"/>
                <w:szCs w:val="28"/>
                <w:lang w:val="en-US"/>
              </w:rPr>
              <w:t>28</w:t>
            </w:r>
          </w:p>
        </w:tc>
        <w:tc>
          <w:tcPr>
            <w:tcW w:w="3619" w:type="dxa"/>
          </w:tcPr>
          <w:p w14:paraId="1DBA0AD9" w14:textId="77777777" w:rsidR="004C63D3" w:rsidRPr="00E053FC" w:rsidRDefault="004C63D3" w:rsidP="004C63D3">
            <w:pPr>
              <w:jc w:val="both"/>
              <w:rPr>
                <w:bCs/>
                <w:sz w:val="28"/>
                <w:szCs w:val="28"/>
                <w:lang w:val="kk-KZ"/>
              </w:rPr>
            </w:pPr>
            <w:r w:rsidRPr="00E053FC">
              <w:rPr>
                <w:bCs/>
                <w:sz w:val="28"/>
                <w:szCs w:val="28"/>
              </w:rPr>
              <w:t xml:space="preserve">Астана қаласындағы </w:t>
            </w:r>
            <w:r w:rsidRPr="00E053FC">
              <w:rPr>
                <w:bCs/>
                <w:sz w:val="28"/>
                <w:szCs w:val="28"/>
                <w:lang w:val="kk-KZ"/>
              </w:rPr>
              <w:t xml:space="preserve">беделді жоғарғы </w:t>
            </w:r>
            <w:r w:rsidRPr="00E053FC">
              <w:rPr>
                <w:bCs/>
                <w:sz w:val="28"/>
                <w:szCs w:val="28"/>
              </w:rPr>
              <w:t xml:space="preserve">университеттерге Назарбаев универ. </w:t>
            </w:r>
            <w:r w:rsidRPr="00E053FC">
              <w:rPr>
                <w:bCs/>
                <w:sz w:val="28"/>
                <w:szCs w:val="28"/>
                <w:lang w:val="en-US"/>
              </w:rPr>
              <w:t>«KAZGUU»</w:t>
            </w:r>
            <w:r w:rsidRPr="00E053FC">
              <w:rPr>
                <w:bCs/>
                <w:sz w:val="28"/>
                <w:szCs w:val="28"/>
                <w:lang w:val="kk-KZ"/>
              </w:rPr>
              <w:t xml:space="preserve">, ЕҰУ </w:t>
            </w:r>
          </w:p>
        </w:tc>
        <w:tc>
          <w:tcPr>
            <w:tcW w:w="2238" w:type="dxa"/>
          </w:tcPr>
          <w:p w14:paraId="053EF01E" w14:textId="77777777" w:rsidR="004C63D3" w:rsidRPr="00E053FC" w:rsidRDefault="008D1D0B" w:rsidP="004C63D3">
            <w:pPr>
              <w:jc w:val="both"/>
              <w:rPr>
                <w:bCs/>
                <w:sz w:val="28"/>
                <w:szCs w:val="28"/>
                <w:lang w:val="kk-KZ"/>
              </w:rPr>
            </w:pPr>
            <w:hyperlink r:id="rId30" w:history="1">
              <w:r w:rsidR="004C63D3" w:rsidRPr="00E053FC">
                <w:rPr>
                  <w:rStyle w:val="ae"/>
                  <w:bCs/>
                  <w:sz w:val="28"/>
                  <w:szCs w:val="28"/>
                  <w:lang w:val="kk-KZ"/>
                </w:rPr>
                <w:t>https://www.instagram</w:t>
              </w:r>
            </w:hyperlink>
            <w:r w:rsidR="004C63D3" w:rsidRPr="00E053FC">
              <w:rPr>
                <w:bCs/>
                <w:sz w:val="28"/>
                <w:szCs w:val="28"/>
                <w:lang w:val="kk-KZ"/>
              </w:rPr>
              <w:t>.</w:t>
            </w:r>
          </w:p>
          <w:p w14:paraId="5A8E54BC" w14:textId="77777777" w:rsidR="004C63D3" w:rsidRPr="00E053FC" w:rsidRDefault="004C63D3" w:rsidP="004C63D3">
            <w:pPr>
              <w:jc w:val="both"/>
              <w:rPr>
                <w:bCs/>
                <w:sz w:val="28"/>
                <w:szCs w:val="28"/>
                <w:lang w:val="kk-KZ"/>
              </w:rPr>
            </w:pPr>
            <w:r w:rsidRPr="00E053FC">
              <w:rPr>
                <w:bCs/>
                <w:sz w:val="28"/>
                <w:szCs w:val="28"/>
                <w:lang w:val="kk-KZ"/>
              </w:rPr>
              <w:t>com/reel/DX83GTdKyiw/?obrf=</w:t>
            </w:r>
          </w:p>
          <w:p w14:paraId="2155A616" w14:textId="77777777" w:rsidR="004C63D3" w:rsidRPr="00E053FC" w:rsidRDefault="004C63D3" w:rsidP="004C63D3">
            <w:pPr>
              <w:jc w:val="both"/>
              <w:rPr>
                <w:bCs/>
                <w:sz w:val="28"/>
                <w:szCs w:val="28"/>
                <w:lang w:val="kk-KZ"/>
              </w:rPr>
            </w:pPr>
            <w:r w:rsidRPr="00E053FC">
              <w:rPr>
                <w:bCs/>
                <w:sz w:val="28"/>
                <w:szCs w:val="28"/>
                <w:lang w:val="kk-KZ"/>
              </w:rPr>
              <w:t>MW9vOW9iZDZqNHl2Yw==</w:t>
            </w:r>
          </w:p>
        </w:tc>
        <w:tc>
          <w:tcPr>
            <w:tcW w:w="1985" w:type="dxa"/>
          </w:tcPr>
          <w:p w14:paraId="6DD16225" w14:textId="77777777" w:rsidR="004C63D3" w:rsidRPr="00E053FC" w:rsidRDefault="004C63D3" w:rsidP="004C63D3">
            <w:pPr>
              <w:jc w:val="both"/>
              <w:rPr>
                <w:bCs/>
                <w:sz w:val="28"/>
                <w:szCs w:val="28"/>
                <w:lang w:val="kk-KZ"/>
              </w:rPr>
            </w:pPr>
            <w:r w:rsidRPr="00E053FC">
              <w:rPr>
                <w:bCs/>
                <w:sz w:val="28"/>
                <w:szCs w:val="28"/>
                <w:lang w:val="kk-KZ"/>
              </w:rPr>
              <w:t>Астана қ. саяхат</w:t>
            </w:r>
          </w:p>
        </w:tc>
        <w:tc>
          <w:tcPr>
            <w:tcW w:w="1417" w:type="dxa"/>
          </w:tcPr>
          <w:p w14:paraId="14AF2293" w14:textId="77777777" w:rsidR="004C63D3" w:rsidRPr="00E053FC" w:rsidRDefault="004C63D3" w:rsidP="004C63D3">
            <w:pPr>
              <w:jc w:val="both"/>
              <w:rPr>
                <w:bCs/>
                <w:sz w:val="28"/>
                <w:szCs w:val="28"/>
                <w:lang w:val="kk-KZ"/>
              </w:rPr>
            </w:pPr>
            <w:r w:rsidRPr="00E053FC">
              <w:rPr>
                <w:bCs/>
                <w:sz w:val="28"/>
                <w:szCs w:val="28"/>
                <w:lang w:val="en-US"/>
              </w:rPr>
              <w:t>05.05.</w:t>
            </w:r>
            <w:r w:rsidRPr="00E053FC">
              <w:rPr>
                <w:bCs/>
                <w:sz w:val="28"/>
                <w:szCs w:val="28"/>
                <w:lang w:val="kk-KZ"/>
              </w:rPr>
              <w:t>20</w:t>
            </w:r>
            <w:r w:rsidRPr="00E053FC">
              <w:rPr>
                <w:bCs/>
                <w:sz w:val="28"/>
                <w:szCs w:val="28"/>
                <w:lang w:val="en-US"/>
              </w:rPr>
              <w:t>26</w:t>
            </w:r>
          </w:p>
        </w:tc>
        <w:tc>
          <w:tcPr>
            <w:tcW w:w="1384" w:type="dxa"/>
          </w:tcPr>
          <w:p w14:paraId="1DCE2211" w14:textId="77777777" w:rsidR="004C63D3" w:rsidRPr="00E053FC" w:rsidRDefault="004C63D3" w:rsidP="004C63D3">
            <w:pPr>
              <w:jc w:val="both"/>
              <w:rPr>
                <w:bCs/>
                <w:sz w:val="28"/>
                <w:szCs w:val="28"/>
                <w:lang w:val="en-US"/>
              </w:rPr>
            </w:pPr>
            <w:r w:rsidRPr="00E053FC">
              <w:rPr>
                <w:bCs/>
                <w:sz w:val="28"/>
                <w:szCs w:val="28"/>
                <w:lang w:val="en-US"/>
              </w:rPr>
              <w:t xml:space="preserve">10-11  </w:t>
            </w:r>
          </w:p>
          <w:p w14:paraId="07FDB6A7" w14:textId="77777777" w:rsidR="004C63D3" w:rsidRPr="00E053FC" w:rsidRDefault="004C63D3" w:rsidP="004C63D3">
            <w:pPr>
              <w:jc w:val="both"/>
              <w:rPr>
                <w:bCs/>
                <w:sz w:val="28"/>
                <w:szCs w:val="28"/>
                <w:lang w:val="en-US"/>
              </w:rPr>
            </w:pPr>
            <w:r w:rsidRPr="00E053FC">
              <w:rPr>
                <w:bCs/>
                <w:sz w:val="28"/>
                <w:szCs w:val="28"/>
                <w:lang w:val="en-US"/>
              </w:rPr>
              <w:t>60 оқушы</w:t>
            </w:r>
          </w:p>
        </w:tc>
      </w:tr>
      <w:tr w:rsidR="004C63D3" w:rsidRPr="00E053FC" w14:paraId="6D4C8994" w14:textId="77777777" w:rsidTr="004C63D3">
        <w:tc>
          <w:tcPr>
            <w:tcW w:w="522" w:type="dxa"/>
          </w:tcPr>
          <w:p w14:paraId="716D8FAE" w14:textId="77777777" w:rsidR="004C63D3" w:rsidRPr="00E053FC" w:rsidRDefault="004C63D3" w:rsidP="004C63D3">
            <w:pPr>
              <w:jc w:val="both"/>
              <w:rPr>
                <w:bCs/>
                <w:sz w:val="28"/>
                <w:szCs w:val="28"/>
                <w:lang w:val="en-US"/>
              </w:rPr>
            </w:pPr>
            <w:r w:rsidRPr="00E053FC">
              <w:rPr>
                <w:bCs/>
                <w:sz w:val="28"/>
                <w:szCs w:val="28"/>
                <w:lang w:val="en-US"/>
              </w:rPr>
              <w:t>29</w:t>
            </w:r>
          </w:p>
        </w:tc>
        <w:tc>
          <w:tcPr>
            <w:tcW w:w="3619" w:type="dxa"/>
          </w:tcPr>
          <w:p w14:paraId="132DF256" w14:textId="77777777" w:rsidR="004C63D3" w:rsidRPr="00E053FC" w:rsidRDefault="004C63D3" w:rsidP="004C63D3">
            <w:pPr>
              <w:jc w:val="both"/>
              <w:rPr>
                <w:bCs/>
                <w:sz w:val="28"/>
                <w:szCs w:val="28"/>
                <w:lang w:val="en-US"/>
              </w:rPr>
            </w:pPr>
            <w:r w:rsidRPr="00E053FC">
              <w:rPr>
                <w:bCs/>
                <w:sz w:val="28"/>
                <w:szCs w:val="28"/>
                <w:lang w:val="en-US"/>
              </w:rPr>
              <w:t>27 сәуір-12 мамыр "Кәсіптік бағдар сағаты-2026"</w:t>
            </w:r>
          </w:p>
        </w:tc>
        <w:tc>
          <w:tcPr>
            <w:tcW w:w="2238" w:type="dxa"/>
          </w:tcPr>
          <w:p w14:paraId="64B684E9" w14:textId="77777777" w:rsidR="004C63D3" w:rsidRPr="00E053FC" w:rsidRDefault="004C63D3" w:rsidP="004C63D3">
            <w:pPr>
              <w:jc w:val="both"/>
              <w:rPr>
                <w:bCs/>
                <w:sz w:val="28"/>
                <w:szCs w:val="28"/>
                <w:lang w:val="en-US"/>
              </w:rPr>
            </w:pPr>
            <w:r w:rsidRPr="00E053FC">
              <w:rPr>
                <w:bCs/>
                <w:sz w:val="28"/>
                <w:szCs w:val="28"/>
                <w:lang w:val="en-US"/>
              </w:rPr>
              <w:t>https://www.instagram.com/p/DYrb9QaiiBF/?mdxt=Ync5anBtOThkNDZl</w:t>
            </w:r>
          </w:p>
        </w:tc>
        <w:tc>
          <w:tcPr>
            <w:tcW w:w="1985" w:type="dxa"/>
          </w:tcPr>
          <w:p w14:paraId="4915DD46" w14:textId="77777777" w:rsidR="004C63D3" w:rsidRPr="00E053FC" w:rsidRDefault="004C63D3" w:rsidP="004C63D3">
            <w:pPr>
              <w:jc w:val="both"/>
              <w:rPr>
                <w:bCs/>
                <w:sz w:val="28"/>
                <w:szCs w:val="28"/>
                <w:lang w:val="kk-KZ"/>
              </w:rPr>
            </w:pPr>
            <w:r w:rsidRPr="00E053FC">
              <w:rPr>
                <w:bCs/>
                <w:sz w:val="28"/>
                <w:szCs w:val="28"/>
                <w:lang w:val="kk-KZ"/>
              </w:rPr>
              <w:t>Вебинар</w:t>
            </w:r>
          </w:p>
        </w:tc>
        <w:tc>
          <w:tcPr>
            <w:tcW w:w="1417" w:type="dxa"/>
          </w:tcPr>
          <w:p w14:paraId="66D69F38" w14:textId="77777777" w:rsidR="004C63D3" w:rsidRPr="00E053FC" w:rsidRDefault="004C63D3" w:rsidP="004C63D3">
            <w:pPr>
              <w:jc w:val="both"/>
              <w:rPr>
                <w:bCs/>
                <w:sz w:val="28"/>
                <w:szCs w:val="28"/>
                <w:lang w:val="en-US"/>
              </w:rPr>
            </w:pPr>
            <w:r w:rsidRPr="00E053FC">
              <w:rPr>
                <w:bCs/>
                <w:sz w:val="28"/>
                <w:szCs w:val="28"/>
                <w:lang w:val="en-US"/>
              </w:rPr>
              <w:t>24.04-12.05.2026</w:t>
            </w:r>
          </w:p>
        </w:tc>
        <w:tc>
          <w:tcPr>
            <w:tcW w:w="1384" w:type="dxa"/>
          </w:tcPr>
          <w:p w14:paraId="52A70A8C" w14:textId="77777777" w:rsidR="004C63D3" w:rsidRPr="00E053FC" w:rsidRDefault="004C63D3" w:rsidP="004C63D3">
            <w:pPr>
              <w:jc w:val="both"/>
              <w:rPr>
                <w:bCs/>
                <w:sz w:val="28"/>
                <w:szCs w:val="28"/>
                <w:lang w:val="en-US"/>
              </w:rPr>
            </w:pPr>
            <w:r w:rsidRPr="00E053FC">
              <w:rPr>
                <w:bCs/>
                <w:sz w:val="28"/>
                <w:szCs w:val="28"/>
                <w:lang w:val="en-US"/>
              </w:rPr>
              <w:t>9,10,1151 оқушы</w:t>
            </w:r>
          </w:p>
        </w:tc>
      </w:tr>
      <w:tr w:rsidR="004C63D3" w:rsidRPr="00E053FC" w14:paraId="121F2883" w14:textId="77777777" w:rsidTr="004C63D3">
        <w:tc>
          <w:tcPr>
            <w:tcW w:w="522" w:type="dxa"/>
          </w:tcPr>
          <w:p w14:paraId="2C46E21C" w14:textId="77777777" w:rsidR="004C63D3" w:rsidRPr="00E053FC" w:rsidRDefault="004C63D3" w:rsidP="004C63D3">
            <w:pPr>
              <w:jc w:val="both"/>
              <w:rPr>
                <w:bCs/>
                <w:sz w:val="28"/>
                <w:szCs w:val="28"/>
                <w:lang w:val="en-US"/>
              </w:rPr>
            </w:pPr>
            <w:r w:rsidRPr="00E053FC">
              <w:rPr>
                <w:bCs/>
                <w:sz w:val="28"/>
                <w:szCs w:val="28"/>
                <w:lang w:val="en-US"/>
              </w:rPr>
              <w:t>30</w:t>
            </w:r>
          </w:p>
        </w:tc>
        <w:tc>
          <w:tcPr>
            <w:tcW w:w="3619" w:type="dxa"/>
          </w:tcPr>
          <w:p w14:paraId="365D2304" w14:textId="77777777" w:rsidR="004C63D3" w:rsidRPr="00E053FC" w:rsidRDefault="004C63D3" w:rsidP="004C63D3">
            <w:pPr>
              <w:jc w:val="both"/>
              <w:rPr>
                <w:bCs/>
                <w:sz w:val="28"/>
                <w:szCs w:val="28"/>
                <w:lang w:val="kk-KZ"/>
              </w:rPr>
            </w:pPr>
            <w:r w:rsidRPr="00E053FC">
              <w:rPr>
                <w:bCs/>
                <w:sz w:val="28"/>
                <w:szCs w:val="28"/>
                <w:lang w:val="kk-KZ"/>
              </w:rPr>
              <w:t>«Кәсіпкерлік,экономика,қаржы» бағытында «PROFICENTR»</w:t>
            </w:r>
          </w:p>
        </w:tc>
        <w:tc>
          <w:tcPr>
            <w:tcW w:w="2238" w:type="dxa"/>
          </w:tcPr>
          <w:p w14:paraId="2E1517F0" w14:textId="77777777" w:rsidR="004C63D3" w:rsidRPr="00E053FC" w:rsidRDefault="004C63D3" w:rsidP="004C63D3">
            <w:pPr>
              <w:jc w:val="both"/>
              <w:rPr>
                <w:bCs/>
                <w:sz w:val="28"/>
                <w:szCs w:val="28"/>
                <w:lang w:val="kk-KZ"/>
              </w:rPr>
            </w:pPr>
            <w:r w:rsidRPr="00E053FC">
              <w:rPr>
                <w:bCs/>
                <w:sz w:val="28"/>
                <w:szCs w:val="28"/>
                <w:lang w:val="kk-KZ"/>
              </w:rPr>
              <w:t>https://www.instagram.com/reel/DX9CZoTqPKx/?srtk=MTJ6NzZsNjc4Z3M3bg==</w:t>
            </w:r>
          </w:p>
        </w:tc>
        <w:tc>
          <w:tcPr>
            <w:tcW w:w="1985" w:type="dxa"/>
          </w:tcPr>
          <w:p w14:paraId="7A441099" w14:textId="77777777" w:rsidR="004C63D3" w:rsidRPr="00E053FC" w:rsidRDefault="004C63D3" w:rsidP="004C63D3">
            <w:pPr>
              <w:jc w:val="both"/>
              <w:rPr>
                <w:bCs/>
                <w:sz w:val="28"/>
                <w:szCs w:val="28"/>
                <w:lang w:val="kk-KZ"/>
              </w:rPr>
            </w:pPr>
            <w:r w:rsidRPr="00E053FC">
              <w:rPr>
                <w:bCs/>
                <w:sz w:val="28"/>
                <w:szCs w:val="28"/>
                <w:lang w:val="en-US"/>
              </w:rPr>
              <w:t>“Мамандықтар жәрмеңкесі</w:t>
            </w:r>
          </w:p>
        </w:tc>
        <w:tc>
          <w:tcPr>
            <w:tcW w:w="1417" w:type="dxa"/>
          </w:tcPr>
          <w:p w14:paraId="203DC98D" w14:textId="77777777" w:rsidR="004C63D3" w:rsidRPr="00E053FC" w:rsidRDefault="004C63D3" w:rsidP="004C63D3">
            <w:pPr>
              <w:jc w:val="both"/>
              <w:rPr>
                <w:bCs/>
                <w:sz w:val="28"/>
                <w:szCs w:val="28"/>
                <w:lang w:val="en-US"/>
              </w:rPr>
            </w:pPr>
            <w:r w:rsidRPr="00E053FC">
              <w:rPr>
                <w:bCs/>
                <w:sz w:val="28"/>
                <w:szCs w:val="28"/>
                <w:lang w:val="en-US"/>
              </w:rPr>
              <w:t>13.05.</w:t>
            </w:r>
            <w:r w:rsidRPr="00E053FC">
              <w:rPr>
                <w:bCs/>
                <w:sz w:val="28"/>
                <w:szCs w:val="28"/>
                <w:lang w:val="kk-KZ"/>
              </w:rPr>
              <w:t>20</w:t>
            </w:r>
            <w:r w:rsidRPr="00E053FC">
              <w:rPr>
                <w:bCs/>
                <w:sz w:val="28"/>
                <w:szCs w:val="28"/>
                <w:lang w:val="en-US"/>
              </w:rPr>
              <w:t>26</w:t>
            </w:r>
          </w:p>
        </w:tc>
        <w:tc>
          <w:tcPr>
            <w:tcW w:w="1384" w:type="dxa"/>
          </w:tcPr>
          <w:p w14:paraId="7D69E562" w14:textId="77777777" w:rsidR="004C63D3" w:rsidRPr="00E053FC" w:rsidRDefault="004C63D3" w:rsidP="004C63D3">
            <w:pPr>
              <w:jc w:val="both"/>
              <w:rPr>
                <w:bCs/>
                <w:sz w:val="28"/>
                <w:szCs w:val="28"/>
                <w:lang w:val="en-US"/>
              </w:rPr>
            </w:pPr>
            <w:r w:rsidRPr="00E053FC">
              <w:rPr>
                <w:bCs/>
                <w:sz w:val="28"/>
                <w:szCs w:val="28"/>
                <w:lang w:val="en-US"/>
              </w:rPr>
              <w:t>9 «А», «Ә»</w:t>
            </w:r>
          </w:p>
          <w:p w14:paraId="6291E586" w14:textId="77777777" w:rsidR="004C63D3" w:rsidRPr="00E053FC" w:rsidRDefault="004C63D3" w:rsidP="004C63D3">
            <w:pPr>
              <w:jc w:val="both"/>
              <w:rPr>
                <w:bCs/>
                <w:sz w:val="28"/>
                <w:szCs w:val="28"/>
                <w:lang w:val="en-US"/>
              </w:rPr>
            </w:pPr>
            <w:r w:rsidRPr="00E053FC">
              <w:rPr>
                <w:bCs/>
                <w:sz w:val="28"/>
                <w:szCs w:val="28"/>
                <w:lang w:val="en-US"/>
              </w:rPr>
              <w:t>18 оқушы</w:t>
            </w:r>
          </w:p>
        </w:tc>
      </w:tr>
      <w:tr w:rsidR="004C63D3" w:rsidRPr="00E053FC" w14:paraId="11FE86D0" w14:textId="77777777" w:rsidTr="004C63D3">
        <w:tc>
          <w:tcPr>
            <w:tcW w:w="522" w:type="dxa"/>
          </w:tcPr>
          <w:p w14:paraId="5061F378" w14:textId="77777777" w:rsidR="004C63D3" w:rsidRPr="00E053FC" w:rsidRDefault="004C63D3" w:rsidP="004C63D3">
            <w:pPr>
              <w:jc w:val="both"/>
              <w:rPr>
                <w:bCs/>
                <w:sz w:val="28"/>
                <w:szCs w:val="28"/>
                <w:lang w:val="en-US"/>
              </w:rPr>
            </w:pPr>
            <w:r w:rsidRPr="00E053FC">
              <w:rPr>
                <w:bCs/>
                <w:sz w:val="28"/>
                <w:szCs w:val="28"/>
                <w:lang w:val="en-US"/>
              </w:rPr>
              <w:t>31</w:t>
            </w:r>
          </w:p>
        </w:tc>
        <w:tc>
          <w:tcPr>
            <w:tcW w:w="3619" w:type="dxa"/>
          </w:tcPr>
          <w:p w14:paraId="58C6202E" w14:textId="77777777" w:rsidR="004C63D3" w:rsidRPr="00E053FC" w:rsidRDefault="004C63D3" w:rsidP="004C63D3">
            <w:pPr>
              <w:jc w:val="both"/>
              <w:rPr>
                <w:bCs/>
                <w:sz w:val="28"/>
                <w:szCs w:val="28"/>
                <w:lang w:val="kk-KZ"/>
              </w:rPr>
            </w:pPr>
            <w:r w:rsidRPr="00E053FC">
              <w:rPr>
                <w:bCs/>
                <w:sz w:val="28"/>
                <w:szCs w:val="28"/>
                <w:lang w:val="kk-KZ"/>
              </w:rPr>
              <w:t>«</w:t>
            </w:r>
            <w:r w:rsidRPr="00E053FC">
              <w:rPr>
                <w:bCs/>
                <w:sz w:val="28"/>
                <w:szCs w:val="28"/>
              </w:rPr>
              <w:t xml:space="preserve">Ә.Сағынов </w:t>
            </w:r>
            <w:r w:rsidRPr="00E053FC">
              <w:rPr>
                <w:bCs/>
                <w:sz w:val="28"/>
                <w:szCs w:val="28"/>
                <w:lang w:val="kk-KZ"/>
              </w:rPr>
              <w:t>атындағы тех универ»өкілдерімен</w:t>
            </w:r>
          </w:p>
        </w:tc>
        <w:tc>
          <w:tcPr>
            <w:tcW w:w="2238" w:type="dxa"/>
          </w:tcPr>
          <w:p w14:paraId="43CD5988" w14:textId="77777777" w:rsidR="004C63D3" w:rsidRPr="00E053FC" w:rsidRDefault="004C63D3" w:rsidP="004C63D3">
            <w:pPr>
              <w:jc w:val="both"/>
              <w:rPr>
                <w:bCs/>
                <w:sz w:val="28"/>
                <w:szCs w:val="28"/>
                <w:lang w:val="kk-KZ"/>
              </w:rPr>
            </w:pPr>
            <w:r w:rsidRPr="00E053FC">
              <w:rPr>
                <w:bCs/>
                <w:sz w:val="28"/>
                <w:szCs w:val="28"/>
                <w:lang w:val="kk-KZ"/>
              </w:rPr>
              <w:t>https://www.instagram.com/p/DYWhhIMqB4A/?vrfl=MXdwaDR1MWwzaGE5</w:t>
            </w:r>
          </w:p>
        </w:tc>
        <w:tc>
          <w:tcPr>
            <w:tcW w:w="1985" w:type="dxa"/>
          </w:tcPr>
          <w:p w14:paraId="37F0818F" w14:textId="77777777" w:rsidR="004C63D3" w:rsidRPr="00E053FC" w:rsidRDefault="004C63D3" w:rsidP="004C63D3">
            <w:pPr>
              <w:jc w:val="both"/>
              <w:rPr>
                <w:bCs/>
                <w:sz w:val="28"/>
                <w:szCs w:val="28"/>
                <w:lang w:val="en-US"/>
              </w:rPr>
            </w:pPr>
            <w:r w:rsidRPr="00E053FC">
              <w:rPr>
                <w:bCs/>
                <w:sz w:val="28"/>
                <w:szCs w:val="28"/>
                <w:lang w:val="kk-KZ"/>
              </w:rPr>
              <w:t>К</w:t>
            </w:r>
            <w:r w:rsidRPr="00E053FC">
              <w:rPr>
                <w:bCs/>
                <w:sz w:val="28"/>
                <w:szCs w:val="28"/>
                <w:lang w:val="en-US"/>
              </w:rPr>
              <w:t>ездесу</w:t>
            </w:r>
          </w:p>
        </w:tc>
        <w:tc>
          <w:tcPr>
            <w:tcW w:w="1417" w:type="dxa"/>
          </w:tcPr>
          <w:p w14:paraId="20A72BE9" w14:textId="77777777" w:rsidR="004C63D3" w:rsidRPr="00E053FC" w:rsidRDefault="004C63D3" w:rsidP="004C63D3">
            <w:pPr>
              <w:jc w:val="both"/>
              <w:rPr>
                <w:bCs/>
                <w:sz w:val="28"/>
                <w:szCs w:val="28"/>
                <w:lang w:val="en-US"/>
              </w:rPr>
            </w:pPr>
            <w:r w:rsidRPr="00E053FC">
              <w:rPr>
                <w:bCs/>
                <w:sz w:val="28"/>
                <w:szCs w:val="28"/>
                <w:lang w:val="en-US"/>
              </w:rPr>
              <w:t>15.05.</w:t>
            </w:r>
            <w:r w:rsidRPr="00E053FC">
              <w:rPr>
                <w:bCs/>
                <w:sz w:val="28"/>
                <w:szCs w:val="28"/>
                <w:lang w:val="kk-KZ"/>
              </w:rPr>
              <w:t>20</w:t>
            </w:r>
            <w:r w:rsidRPr="00E053FC">
              <w:rPr>
                <w:bCs/>
                <w:sz w:val="28"/>
                <w:szCs w:val="28"/>
                <w:lang w:val="en-US"/>
              </w:rPr>
              <w:t>26</w:t>
            </w:r>
          </w:p>
        </w:tc>
        <w:tc>
          <w:tcPr>
            <w:tcW w:w="1384" w:type="dxa"/>
          </w:tcPr>
          <w:p w14:paraId="484C3EC5" w14:textId="77777777" w:rsidR="004C63D3" w:rsidRPr="00E053FC" w:rsidRDefault="004C63D3" w:rsidP="004C63D3">
            <w:pPr>
              <w:jc w:val="both"/>
              <w:rPr>
                <w:bCs/>
                <w:sz w:val="28"/>
                <w:szCs w:val="28"/>
                <w:lang w:val="en-US"/>
              </w:rPr>
            </w:pPr>
            <w:r w:rsidRPr="00E053FC">
              <w:rPr>
                <w:bCs/>
                <w:sz w:val="28"/>
                <w:szCs w:val="28"/>
                <w:lang w:val="en-US"/>
              </w:rPr>
              <w:t>11-сынып</w:t>
            </w:r>
          </w:p>
          <w:p w14:paraId="3010DD17" w14:textId="77777777" w:rsidR="004C63D3" w:rsidRPr="00E053FC" w:rsidRDefault="004C63D3" w:rsidP="004C63D3">
            <w:pPr>
              <w:jc w:val="both"/>
              <w:rPr>
                <w:bCs/>
                <w:sz w:val="28"/>
                <w:szCs w:val="28"/>
                <w:lang w:val="en-US"/>
              </w:rPr>
            </w:pPr>
            <w:r w:rsidRPr="00E053FC">
              <w:rPr>
                <w:bCs/>
                <w:sz w:val="28"/>
                <w:szCs w:val="28"/>
                <w:lang w:val="en-US"/>
              </w:rPr>
              <w:t>46оқушы</w:t>
            </w:r>
          </w:p>
        </w:tc>
      </w:tr>
      <w:tr w:rsidR="004C63D3" w:rsidRPr="00E053FC" w14:paraId="6E8B69A5" w14:textId="77777777" w:rsidTr="004C63D3">
        <w:tc>
          <w:tcPr>
            <w:tcW w:w="522" w:type="dxa"/>
          </w:tcPr>
          <w:p w14:paraId="6C8689AA" w14:textId="77777777" w:rsidR="004C63D3" w:rsidRPr="00E053FC" w:rsidRDefault="004C63D3" w:rsidP="004C63D3">
            <w:pPr>
              <w:jc w:val="both"/>
              <w:rPr>
                <w:bCs/>
                <w:sz w:val="28"/>
                <w:szCs w:val="28"/>
                <w:lang w:val="en-US"/>
              </w:rPr>
            </w:pPr>
            <w:r w:rsidRPr="00E053FC">
              <w:rPr>
                <w:bCs/>
                <w:sz w:val="28"/>
                <w:szCs w:val="28"/>
                <w:lang w:val="en-US"/>
              </w:rPr>
              <w:t>32</w:t>
            </w:r>
          </w:p>
        </w:tc>
        <w:tc>
          <w:tcPr>
            <w:tcW w:w="3619" w:type="dxa"/>
          </w:tcPr>
          <w:p w14:paraId="005C3021" w14:textId="77777777" w:rsidR="004C63D3" w:rsidRPr="00E053FC" w:rsidRDefault="004C63D3" w:rsidP="004C63D3">
            <w:pPr>
              <w:jc w:val="both"/>
              <w:rPr>
                <w:bCs/>
                <w:sz w:val="28"/>
                <w:szCs w:val="28"/>
                <w:lang w:val="kk-KZ"/>
              </w:rPr>
            </w:pPr>
            <w:r w:rsidRPr="00E053FC">
              <w:rPr>
                <w:bCs/>
                <w:sz w:val="28"/>
                <w:szCs w:val="28"/>
                <w:lang w:val="en-US"/>
              </w:rPr>
              <w:t>"Тәттімбет атындағы өнер колледжі" (Ақпарат.кітапх.ісі)</w:t>
            </w:r>
          </w:p>
        </w:tc>
        <w:tc>
          <w:tcPr>
            <w:tcW w:w="2238" w:type="dxa"/>
          </w:tcPr>
          <w:p w14:paraId="6BAF0EB8" w14:textId="77777777" w:rsidR="004C63D3" w:rsidRPr="00E053FC" w:rsidRDefault="004C63D3" w:rsidP="004C63D3">
            <w:pPr>
              <w:jc w:val="both"/>
              <w:rPr>
                <w:bCs/>
                <w:sz w:val="28"/>
                <w:szCs w:val="28"/>
                <w:lang w:val="kk-KZ"/>
              </w:rPr>
            </w:pPr>
            <w:r w:rsidRPr="00E053FC">
              <w:rPr>
                <w:bCs/>
                <w:sz w:val="28"/>
                <w:szCs w:val="28"/>
                <w:lang w:val="kk-KZ"/>
              </w:rPr>
              <w:t>https://www.instagram.com/p/DYrb500KTfW/?obrf=MXI2ZGp2dGF</w:t>
            </w:r>
            <w:r w:rsidRPr="00E053FC">
              <w:rPr>
                <w:bCs/>
                <w:sz w:val="28"/>
                <w:szCs w:val="28"/>
                <w:lang w:val="kk-KZ"/>
              </w:rPr>
              <w:lastRenderedPageBreak/>
              <w:t>zanlrZw==</w:t>
            </w:r>
          </w:p>
        </w:tc>
        <w:tc>
          <w:tcPr>
            <w:tcW w:w="1985" w:type="dxa"/>
          </w:tcPr>
          <w:p w14:paraId="35D4938B" w14:textId="77777777" w:rsidR="004C63D3" w:rsidRPr="00E053FC" w:rsidRDefault="004C63D3" w:rsidP="004C63D3">
            <w:pPr>
              <w:jc w:val="both"/>
              <w:rPr>
                <w:bCs/>
                <w:sz w:val="28"/>
                <w:szCs w:val="28"/>
                <w:lang w:val="kk-KZ"/>
              </w:rPr>
            </w:pPr>
            <w:r w:rsidRPr="00E053FC">
              <w:rPr>
                <w:bCs/>
                <w:sz w:val="28"/>
                <w:szCs w:val="28"/>
                <w:lang w:val="kk-KZ"/>
              </w:rPr>
              <w:lastRenderedPageBreak/>
              <w:t>Мамандармен кездесу</w:t>
            </w:r>
          </w:p>
        </w:tc>
        <w:tc>
          <w:tcPr>
            <w:tcW w:w="1417" w:type="dxa"/>
          </w:tcPr>
          <w:p w14:paraId="372D1689" w14:textId="77777777" w:rsidR="004C63D3" w:rsidRPr="00E053FC" w:rsidRDefault="004C63D3" w:rsidP="004C63D3">
            <w:pPr>
              <w:jc w:val="both"/>
              <w:rPr>
                <w:bCs/>
                <w:sz w:val="28"/>
                <w:szCs w:val="28"/>
                <w:lang w:val="en-US"/>
              </w:rPr>
            </w:pPr>
            <w:r w:rsidRPr="00E053FC">
              <w:rPr>
                <w:bCs/>
                <w:sz w:val="28"/>
                <w:szCs w:val="28"/>
                <w:lang w:val="en-US"/>
              </w:rPr>
              <w:t>23.05.2026</w:t>
            </w:r>
          </w:p>
        </w:tc>
        <w:tc>
          <w:tcPr>
            <w:tcW w:w="1384" w:type="dxa"/>
          </w:tcPr>
          <w:p w14:paraId="57C653D8" w14:textId="77777777" w:rsidR="004C63D3" w:rsidRPr="00E053FC" w:rsidRDefault="004C63D3" w:rsidP="004C63D3">
            <w:pPr>
              <w:jc w:val="both"/>
              <w:rPr>
                <w:bCs/>
                <w:sz w:val="28"/>
                <w:szCs w:val="28"/>
                <w:lang w:val="en-US"/>
              </w:rPr>
            </w:pPr>
            <w:r w:rsidRPr="00E053FC">
              <w:rPr>
                <w:bCs/>
                <w:sz w:val="28"/>
                <w:szCs w:val="28"/>
                <w:lang w:val="en-US"/>
              </w:rPr>
              <w:t>9 «А», «Ә» 28 оқушы</w:t>
            </w:r>
          </w:p>
        </w:tc>
      </w:tr>
      <w:tr w:rsidR="004C63D3" w:rsidRPr="00E053FC" w14:paraId="395F4E84" w14:textId="77777777" w:rsidTr="004C63D3">
        <w:trPr>
          <w:trHeight w:val="1408"/>
        </w:trPr>
        <w:tc>
          <w:tcPr>
            <w:tcW w:w="522" w:type="dxa"/>
          </w:tcPr>
          <w:p w14:paraId="7560D985" w14:textId="77777777" w:rsidR="004C63D3" w:rsidRPr="00E053FC" w:rsidRDefault="004C63D3" w:rsidP="004C63D3">
            <w:pPr>
              <w:jc w:val="both"/>
              <w:rPr>
                <w:bCs/>
                <w:sz w:val="28"/>
                <w:szCs w:val="28"/>
                <w:lang w:val="en-US"/>
              </w:rPr>
            </w:pPr>
            <w:r w:rsidRPr="00E053FC">
              <w:rPr>
                <w:bCs/>
                <w:sz w:val="28"/>
                <w:szCs w:val="28"/>
                <w:lang w:val="en-US"/>
              </w:rPr>
              <w:t>33</w:t>
            </w:r>
          </w:p>
        </w:tc>
        <w:tc>
          <w:tcPr>
            <w:tcW w:w="3619" w:type="dxa"/>
          </w:tcPr>
          <w:p w14:paraId="1F85C9D1" w14:textId="77777777" w:rsidR="004C63D3" w:rsidRPr="00E053FC" w:rsidRDefault="004C63D3" w:rsidP="004C63D3">
            <w:pPr>
              <w:jc w:val="both"/>
              <w:rPr>
                <w:bCs/>
                <w:sz w:val="28"/>
                <w:szCs w:val="28"/>
                <w:lang w:val="kk-KZ"/>
              </w:rPr>
            </w:pPr>
            <w:r w:rsidRPr="00E053FC">
              <w:rPr>
                <w:bCs/>
                <w:sz w:val="28"/>
                <w:szCs w:val="28"/>
                <w:lang w:val="kk-KZ"/>
              </w:rPr>
              <w:t>«</w:t>
            </w:r>
            <w:r w:rsidRPr="00E053FC">
              <w:rPr>
                <w:bCs/>
                <w:sz w:val="28"/>
                <w:szCs w:val="28"/>
                <w:lang w:val="en-US"/>
              </w:rPr>
              <w:t>Білімім Отаныма</w:t>
            </w:r>
            <w:r w:rsidRPr="00E053FC">
              <w:rPr>
                <w:bCs/>
                <w:sz w:val="28"/>
                <w:szCs w:val="28"/>
                <w:lang w:val="kk-KZ"/>
              </w:rPr>
              <w:t>» соңғы қоңырау</w:t>
            </w:r>
          </w:p>
        </w:tc>
        <w:tc>
          <w:tcPr>
            <w:tcW w:w="2238" w:type="dxa"/>
          </w:tcPr>
          <w:p w14:paraId="6A9C0C33" w14:textId="77777777" w:rsidR="004C63D3" w:rsidRPr="00E053FC" w:rsidRDefault="004C63D3" w:rsidP="004C63D3">
            <w:pPr>
              <w:jc w:val="both"/>
              <w:rPr>
                <w:bCs/>
                <w:sz w:val="28"/>
                <w:szCs w:val="28"/>
                <w:lang w:val="kk-KZ"/>
              </w:rPr>
            </w:pPr>
            <w:r w:rsidRPr="00E053FC">
              <w:rPr>
                <w:bCs/>
                <w:sz w:val="28"/>
                <w:szCs w:val="28"/>
                <w:lang w:val="kk-KZ"/>
              </w:rPr>
              <w:t>https://www.instagram.com/reel/DYxKyPKq-SC/?mdxt=cGc4ZmY1Nmtma3Qy</w:t>
            </w:r>
          </w:p>
        </w:tc>
        <w:tc>
          <w:tcPr>
            <w:tcW w:w="1985" w:type="dxa"/>
          </w:tcPr>
          <w:p w14:paraId="7F8CDFFC" w14:textId="77777777" w:rsidR="004C63D3" w:rsidRPr="00E053FC" w:rsidRDefault="004C63D3" w:rsidP="004C63D3">
            <w:pPr>
              <w:jc w:val="both"/>
              <w:rPr>
                <w:bCs/>
                <w:sz w:val="28"/>
                <w:szCs w:val="28"/>
                <w:lang w:val="kk-KZ"/>
              </w:rPr>
            </w:pPr>
            <w:r w:rsidRPr="00E053FC">
              <w:rPr>
                <w:bCs/>
                <w:sz w:val="28"/>
                <w:szCs w:val="28"/>
                <w:lang w:val="en-US"/>
              </w:rPr>
              <w:t>Салтанатты</w:t>
            </w:r>
            <w:r w:rsidRPr="00E053FC">
              <w:rPr>
                <w:bCs/>
                <w:sz w:val="28"/>
                <w:szCs w:val="28"/>
                <w:lang w:val="kk-KZ"/>
              </w:rPr>
              <w:t xml:space="preserve"> жиын</w:t>
            </w:r>
          </w:p>
        </w:tc>
        <w:tc>
          <w:tcPr>
            <w:tcW w:w="1417" w:type="dxa"/>
          </w:tcPr>
          <w:p w14:paraId="5A79B01F" w14:textId="77777777" w:rsidR="004C63D3" w:rsidRPr="00E053FC" w:rsidRDefault="004C63D3" w:rsidP="004C63D3">
            <w:pPr>
              <w:jc w:val="both"/>
              <w:rPr>
                <w:bCs/>
                <w:sz w:val="28"/>
                <w:szCs w:val="28"/>
                <w:lang w:val="en-US"/>
              </w:rPr>
            </w:pPr>
            <w:r w:rsidRPr="00E053FC">
              <w:rPr>
                <w:bCs/>
                <w:sz w:val="28"/>
                <w:szCs w:val="28"/>
                <w:lang w:val="en-US"/>
              </w:rPr>
              <w:t>25.05.2026</w:t>
            </w:r>
          </w:p>
        </w:tc>
        <w:tc>
          <w:tcPr>
            <w:tcW w:w="1384" w:type="dxa"/>
          </w:tcPr>
          <w:p w14:paraId="09666C8F" w14:textId="77777777" w:rsidR="004C63D3" w:rsidRPr="00E053FC" w:rsidRDefault="004C63D3" w:rsidP="004C63D3">
            <w:pPr>
              <w:jc w:val="both"/>
              <w:rPr>
                <w:bCs/>
                <w:sz w:val="28"/>
                <w:szCs w:val="28"/>
                <w:lang w:val="en-US"/>
              </w:rPr>
            </w:pPr>
            <w:r w:rsidRPr="00E053FC">
              <w:rPr>
                <w:bCs/>
                <w:sz w:val="28"/>
                <w:szCs w:val="28"/>
                <w:lang w:val="en-US"/>
              </w:rPr>
              <w:t xml:space="preserve">9-11 </w:t>
            </w:r>
          </w:p>
        </w:tc>
      </w:tr>
    </w:tbl>
    <w:p w14:paraId="1853EA02" w14:textId="77777777" w:rsidR="004C63D3" w:rsidRPr="004C63D3" w:rsidRDefault="004C63D3" w:rsidP="004C63D3">
      <w:pPr>
        <w:jc w:val="both"/>
        <w:rPr>
          <w:b/>
          <w:sz w:val="28"/>
          <w:szCs w:val="28"/>
        </w:rPr>
      </w:pPr>
    </w:p>
    <w:p w14:paraId="66451036" w14:textId="77777777" w:rsidR="004C63D3" w:rsidRPr="004C63D3" w:rsidRDefault="004C63D3" w:rsidP="004C63D3">
      <w:pPr>
        <w:jc w:val="both"/>
        <w:rPr>
          <w:b/>
          <w:sz w:val="28"/>
          <w:szCs w:val="28"/>
        </w:rPr>
      </w:pPr>
      <w:r w:rsidRPr="004C63D3">
        <w:rPr>
          <w:b/>
          <w:sz w:val="28"/>
          <w:szCs w:val="28"/>
        </w:rPr>
        <w:t xml:space="preserve">  9-сынып түлектерінің білім алуды жалғастыруы туралы  мәлімет</w:t>
      </w:r>
    </w:p>
    <w:p w14:paraId="4ADF0541" w14:textId="66061FD8" w:rsidR="004C63D3" w:rsidRPr="004C63D3" w:rsidRDefault="004C63D3" w:rsidP="004C63D3">
      <w:pPr>
        <w:jc w:val="both"/>
        <w:rPr>
          <w:sz w:val="28"/>
          <w:szCs w:val="28"/>
        </w:rPr>
      </w:pPr>
      <w:r w:rsidRPr="004C63D3">
        <w:rPr>
          <w:sz w:val="28"/>
          <w:szCs w:val="28"/>
        </w:rPr>
        <w:t xml:space="preserve">2025–2026 оқу жылында 9-сыныпты барлығы </w:t>
      </w:r>
      <w:r w:rsidRPr="004C63D3">
        <w:rPr>
          <w:b/>
          <w:sz w:val="28"/>
          <w:szCs w:val="28"/>
        </w:rPr>
        <w:t xml:space="preserve">63 </w:t>
      </w:r>
      <w:r w:rsidRPr="004C63D3">
        <w:rPr>
          <w:sz w:val="28"/>
          <w:szCs w:val="28"/>
        </w:rPr>
        <w:t xml:space="preserve">оқушы аяқтады. Түлектердің келешектегі білім алу бағыттары бойынша жүргізілген талдау нәтижесінде </w:t>
      </w:r>
      <w:r w:rsidRPr="004C63D3">
        <w:rPr>
          <w:b/>
          <w:sz w:val="28"/>
          <w:szCs w:val="28"/>
        </w:rPr>
        <w:t>43</w:t>
      </w:r>
      <w:r w:rsidRPr="004C63D3">
        <w:rPr>
          <w:sz w:val="28"/>
          <w:szCs w:val="28"/>
        </w:rPr>
        <w:t xml:space="preserve"> оқушы 10-сыныпта оқуын жалғастыруда, бұл жалпы түлектер санының </w:t>
      </w:r>
      <w:r w:rsidRPr="004C63D3">
        <w:rPr>
          <w:b/>
          <w:sz w:val="28"/>
          <w:szCs w:val="28"/>
        </w:rPr>
        <w:t>68,25%-</w:t>
      </w:r>
      <w:r w:rsidRPr="004C63D3">
        <w:rPr>
          <w:sz w:val="28"/>
          <w:szCs w:val="28"/>
        </w:rPr>
        <w:t xml:space="preserve">ын құрайды.Колледжге оқуға түскен оқушылар саны – </w:t>
      </w:r>
      <w:r w:rsidRPr="004C63D3">
        <w:rPr>
          <w:b/>
          <w:sz w:val="28"/>
          <w:szCs w:val="28"/>
        </w:rPr>
        <w:t>20</w:t>
      </w:r>
      <w:r w:rsidRPr="004C63D3">
        <w:rPr>
          <w:sz w:val="28"/>
          <w:szCs w:val="28"/>
        </w:rPr>
        <w:t xml:space="preserve">, яғни </w:t>
      </w:r>
      <w:r w:rsidRPr="004C63D3">
        <w:rPr>
          <w:b/>
          <w:sz w:val="28"/>
          <w:szCs w:val="28"/>
        </w:rPr>
        <w:t>31,75%.</w:t>
      </w:r>
      <w:r w:rsidRPr="004C63D3">
        <w:rPr>
          <w:sz w:val="28"/>
          <w:szCs w:val="28"/>
        </w:rPr>
        <w:t xml:space="preserve"> Оның ішінде 19 оқушы мемлекеттік білім беру тапсырысы бойынша,1 оқушы ақылы негізде білім алуда. Осылайша, 9-сынып түлектерінің басым бөлігі жалпы орта білім алуды жалғастырып, қалған бөлігі техникалық және кәсіптік білім беру ұйымдарында білім алуда. </w:t>
      </w:r>
    </w:p>
    <w:p w14:paraId="68D97C89" w14:textId="77777777" w:rsidR="004C63D3" w:rsidRPr="004C63D3" w:rsidRDefault="004C63D3" w:rsidP="004C63D3">
      <w:pPr>
        <w:jc w:val="both"/>
        <w:rPr>
          <w:sz w:val="28"/>
          <w:szCs w:val="28"/>
        </w:rPr>
      </w:pPr>
    </w:p>
    <w:p w14:paraId="7A8B7027" w14:textId="05CF3576" w:rsidR="004C63D3" w:rsidRPr="004C63D3" w:rsidRDefault="004C63D3" w:rsidP="004C63D3">
      <w:pPr>
        <w:jc w:val="both"/>
        <w:rPr>
          <w:sz w:val="28"/>
          <w:szCs w:val="28"/>
        </w:rPr>
      </w:pPr>
      <w:r>
        <w:rPr>
          <w:sz w:val="28"/>
          <w:szCs w:val="28"/>
          <w:lang w:val="kk-KZ"/>
        </w:rPr>
        <w:t xml:space="preserve">                    </w:t>
      </w:r>
      <w:r w:rsidRPr="004C63D3">
        <w:rPr>
          <w:noProof/>
          <w:sz w:val="28"/>
          <w:szCs w:val="28"/>
          <w:lang w:eastAsia="ru-RU"/>
        </w:rPr>
        <w:drawing>
          <wp:inline distT="0" distB="0" distL="0" distR="0" wp14:anchorId="6D4ADA58" wp14:editId="584E32FF">
            <wp:extent cx="4257675" cy="2538730"/>
            <wp:effectExtent l="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1">
                      <a:extLst>
                        <a:ext uri="{28A0092B-C50C-407E-A947-70E740481C1C}">
                          <a14:useLocalDpi xmlns:a14="http://schemas.microsoft.com/office/drawing/2010/main" val="0"/>
                        </a:ext>
                      </a:extLst>
                    </a:blip>
                    <a:srcRect l="4433" t="2586" r="4433" b="4926"/>
                    <a:stretch/>
                  </pic:blipFill>
                  <pic:spPr bwMode="auto">
                    <a:xfrm>
                      <a:off x="0" y="0"/>
                      <a:ext cx="4270951" cy="2546646"/>
                    </a:xfrm>
                    <a:prstGeom prst="rect">
                      <a:avLst/>
                    </a:prstGeom>
                    <a:noFill/>
                    <a:ln>
                      <a:noFill/>
                    </a:ln>
                    <a:extLst>
                      <a:ext uri="{53640926-AAD7-44D8-BBD7-CCE9431645EC}">
                        <a14:shadowObscured xmlns:a14="http://schemas.microsoft.com/office/drawing/2010/main"/>
                      </a:ext>
                    </a:extLst>
                  </pic:spPr>
                </pic:pic>
              </a:graphicData>
            </a:graphic>
          </wp:inline>
        </w:drawing>
      </w:r>
    </w:p>
    <w:p w14:paraId="525A86F2" w14:textId="77777777" w:rsidR="004C63D3" w:rsidRPr="004C63D3" w:rsidRDefault="004C63D3" w:rsidP="004C63D3">
      <w:pPr>
        <w:jc w:val="both"/>
        <w:rPr>
          <w:sz w:val="28"/>
          <w:szCs w:val="28"/>
        </w:rPr>
      </w:pPr>
    </w:p>
    <w:p w14:paraId="75F7D8A3" w14:textId="77777777" w:rsidR="004C63D3" w:rsidRPr="004C63D3" w:rsidRDefault="004C63D3" w:rsidP="004C63D3">
      <w:pPr>
        <w:jc w:val="both"/>
        <w:rPr>
          <w:b/>
          <w:sz w:val="28"/>
          <w:szCs w:val="28"/>
        </w:rPr>
      </w:pPr>
      <w:r w:rsidRPr="004C63D3">
        <w:rPr>
          <w:sz w:val="28"/>
          <w:szCs w:val="28"/>
        </w:rPr>
        <w:t xml:space="preserve">    </w:t>
      </w:r>
      <w:r w:rsidRPr="004C63D3">
        <w:rPr>
          <w:b/>
          <w:sz w:val="28"/>
          <w:szCs w:val="28"/>
        </w:rPr>
        <w:t xml:space="preserve"> 11-сынып түлектерінің оқуын жалғастыруы және жұмыспен  </w:t>
      </w:r>
    </w:p>
    <w:p w14:paraId="403EE68B" w14:textId="77777777" w:rsidR="004C63D3" w:rsidRPr="004C63D3" w:rsidRDefault="004C63D3" w:rsidP="004C63D3">
      <w:pPr>
        <w:jc w:val="both"/>
        <w:rPr>
          <w:b/>
          <w:sz w:val="28"/>
          <w:szCs w:val="28"/>
        </w:rPr>
      </w:pPr>
      <w:r w:rsidRPr="004C63D3">
        <w:rPr>
          <w:b/>
          <w:sz w:val="28"/>
          <w:szCs w:val="28"/>
        </w:rPr>
        <w:t xml:space="preserve">                                     қамтылуы туралы мәлімет</w:t>
      </w:r>
    </w:p>
    <w:p w14:paraId="481F29C1" w14:textId="77777777" w:rsidR="004C63D3" w:rsidRPr="004C63D3" w:rsidRDefault="004C63D3" w:rsidP="004C63D3">
      <w:pPr>
        <w:jc w:val="both"/>
        <w:rPr>
          <w:sz w:val="28"/>
          <w:szCs w:val="28"/>
        </w:rPr>
      </w:pPr>
      <w:r w:rsidRPr="004C63D3">
        <w:rPr>
          <w:sz w:val="28"/>
          <w:szCs w:val="28"/>
        </w:rPr>
        <w:t xml:space="preserve">2025–2026 оқу жылында 11-сыныпты барлығы </w:t>
      </w:r>
      <w:r w:rsidRPr="004C63D3">
        <w:rPr>
          <w:b/>
          <w:sz w:val="28"/>
          <w:szCs w:val="28"/>
        </w:rPr>
        <w:t>48</w:t>
      </w:r>
      <w:r w:rsidRPr="004C63D3">
        <w:rPr>
          <w:sz w:val="28"/>
          <w:szCs w:val="28"/>
        </w:rPr>
        <w:t xml:space="preserve"> оқушы аяқтады. Түлектердің білім алуын жалғастыруы және жұмыспен қамтылуы бойынша жүргізілген талдау нәтижесінде төмендегідей көрсеткіштер анықталды.Жоғары оқу орындарына </w:t>
      </w:r>
      <w:r w:rsidRPr="004C63D3">
        <w:rPr>
          <w:b/>
          <w:sz w:val="28"/>
          <w:szCs w:val="28"/>
        </w:rPr>
        <w:t>30</w:t>
      </w:r>
      <w:r w:rsidRPr="004C63D3">
        <w:rPr>
          <w:sz w:val="28"/>
          <w:szCs w:val="28"/>
        </w:rPr>
        <w:t xml:space="preserve"> оқушы түсті, бұл жалпы түлектер санының </w:t>
      </w:r>
      <w:r w:rsidRPr="004C63D3">
        <w:rPr>
          <w:b/>
          <w:sz w:val="28"/>
          <w:szCs w:val="28"/>
        </w:rPr>
        <w:t>62,5%-ын</w:t>
      </w:r>
      <w:r w:rsidRPr="004C63D3">
        <w:rPr>
          <w:sz w:val="28"/>
          <w:szCs w:val="28"/>
        </w:rPr>
        <w:t xml:space="preserve"> құрайды. Оның ішінде Қазақстан Республикасының жоғары оқу орындарына </w:t>
      </w:r>
      <w:r w:rsidRPr="004C63D3">
        <w:rPr>
          <w:b/>
          <w:sz w:val="28"/>
          <w:szCs w:val="28"/>
        </w:rPr>
        <w:t>27 оқушы (56,25%),</w:t>
      </w:r>
      <w:r w:rsidRPr="004C63D3">
        <w:rPr>
          <w:sz w:val="28"/>
          <w:szCs w:val="28"/>
        </w:rPr>
        <w:t xml:space="preserve"> Ресей Федерациясының жоғары оқу орындарына </w:t>
      </w:r>
      <w:r w:rsidRPr="004C63D3">
        <w:rPr>
          <w:b/>
          <w:sz w:val="28"/>
          <w:szCs w:val="28"/>
        </w:rPr>
        <w:t>3 оқушы (6,25%)</w:t>
      </w:r>
      <w:r w:rsidRPr="004C63D3">
        <w:rPr>
          <w:sz w:val="28"/>
          <w:szCs w:val="28"/>
        </w:rPr>
        <w:t xml:space="preserve"> оқуға түскен. Жоғары оқу орындарына түскендердің </w:t>
      </w:r>
      <w:r w:rsidRPr="004C63D3">
        <w:rPr>
          <w:b/>
          <w:sz w:val="28"/>
          <w:szCs w:val="28"/>
        </w:rPr>
        <w:t>16-сы</w:t>
      </w:r>
      <w:r w:rsidRPr="004C63D3">
        <w:rPr>
          <w:sz w:val="28"/>
          <w:szCs w:val="28"/>
        </w:rPr>
        <w:t xml:space="preserve"> мемлекеттік грант иегері болды -</w:t>
      </w:r>
      <w:r w:rsidRPr="004C63D3">
        <w:rPr>
          <w:b/>
          <w:sz w:val="28"/>
          <w:szCs w:val="28"/>
        </w:rPr>
        <w:t>(33,33%)</w:t>
      </w:r>
      <w:r w:rsidRPr="004C63D3">
        <w:rPr>
          <w:sz w:val="28"/>
          <w:szCs w:val="28"/>
        </w:rPr>
        <w:t xml:space="preserve"> Колледждерге</w:t>
      </w:r>
      <w:r w:rsidRPr="004C63D3">
        <w:rPr>
          <w:b/>
          <w:sz w:val="28"/>
          <w:szCs w:val="28"/>
        </w:rPr>
        <w:t xml:space="preserve"> 5</w:t>
      </w:r>
      <w:r w:rsidRPr="004C63D3">
        <w:rPr>
          <w:sz w:val="28"/>
          <w:szCs w:val="28"/>
        </w:rPr>
        <w:t xml:space="preserve"> оқушы түсті </w:t>
      </w:r>
      <w:r w:rsidRPr="004C63D3">
        <w:rPr>
          <w:b/>
          <w:sz w:val="28"/>
          <w:szCs w:val="28"/>
        </w:rPr>
        <w:t>(10,42%),</w:t>
      </w:r>
      <w:r w:rsidRPr="004C63D3">
        <w:rPr>
          <w:sz w:val="28"/>
          <w:szCs w:val="28"/>
        </w:rPr>
        <w:t xml:space="preserve"> оның ішінде 3 оқушы грант негізінде білім алуда </w:t>
      </w:r>
      <w:r w:rsidRPr="004C63D3">
        <w:rPr>
          <w:b/>
          <w:sz w:val="28"/>
          <w:szCs w:val="28"/>
        </w:rPr>
        <w:t xml:space="preserve">(6,25%) </w:t>
      </w:r>
      <w:r w:rsidRPr="004C63D3">
        <w:rPr>
          <w:sz w:val="28"/>
          <w:szCs w:val="28"/>
        </w:rPr>
        <w:t>Сонымен қатар</w:t>
      </w:r>
      <w:r w:rsidRPr="004C63D3">
        <w:rPr>
          <w:b/>
          <w:sz w:val="28"/>
          <w:szCs w:val="28"/>
        </w:rPr>
        <w:t>, 1</w:t>
      </w:r>
      <w:r w:rsidRPr="004C63D3">
        <w:rPr>
          <w:sz w:val="28"/>
          <w:szCs w:val="28"/>
        </w:rPr>
        <w:t xml:space="preserve"> түлек жұмысқа орналасты </w:t>
      </w:r>
      <w:r w:rsidRPr="004C63D3">
        <w:rPr>
          <w:b/>
          <w:sz w:val="28"/>
          <w:szCs w:val="28"/>
        </w:rPr>
        <w:t>(2,08%)</w:t>
      </w:r>
      <w:r w:rsidRPr="004C63D3">
        <w:rPr>
          <w:sz w:val="28"/>
          <w:szCs w:val="28"/>
        </w:rPr>
        <w:t xml:space="preserve">, </w:t>
      </w:r>
      <w:r w:rsidRPr="004C63D3">
        <w:rPr>
          <w:b/>
          <w:sz w:val="28"/>
          <w:szCs w:val="28"/>
        </w:rPr>
        <w:t>1</w:t>
      </w:r>
      <w:r w:rsidRPr="004C63D3">
        <w:rPr>
          <w:sz w:val="28"/>
          <w:szCs w:val="28"/>
        </w:rPr>
        <w:t xml:space="preserve"> түлек әскери қызметке кетті </w:t>
      </w:r>
      <w:r w:rsidRPr="004C63D3">
        <w:rPr>
          <w:b/>
          <w:sz w:val="28"/>
          <w:szCs w:val="28"/>
        </w:rPr>
        <w:t>(2,08%)</w:t>
      </w:r>
      <w:r w:rsidRPr="004C63D3">
        <w:rPr>
          <w:sz w:val="28"/>
          <w:szCs w:val="28"/>
        </w:rPr>
        <w:t xml:space="preserve">.Қорытындылай келе, </w:t>
      </w:r>
      <w:r w:rsidRPr="004C63D3">
        <w:rPr>
          <w:b/>
          <w:sz w:val="28"/>
          <w:szCs w:val="28"/>
        </w:rPr>
        <w:t>11-сыныпты</w:t>
      </w:r>
      <w:r w:rsidRPr="004C63D3">
        <w:rPr>
          <w:sz w:val="28"/>
          <w:szCs w:val="28"/>
        </w:rPr>
        <w:t xml:space="preserve"> аяқтаған </w:t>
      </w:r>
      <w:r w:rsidRPr="004C63D3">
        <w:rPr>
          <w:b/>
          <w:sz w:val="28"/>
          <w:szCs w:val="28"/>
        </w:rPr>
        <w:t>48</w:t>
      </w:r>
      <w:r w:rsidRPr="004C63D3">
        <w:rPr>
          <w:sz w:val="28"/>
          <w:szCs w:val="28"/>
        </w:rPr>
        <w:t xml:space="preserve"> түлектің басым бөлігі жоғары оқу орындары мен колледждерде білім алуды жалғастыруда.</w:t>
      </w:r>
    </w:p>
    <w:p w14:paraId="6E91A0FC" w14:textId="77777777" w:rsidR="004C63D3" w:rsidRPr="004C63D3" w:rsidRDefault="004C63D3" w:rsidP="004C63D3">
      <w:pPr>
        <w:jc w:val="both"/>
        <w:rPr>
          <w:sz w:val="28"/>
          <w:szCs w:val="28"/>
        </w:rPr>
      </w:pPr>
      <w:r w:rsidRPr="004C63D3">
        <w:rPr>
          <w:sz w:val="28"/>
          <w:szCs w:val="28"/>
        </w:rPr>
        <w:t xml:space="preserve">      Түлектердің кәсіби бағдарын айқындау және білім алуға ынталандыру </w:t>
      </w:r>
      <w:r w:rsidRPr="004C63D3">
        <w:rPr>
          <w:sz w:val="28"/>
          <w:szCs w:val="28"/>
        </w:rPr>
        <w:lastRenderedPageBreak/>
        <w:t>бағытындағы жұмыстарды одан әрі жалғастыру қажет. 11-сынып түлектерінің жоғары оқу орындары мен колледждерге түсу көрсеткіштері мен мамандықтар бойынша бөлінісі төмендегідей пайыздық мөлшерде қалыптасты:</w:t>
      </w:r>
    </w:p>
    <w:p w14:paraId="63D9D583" w14:textId="77777777" w:rsidR="004C63D3" w:rsidRPr="004C63D3" w:rsidRDefault="004C63D3" w:rsidP="004C63D3">
      <w:pPr>
        <w:jc w:val="both"/>
        <w:rPr>
          <w:sz w:val="28"/>
          <w:szCs w:val="28"/>
        </w:rPr>
      </w:pPr>
      <w:r w:rsidRPr="004C63D3">
        <w:rPr>
          <w:sz w:val="28"/>
          <w:szCs w:val="28"/>
        </w:rPr>
        <w:t xml:space="preserve"> Жалпы түлектерді қамту көрсеткіштері:</w:t>
      </w:r>
    </w:p>
    <w:p w14:paraId="36E0E712" w14:textId="77777777" w:rsidR="004C63D3" w:rsidRPr="004C63D3" w:rsidRDefault="004C63D3" w:rsidP="004C63D3">
      <w:pPr>
        <w:jc w:val="both"/>
        <w:rPr>
          <w:b/>
          <w:sz w:val="28"/>
          <w:szCs w:val="28"/>
        </w:rPr>
      </w:pPr>
      <w:r w:rsidRPr="004C63D3">
        <w:rPr>
          <w:sz w:val="28"/>
          <w:szCs w:val="28"/>
        </w:rPr>
        <w:t xml:space="preserve"> Жоғары оқу орындарына (ЖОО) түскендер </w:t>
      </w:r>
      <w:r w:rsidRPr="004C63D3">
        <w:rPr>
          <w:b/>
          <w:sz w:val="28"/>
          <w:szCs w:val="28"/>
        </w:rPr>
        <w:t>-83%</w:t>
      </w:r>
    </w:p>
    <w:p w14:paraId="6D0D6744" w14:textId="77777777" w:rsidR="004C63D3" w:rsidRPr="004C63D3" w:rsidRDefault="004C63D3" w:rsidP="004C63D3">
      <w:pPr>
        <w:jc w:val="both"/>
        <w:rPr>
          <w:b/>
          <w:sz w:val="28"/>
          <w:szCs w:val="28"/>
        </w:rPr>
      </w:pPr>
      <w:r w:rsidRPr="004C63D3">
        <w:rPr>
          <w:sz w:val="28"/>
          <w:szCs w:val="28"/>
        </w:rPr>
        <w:t xml:space="preserve"> Колледждерде білім алуды таңдағандар - </w:t>
      </w:r>
      <w:r w:rsidRPr="004C63D3">
        <w:rPr>
          <w:b/>
          <w:sz w:val="28"/>
          <w:szCs w:val="28"/>
        </w:rPr>
        <w:t>7%</w:t>
      </w:r>
    </w:p>
    <w:p w14:paraId="363F91B7" w14:textId="77777777" w:rsidR="004C63D3" w:rsidRPr="004C63D3" w:rsidRDefault="004C63D3" w:rsidP="004C63D3">
      <w:pPr>
        <w:jc w:val="both"/>
        <w:rPr>
          <w:b/>
          <w:sz w:val="28"/>
          <w:szCs w:val="28"/>
        </w:rPr>
      </w:pPr>
      <w:r w:rsidRPr="004C63D3">
        <w:rPr>
          <w:sz w:val="28"/>
          <w:szCs w:val="28"/>
        </w:rPr>
        <w:t xml:space="preserve"> Өзге бағыттар мен жұмысқа орналасқандар -</w:t>
      </w:r>
      <w:r w:rsidRPr="004C63D3">
        <w:rPr>
          <w:b/>
          <w:sz w:val="28"/>
          <w:szCs w:val="28"/>
        </w:rPr>
        <w:t>10%</w:t>
      </w:r>
    </w:p>
    <w:p w14:paraId="3FC5F69E" w14:textId="77777777" w:rsidR="004C63D3" w:rsidRPr="004C63D3" w:rsidRDefault="004C63D3" w:rsidP="004C63D3">
      <w:pPr>
        <w:jc w:val="both"/>
        <w:rPr>
          <w:sz w:val="28"/>
          <w:szCs w:val="28"/>
        </w:rPr>
      </w:pPr>
      <w:r w:rsidRPr="004C63D3">
        <w:rPr>
          <w:sz w:val="28"/>
          <w:szCs w:val="28"/>
        </w:rPr>
        <w:t xml:space="preserve"> Мамандықтар мен салалар бойынша таңдау көрсеткіштері:</w:t>
      </w:r>
    </w:p>
    <w:p w14:paraId="2892DCC6" w14:textId="77777777" w:rsidR="004C63D3" w:rsidRPr="004C63D3" w:rsidRDefault="004C63D3" w:rsidP="004C63D3">
      <w:pPr>
        <w:jc w:val="both"/>
        <w:rPr>
          <w:b/>
          <w:sz w:val="28"/>
          <w:szCs w:val="28"/>
        </w:rPr>
      </w:pPr>
      <w:r w:rsidRPr="004C63D3">
        <w:rPr>
          <w:sz w:val="28"/>
          <w:szCs w:val="28"/>
        </w:rPr>
        <w:t xml:space="preserve">   </w:t>
      </w:r>
      <w:r w:rsidRPr="004C63D3">
        <w:rPr>
          <w:b/>
          <w:sz w:val="28"/>
          <w:szCs w:val="28"/>
        </w:rPr>
        <w:t>Инженерлік-техникалық</w:t>
      </w:r>
      <w:r w:rsidRPr="004C63D3">
        <w:rPr>
          <w:sz w:val="28"/>
          <w:szCs w:val="28"/>
        </w:rPr>
        <w:t xml:space="preserve"> және IT салалары (электроэнергетика, математика және ақпараттық технологиялар, мұнай инженериясы, өнеркәсіптік есеп, энергетика ж.б.) - </w:t>
      </w:r>
      <w:r w:rsidRPr="004C63D3">
        <w:rPr>
          <w:b/>
          <w:sz w:val="28"/>
          <w:szCs w:val="28"/>
        </w:rPr>
        <w:t>32%</w:t>
      </w:r>
    </w:p>
    <w:p w14:paraId="252C5573" w14:textId="77777777" w:rsidR="004C63D3" w:rsidRPr="004C63D3" w:rsidRDefault="004C63D3" w:rsidP="004C63D3">
      <w:pPr>
        <w:jc w:val="both"/>
        <w:rPr>
          <w:b/>
          <w:sz w:val="28"/>
          <w:szCs w:val="28"/>
        </w:rPr>
      </w:pPr>
      <w:r w:rsidRPr="004C63D3">
        <w:rPr>
          <w:sz w:val="28"/>
          <w:szCs w:val="28"/>
        </w:rPr>
        <w:t xml:space="preserve">   </w:t>
      </w:r>
      <w:r w:rsidRPr="004C63D3">
        <w:rPr>
          <w:b/>
          <w:sz w:val="28"/>
          <w:szCs w:val="28"/>
        </w:rPr>
        <w:t>Экономика, бизнес, менеджмент</w:t>
      </w:r>
      <w:r w:rsidRPr="004C63D3">
        <w:rPr>
          <w:sz w:val="28"/>
          <w:szCs w:val="28"/>
        </w:rPr>
        <w:t xml:space="preserve"> және құқық (учет и аудит, маркетинг, юриспруденция) - </w:t>
      </w:r>
      <w:r w:rsidRPr="004C63D3">
        <w:rPr>
          <w:b/>
          <w:sz w:val="28"/>
          <w:szCs w:val="28"/>
        </w:rPr>
        <w:t>20%</w:t>
      </w:r>
    </w:p>
    <w:p w14:paraId="30D6D520" w14:textId="77777777" w:rsidR="004C63D3" w:rsidRPr="004C63D3" w:rsidRDefault="004C63D3" w:rsidP="004C63D3">
      <w:pPr>
        <w:jc w:val="both"/>
        <w:rPr>
          <w:b/>
          <w:sz w:val="28"/>
          <w:szCs w:val="28"/>
        </w:rPr>
      </w:pPr>
      <w:r w:rsidRPr="004C63D3">
        <w:rPr>
          <w:b/>
          <w:sz w:val="28"/>
          <w:szCs w:val="28"/>
        </w:rPr>
        <w:t xml:space="preserve">   Сәулет, дизайн және құрылыс</w:t>
      </w:r>
      <w:r w:rsidRPr="004C63D3">
        <w:rPr>
          <w:sz w:val="28"/>
          <w:szCs w:val="28"/>
        </w:rPr>
        <w:t xml:space="preserve"> -</w:t>
      </w:r>
      <w:r w:rsidRPr="004C63D3">
        <w:rPr>
          <w:b/>
          <w:sz w:val="28"/>
          <w:szCs w:val="28"/>
        </w:rPr>
        <w:t>15%</w:t>
      </w:r>
    </w:p>
    <w:p w14:paraId="3CBAF6E1" w14:textId="77777777" w:rsidR="004C63D3" w:rsidRPr="004C63D3" w:rsidRDefault="004C63D3" w:rsidP="004C63D3">
      <w:pPr>
        <w:jc w:val="both"/>
        <w:rPr>
          <w:b/>
          <w:sz w:val="28"/>
          <w:szCs w:val="28"/>
        </w:rPr>
      </w:pPr>
      <w:r w:rsidRPr="004C63D3">
        <w:rPr>
          <w:sz w:val="28"/>
          <w:szCs w:val="28"/>
        </w:rPr>
        <w:t xml:space="preserve">    </w:t>
      </w:r>
      <w:r w:rsidRPr="004C63D3">
        <w:rPr>
          <w:b/>
          <w:sz w:val="28"/>
          <w:szCs w:val="28"/>
        </w:rPr>
        <w:t>Гуманитарлық және әлеуметтік ғылымдар</w:t>
      </w:r>
      <w:r w:rsidRPr="004C63D3">
        <w:rPr>
          <w:sz w:val="28"/>
          <w:szCs w:val="28"/>
        </w:rPr>
        <w:t xml:space="preserve"> (филология, журналистика, халықаралық қатынастар, мәдени-тынығу жұмысы) -</w:t>
      </w:r>
      <w:r w:rsidRPr="004C63D3">
        <w:rPr>
          <w:b/>
          <w:sz w:val="28"/>
          <w:szCs w:val="28"/>
        </w:rPr>
        <w:t>13%</w:t>
      </w:r>
    </w:p>
    <w:p w14:paraId="6B9DEFCD" w14:textId="77777777" w:rsidR="004C63D3" w:rsidRPr="004C63D3" w:rsidRDefault="004C63D3" w:rsidP="004C63D3">
      <w:pPr>
        <w:jc w:val="both"/>
        <w:rPr>
          <w:b/>
          <w:sz w:val="28"/>
          <w:szCs w:val="28"/>
        </w:rPr>
      </w:pPr>
      <w:r w:rsidRPr="004C63D3">
        <w:rPr>
          <w:b/>
          <w:sz w:val="28"/>
          <w:szCs w:val="28"/>
        </w:rPr>
        <w:t xml:space="preserve">   Жаратылыстану, медицина және биотехнологиялар</w:t>
      </w:r>
      <w:r w:rsidRPr="004C63D3">
        <w:rPr>
          <w:sz w:val="28"/>
          <w:szCs w:val="28"/>
        </w:rPr>
        <w:t xml:space="preserve"> (педиатрия, биомедицина, география, экология, химия)- </w:t>
      </w:r>
      <w:r w:rsidRPr="004C63D3">
        <w:rPr>
          <w:b/>
          <w:sz w:val="28"/>
          <w:szCs w:val="28"/>
        </w:rPr>
        <w:t>10%.</w:t>
      </w:r>
      <w:r w:rsidRPr="004C63D3">
        <w:rPr>
          <w:sz w:val="28"/>
          <w:szCs w:val="28"/>
        </w:rPr>
        <w:t xml:space="preserve"> Өзге де мамандықтар мен колледж бағыттары (</w:t>
      </w:r>
      <w:r w:rsidRPr="004C63D3">
        <w:rPr>
          <w:b/>
          <w:sz w:val="28"/>
          <w:szCs w:val="28"/>
        </w:rPr>
        <w:t>металлургия, дәнекерлеу ісі, электрмен жабдықтау) - 10%</w:t>
      </w:r>
    </w:p>
    <w:p w14:paraId="2505720D" w14:textId="2B63FEBC" w:rsidR="004C63D3" w:rsidRPr="004C63D3" w:rsidRDefault="004C63D3" w:rsidP="004C63D3">
      <w:pPr>
        <w:jc w:val="both"/>
        <w:rPr>
          <w:b/>
          <w:sz w:val="28"/>
          <w:szCs w:val="28"/>
        </w:rPr>
      </w:pPr>
      <w:r>
        <w:rPr>
          <w:b/>
          <w:noProof/>
          <w:sz w:val="28"/>
          <w:szCs w:val="28"/>
          <w:lang w:val="kk-KZ" w:eastAsia="ru-RU"/>
        </w:rPr>
        <w:t xml:space="preserve">             </w:t>
      </w:r>
      <w:r w:rsidRPr="004C63D3">
        <w:rPr>
          <w:b/>
          <w:noProof/>
          <w:sz w:val="28"/>
          <w:szCs w:val="28"/>
          <w:lang w:eastAsia="ru-RU"/>
        </w:rPr>
        <w:drawing>
          <wp:inline distT="0" distB="0" distL="0" distR="0" wp14:anchorId="0F234719" wp14:editId="7CD323B8">
            <wp:extent cx="4905375" cy="2794635"/>
            <wp:effectExtent l="0" t="0" r="9525" b="571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2">
                      <a:extLst>
                        <a:ext uri="{28A0092B-C50C-407E-A947-70E740481C1C}">
                          <a14:useLocalDpi xmlns:a14="http://schemas.microsoft.com/office/drawing/2010/main" val="0"/>
                        </a:ext>
                      </a:extLst>
                    </a:blip>
                    <a:srcRect l="2733" t="1720" r="2790" b="5453"/>
                    <a:stretch/>
                  </pic:blipFill>
                  <pic:spPr bwMode="auto">
                    <a:xfrm>
                      <a:off x="0" y="0"/>
                      <a:ext cx="4924506" cy="2805534"/>
                    </a:xfrm>
                    <a:prstGeom prst="rect">
                      <a:avLst/>
                    </a:prstGeom>
                    <a:noFill/>
                    <a:ln>
                      <a:noFill/>
                    </a:ln>
                    <a:extLst>
                      <a:ext uri="{53640926-AAD7-44D8-BBD7-CCE9431645EC}">
                        <a14:shadowObscured xmlns:a14="http://schemas.microsoft.com/office/drawing/2010/main"/>
                      </a:ext>
                    </a:extLst>
                  </pic:spPr>
                </pic:pic>
              </a:graphicData>
            </a:graphic>
          </wp:inline>
        </w:drawing>
      </w:r>
    </w:p>
    <w:p w14:paraId="5CF529D3" w14:textId="77777777" w:rsidR="004C63D3" w:rsidRPr="004C63D3" w:rsidRDefault="004C63D3" w:rsidP="004C63D3">
      <w:pPr>
        <w:jc w:val="both"/>
        <w:rPr>
          <w:sz w:val="28"/>
          <w:szCs w:val="28"/>
        </w:rPr>
      </w:pPr>
      <w:r w:rsidRPr="004C63D3">
        <w:rPr>
          <w:sz w:val="28"/>
          <w:szCs w:val="28"/>
        </w:rPr>
        <w:t>Қорытындылай келе түлектердің басым бөлігі заманауи сұранысқа ие инженерлік-техникалық, IT, экономика және құрылыс салаларын таңдаған. Бұл көрсеткіштер мектепте жүргізілген кәсіптік бағдар беру жұмыстарының нәтижесі екенін айқын көрсетеді. «Talim.Pro» және «ProfiWay» платформалары арқылы жұмыстың жүйелілігі мен нәтижелілігі артты. Жұмыс алдағы оқу жылында да жалғасын табады.</w:t>
      </w:r>
    </w:p>
    <w:p w14:paraId="445259F8" w14:textId="77777777" w:rsidR="004C63D3" w:rsidRPr="004C63D3" w:rsidRDefault="004C63D3" w:rsidP="004C63D3">
      <w:pPr>
        <w:jc w:val="both"/>
        <w:rPr>
          <w:b/>
          <w:sz w:val="28"/>
          <w:szCs w:val="28"/>
        </w:rPr>
      </w:pPr>
      <w:r w:rsidRPr="004C63D3">
        <w:rPr>
          <w:b/>
          <w:sz w:val="28"/>
          <w:szCs w:val="28"/>
        </w:rPr>
        <w:t>Кәсіби бағдар беру педагогінің  2026-2027 оқу жылына құрылған жоспары негізінде қыркүйек-қазан айларына арналған  анықтама-талдауы</w:t>
      </w:r>
    </w:p>
    <w:p w14:paraId="26526287" w14:textId="77777777" w:rsidR="004C63D3" w:rsidRPr="004C63D3" w:rsidRDefault="004C63D3" w:rsidP="004C63D3">
      <w:pPr>
        <w:jc w:val="both"/>
        <w:rPr>
          <w:sz w:val="28"/>
          <w:szCs w:val="28"/>
        </w:rPr>
      </w:pPr>
      <w:r w:rsidRPr="004C63D3">
        <w:rPr>
          <w:sz w:val="28"/>
          <w:szCs w:val="28"/>
        </w:rPr>
        <w:t>1. Қыркүйек айы – Ұйымдастыру және диагностика кезеңі</w:t>
      </w:r>
    </w:p>
    <w:p w14:paraId="419A89F1" w14:textId="77777777" w:rsidR="004C63D3" w:rsidRPr="004C63D3" w:rsidRDefault="004C63D3" w:rsidP="004C63D3">
      <w:pPr>
        <w:jc w:val="both"/>
        <w:rPr>
          <w:sz w:val="28"/>
          <w:szCs w:val="28"/>
        </w:rPr>
      </w:pPr>
      <w:r w:rsidRPr="004C63D3">
        <w:rPr>
          <w:sz w:val="28"/>
          <w:szCs w:val="28"/>
        </w:rPr>
        <w:t>Жоспарға сәйкес орындалды:</w:t>
      </w:r>
    </w:p>
    <w:p w14:paraId="60AAC588" w14:textId="77777777" w:rsidR="004C63D3" w:rsidRPr="004C63D3" w:rsidRDefault="004C63D3" w:rsidP="004C63D3">
      <w:pPr>
        <w:jc w:val="both"/>
        <w:rPr>
          <w:sz w:val="28"/>
          <w:szCs w:val="28"/>
        </w:rPr>
      </w:pPr>
      <w:r w:rsidRPr="004C63D3">
        <w:rPr>
          <w:sz w:val="28"/>
          <w:szCs w:val="28"/>
        </w:rPr>
        <w:t>- Жылдық жоспар бекітілді, директоры О.С. Ариновпен келісілді;</w:t>
      </w:r>
    </w:p>
    <w:p w14:paraId="1268CA3A" w14:textId="77777777" w:rsidR="004C63D3" w:rsidRPr="004C63D3" w:rsidRDefault="004C63D3" w:rsidP="004C63D3">
      <w:pPr>
        <w:jc w:val="both"/>
        <w:rPr>
          <w:sz w:val="28"/>
          <w:szCs w:val="28"/>
        </w:rPr>
      </w:pPr>
      <w:r w:rsidRPr="004C63D3">
        <w:rPr>
          <w:sz w:val="28"/>
          <w:szCs w:val="28"/>
        </w:rPr>
        <w:t>- 1-10 сынып оқушыларының деректер базасы қалыптастырылды;</w:t>
      </w:r>
    </w:p>
    <w:p w14:paraId="5922C20D" w14:textId="77777777" w:rsidR="004C63D3" w:rsidRPr="004C63D3" w:rsidRDefault="004C63D3" w:rsidP="004C63D3">
      <w:pPr>
        <w:jc w:val="both"/>
        <w:rPr>
          <w:sz w:val="28"/>
          <w:szCs w:val="28"/>
        </w:rPr>
      </w:pPr>
      <w:r w:rsidRPr="004C63D3">
        <w:rPr>
          <w:sz w:val="28"/>
          <w:szCs w:val="28"/>
        </w:rPr>
        <w:t>- 5-10 сыныптарға бастапқы диагностика жүргізілді;</w:t>
      </w:r>
    </w:p>
    <w:p w14:paraId="257B424B" w14:textId="77777777" w:rsidR="004C63D3" w:rsidRPr="004C63D3" w:rsidRDefault="004C63D3" w:rsidP="004C63D3">
      <w:pPr>
        <w:jc w:val="both"/>
        <w:rPr>
          <w:sz w:val="28"/>
          <w:szCs w:val="28"/>
        </w:rPr>
      </w:pPr>
      <w:r w:rsidRPr="004C63D3">
        <w:rPr>
          <w:sz w:val="28"/>
          <w:szCs w:val="28"/>
        </w:rPr>
        <w:t>- /Talim.pro платформасындағы кәсіби бағдар құралдарына тіркелу ұйымдастырылды;</w:t>
      </w:r>
    </w:p>
    <w:p w14:paraId="04AAFB5C" w14:textId="77777777" w:rsidR="004C63D3" w:rsidRPr="004C63D3" w:rsidRDefault="004C63D3" w:rsidP="004C63D3">
      <w:pPr>
        <w:jc w:val="both"/>
        <w:rPr>
          <w:sz w:val="28"/>
          <w:szCs w:val="28"/>
        </w:rPr>
      </w:pPr>
      <w:r w:rsidRPr="004C63D3">
        <w:rPr>
          <w:sz w:val="28"/>
          <w:szCs w:val="28"/>
        </w:rPr>
        <w:lastRenderedPageBreak/>
        <w:t>- Сүйемелдеуді қажет ететін, таңдауы анық емес оқушылар анықталды.</w:t>
      </w:r>
    </w:p>
    <w:p w14:paraId="2E79B02C" w14:textId="77777777" w:rsidR="004C63D3" w:rsidRPr="004C63D3" w:rsidRDefault="004C63D3" w:rsidP="004C63D3">
      <w:pPr>
        <w:jc w:val="both"/>
        <w:rPr>
          <w:sz w:val="28"/>
          <w:szCs w:val="28"/>
        </w:rPr>
      </w:pPr>
      <w:r w:rsidRPr="004C63D3">
        <w:rPr>
          <w:sz w:val="28"/>
          <w:szCs w:val="28"/>
        </w:rPr>
        <w:t>Қамтылған сыныптар: 1-10 сыныптар</w:t>
      </w:r>
    </w:p>
    <w:p w14:paraId="0D6840DC" w14:textId="77777777" w:rsidR="004C63D3" w:rsidRPr="004C63D3" w:rsidRDefault="004C63D3" w:rsidP="004C63D3">
      <w:pPr>
        <w:jc w:val="both"/>
        <w:rPr>
          <w:sz w:val="28"/>
          <w:szCs w:val="28"/>
        </w:rPr>
      </w:pPr>
      <w:r w:rsidRPr="004C63D3">
        <w:rPr>
          <w:sz w:val="28"/>
          <w:szCs w:val="28"/>
        </w:rPr>
        <w:t>Жауаптылар: Кәсіби бағдар педагогі, сынып жетекшілері, психолог</w:t>
      </w:r>
    </w:p>
    <w:p w14:paraId="738CE63A" w14:textId="77777777" w:rsidR="004C63D3" w:rsidRPr="004C63D3" w:rsidRDefault="004C63D3" w:rsidP="004C63D3">
      <w:pPr>
        <w:jc w:val="both"/>
        <w:rPr>
          <w:sz w:val="28"/>
          <w:szCs w:val="28"/>
        </w:rPr>
      </w:pPr>
      <w:r w:rsidRPr="004C63D3">
        <w:rPr>
          <w:sz w:val="28"/>
          <w:szCs w:val="28"/>
        </w:rPr>
        <w:t>Нәтиже: Бастапқы диагностикалық база жасалды, оқушылардың қызығушылықтары мен бейімділіктері бойынша алғашқы мәлімет алынды. Бұл «Адал азамат» құндылықтық блогы және цифрлық модуль шеңберіндегі жұмыстың негізі болды.</w:t>
      </w:r>
    </w:p>
    <w:p w14:paraId="7F6922A5" w14:textId="77777777" w:rsidR="004C63D3" w:rsidRPr="004C63D3" w:rsidRDefault="004C63D3" w:rsidP="004C63D3">
      <w:pPr>
        <w:jc w:val="both"/>
        <w:rPr>
          <w:sz w:val="28"/>
          <w:szCs w:val="28"/>
        </w:rPr>
      </w:pPr>
      <w:r w:rsidRPr="004C63D3">
        <w:rPr>
          <w:sz w:val="28"/>
          <w:szCs w:val="28"/>
        </w:rPr>
        <w:t>2. Қазан айы – Ерте кәсіби бағдар кезеңі</w:t>
      </w:r>
    </w:p>
    <w:p w14:paraId="7F632393" w14:textId="77777777" w:rsidR="004C63D3" w:rsidRPr="004C63D3" w:rsidRDefault="004C63D3" w:rsidP="004C63D3">
      <w:pPr>
        <w:jc w:val="both"/>
        <w:rPr>
          <w:sz w:val="28"/>
          <w:szCs w:val="28"/>
        </w:rPr>
      </w:pPr>
      <w:r w:rsidRPr="004C63D3">
        <w:rPr>
          <w:sz w:val="28"/>
          <w:szCs w:val="28"/>
        </w:rPr>
        <w:t>Жоспарға сәйкес орындалды:</w:t>
      </w:r>
    </w:p>
    <w:p w14:paraId="1958C68D" w14:textId="77777777" w:rsidR="004C63D3" w:rsidRPr="004C63D3" w:rsidRDefault="004C63D3" w:rsidP="004C63D3">
      <w:pPr>
        <w:jc w:val="both"/>
        <w:rPr>
          <w:sz w:val="28"/>
          <w:szCs w:val="28"/>
        </w:rPr>
      </w:pPr>
      <w:r w:rsidRPr="004C63D3">
        <w:rPr>
          <w:sz w:val="28"/>
          <w:szCs w:val="28"/>
        </w:rPr>
        <w:t>- 1-4 сыныптарда «Айналамыздағы мамандықтар» тақырыбында ойын сабақтары өткізілді;</w:t>
      </w:r>
    </w:p>
    <w:p w14:paraId="7DC5C458" w14:textId="77777777" w:rsidR="004C63D3" w:rsidRPr="004C63D3" w:rsidRDefault="004C63D3" w:rsidP="004C63D3">
      <w:pPr>
        <w:jc w:val="both"/>
        <w:rPr>
          <w:sz w:val="28"/>
          <w:szCs w:val="28"/>
        </w:rPr>
      </w:pPr>
      <w:r w:rsidRPr="004C63D3">
        <w:rPr>
          <w:sz w:val="28"/>
          <w:szCs w:val="28"/>
        </w:rPr>
        <w:t>- Мамандықтарды оқу пәндерімен байланыстыру жұмысы жүргізілді (баланың қызығушылығы – қызмет – пән – мамандық);</w:t>
      </w:r>
    </w:p>
    <w:p w14:paraId="270A5BDB" w14:textId="77777777" w:rsidR="004C63D3" w:rsidRPr="004C63D3" w:rsidRDefault="004C63D3" w:rsidP="004C63D3">
      <w:pPr>
        <w:jc w:val="both"/>
        <w:rPr>
          <w:sz w:val="28"/>
          <w:szCs w:val="28"/>
        </w:rPr>
      </w:pPr>
      <w:r w:rsidRPr="004C63D3">
        <w:rPr>
          <w:sz w:val="28"/>
          <w:szCs w:val="28"/>
        </w:rPr>
        <w:t>- 5-7 сыныптарда қызығушылықтармен жұмыс, алғашқы кәсіби сынамалар ұйымдастырылды.</w:t>
      </w:r>
    </w:p>
    <w:p w14:paraId="5372AC03" w14:textId="77777777" w:rsidR="004C63D3" w:rsidRPr="004C63D3" w:rsidRDefault="004C63D3" w:rsidP="004C63D3">
      <w:pPr>
        <w:jc w:val="both"/>
        <w:rPr>
          <w:sz w:val="28"/>
          <w:szCs w:val="28"/>
        </w:rPr>
      </w:pPr>
      <w:r w:rsidRPr="004C63D3">
        <w:rPr>
          <w:sz w:val="28"/>
          <w:szCs w:val="28"/>
        </w:rPr>
        <w:t>Қамтылған сыныптар: 1-7 сыныптар</w:t>
      </w:r>
    </w:p>
    <w:p w14:paraId="713DC58E" w14:textId="77777777" w:rsidR="004C63D3" w:rsidRPr="004C63D3" w:rsidRDefault="004C63D3" w:rsidP="004C63D3">
      <w:pPr>
        <w:jc w:val="both"/>
        <w:rPr>
          <w:sz w:val="28"/>
          <w:szCs w:val="28"/>
        </w:rPr>
      </w:pPr>
      <w:r w:rsidRPr="004C63D3">
        <w:rPr>
          <w:sz w:val="28"/>
          <w:szCs w:val="28"/>
        </w:rPr>
        <w:t>Жауаптылар:Кәсіби бағдар беруші педагогі, бастауыш сынып  жетекшілері, психолог</w:t>
      </w:r>
    </w:p>
    <w:p w14:paraId="3C8DF532" w14:textId="267A6427" w:rsidR="004C63D3" w:rsidRPr="00E053FC" w:rsidRDefault="004C63D3" w:rsidP="00E053FC">
      <w:pPr>
        <w:jc w:val="both"/>
        <w:rPr>
          <w:sz w:val="28"/>
          <w:szCs w:val="28"/>
        </w:rPr>
      </w:pPr>
      <w:r w:rsidRPr="004C63D3">
        <w:rPr>
          <w:sz w:val="28"/>
          <w:szCs w:val="28"/>
        </w:rPr>
        <w:t>Нәтиже: Бастауыш буынды сынып жетекші ерте кәсіби бағдарды ойын, зерттеу</w:t>
      </w:r>
      <w:r w:rsidRPr="004C63D3">
        <w:rPr>
          <w:b/>
          <w:sz w:val="28"/>
          <w:szCs w:val="28"/>
        </w:rPr>
        <w:t xml:space="preserve">, </w:t>
      </w:r>
      <w:r w:rsidRPr="004C63D3">
        <w:rPr>
          <w:sz w:val="28"/>
          <w:szCs w:val="28"/>
        </w:rPr>
        <w:t>шығармашылық тапсырмалар арқылы жүзеге асырды. Оқушылардың еңбекке деген құрметі, мамандықтар әлемі туралы түсінігі кеңейді.</w:t>
      </w:r>
    </w:p>
    <w:p w14:paraId="63D5C063" w14:textId="77777777" w:rsidR="00E2396C" w:rsidRDefault="00E2396C" w:rsidP="00E7788A">
      <w:pPr>
        <w:pStyle w:val="TableParagraph"/>
        <w:rPr>
          <w:b/>
          <w:sz w:val="28"/>
          <w:szCs w:val="28"/>
          <w:lang w:val="kk-KZ" w:eastAsia="ru-RU"/>
        </w:rPr>
      </w:pPr>
    </w:p>
    <w:p w14:paraId="56D52853" w14:textId="4915C93B" w:rsidR="00E7788A" w:rsidRPr="00E7788A" w:rsidRDefault="004D72D9" w:rsidP="00E7788A">
      <w:pPr>
        <w:pStyle w:val="TableParagraph"/>
        <w:rPr>
          <w:b/>
          <w:sz w:val="28"/>
          <w:szCs w:val="28"/>
          <w:lang w:val="kk-KZ" w:eastAsia="ru-RU"/>
        </w:rPr>
      </w:pPr>
      <w:r>
        <w:rPr>
          <w:b/>
          <w:sz w:val="28"/>
          <w:szCs w:val="28"/>
          <w:lang w:val="kk-KZ" w:eastAsia="ru-RU"/>
        </w:rPr>
        <w:t xml:space="preserve">4. ҮОЖ сәйкес элективті курстар мен факультативтік сабақтарды қоса алғанда, вариативтік компонентті енгізу. </w:t>
      </w:r>
    </w:p>
    <w:p w14:paraId="004B237D" w14:textId="77777777" w:rsidR="00E7788A" w:rsidRPr="00E7788A" w:rsidRDefault="00E7788A" w:rsidP="004D72D9">
      <w:pPr>
        <w:pStyle w:val="TableParagraph"/>
        <w:jc w:val="both"/>
        <w:rPr>
          <w:sz w:val="28"/>
          <w:szCs w:val="28"/>
          <w:lang w:val="kk-KZ" w:eastAsia="ru-RU"/>
        </w:rPr>
      </w:pPr>
      <w:r w:rsidRPr="00E7788A">
        <w:rPr>
          <w:sz w:val="28"/>
          <w:szCs w:val="28"/>
          <w:lang w:val="kk-KZ" w:eastAsia="ru-RU"/>
        </w:rPr>
        <w:t>2024–2025 оқу жылы</w:t>
      </w:r>
    </w:p>
    <w:p w14:paraId="5D9D1819" w14:textId="77777777" w:rsidR="00E7788A" w:rsidRPr="00E7788A" w:rsidRDefault="00E7788A" w:rsidP="004D72D9">
      <w:pPr>
        <w:pStyle w:val="TableParagraph"/>
        <w:jc w:val="both"/>
        <w:rPr>
          <w:sz w:val="28"/>
          <w:szCs w:val="28"/>
          <w:lang w:val="kk-KZ" w:eastAsia="ru-RU"/>
        </w:rPr>
      </w:pPr>
      <w:r w:rsidRPr="00E7788A">
        <w:rPr>
          <w:sz w:val="28"/>
          <w:szCs w:val="28"/>
          <w:lang w:val="kk-KZ" w:eastAsia="ru-RU"/>
        </w:rPr>
        <w:t>Бастауыш сыныптар: «Шахмат негіздері», «Ұлттық қазына», «Жас зерттеуші», «Жас оқырман», «Мен – өлкетанушымын», «Сингапурлық математика», «Театралды ойын».</w:t>
      </w:r>
    </w:p>
    <w:p w14:paraId="6EB25EEE" w14:textId="77777777" w:rsidR="00E7788A" w:rsidRPr="00E7788A" w:rsidRDefault="00E7788A" w:rsidP="004D72D9">
      <w:pPr>
        <w:pStyle w:val="TableParagraph"/>
        <w:jc w:val="both"/>
        <w:rPr>
          <w:sz w:val="28"/>
          <w:szCs w:val="28"/>
          <w:lang w:val="kk-KZ" w:eastAsia="ru-RU"/>
        </w:rPr>
      </w:pPr>
      <w:r w:rsidRPr="00E7788A">
        <w:rPr>
          <w:sz w:val="28"/>
          <w:szCs w:val="28"/>
          <w:lang w:val="kk-KZ" w:eastAsia="ru-RU"/>
        </w:rPr>
        <w:t xml:space="preserve">5–9-сыныптар: «Алтын қалам», «Руханият», «Сөз шебері», «Геометрияның дамыту есептері», «Экологиялық этика», «Робототехника», «Фитодизайн», «Focus on English language», «Travels and sights», «Туған өлкенің табиғи және мәдени мұрасы», «Геометрия өмірде», «Environmental problems and solutions», «Тіл дамыту және сөйлеу мәдениеті», «Ұшқыр ой алаңы», «Әр күнге пайыздық есептеулер». </w:t>
      </w:r>
    </w:p>
    <w:p w14:paraId="713F92F7" w14:textId="77777777" w:rsidR="00E7788A" w:rsidRPr="00E7788A" w:rsidRDefault="00E7788A" w:rsidP="004D72D9">
      <w:pPr>
        <w:pStyle w:val="TableParagraph"/>
        <w:jc w:val="both"/>
        <w:rPr>
          <w:sz w:val="28"/>
          <w:szCs w:val="28"/>
          <w:lang w:val="kk-KZ" w:eastAsia="ru-RU"/>
        </w:rPr>
      </w:pPr>
      <w:r w:rsidRPr="00E7788A">
        <w:rPr>
          <w:sz w:val="28"/>
          <w:szCs w:val="28"/>
          <w:lang w:val="kk-KZ" w:eastAsia="ru-RU"/>
        </w:rPr>
        <w:t>2025–2026 оқу жылы</w:t>
      </w:r>
    </w:p>
    <w:p w14:paraId="2EF61102" w14:textId="77777777" w:rsidR="00E7788A" w:rsidRPr="00E7788A" w:rsidRDefault="00E7788A" w:rsidP="004D72D9">
      <w:pPr>
        <w:pStyle w:val="TableParagraph"/>
        <w:jc w:val="both"/>
        <w:rPr>
          <w:sz w:val="28"/>
          <w:szCs w:val="28"/>
          <w:lang w:val="kk-KZ" w:eastAsia="ru-RU"/>
        </w:rPr>
      </w:pPr>
      <w:r w:rsidRPr="00E7788A">
        <w:rPr>
          <w:sz w:val="28"/>
          <w:szCs w:val="28"/>
          <w:lang w:val="kk-KZ" w:eastAsia="ru-RU"/>
        </w:rPr>
        <w:t>Бастауыш сыныптар: «Шахмат негіздері», «Ұлттық қазына», «Жас зерттеуші», «Жас оқырман», «Мен – өлкетанушымын», «Сингапурлық математика», «Театралды ойын».</w:t>
      </w:r>
    </w:p>
    <w:p w14:paraId="30F73632" w14:textId="77777777" w:rsidR="00E7788A" w:rsidRPr="00E7788A" w:rsidRDefault="00E7788A" w:rsidP="004D72D9">
      <w:pPr>
        <w:pStyle w:val="TableParagraph"/>
        <w:jc w:val="both"/>
        <w:rPr>
          <w:sz w:val="28"/>
          <w:szCs w:val="28"/>
          <w:lang w:val="kk-KZ" w:eastAsia="ru-RU"/>
        </w:rPr>
      </w:pPr>
      <w:r w:rsidRPr="00E7788A">
        <w:rPr>
          <w:sz w:val="28"/>
          <w:szCs w:val="28"/>
          <w:lang w:val="kk-KZ" w:eastAsia="ru-RU"/>
        </w:rPr>
        <w:t xml:space="preserve">5–9-сыныптар: «Бұқартану», «Руханият», «Ұлттық құндылықтар – ел қазынасы», «Сөз шебері», «Discovering English Together», «Scratch-та ұлттық құндылықтар әлемі», «Ғажайып ғылым әлемі», «Экологиялық этика», «Дебат өнері», «Тіл дамыту және сөйлеу мәдениеті», «Ұшқыр ой алаңы», «Daily Routine and Time Management», «Мамандық таңдау – болашаққа қадам». </w:t>
      </w:r>
    </w:p>
    <w:p w14:paraId="33141195" w14:textId="77777777" w:rsidR="00E7788A" w:rsidRPr="00E7788A" w:rsidRDefault="00E7788A" w:rsidP="004D72D9">
      <w:pPr>
        <w:pStyle w:val="TableParagraph"/>
        <w:jc w:val="both"/>
        <w:rPr>
          <w:sz w:val="28"/>
          <w:szCs w:val="28"/>
          <w:lang w:val="kk-KZ" w:eastAsia="ru-RU"/>
        </w:rPr>
      </w:pPr>
      <w:r w:rsidRPr="00E7788A">
        <w:rPr>
          <w:sz w:val="28"/>
          <w:szCs w:val="28"/>
          <w:lang w:val="kk-KZ" w:eastAsia="ru-RU"/>
        </w:rPr>
        <w:t>2026–2027 оқу жылы</w:t>
      </w:r>
    </w:p>
    <w:p w14:paraId="23F355F3" w14:textId="77777777" w:rsidR="00E7788A" w:rsidRPr="00E7788A" w:rsidRDefault="00E7788A" w:rsidP="004D72D9">
      <w:pPr>
        <w:pStyle w:val="TableParagraph"/>
        <w:jc w:val="both"/>
        <w:rPr>
          <w:sz w:val="28"/>
          <w:szCs w:val="28"/>
          <w:lang w:val="kk-KZ" w:eastAsia="ru-RU"/>
        </w:rPr>
      </w:pPr>
      <w:r w:rsidRPr="00E7788A">
        <w:rPr>
          <w:sz w:val="28"/>
          <w:szCs w:val="28"/>
          <w:lang w:val="kk-KZ" w:eastAsia="ru-RU"/>
        </w:rPr>
        <w:t>Бастауыш сыныптар: «Шахмат негіздері», «Мен – өлкетанушымын», «Ұлттық қазына», «Жас зерттеуші», «Жас оқырман», «Сингапурлық математика», «Театралды ойын».</w:t>
      </w:r>
    </w:p>
    <w:p w14:paraId="4935166E" w14:textId="77777777" w:rsidR="00E7788A" w:rsidRPr="00E7788A" w:rsidRDefault="00E7788A" w:rsidP="004D72D9">
      <w:pPr>
        <w:pStyle w:val="TableParagraph"/>
        <w:jc w:val="both"/>
        <w:rPr>
          <w:sz w:val="28"/>
          <w:szCs w:val="28"/>
          <w:lang w:val="kk-KZ" w:eastAsia="ru-RU"/>
        </w:rPr>
      </w:pPr>
      <w:r w:rsidRPr="00E7788A">
        <w:rPr>
          <w:sz w:val="28"/>
          <w:szCs w:val="28"/>
          <w:lang w:val="kk-KZ" w:eastAsia="ru-RU"/>
        </w:rPr>
        <w:t xml:space="preserve">5–9-сыныптар: «Бұқартану», «Сөз шебері», «Руханият», «Сөз өнері – ұлт мұрасы», «Discovering English Together», «Scratch-та ұлттық құндылықтар әлемі», «Эко-әлем», </w:t>
      </w:r>
      <w:r w:rsidRPr="00E7788A">
        <w:rPr>
          <w:sz w:val="28"/>
          <w:szCs w:val="28"/>
          <w:lang w:val="kk-KZ" w:eastAsia="ru-RU"/>
        </w:rPr>
        <w:lastRenderedPageBreak/>
        <w:t>«Дебат өнері», «Тіл дамыту және сөйлеу мәдениеті», «Экологиялық этика», «Developing Communication and Critical Thinking Skills», «Ұшқыр ой алаңы», «Мамандық таңдау – болашаққа қадам»</w:t>
      </w:r>
    </w:p>
    <w:p w14:paraId="144F3EB4" w14:textId="77777777" w:rsidR="000E40D1" w:rsidRPr="000E40D1" w:rsidRDefault="000E40D1" w:rsidP="000E40D1">
      <w:pPr>
        <w:pStyle w:val="TableParagraph"/>
        <w:jc w:val="both"/>
        <w:rPr>
          <w:sz w:val="28"/>
          <w:szCs w:val="28"/>
          <w:lang w:val="kk-KZ" w:eastAsia="ru-RU"/>
        </w:rPr>
      </w:pPr>
      <w:r w:rsidRPr="000E40D1">
        <w:rPr>
          <w:sz w:val="28"/>
          <w:szCs w:val="28"/>
          <w:lang w:val="kk-KZ" w:eastAsia="ru-RU"/>
        </w:rPr>
        <w:t>Вариативті компонент сағаттары төмендегідей бөлінген:</w:t>
      </w:r>
    </w:p>
    <w:p w14:paraId="3F253112" w14:textId="77777777" w:rsidR="000E40D1" w:rsidRPr="000E40D1" w:rsidRDefault="000E40D1" w:rsidP="000E40D1">
      <w:pPr>
        <w:pStyle w:val="TableParagraph"/>
        <w:jc w:val="both"/>
        <w:rPr>
          <w:sz w:val="28"/>
          <w:szCs w:val="28"/>
          <w:lang w:val="kk-KZ" w:eastAsia="ru-RU"/>
        </w:rPr>
      </w:pPr>
      <w:r w:rsidRPr="000E40D1">
        <w:rPr>
          <w:sz w:val="28"/>
          <w:szCs w:val="28"/>
          <w:lang w:val="kk-KZ" w:eastAsia="ru-RU"/>
        </w:rPr>
        <w:t>1 - сыныптарда  аптасына 1 сағат  оқушылардың математикалық ойлау қабілетін дамыту, логикалық, сыни тұрғыдан ойлауға үйрету, күрделі ұғымдарды қарапайым тәсілмен түсіндіру арқылы пәнге қызығушылығын арттыру мақсатында «Сингапурлық математика» курсы оқытылады.</w:t>
      </w:r>
    </w:p>
    <w:p w14:paraId="10D8436D" w14:textId="77777777" w:rsidR="000E40D1" w:rsidRPr="000E40D1" w:rsidRDefault="000E40D1" w:rsidP="000E40D1">
      <w:pPr>
        <w:pStyle w:val="TableParagraph"/>
        <w:jc w:val="both"/>
        <w:rPr>
          <w:sz w:val="28"/>
          <w:szCs w:val="28"/>
          <w:lang w:val="kk-KZ" w:eastAsia="ru-RU"/>
        </w:rPr>
      </w:pPr>
      <w:r w:rsidRPr="000E40D1">
        <w:rPr>
          <w:sz w:val="28"/>
          <w:szCs w:val="28"/>
          <w:lang w:val="kk-KZ" w:eastAsia="ru-RU"/>
        </w:rPr>
        <w:t xml:space="preserve">          1 «Ә», «В»   сыныпта аптасына 1 сағат оқушыларды шахмат ойынының негізгі ережелерімен, фигуралардың жүрісімен таныстыра отырып, логикалық ойлау, есте сақтау, зейін қою және шешім қабылдау дағдыларын дамыту мақсатында  «Шахмат негіздері» курсы оқытылады. </w:t>
      </w:r>
    </w:p>
    <w:p w14:paraId="539F75CD" w14:textId="53F3E029" w:rsidR="000E40D1" w:rsidRPr="000E40D1" w:rsidRDefault="000E40D1" w:rsidP="000E40D1">
      <w:pPr>
        <w:pStyle w:val="TableParagraph"/>
        <w:jc w:val="both"/>
        <w:rPr>
          <w:sz w:val="28"/>
          <w:szCs w:val="28"/>
          <w:lang w:val="kk-KZ" w:eastAsia="ru-RU"/>
        </w:rPr>
      </w:pPr>
      <w:r w:rsidRPr="000E40D1">
        <w:rPr>
          <w:sz w:val="28"/>
          <w:szCs w:val="28"/>
          <w:lang w:val="kk-KZ" w:eastAsia="ru-RU"/>
        </w:rPr>
        <w:t xml:space="preserve"> </w:t>
      </w:r>
      <w:r w:rsidR="00250CF0">
        <w:rPr>
          <w:sz w:val="28"/>
          <w:szCs w:val="28"/>
          <w:lang w:val="kk-KZ" w:eastAsia="ru-RU"/>
        </w:rPr>
        <w:t xml:space="preserve">        </w:t>
      </w:r>
      <w:r w:rsidRPr="000E40D1">
        <w:rPr>
          <w:sz w:val="28"/>
          <w:szCs w:val="28"/>
          <w:lang w:val="kk-KZ" w:eastAsia="ru-RU"/>
        </w:rPr>
        <w:t xml:space="preserve"> 2-сыныпта аптасына 1 сағат оқушылардың көпқадамды есептерді шешу, математикалық модельдер құру, нақты өмірмен байланысты тапсырмаларды орындау арқылы функционалдық сауаттылықты қалыптастыру мақсатында «Сингапурлық математика» курсы оқытылады. </w:t>
      </w:r>
    </w:p>
    <w:p w14:paraId="27772512" w14:textId="77777777" w:rsidR="000E40D1" w:rsidRPr="000E40D1" w:rsidRDefault="000E40D1" w:rsidP="000E40D1">
      <w:pPr>
        <w:pStyle w:val="TableParagraph"/>
        <w:jc w:val="both"/>
        <w:rPr>
          <w:sz w:val="28"/>
          <w:szCs w:val="28"/>
          <w:lang w:val="kk-KZ" w:eastAsia="ru-RU"/>
        </w:rPr>
      </w:pPr>
      <w:r w:rsidRPr="000E40D1">
        <w:rPr>
          <w:sz w:val="28"/>
          <w:szCs w:val="28"/>
          <w:lang w:val="kk-KZ" w:eastAsia="ru-RU"/>
        </w:rPr>
        <w:t xml:space="preserve">          2-сыныпта аптасына 1 сағат Оқушыларға қазақ халқының ұлттық құндылықтары, салт-дәстүрлері, әдет-ғұрыптары, ұлттық тағамдары мен ойындары туралы түсінік беру мақсатында «Ұлттық қазына» курсы оқытылады.</w:t>
      </w:r>
    </w:p>
    <w:p w14:paraId="20D5F716" w14:textId="77777777" w:rsidR="000E40D1" w:rsidRPr="000E40D1" w:rsidRDefault="000E40D1" w:rsidP="000E40D1">
      <w:pPr>
        <w:pStyle w:val="TableParagraph"/>
        <w:jc w:val="both"/>
        <w:rPr>
          <w:sz w:val="28"/>
          <w:szCs w:val="28"/>
          <w:lang w:val="kk-KZ" w:eastAsia="ru-RU"/>
        </w:rPr>
      </w:pPr>
      <w:r w:rsidRPr="000E40D1">
        <w:rPr>
          <w:sz w:val="28"/>
          <w:szCs w:val="28"/>
          <w:lang w:val="kk-KZ" w:eastAsia="ru-RU"/>
        </w:rPr>
        <w:t xml:space="preserve">          2 «А», «Ә» сыныпта аптасына 1 сағат Оқушыларды шахмат ойынының негізгі ережелерімен, фигуралардың жүрісімен таныстыра отырып, логикалық ойлау, есте сақтау, зейін қою және шешім қабылдау дағдыларын дамыту мақсатында  «Шахмат негіздері» курсы оқытылады.</w:t>
      </w:r>
    </w:p>
    <w:p w14:paraId="4B74CEC6" w14:textId="77777777" w:rsidR="000E40D1" w:rsidRPr="000E40D1" w:rsidRDefault="000E40D1" w:rsidP="000E40D1">
      <w:pPr>
        <w:pStyle w:val="TableParagraph"/>
        <w:jc w:val="both"/>
        <w:rPr>
          <w:sz w:val="28"/>
          <w:szCs w:val="28"/>
          <w:lang w:val="kk-KZ" w:eastAsia="ru-RU"/>
        </w:rPr>
      </w:pPr>
      <w:r w:rsidRPr="000E40D1">
        <w:rPr>
          <w:sz w:val="28"/>
          <w:szCs w:val="28"/>
          <w:lang w:val="kk-KZ" w:eastAsia="ru-RU"/>
        </w:rPr>
        <w:t xml:space="preserve">          3-сыныпта аптасына 1 сағат   Оқушылардың материалды нақты әрі жүйелі түрде меңгеріп, есептерді бірнеше тәсілмен шешуге үйрету. Сандық операцияларды дұрыс орындау, сандар арасындағы байланыстарды түсіну және математикалық ұғымдарды өмірмен байланыстыра білу қабілетін қалыптастыру мақсатында «Сингапурлық математика» курсы оқытылады.</w:t>
      </w:r>
    </w:p>
    <w:p w14:paraId="5B2D5C38" w14:textId="77777777" w:rsidR="000E40D1" w:rsidRPr="000E40D1" w:rsidRDefault="000E40D1" w:rsidP="000E40D1">
      <w:pPr>
        <w:pStyle w:val="TableParagraph"/>
        <w:jc w:val="both"/>
        <w:rPr>
          <w:sz w:val="28"/>
          <w:szCs w:val="28"/>
          <w:lang w:val="kk-KZ" w:eastAsia="ru-RU"/>
        </w:rPr>
      </w:pPr>
      <w:r w:rsidRPr="000E40D1">
        <w:rPr>
          <w:sz w:val="28"/>
          <w:szCs w:val="28"/>
          <w:lang w:val="kk-KZ" w:eastAsia="ru-RU"/>
        </w:rPr>
        <w:t xml:space="preserve">          4-сыныпта аптасына 1 сағат   Оқушылардың  логикалық ойлау қабілетін дамыту, математикалық түсініктерді терең әрі жүйелі меңгеру және мәселені шешу дағдыларын қалыптастырып, әртүрлі есептерді дұрыс талдап, шығармашылық тәсілмен шешуге үйрету мақсатында «Сингапурлық математика» курсы оқытылады. </w:t>
      </w:r>
    </w:p>
    <w:p w14:paraId="7637A576" w14:textId="77777777" w:rsidR="000E40D1" w:rsidRPr="000E40D1" w:rsidRDefault="000E40D1" w:rsidP="000E40D1">
      <w:pPr>
        <w:pStyle w:val="TableParagraph"/>
        <w:jc w:val="both"/>
        <w:rPr>
          <w:sz w:val="28"/>
          <w:szCs w:val="28"/>
          <w:lang w:val="kk-KZ" w:eastAsia="ru-RU"/>
        </w:rPr>
      </w:pPr>
      <w:r w:rsidRPr="000E40D1">
        <w:rPr>
          <w:sz w:val="28"/>
          <w:szCs w:val="28"/>
          <w:lang w:val="kk-KZ" w:eastAsia="ru-RU"/>
        </w:rPr>
        <w:t xml:space="preserve">          Гимназиялық компонент сағаттары төмендегідей бөлінген:</w:t>
      </w:r>
    </w:p>
    <w:p w14:paraId="4FD386E5" w14:textId="77777777" w:rsidR="000E40D1" w:rsidRPr="000E40D1" w:rsidRDefault="000E40D1" w:rsidP="000E40D1">
      <w:pPr>
        <w:pStyle w:val="TableParagraph"/>
        <w:jc w:val="both"/>
        <w:rPr>
          <w:sz w:val="28"/>
          <w:szCs w:val="28"/>
          <w:lang w:val="kk-KZ" w:eastAsia="ru-RU"/>
        </w:rPr>
      </w:pPr>
      <w:r w:rsidRPr="000E40D1">
        <w:rPr>
          <w:sz w:val="28"/>
          <w:szCs w:val="28"/>
          <w:lang w:val="kk-KZ" w:eastAsia="ru-RU"/>
        </w:rPr>
        <w:t>1 «А», 1 «Ә» сыныптарында  1 сағаттан «Ұлттық қазына»:Оқушыларды халқымыздың салт-дәстүрімен, әдет-ғұрпымен және материалдық-рухани мұрасымен таныстыру арқылы ұлттық сана-сезімі мен патриоттық сезімін қалыптастыру.  «Жас зерттеуші»: Балалардың зерттеушілік дағдылары мен логикалық ойлауын дамыту, қоршаған ортаны бақылау, қарапайым тәжірибелер жасау және жобалық жұмыс істеуге баулу. «Жас оқырман»: Оқушылардың кітап оқуға деген қызығушылығын арттыру, көркем әдебиетті түсініп оқу, сөздік қорын байыту және сыни ойлау қабілетін жетілдіру. «Мен – өлкетанушы»: Туған өлкенің тарихы, табиғаты мен мәдениетін зерттеу арқылы оқушылардың туған жерге деген сүйіспеншілігін, танымдық белсенділігі мен туған өлкесін мақтан ету сезімін дамыту. «Театрлық ойын»: Оқушылардың актерлік шеберлігін, сахналық мәдениетін, дикциясы мен шығармашылық қиялын сахналық қойылымдар мен ролдік ойындар арқылы шыңдау.</w:t>
      </w:r>
    </w:p>
    <w:p w14:paraId="00EACFBE" w14:textId="77777777" w:rsidR="000E40D1" w:rsidRPr="000E40D1" w:rsidRDefault="000E40D1" w:rsidP="000E40D1">
      <w:pPr>
        <w:pStyle w:val="TableParagraph"/>
        <w:jc w:val="both"/>
        <w:rPr>
          <w:sz w:val="28"/>
          <w:szCs w:val="28"/>
          <w:lang w:val="kk-KZ" w:eastAsia="ru-RU"/>
        </w:rPr>
      </w:pPr>
      <w:r w:rsidRPr="000E40D1">
        <w:rPr>
          <w:sz w:val="28"/>
          <w:szCs w:val="28"/>
          <w:lang w:val="kk-KZ" w:eastAsia="ru-RU"/>
        </w:rPr>
        <w:t xml:space="preserve">2-сыныпта  аптасына 1 сағаттан: «Ұлттық қазына»:Қазақ халқының тұрмыстық </w:t>
      </w:r>
      <w:r w:rsidRPr="000E40D1">
        <w:rPr>
          <w:sz w:val="28"/>
          <w:szCs w:val="28"/>
          <w:lang w:val="kk-KZ" w:eastAsia="ru-RU"/>
        </w:rPr>
        <w:lastRenderedPageBreak/>
        <w:t>бұйымдары, ұлттық ойындары мен ауыз әдебиеті үлгілері арқылы оқушылардың ұлттық дүниетанымын кеңейту және құндылықтарды дамыту.</w:t>
      </w:r>
    </w:p>
    <w:p w14:paraId="4B30699D" w14:textId="77777777" w:rsidR="000E40D1" w:rsidRPr="000E40D1" w:rsidRDefault="000E40D1" w:rsidP="000E40D1">
      <w:pPr>
        <w:pStyle w:val="TableParagraph"/>
        <w:jc w:val="both"/>
        <w:rPr>
          <w:sz w:val="28"/>
          <w:szCs w:val="28"/>
          <w:lang w:val="kk-KZ" w:eastAsia="ru-RU"/>
        </w:rPr>
      </w:pPr>
      <w:r w:rsidRPr="000E40D1">
        <w:rPr>
          <w:sz w:val="28"/>
          <w:szCs w:val="28"/>
          <w:lang w:val="kk-KZ" w:eastAsia="ru-RU"/>
        </w:rPr>
        <w:t>«Жас зерттеуші»:Табиғат құбылыстарын бақылау, қарапайым бақылау карталарын толтыру және тәжірибелер жүргізу арқылы оқушылардың танымдық белсенділігі мен ізденімпаздығын арттыру. «Жас оқырман»:Мазмұндау, мәнерлеп оқу және кейіпкерлерді талдау арқылы оқушылардың оқу сауаттылығын, сөздік қорын және сөйлеу мәдениетін қалыптастыру. «Мен – өлкетанушы»: Өз қаласының (ауылының), көшелері мен табиғатының тарихын зерделеу арқылы оқушылардың туған өлкеге деген сүйіспеншілігі мен қамқорлық қатынасын баулу. «Театрлық ойын»: ертегілерді сахналау, дауыс интонациясы мен мимиканы дамыту арқылы оқушылардың ортада өзін еркін ұстауына және эмоционалды интеллектін жетілдіруге көмектесу.</w:t>
      </w:r>
    </w:p>
    <w:p w14:paraId="1B5091B7" w14:textId="77777777" w:rsidR="000E40D1" w:rsidRPr="000E40D1" w:rsidRDefault="000E40D1" w:rsidP="000E40D1">
      <w:pPr>
        <w:pStyle w:val="TableParagraph"/>
        <w:jc w:val="both"/>
        <w:rPr>
          <w:sz w:val="28"/>
          <w:szCs w:val="28"/>
          <w:lang w:val="kk-KZ" w:eastAsia="ru-RU"/>
        </w:rPr>
      </w:pPr>
      <w:r w:rsidRPr="000E40D1">
        <w:rPr>
          <w:sz w:val="28"/>
          <w:szCs w:val="28"/>
          <w:lang w:val="kk-KZ" w:eastAsia="ru-RU"/>
        </w:rPr>
        <w:t>3-сыныпта аптасына 1 сағаттан  «Жас зерттеуші»:Ақпаратты өздігінен іздеу, себеп-салдарлық байланыстарды табу және шағын жобаларды қорғау арқылы логикалық және зерттеушілік дағдыларын дамыту. «Жас оқырман»: Түрлі жанрдағы matіндерді (ертегі, мысал, әңгіме) талдау, кейіпкерлердің іс-әрекетіне баға беру арқылы оқу сауаттылығы мен сыни ойлауын шыңдау.</w:t>
      </w:r>
    </w:p>
    <w:p w14:paraId="7CF2EB13" w14:textId="77777777" w:rsidR="000E40D1" w:rsidRPr="000E40D1" w:rsidRDefault="000E40D1" w:rsidP="000E40D1">
      <w:pPr>
        <w:pStyle w:val="TableParagraph"/>
        <w:jc w:val="both"/>
        <w:rPr>
          <w:sz w:val="28"/>
          <w:szCs w:val="28"/>
          <w:lang w:val="kk-KZ" w:eastAsia="ru-RU"/>
        </w:rPr>
      </w:pPr>
      <w:r w:rsidRPr="000E40D1">
        <w:rPr>
          <w:sz w:val="28"/>
          <w:szCs w:val="28"/>
          <w:lang w:val="kk-KZ" w:eastAsia="ru-RU"/>
        </w:rPr>
        <w:t xml:space="preserve"> «Мен – өлкетанушы»: Өңірдің (Қарағанды облысының) тарихи орындары, белгілі тұлғалары мен табиғи ресурстарын зерттеу арқылы туған өлкеге деген мақтаныш пен отансүйгіштігін арттыру.  «Театрлық ойын»: Шағын драмалық шығармалар мен мысалдарды ролге бөліп сахналау арқылы оқушылардың шешендік өнерін, қорқынышсыз сөйлеуін және топтық шығармашылығын дамыту.</w:t>
      </w:r>
    </w:p>
    <w:p w14:paraId="1025A249" w14:textId="203903A3" w:rsidR="000E40D1" w:rsidRPr="000E40D1" w:rsidRDefault="000E40D1" w:rsidP="000E40D1">
      <w:pPr>
        <w:pStyle w:val="TableParagraph"/>
        <w:jc w:val="both"/>
        <w:rPr>
          <w:sz w:val="28"/>
          <w:szCs w:val="28"/>
          <w:lang w:val="kk-KZ" w:eastAsia="ru-RU"/>
        </w:rPr>
      </w:pPr>
      <w:r w:rsidRPr="000E40D1">
        <w:rPr>
          <w:sz w:val="28"/>
          <w:szCs w:val="28"/>
          <w:lang w:val="kk-KZ" w:eastAsia="ru-RU"/>
        </w:rPr>
        <w:t>4-сыныпта аптасына 1 сағат:  «Жас зерттеуші»: Ақпаратты жүйелеу, гипотеза ұсыну, салыстырмалы талдау жасау және дайын зерттеу жобаларын көпшілік алдында қорғау дағдыларын жетілдіру. «Жас оқырман»: Күрделі мазмұнды және ғылыми-танымдық мәтіндерді талдау, авторының негізгі ойын анықтау, өз көзқарасын дәлелдеу арқылы оқу сауаттылығы мен ақпараттық мәдениетін дамыту.  «Мен – өлкетанушы»: Өңірдің (Қарағанды облысының) тарихи-мәдени нысандарын, өндірісін және экологялық жағдайын зерттеу арқылы оқушылардың туған өлкеге деген жауапкершілігі мен отансүйгіштігін арттыру.  «Театрлық ойын»: Әдеби шығармалар мен тарихи оқиғаларды сценарийге айналдырып сахналау, импровизация және көпшілік алдында сөйлеу шеш</w:t>
      </w:r>
      <w:r>
        <w:rPr>
          <w:sz w:val="28"/>
          <w:szCs w:val="28"/>
          <w:lang w:val="kk-KZ" w:eastAsia="ru-RU"/>
        </w:rPr>
        <w:t>ендігін жоғары деңгейде дамыту.</w:t>
      </w:r>
    </w:p>
    <w:p w14:paraId="0ECF95E7" w14:textId="77777777" w:rsidR="000E40D1" w:rsidRPr="000E40D1" w:rsidRDefault="000E40D1" w:rsidP="000E40D1">
      <w:pPr>
        <w:pStyle w:val="TableParagraph"/>
        <w:jc w:val="both"/>
        <w:rPr>
          <w:sz w:val="28"/>
          <w:szCs w:val="28"/>
          <w:lang w:val="kk-KZ" w:eastAsia="ru-RU"/>
        </w:rPr>
      </w:pPr>
      <w:r w:rsidRPr="000E40D1">
        <w:rPr>
          <w:sz w:val="28"/>
          <w:szCs w:val="28"/>
          <w:lang w:val="kk-KZ" w:eastAsia="ru-RU"/>
        </w:rPr>
        <w:t xml:space="preserve">Оқытудың негізгі сатысы бойынша гимназия компонентінен: </w:t>
      </w:r>
    </w:p>
    <w:p w14:paraId="4CB6680E" w14:textId="77777777" w:rsidR="000E40D1" w:rsidRPr="000E40D1" w:rsidRDefault="000E40D1" w:rsidP="000E40D1">
      <w:pPr>
        <w:pStyle w:val="TableParagraph"/>
        <w:jc w:val="both"/>
        <w:rPr>
          <w:sz w:val="28"/>
          <w:szCs w:val="28"/>
          <w:lang w:val="kk-KZ" w:eastAsia="ru-RU"/>
        </w:rPr>
      </w:pPr>
      <w:r w:rsidRPr="000E40D1">
        <w:rPr>
          <w:sz w:val="28"/>
          <w:szCs w:val="28"/>
          <w:lang w:val="kk-KZ" w:eastAsia="ru-RU"/>
        </w:rPr>
        <w:t>5-7 сыныптарда  «Конституция негіздері» 0,25 сағат, «Заң және тәртіп» 8 сыныпта 0,25 және 9 сыныпта 0,5 сағат, 5-8 сыныптарда «Жеке қауіпсіздік»  0,25 және 9 сыныпта 0,5 сағат енгізілді.</w:t>
      </w:r>
    </w:p>
    <w:p w14:paraId="0CC2B037" w14:textId="77777777" w:rsidR="000E40D1" w:rsidRPr="000E40D1" w:rsidRDefault="000E40D1" w:rsidP="000E40D1">
      <w:pPr>
        <w:pStyle w:val="TableParagraph"/>
        <w:jc w:val="both"/>
        <w:rPr>
          <w:sz w:val="28"/>
          <w:szCs w:val="28"/>
          <w:lang w:val="kk-KZ" w:eastAsia="ru-RU"/>
        </w:rPr>
      </w:pPr>
      <w:r w:rsidRPr="000E40D1">
        <w:rPr>
          <w:sz w:val="28"/>
          <w:szCs w:val="28"/>
          <w:lang w:val="kk-KZ" w:eastAsia="ru-RU"/>
        </w:rPr>
        <w:t>5–9 сыныптарда «Дене шынықтыру:спорттық ойындар» 1 сағаттан енгізілді.</w:t>
      </w:r>
    </w:p>
    <w:p w14:paraId="23EEDA44" w14:textId="77777777" w:rsidR="000E40D1" w:rsidRPr="000E40D1" w:rsidRDefault="000E40D1" w:rsidP="000E40D1">
      <w:pPr>
        <w:pStyle w:val="TableParagraph"/>
        <w:jc w:val="both"/>
        <w:rPr>
          <w:sz w:val="28"/>
          <w:szCs w:val="28"/>
          <w:lang w:val="kk-KZ" w:eastAsia="ru-RU"/>
        </w:rPr>
      </w:pPr>
      <w:r w:rsidRPr="000E40D1">
        <w:rPr>
          <w:sz w:val="28"/>
          <w:szCs w:val="28"/>
          <w:lang w:val="kk-KZ" w:eastAsia="ru-RU"/>
        </w:rPr>
        <w:t>Негізгі мектептің басты оқыту міндеті – гимназияда оқыту үшін қажетті базалық білімдері мен әрекет тәсілдерін меңгерту үшін жағдайлар жасалған.</w:t>
      </w:r>
    </w:p>
    <w:p w14:paraId="1D382398" w14:textId="77777777" w:rsidR="000E40D1" w:rsidRPr="000E40D1" w:rsidRDefault="000E40D1" w:rsidP="000E40D1">
      <w:pPr>
        <w:pStyle w:val="TableParagraph"/>
        <w:jc w:val="both"/>
        <w:rPr>
          <w:sz w:val="28"/>
          <w:szCs w:val="28"/>
          <w:lang w:val="kk-KZ" w:eastAsia="ru-RU"/>
        </w:rPr>
      </w:pPr>
      <w:r w:rsidRPr="000E40D1">
        <w:rPr>
          <w:sz w:val="28"/>
          <w:szCs w:val="28"/>
          <w:lang w:val="kk-KZ" w:eastAsia="ru-RU"/>
        </w:rPr>
        <w:t>«Бұқартану» курсы - оқушыларға Бұқар жырау Қалқаманұлының өмірі мен шығармашылығын терең таныту, жырау мұрасындағы елдік, бірлік, отансүйгіштік идеяларды меңгерту, ұлттық құндылықтарды құрметтеуге тәрбиелеу және тарихи-әдеби танымын қалыптастыру.</w:t>
      </w:r>
    </w:p>
    <w:p w14:paraId="0DBA3D3D" w14:textId="77777777" w:rsidR="000E40D1" w:rsidRPr="000E40D1" w:rsidRDefault="000E40D1" w:rsidP="000E40D1">
      <w:pPr>
        <w:pStyle w:val="TableParagraph"/>
        <w:jc w:val="both"/>
        <w:rPr>
          <w:sz w:val="28"/>
          <w:szCs w:val="28"/>
          <w:lang w:val="kk-KZ" w:eastAsia="ru-RU"/>
        </w:rPr>
      </w:pPr>
      <w:r w:rsidRPr="000E40D1">
        <w:rPr>
          <w:sz w:val="28"/>
          <w:szCs w:val="28"/>
          <w:lang w:val="kk-KZ" w:eastAsia="ru-RU"/>
        </w:rPr>
        <w:t xml:space="preserve">       «Scratch-та ұлттық құндылықтар әлемі» курсы- Оқушылардың ұлттық құндылықтар негізінде шығармашылық ойлауын, логикалық қабілеттерін дамыту және Scratch бағдарламасы арқылы оларды цифрлық ортада бейнелей білуге үйрету.</w:t>
      </w:r>
    </w:p>
    <w:p w14:paraId="3CCBF76C" w14:textId="77777777" w:rsidR="000E40D1" w:rsidRPr="000E40D1" w:rsidRDefault="000E40D1" w:rsidP="000E40D1">
      <w:pPr>
        <w:pStyle w:val="TableParagraph"/>
        <w:jc w:val="both"/>
        <w:rPr>
          <w:sz w:val="28"/>
          <w:szCs w:val="28"/>
          <w:lang w:val="kk-KZ" w:eastAsia="ru-RU"/>
        </w:rPr>
      </w:pPr>
      <w:r w:rsidRPr="000E40D1">
        <w:rPr>
          <w:sz w:val="28"/>
          <w:szCs w:val="28"/>
          <w:lang w:val="kk-KZ" w:eastAsia="ru-RU"/>
        </w:rPr>
        <w:t xml:space="preserve">       «Өлкетану»  курсы- өлкеміздің табиғат жағдайлары мен ресурстарының алуан </w:t>
      </w:r>
      <w:r w:rsidRPr="000E40D1">
        <w:rPr>
          <w:sz w:val="28"/>
          <w:szCs w:val="28"/>
          <w:lang w:val="kk-KZ" w:eastAsia="ru-RU"/>
        </w:rPr>
        <w:lastRenderedPageBreak/>
        <w:t>түрлілігімен, халқы және шаруашылығымен,онда тұратын халықтың тарихы және мәдениетімен таныстыру.</w:t>
      </w:r>
    </w:p>
    <w:p w14:paraId="77DFAECA" w14:textId="5CE86814" w:rsidR="000E40D1" w:rsidRPr="000E40D1" w:rsidRDefault="00250CF0" w:rsidP="000E40D1">
      <w:pPr>
        <w:pStyle w:val="TableParagraph"/>
        <w:jc w:val="both"/>
        <w:rPr>
          <w:sz w:val="28"/>
          <w:szCs w:val="28"/>
          <w:lang w:val="kk-KZ" w:eastAsia="ru-RU"/>
        </w:rPr>
      </w:pPr>
      <w:r>
        <w:rPr>
          <w:sz w:val="28"/>
          <w:szCs w:val="28"/>
          <w:lang w:val="kk-KZ" w:eastAsia="ru-RU"/>
        </w:rPr>
        <w:t xml:space="preserve">       </w:t>
      </w:r>
      <w:r w:rsidR="000E40D1" w:rsidRPr="000E40D1">
        <w:rPr>
          <w:sz w:val="28"/>
          <w:szCs w:val="28"/>
          <w:lang w:val="kk-KZ" w:eastAsia="ru-RU"/>
        </w:rPr>
        <w:t>«Туризм және өлкетану географиясы», «Әлемнің таңғажайып табиғи  нысандары» курсы- Қазақстандағы және туған өлкенің туристік нысандарын таныстыру.</w:t>
      </w:r>
    </w:p>
    <w:p w14:paraId="5B41834D" w14:textId="22CE1F38" w:rsidR="000E40D1" w:rsidRPr="000E40D1" w:rsidRDefault="00250CF0" w:rsidP="000E40D1">
      <w:pPr>
        <w:pStyle w:val="TableParagraph"/>
        <w:jc w:val="both"/>
        <w:rPr>
          <w:sz w:val="28"/>
          <w:szCs w:val="28"/>
          <w:lang w:val="kk-KZ" w:eastAsia="ru-RU"/>
        </w:rPr>
      </w:pPr>
      <w:r>
        <w:rPr>
          <w:sz w:val="28"/>
          <w:szCs w:val="28"/>
          <w:lang w:val="kk-KZ" w:eastAsia="ru-RU"/>
        </w:rPr>
        <w:t xml:space="preserve">       </w:t>
      </w:r>
      <w:r w:rsidR="000E40D1" w:rsidRPr="000E40D1">
        <w:rPr>
          <w:sz w:val="28"/>
          <w:szCs w:val="28"/>
          <w:lang w:val="kk-KZ" w:eastAsia="ru-RU"/>
        </w:rPr>
        <w:t>«IT авиағарыш технологиясы» курсы -ІТ және авиағарыш технологиясын оқытуда ІТ технологиясының және авиағарыш саласының білім алушылар үшін алатын орнын ашып көрсету, білім алушыларды зерттеудің қыр-сырымен таныстыру және шығармашылық қабілетін дамыту.</w:t>
      </w:r>
    </w:p>
    <w:p w14:paraId="7B570DFD" w14:textId="0CC30F85" w:rsidR="000E40D1" w:rsidRPr="000E40D1" w:rsidRDefault="00250CF0" w:rsidP="000E40D1">
      <w:pPr>
        <w:pStyle w:val="TableParagraph"/>
        <w:jc w:val="both"/>
        <w:rPr>
          <w:sz w:val="28"/>
          <w:szCs w:val="28"/>
          <w:lang w:val="kk-KZ" w:eastAsia="ru-RU"/>
        </w:rPr>
      </w:pPr>
      <w:r>
        <w:rPr>
          <w:sz w:val="28"/>
          <w:szCs w:val="28"/>
          <w:lang w:val="kk-KZ" w:eastAsia="ru-RU"/>
        </w:rPr>
        <w:t xml:space="preserve">      </w:t>
      </w:r>
      <w:r w:rsidR="000E40D1" w:rsidRPr="000E40D1">
        <w:rPr>
          <w:sz w:val="28"/>
          <w:szCs w:val="28"/>
          <w:lang w:val="kk-KZ" w:eastAsia="ru-RU"/>
        </w:rPr>
        <w:t xml:space="preserve"> «Ұшқыр ой алаңы», «Дебат өнері» дебат клубы- оқушылардың тіл мәдениетін дамыту, жан жақты тәрбиелеу, белгілі бір фактілерді зерттеу мен болжау дағдысын қалыптастыру, оқушыны ізденімпаздыққа жетелеу, шешендік қабілеттерін арттырумен қатар жұрт алдында сөйлеу мәдениетін шыңдау.</w:t>
      </w:r>
    </w:p>
    <w:p w14:paraId="55C0AE20" w14:textId="0E451274" w:rsidR="000E40D1" w:rsidRPr="000E40D1" w:rsidRDefault="00250CF0" w:rsidP="000E40D1">
      <w:pPr>
        <w:pStyle w:val="TableParagraph"/>
        <w:jc w:val="both"/>
        <w:rPr>
          <w:sz w:val="28"/>
          <w:szCs w:val="28"/>
          <w:lang w:val="kk-KZ" w:eastAsia="ru-RU"/>
        </w:rPr>
      </w:pPr>
      <w:r>
        <w:rPr>
          <w:sz w:val="28"/>
          <w:szCs w:val="28"/>
          <w:lang w:val="kk-KZ" w:eastAsia="ru-RU"/>
        </w:rPr>
        <w:t xml:space="preserve">      </w:t>
      </w:r>
      <w:r w:rsidR="000E40D1" w:rsidRPr="000E40D1">
        <w:rPr>
          <w:sz w:val="28"/>
          <w:szCs w:val="28"/>
          <w:lang w:val="kk-KZ" w:eastAsia="ru-RU"/>
        </w:rPr>
        <w:t xml:space="preserve"> «Сөз өнері-ұлт мұрасы» курсы. Негіздемесі: жалпы адамзаттық және ұлттық құндылықтарды бойына сіңірген, заманауи білімдерді меңгерген, бәсекеге қабілетті, салауатты ұрпақ тәрбиелеу.</w:t>
      </w:r>
    </w:p>
    <w:p w14:paraId="5BE4EE58" w14:textId="7515CB24" w:rsidR="000E40D1" w:rsidRPr="000E40D1" w:rsidRDefault="00250CF0" w:rsidP="000E40D1">
      <w:pPr>
        <w:pStyle w:val="TableParagraph"/>
        <w:jc w:val="both"/>
        <w:rPr>
          <w:sz w:val="28"/>
          <w:szCs w:val="28"/>
          <w:lang w:val="kk-KZ" w:eastAsia="ru-RU"/>
        </w:rPr>
      </w:pPr>
      <w:r>
        <w:rPr>
          <w:sz w:val="28"/>
          <w:szCs w:val="28"/>
          <w:lang w:val="kk-KZ" w:eastAsia="ru-RU"/>
        </w:rPr>
        <w:t xml:space="preserve">      </w:t>
      </w:r>
      <w:r w:rsidR="000E40D1" w:rsidRPr="000E40D1">
        <w:rPr>
          <w:sz w:val="28"/>
          <w:szCs w:val="28"/>
          <w:lang w:val="kk-KZ" w:eastAsia="ru-RU"/>
        </w:rPr>
        <w:t xml:space="preserve"> «Тіл дамыту және сөйлеу мәдениеті» » Негіздемесі: оқушы өз ойын, танымы мен парасатын, көзқарасын жинақы түрде жеткізе алатын дәрежеге жетеді, сыни ойлауы дамиды, өз ойын еркін жеткізуге, дәлелдер мен аргументтер арқылы өз пікірін ашық айтуға дағдыланады, өзіндік көзқарасы, позициясы айқындалып өмірде жеке тұлға ретінде қалыптасады, шығармашылығы дамиды. </w:t>
      </w:r>
    </w:p>
    <w:p w14:paraId="7898954F" w14:textId="26E4A4E6" w:rsidR="000E40D1" w:rsidRPr="000E40D1" w:rsidRDefault="00250CF0" w:rsidP="000E40D1">
      <w:pPr>
        <w:pStyle w:val="TableParagraph"/>
        <w:jc w:val="both"/>
        <w:rPr>
          <w:sz w:val="28"/>
          <w:szCs w:val="28"/>
          <w:lang w:val="kk-KZ" w:eastAsia="ru-RU"/>
        </w:rPr>
      </w:pPr>
      <w:r>
        <w:rPr>
          <w:sz w:val="28"/>
          <w:szCs w:val="28"/>
          <w:lang w:val="kk-KZ" w:eastAsia="ru-RU"/>
        </w:rPr>
        <w:t xml:space="preserve">       </w:t>
      </w:r>
      <w:r w:rsidR="000E40D1" w:rsidRPr="000E40D1">
        <w:rPr>
          <w:sz w:val="28"/>
          <w:szCs w:val="28"/>
          <w:lang w:val="kk-KZ" w:eastAsia="ru-RU"/>
        </w:rPr>
        <w:t xml:space="preserve"> «Discovering English Together», «Developing Communication and Critical Thinking Skills» курсы білім алушыларға оқытылатын шетел тілі сабағында жаңа технологиялардың түрлі тәсілдерін пайдалана отырып, күнделікті өмір жағдайында сөйлеу дағдыларын жаттықтыруға мүмкіндік береді. Ол күнделікті қолданылатын сөйлемдер арқылы шетел тілінің лексикасын дамытуға ықпал етеді.</w:t>
      </w:r>
    </w:p>
    <w:p w14:paraId="10A4F4C2" w14:textId="057135DB" w:rsidR="000E40D1" w:rsidRPr="000E40D1" w:rsidRDefault="00250CF0" w:rsidP="000E40D1">
      <w:pPr>
        <w:pStyle w:val="TableParagraph"/>
        <w:jc w:val="both"/>
        <w:rPr>
          <w:sz w:val="28"/>
          <w:szCs w:val="28"/>
          <w:lang w:val="kk-KZ" w:eastAsia="ru-RU"/>
        </w:rPr>
      </w:pPr>
      <w:r>
        <w:rPr>
          <w:sz w:val="28"/>
          <w:szCs w:val="28"/>
          <w:lang w:val="kk-KZ" w:eastAsia="ru-RU"/>
        </w:rPr>
        <w:t xml:space="preserve">     </w:t>
      </w:r>
      <w:r w:rsidR="000E40D1" w:rsidRPr="000E40D1">
        <w:rPr>
          <w:sz w:val="28"/>
          <w:szCs w:val="28"/>
          <w:lang w:val="kk-KZ" w:eastAsia="ru-RU"/>
        </w:rPr>
        <w:t xml:space="preserve"> «Руханият». Негіздемесі: әлем әдебиетінің озық үлгілерімен танысады, әдебиет дамуындағы жаңа бағыттар мен ағымдар негізінде жазылған шығармаларды талдап, шығармашылық ізденістеріне қолдана білетін жас буынды қалыптастырады.</w:t>
      </w:r>
    </w:p>
    <w:p w14:paraId="234E7019" w14:textId="37B1BF8A" w:rsidR="000E40D1" w:rsidRPr="000E40D1" w:rsidRDefault="00250CF0" w:rsidP="000E40D1">
      <w:pPr>
        <w:pStyle w:val="TableParagraph"/>
        <w:jc w:val="both"/>
        <w:rPr>
          <w:sz w:val="28"/>
          <w:szCs w:val="28"/>
          <w:lang w:val="kk-KZ" w:eastAsia="ru-RU"/>
        </w:rPr>
      </w:pPr>
      <w:r>
        <w:rPr>
          <w:sz w:val="28"/>
          <w:szCs w:val="28"/>
          <w:lang w:val="kk-KZ" w:eastAsia="ru-RU"/>
        </w:rPr>
        <w:t xml:space="preserve">     </w:t>
      </w:r>
      <w:r w:rsidR="000E40D1" w:rsidRPr="000E40D1">
        <w:rPr>
          <w:sz w:val="28"/>
          <w:szCs w:val="28"/>
          <w:lang w:val="kk-KZ" w:eastAsia="ru-RU"/>
        </w:rPr>
        <w:t xml:space="preserve"> «Қызықты геометрия» -  оқушылардың пәнге деген ынтасын дамыту, математика көмегімен сызба мәдениетін дамыту, әдемілік заңдылығын нақтылай білу.</w:t>
      </w:r>
    </w:p>
    <w:p w14:paraId="132F3CB6" w14:textId="788FB52F" w:rsidR="000E40D1" w:rsidRPr="000E40D1" w:rsidRDefault="00250CF0" w:rsidP="000E40D1">
      <w:pPr>
        <w:pStyle w:val="TableParagraph"/>
        <w:jc w:val="both"/>
        <w:rPr>
          <w:sz w:val="28"/>
          <w:szCs w:val="28"/>
          <w:lang w:val="kk-KZ" w:eastAsia="ru-RU"/>
        </w:rPr>
      </w:pPr>
      <w:r>
        <w:rPr>
          <w:sz w:val="28"/>
          <w:szCs w:val="28"/>
          <w:lang w:val="kk-KZ" w:eastAsia="ru-RU"/>
        </w:rPr>
        <w:t xml:space="preserve">      </w:t>
      </w:r>
      <w:r w:rsidR="000E40D1" w:rsidRPr="000E40D1">
        <w:rPr>
          <w:sz w:val="28"/>
          <w:szCs w:val="28"/>
          <w:lang w:val="kk-KZ" w:eastAsia="ru-RU"/>
        </w:rPr>
        <w:t>«Эко-әлем», «Экологиялық этика» курсы- оқушылардың табиғатқа деген жауапкершілік көзқарасын қалыптастыру, экологиялық мәдениеті мен сауаттылығын арттыру, қоршаған ортаны қорғауға, табиғи ресурстарды ұқыпты пайдалануға және экологиялық таза өмір салтын ұстануға тәрбиелеу.</w:t>
      </w:r>
    </w:p>
    <w:p w14:paraId="1638CC7D" w14:textId="5D3E13F1" w:rsidR="000E40D1" w:rsidRPr="000E40D1" w:rsidRDefault="00250CF0" w:rsidP="000E40D1">
      <w:pPr>
        <w:pStyle w:val="TableParagraph"/>
        <w:jc w:val="both"/>
        <w:rPr>
          <w:sz w:val="28"/>
          <w:szCs w:val="28"/>
          <w:lang w:val="kk-KZ" w:eastAsia="ru-RU"/>
        </w:rPr>
      </w:pPr>
      <w:r>
        <w:rPr>
          <w:sz w:val="28"/>
          <w:szCs w:val="28"/>
          <w:lang w:val="kk-KZ" w:eastAsia="ru-RU"/>
        </w:rPr>
        <w:t xml:space="preserve">       </w:t>
      </w:r>
      <w:r w:rsidR="000E40D1" w:rsidRPr="000E40D1">
        <w:rPr>
          <w:sz w:val="28"/>
          <w:szCs w:val="28"/>
          <w:lang w:val="kk-KZ" w:eastAsia="ru-RU"/>
        </w:rPr>
        <w:t>«Мамандық таңдау – болашаққа қадам» курсы-</w:t>
      </w:r>
    </w:p>
    <w:p w14:paraId="1C099DFF" w14:textId="77777777" w:rsidR="000E40D1" w:rsidRPr="000E40D1" w:rsidRDefault="000E40D1" w:rsidP="000E40D1">
      <w:pPr>
        <w:pStyle w:val="TableParagraph"/>
        <w:jc w:val="both"/>
        <w:rPr>
          <w:sz w:val="28"/>
          <w:szCs w:val="28"/>
          <w:lang w:val="kk-KZ" w:eastAsia="ru-RU"/>
        </w:rPr>
      </w:pPr>
      <w:r w:rsidRPr="000E40D1">
        <w:rPr>
          <w:sz w:val="28"/>
          <w:szCs w:val="28"/>
          <w:lang w:val="kk-KZ" w:eastAsia="ru-RU"/>
        </w:rPr>
        <w:t>оқушыларға мамандықтар әлемі туралы жан-жақты түсінік беру, олардың қызығушылықтары мен қабілеттерін анықтауға ықпал ету, саналы түрде мамандық таңдауға бағыт-бағдар беру және болашақ кәсіби жолын жоспарлау дағдыларын қалыптастыру.</w:t>
      </w:r>
    </w:p>
    <w:p w14:paraId="37FEF729" w14:textId="7D2327F8" w:rsidR="000E40D1" w:rsidRPr="000E40D1" w:rsidRDefault="00250CF0" w:rsidP="000E40D1">
      <w:pPr>
        <w:pStyle w:val="TableParagraph"/>
        <w:jc w:val="both"/>
        <w:rPr>
          <w:sz w:val="28"/>
          <w:szCs w:val="28"/>
          <w:lang w:val="kk-KZ" w:eastAsia="ru-RU"/>
        </w:rPr>
      </w:pPr>
      <w:r>
        <w:rPr>
          <w:sz w:val="28"/>
          <w:szCs w:val="28"/>
          <w:lang w:val="kk-KZ" w:eastAsia="ru-RU"/>
        </w:rPr>
        <w:t xml:space="preserve">       </w:t>
      </w:r>
      <w:r w:rsidR="000E40D1" w:rsidRPr="000E40D1">
        <w:rPr>
          <w:sz w:val="28"/>
          <w:szCs w:val="28"/>
          <w:lang w:val="kk-KZ" w:eastAsia="ru-RU"/>
        </w:rPr>
        <w:t>«Сөз шебері» курсы- оқушылардың сөздік қорын молайту, ауызша және жазбаша сөйлеу мәдениетін жетілдіру, өз ойын жүйелі, сауатты әрі көркем жеткізу дағдыларын қалыптастыру, шешендік қабілеті мен шығармашылық ойлауын дамыту.</w:t>
      </w:r>
    </w:p>
    <w:p w14:paraId="4B5CAA39" w14:textId="73EEE5AA" w:rsidR="000E40D1" w:rsidRPr="000E40D1" w:rsidRDefault="00250CF0" w:rsidP="000E40D1">
      <w:pPr>
        <w:pStyle w:val="TableParagraph"/>
        <w:jc w:val="both"/>
        <w:rPr>
          <w:sz w:val="28"/>
          <w:szCs w:val="28"/>
          <w:lang w:val="kk-KZ" w:eastAsia="ru-RU"/>
        </w:rPr>
      </w:pPr>
      <w:r>
        <w:rPr>
          <w:sz w:val="28"/>
          <w:szCs w:val="28"/>
          <w:lang w:val="kk-KZ" w:eastAsia="ru-RU"/>
        </w:rPr>
        <w:t xml:space="preserve">       </w:t>
      </w:r>
      <w:r w:rsidR="000E40D1" w:rsidRPr="000E40D1">
        <w:rPr>
          <w:sz w:val="28"/>
          <w:szCs w:val="28"/>
          <w:lang w:val="kk-KZ" w:eastAsia="ru-RU"/>
        </w:rPr>
        <w:t xml:space="preserve">Жалпы білім беру негізінде: Жаратылыстану-математикалық бағытта </w:t>
      </w:r>
    </w:p>
    <w:p w14:paraId="3CFB2DBD" w14:textId="77777777" w:rsidR="000E40D1" w:rsidRPr="000E40D1" w:rsidRDefault="000E40D1" w:rsidP="000E40D1">
      <w:pPr>
        <w:pStyle w:val="TableParagraph"/>
        <w:jc w:val="both"/>
        <w:rPr>
          <w:sz w:val="28"/>
          <w:szCs w:val="28"/>
          <w:lang w:val="kk-KZ" w:eastAsia="ru-RU"/>
        </w:rPr>
      </w:pPr>
      <w:r w:rsidRPr="000E40D1">
        <w:rPr>
          <w:sz w:val="28"/>
          <w:szCs w:val="28"/>
          <w:lang w:val="kk-KZ" w:eastAsia="ru-RU"/>
        </w:rPr>
        <w:t xml:space="preserve">10-сыныпта «Кәсіп таңдау-келешекті анықтау» курс мақсаты: оқушылардың жеке қызығушылықтары, қабілеттері мен бейімділіктерін ескере отырып, мамандықтар </w:t>
      </w:r>
      <w:r w:rsidRPr="000E40D1">
        <w:rPr>
          <w:sz w:val="28"/>
          <w:szCs w:val="28"/>
          <w:lang w:val="kk-KZ" w:eastAsia="ru-RU"/>
        </w:rPr>
        <w:lastRenderedPageBreak/>
        <w:t>әлемімен таныстыру, кәсіби бағдар беру, саналы кәсіп таңдауға және болашақ өмірлік жолын дұрыс жоспарлауға бағыттау. 1 сағат, оқу жылында 34сағат</w:t>
      </w:r>
    </w:p>
    <w:p w14:paraId="0B168E1F" w14:textId="77777777" w:rsidR="000E40D1" w:rsidRPr="000E40D1" w:rsidRDefault="000E40D1" w:rsidP="000E40D1">
      <w:pPr>
        <w:pStyle w:val="TableParagraph"/>
        <w:jc w:val="both"/>
        <w:rPr>
          <w:sz w:val="28"/>
          <w:szCs w:val="28"/>
          <w:lang w:val="kk-KZ" w:eastAsia="ru-RU"/>
        </w:rPr>
      </w:pPr>
      <w:r w:rsidRPr="000E40D1">
        <w:rPr>
          <w:sz w:val="28"/>
          <w:szCs w:val="28"/>
          <w:lang w:val="kk-KZ" w:eastAsia="ru-RU"/>
        </w:rPr>
        <w:t>11 -сыныпта «Математикалық сауаттылық» курс мақсаты: оқушылардың математикалық білімдерін күнделікті өмірде қолдану дағдыларын қалыптастыру, логикалық және сыни ойлау қабілеттерін дамыту, практикалық есептерді талдау, шешу және негізделген шешім қабылдау біліктілігін жетілдіру. 1 сағат, оқу жылында 34 сағат</w:t>
      </w:r>
    </w:p>
    <w:p w14:paraId="7B56E24C" w14:textId="77777777" w:rsidR="000E40D1" w:rsidRPr="000E40D1" w:rsidRDefault="000E40D1" w:rsidP="000E40D1">
      <w:pPr>
        <w:pStyle w:val="TableParagraph"/>
        <w:jc w:val="both"/>
        <w:rPr>
          <w:sz w:val="28"/>
          <w:szCs w:val="28"/>
          <w:lang w:val="kk-KZ" w:eastAsia="ru-RU"/>
        </w:rPr>
      </w:pPr>
      <w:r w:rsidRPr="000E40D1">
        <w:rPr>
          <w:sz w:val="28"/>
          <w:szCs w:val="28"/>
          <w:lang w:val="kk-KZ" w:eastAsia="ru-RU"/>
        </w:rPr>
        <w:t>10-сыныпта «Нанотехнология» курс мақсаты: оқушыларға нанотехнологияның негізгі ұғымдары мен заманауи жетістіктері туралы түсінік беру, оның ғылым мен техникадағы қолданылу аясын таныстыру, зерттеушілік дағдыларын, ғылыми дүниетанымы мен шығармашылық ойлау қабілеттерін дамыту. 1 сағат, оқу жылында 34 сағат</w:t>
      </w:r>
    </w:p>
    <w:p w14:paraId="4F346FCD" w14:textId="77777777" w:rsidR="000E40D1" w:rsidRPr="000E40D1" w:rsidRDefault="000E40D1" w:rsidP="000E40D1">
      <w:pPr>
        <w:pStyle w:val="TableParagraph"/>
        <w:jc w:val="both"/>
        <w:rPr>
          <w:sz w:val="28"/>
          <w:szCs w:val="28"/>
          <w:lang w:val="kk-KZ" w:eastAsia="ru-RU"/>
        </w:rPr>
      </w:pPr>
      <w:r w:rsidRPr="000E40D1">
        <w:rPr>
          <w:sz w:val="28"/>
          <w:szCs w:val="28"/>
          <w:lang w:val="kk-KZ" w:eastAsia="ru-RU"/>
        </w:rPr>
        <w:t>11 –сыныпта «Биомедицина және адам денсаулығы» курс мақсаты: Оқушыларға биомедицинаның негізгі бағыттары мен адам ағзасының қызметі туралы түсінік беру, денсаулықты сақтау мен нығайтудың ғылыми негіздерін меңгерту, салауатты өмір салтын қалыптастыру және биология мен медицина саласына қызығушылығын арттыру.1 сағат, оқу жылында 34 сағат</w:t>
      </w:r>
    </w:p>
    <w:p w14:paraId="29B1DE6C" w14:textId="77777777" w:rsidR="000E40D1" w:rsidRPr="000E40D1" w:rsidRDefault="000E40D1" w:rsidP="000E40D1">
      <w:pPr>
        <w:pStyle w:val="TableParagraph"/>
        <w:jc w:val="both"/>
        <w:rPr>
          <w:sz w:val="28"/>
          <w:szCs w:val="28"/>
          <w:lang w:val="kk-KZ" w:eastAsia="ru-RU"/>
        </w:rPr>
      </w:pPr>
      <w:r w:rsidRPr="000E40D1">
        <w:rPr>
          <w:sz w:val="28"/>
          <w:szCs w:val="28"/>
          <w:lang w:val="kk-KZ" w:eastAsia="ru-RU"/>
        </w:rPr>
        <w:t xml:space="preserve">   Қоғамдық-гуманитарлық бағытта </w:t>
      </w:r>
    </w:p>
    <w:p w14:paraId="27AE8BA2" w14:textId="77777777" w:rsidR="000E40D1" w:rsidRPr="000E40D1" w:rsidRDefault="000E40D1" w:rsidP="000E40D1">
      <w:pPr>
        <w:pStyle w:val="TableParagraph"/>
        <w:jc w:val="both"/>
        <w:rPr>
          <w:sz w:val="28"/>
          <w:szCs w:val="28"/>
          <w:lang w:val="kk-KZ" w:eastAsia="ru-RU"/>
        </w:rPr>
      </w:pPr>
      <w:r w:rsidRPr="000E40D1">
        <w:rPr>
          <w:sz w:val="28"/>
          <w:szCs w:val="28"/>
          <w:lang w:val="kk-KZ" w:eastAsia="ru-RU"/>
        </w:rPr>
        <w:t>10,11 сыныптарда «Эссе жазу стратегиясы»- оқушылардың эссе жазу дағдыларын қалыптастыру, өз ойын жүйелі әрі дәлелді жеткізуге, тақырыпты жан-жақты талдауға, пікірін аргументтермен негіздеуге және жазба тіл мәдениетін жетілдіруге үйрету.  1 сағат, оқу жылында 34 сағат</w:t>
      </w:r>
    </w:p>
    <w:p w14:paraId="6E2F9ABE" w14:textId="77777777" w:rsidR="000E40D1" w:rsidRPr="000E40D1" w:rsidRDefault="000E40D1" w:rsidP="000E40D1">
      <w:pPr>
        <w:pStyle w:val="TableParagraph"/>
        <w:jc w:val="both"/>
        <w:rPr>
          <w:sz w:val="28"/>
          <w:szCs w:val="28"/>
          <w:lang w:val="kk-KZ" w:eastAsia="ru-RU"/>
        </w:rPr>
      </w:pPr>
      <w:r w:rsidRPr="000E40D1">
        <w:rPr>
          <w:sz w:val="28"/>
          <w:szCs w:val="28"/>
          <w:lang w:val="kk-KZ" w:eastAsia="ru-RU"/>
        </w:rPr>
        <w:t>10,11 –сыныптарда «Soft Skills and English for Specific Purposes»- оқушылардың таңдаған кәсіби бағыты бойынша ағылшын тілін тереңдетіп меңгеруі арқылы академиялық және кәсіби коммуникативтік құзыреттілігін қалыптастыру, сондай-ақ 21-ғасырдың икемді дағдыларын (Soft Skills: сын тұрғысынан ойлау, көшбасшылық, командада жұмыс істеу, презентация жасау) дамыту арқылы оларды жоғары оқу орындарына және халықаралық еңбек нарығына дайындау. 1 сағат, оқу жылында 34 сағат.</w:t>
      </w:r>
    </w:p>
    <w:p w14:paraId="33506382" w14:textId="77777777" w:rsidR="000E40D1" w:rsidRPr="000E40D1" w:rsidRDefault="000E40D1" w:rsidP="000E40D1">
      <w:pPr>
        <w:pStyle w:val="TableParagraph"/>
        <w:jc w:val="both"/>
        <w:rPr>
          <w:sz w:val="28"/>
          <w:szCs w:val="28"/>
          <w:lang w:val="kk-KZ" w:eastAsia="ru-RU"/>
        </w:rPr>
      </w:pPr>
      <w:r w:rsidRPr="000E40D1">
        <w:rPr>
          <w:sz w:val="28"/>
          <w:szCs w:val="28"/>
          <w:lang w:val="kk-KZ" w:eastAsia="ru-RU"/>
        </w:rPr>
        <w:t>Ұйірмелер (қосымша білім беру)</w:t>
      </w:r>
    </w:p>
    <w:p w14:paraId="2E064F10" w14:textId="77777777" w:rsidR="000E40D1" w:rsidRPr="000E40D1" w:rsidRDefault="000E40D1" w:rsidP="000E40D1">
      <w:pPr>
        <w:pStyle w:val="TableParagraph"/>
        <w:jc w:val="both"/>
        <w:rPr>
          <w:sz w:val="28"/>
          <w:szCs w:val="28"/>
          <w:lang w:val="kk-KZ" w:eastAsia="ru-RU"/>
        </w:rPr>
      </w:pPr>
      <w:r w:rsidRPr="000E40D1">
        <w:rPr>
          <w:sz w:val="28"/>
          <w:szCs w:val="28"/>
          <w:lang w:val="kk-KZ" w:eastAsia="ru-RU"/>
        </w:rPr>
        <w:t>«Жас театр», «ТеатрLab», «Сахна шебері» Оқушыларының бойында драмалық және сахналық өнерге деген қызығушылықты ояту, ауызша сөйлеу мәдениетін қалыптастыру, мимика, жест және сахналық қозғалыс арқылы өз эмоциясын еркін білдіруге үйрету.</w:t>
      </w:r>
    </w:p>
    <w:p w14:paraId="4313F4AD" w14:textId="77777777" w:rsidR="000E40D1" w:rsidRPr="000E40D1" w:rsidRDefault="000E40D1" w:rsidP="000E40D1">
      <w:pPr>
        <w:pStyle w:val="TableParagraph"/>
        <w:jc w:val="both"/>
        <w:rPr>
          <w:sz w:val="28"/>
          <w:szCs w:val="28"/>
          <w:lang w:val="kk-KZ" w:eastAsia="ru-RU"/>
        </w:rPr>
      </w:pPr>
      <w:r w:rsidRPr="000E40D1">
        <w:rPr>
          <w:sz w:val="28"/>
          <w:szCs w:val="28"/>
          <w:lang w:val="kk-KZ" w:eastAsia="ru-RU"/>
        </w:rPr>
        <w:t>«Жас репортер», «МедиаLab» Оқушылардың журналистика саласына қызығушылығын арттыру, ақпаратты іздеу, талдау және тексеру, сауатты мәтін жазу, сұхбат алу, репортаж жасау, камера және көпшілік алдында еркін сөйлеу дағдыларын қалыптастыру.</w:t>
      </w:r>
    </w:p>
    <w:p w14:paraId="6F9E5ED8" w14:textId="77777777" w:rsidR="000E40D1" w:rsidRPr="000E40D1" w:rsidRDefault="000E40D1" w:rsidP="000E40D1">
      <w:pPr>
        <w:pStyle w:val="TableParagraph"/>
        <w:jc w:val="both"/>
        <w:rPr>
          <w:sz w:val="28"/>
          <w:szCs w:val="28"/>
          <w:lang w:val="kk-KZ" w:eastAsia="ru-RU"/>
        </w:rPr>
      </w:pPr>
      <w:r w:rsidRPr="000E40D1">
        <w:rPr>
          <w:sz w:val="28"/>
          <w:szCs w:val="28"/>
          <w:lang w:val="kk-KZ" w:eastAsia="ru-RU"/>
        </w:rPr>
        <w:t>«Күй әліппесі», «Ұлы дала сазы», «Дала әуендері» Оқушыларды қазақ халқының ұлттық музыкалық мұрасымен таныстыру, домбыра аспабында ойнау дағдыларын қалыптастыру, музыкалық қабілеттері мен шығармашылық әлеуетін дамыту, ұлттық өнерге деген сүйіспеншілігін арттыру және рухани-адамгершілік құндылықтарға тәрбиелеу.</w:t>
      </w:r>
    </w:p>
    <w:p w14:paraId="2D0E5294" w14:textId="29A9880B" w:rsidR="00E7788A" w:rsidRPr="00E7788A" w:rsidRDefault="000E40D1" w:rsidP="000E40D1">
      <w:pPr>
        <w:pStyle w:val="TableParagraph"/>
        <w:jc w:val="both"/>
        <w:rPr>
          <w:sz w:val="28"/>
          <w:szCs w:val="28"/>
          <w:lang w:val="kk-KZ" w:eastAsia="ru-RU"/>
        </w:rPr>
      </w:pPr>
      <w:r w:rsidRPr="000E40D1">
        <w:rPr>
          <w:sz w:val="28"/>
          <w:szCs w:val="28"/>
          <w:lang w:val="kk-KZ" w:eastAsia="ru-RU"/>
        </w:rPr>
        <w:t xml:space="preserve">«Би әлемі», «Шабыт» Оқушылардың би өнеріне деген қызығушылығын арттыру, шығармашылық қабілеттерін дамыту, ұлттық және заманауи би өнерінің ерекшеліктерін меңгерту, әсемдікке, сымбаттылыққа, сахна мәдениетіне тәрбиелеу </w:t>
      </w:r>
      <w:r w:rsidRPr="000E40D1">
        <w:rPr>
          <w:sz w:val="28"/>
          <w:szCs w:val="28"/>
          <w:lang w:val="kk-KZ" w:eastAsia="ru-RU"/>
        </w:rPr>
        <w:lastRenderedPageBreak/>
        <w:t>және салауатты өмір салтын қалыптастыру.</w:t>
      </w:r>
    </w:p>
    <w:p w14:paraId="2C9C3096" w14:textId="77777777" w:rsidR="00F16ABA" w:rsidRPr="00F16ABA" w:rsidRDefault="00F16ABA" w:rsidP="00F9791F">
      <w:pPr>
        <w:pStyle w:val="a8"/>
        <w:jc w:val="both"/>
        <w:rPr>
          <w:rFonts w:ascii="Times New Roman" w:hAnsi="Times New Roman" w:cs="Times New Roman"/>
          <w:spacing w:val="2"/>
          <w:sz w:val="28"/>
          <w:szCs w:val="28"/>
          <w:lang w:val="kk-KZ"/>
        </w:rPr>
      </w:pPr>
    </w:p>
    <w:p w14:paraId="3219BC51" w14:textId="2F07BA69" w:rsidR="006E274C" w:rsidRPr="006E274C" w:rsidRDefault="000E40D1" w:rsidP="00F9791F">
      <w:pPr>
        <w:pStyle w:val="a8"/>
        <w:jc w:val="both"/>
        <w:rPr>
          <w:rFonts w:ascii="Times New Roman" w:hAnsi="Times New Roman" w:cs="Times New Roman"/>
          <w:b/>
          <w:spacing w:val="2"/>
          <w:sz w:val="28"/>
          <w:szCs w:val="28"/>
          <w:lang w:val="kk-KZ"/>
        </w:rPr>
      </w:pPr>
      <w:r w:rsidRPr="006E274C">
        <w:rPr>
          <w:rFonts w:ascii="Times New Roman" w:hAnsi="Times New Roman" w:cs="Times New Roman"/>
          <w:b/>
          <w:spacing w:val="2"/>
          <w:sz w:val="28"/>
          <w:szCs w:val="28"/>
          <w:lang w:val="kk-KZ"/>
        </w:rPr>
        <w:t>5. «Тіршілік қауіпсіздік негіздері» міндетті оқу курсын оқудың сәйкестігі.</w:t>
      </w:r>
    </w:p>
    <w:p w14:paraId="72B3CCF5" w14:textId="45834D28" w:rsidR="006E274C" w:rsidRPr="006E274C" w:rsidRDefault="006E274C" w:rsidP="006E274C">
      <w:pPr>
        <w:pStyle w:val="a8"/>
        <w:jc w:val="both"/>
        <w:rPr>
          <w:rFonts w:ascii="Times New Roman" w:hAnsi="Times New Roman" w:cs="Times New Roman"/>
          <w:spacing w:val="2"/>
          <w:sz w:val="28"/>
          <w:szCs w:val="28"/>
          <w:lang w:val="kk-KZ"/>
        </w:rPr>
      </w:pPr>
      <w:r>
        <w:rPr>
          <w:rFonts w:ascii="Times New Roman" w:hAnsi="Times New Roman" w:cs="Times New Roman"/>
          <w:spacing w:val="2"/>
          <w:sz w:val="28"/>
          <w:szCs w:val="28"/>
          <w:lang w:val="kk-KZ"/>
        </w:rPr>
        <w:t xml:space="preserve">          </w:t>
      </w:r>
      <w:r w:rsidRPr="006E274C">
        <w:rPr>
          <w:rFonts w:ascii="Times New Roman" w:hAnsi="Times New Roman" w:cs="Times New Roman"/>
          <w:spacing w:val="2"/>
          <w:sz w:val="28"/>
          <w:szCs w:val="28"/>
          <w:lang w:val="kk-KZ"/>
        </w:rPr>
        <w:t>Мектепте «Тіршілік қауіпсіздігі негіздері» міндетті оқу курсын оқыту Қазақстан Республикасының мемлекеттік жалпыға міндетті білім беру стандартына, үлгілік оқу жоспарлары мен оқу бағдарламаларына сәйкес ұйымдастырылады.</w:t>
      </w:r>
    </w:p>
    <w:p w14:paraId="76CABD8D" w14:textId="16C8BC25" w:rsidR="006E274C" w:rsidRPr="006E274C" w:rsidRDefault="006E274C" w:rsidP="006E274C">
      <w:pPr>
        <w:pStyle w:val="a8"/>
        <w:jc w:val="both"/>
        <w:rPr>
          <w:rFonts w:ascii="Times New Roman" w:hAnsi="Times New Roman" w:cs="Times New Roman"/>
          <w:spacing w:val="2"/>
          <w:sz w:val="28"/>
          <w:szCs w:val="28"/>
          <w:lang w:val="kk-KZ"/>
        </w:rPr>
      </w:pPr>
      <w:r>
        <w:rPr>
          <w:rFonts w:ascii="Times New Roman" w:hAnsi="Times New Roman" w:cs="Times New Roman"/>
          <w:spacing w:val="2"/>
          <w:sz w:val="28"/>
          <w:szCs w:val="28"/>
          <w:lang w:val="kk-KZ"/>
        </w:rPr>
        <w:t xml:space="preserve">        </w:t>
      </w:r>
      <w:r w:rsidRPr="006E274C">
        <w:rPr>
          <w:rFonts w:ascii="Times New Roman" w:hAnsi="Times New Roman" w:cs="Times New Roman"/>
          <w:spacing w:val="2"/>
          <w:sz w:val="28"/>
          <w:szCs w:val="28"/>
          <w:lang w:val="kk-KZ"/>
        </w:rPr>
        <w:t>«Тіршілік қауіпсіздігі негіздері» курсының негізгі мақсаты – білім алушылардың күнделікті өмірде, төтенше жағдайларда қауіпсіз мінез-құлық дағдыларын қалыптастыру, жеке басының және айналасындағы адамдардың қауіпсіздігін қамтамасыз етуге үйрету, салауатты өмір салтын ұстануға тәрбиелеу.</w:t>
      </w:r>
    </w:p>
    <w:p w14:paraId="5AD6AF73" w14:textId="04540B99" w:rsidR="006E274C" w:rsidRPr="006E274C" w:rsidRDefault="006E274C" w:rsidP="006E274C">
      <w:pPr>
        <w:pStyle w:val="a8"/>
        <w:jc w:val="both"/>
        <w:rPr>
          <w:rFonts w:ascii="Times New Roman" w:hAnsi="Times New Roman" w:cs="Times New Roman"/>
          <w:spacing w:val="2"/>
          <w:sz w:val="28"/>
          <w:szCs w:val="28"/>
          <w:lang w:val="kk-KZ"/>
        </w:rPr>
      </w:pPr>
      <w:r>
        <w:rPr>
          <w:rFonts w:ascii="Times New Roman" w:hAnsi="Times New Roman" w:cs="Times New Roman"/>
          <w:spacing w:val="2"/>
          <w:sz w:val="28"/>
          <w:szCs w:val="28"/>
          <w:lang w:val="kk-KZ"/>
        </w:rPr>
        <w:t xml:space="preserve">         </w:t>
      </w:r>
      <w:r w:rsidRPr="006E274C">
        <w:rPr>
          <w:rFonts w:ascii="Times New Roman" w:hAnsi="Times New Roman" w:cs="Times New Roman"/>
          <w:spacing w:val="2"/>
          <w:sz w:val="28"/>
          <w:szCs w:val="28"/>
          <w:lang w:val="kk-KZ"/>
        </w:rPr>
        <w:t>Бастауыш білім беру деңгейінде (1–4-сыныптар) «Тіршілік қауіпсіздігі негіздері» оқу курсының мазмұны «Дүниетану» оқу пәні шеңберінде жүзеге асырылады.</w:t>
      </w:r>
    </w:p>
    <w:p w14:paraId="7915B7E6" w14:textId="3AAB2FDA" w:rsidR="006E274C" w:rsidRPr="006E274C" w:rsidRDefault="006E274C" w:rsidP="006E274C">
      <w:pPr>
        <w:pStyle w:val="a8"/>
        <w:jc w:val="both"/>
        <w:rPr>
          <w:rFonts w:ascii="Times New Roman" w:hAnsi="Times New Roman" w:cs="Times New Roman"/>
          <w:spacing w:val="2"/>
          <w:sz w:val="28"/>
          <w:szCs w:val="28"/>
          <w:lang w:val="kk-KZ"/>
        </w:rPr>
      </w:pPr>
      <w:r>
        <w:rPr>
          <w:rFonts w:ascii="Times New Roman" w:hAnsi="Times New Roman" w:cs="Times New Roman"/>
          <w:spacing w:val="2"/>
          <w:sz w:val="28"/>
          <w:szCs w:val="28"/>
          <w:lang w:val="kk-KZ"/>
        </w:rPr>
        <w:t xml:space="preserve">          </w:t>
      </w:r>
      <w:r w:rsidRPr="006E274C">
        <w:rPr>
          <w:rFonts w:ascii="Times New Roman" w:hAnsi="Times New Roman" w:cs="Times New Roman"/>
          <w:spacing w:val="2"/>
          <w:sz w:val="28"/>
          <w:szCs w:val="28"/>
          <w:lang w:val="kk-KZ"/>
        </w:rPr>
        <w:t>Негізгі орта білім беру деңгейінде (5–9-сыныптар) тіршілік қауіпсіздігі негіздері бойынша білім беру «Дене шынықтыру» оқу пәні аясында жүргізіледі.</w:t>
      </w:r>
    </w:p>
    <w:p w14:paraId="513CECB0" w14:textId="0C73120F" w:rsidR="006E274C" w:rsidRPr="006E274C" w:rsidRDefault="006E274C" w:rsidP="006E274C">
      <w:pPr>
        <w:pStyle w:val="a8"/>
        <w:jc w:val="both"/>
        <w:rPr>
          <w:rFonts w:ascii="Times New Roman" w:hAnsi="Times New Roman" w:cs="Times New Roman"/>
          <w:spacing w:val="2"/>
          <w:sz w:val="28"/>
          <w:szCs w:val="28"/>
          <w:lang w:val="kk-KZ"/>
        </w:rPr>
      </w:pPr>
      <w:r>
        <w:rPr>
          <w:rFonts w:ascii="Times New Roman" w:hAnsi="Times New Roman" w:cs="Times New Roman"/>
          <w:spacing w:val="2"/>
          <w:sz w:val="28"/>
          <w:szCs w:val="28"/>
          <w:lang w:val="kk-KZ"/>
        </w:rPr>
        <w:t xml:space="preserve">         </w:t>
      </w:r>
      <w:r w:rsidRPr="006E274C">
        <w:rPr>
          <w:rFonts w:ascii="Times New Roman" w:hAnsi="Times New Roman" w:cs="Times New Roman"/>
          <w:spacing w:val="2"/>
          <w:sz w:val="28"/>
          <w:szCs w:val="28"/>
          <w:lang w:val="kk-KZ"/>
        </w:rPr>
        <w:t>Жалпы орта білім беру деңгейінде (10–11-сыныптар) «Тіршілік қауіпсіздігі негіздері» курсының мазмұны «Алғашқы әскери және технологиялық дайындық» оқу пәні шеңберінде жүзеге асырылады.</w:t>
      </w:r>
    </w:p>
    <w:p w14:paraId="2950F8C6" w14:textId="6EAA8A8C" w:rsidR="006E274C" w:rsidRPr="006E274C" w:rsidRDefault="006E274C" w:rsidP="006E274C">
      <w:pPr>
        <w:pStyle w:val="a8"/>
        <w:jc w:val="both"/>
        <w:rPr>
          <w:rFonts w:ascii="Times New Roman" w:hAnsi="Times New Roman" w:cs="Times New Roman"/>
          <w:spacing w:val="2"/>
          <w:sz w:val="28"/>
          <w:szCs w:val="28"/>
          <w:lang w:val="kk-KZ"/>
        </w:rPr>
      </w:pPr>
      <w:r>
        <w:rPr>
          <w:rFonts w:ascii="Times New Roman" w:hAnsi="Times New Roman" w:cs="Times New Roman"/>
          <w:spacing w:val="2"/>
          <w:sz w:val="28"/>
          <w:szCs w:val="28"/>
          <w:lang w:val="kk-KZ"/>
        </w:rPr>
        <w:t xml:space="preserve">         </w:t>
      </w:r>
      <w:r w:rsidRPr="006E274C">
        <w:rPr>
          <w:rFonts w:ascii="Times New Roman" w:hAnsi="Times New Roman" w:cs="Times New Roman"/>
          <w:spacing w:val="2"/>
          <w:sz w:val="28"/>
          <w:szCs w:val="28"/>
          <w:lang w:val="kk-KZ"/>
        </w:rPr>
        <w:t>Оқу барысында білім алушыларға жол қозғалысы ережелері, өрт қауіпсіздігі, табиғи және техногендік сипаттағы төтенше жағдайлар кезіндегі іс-әрекеттер, алғашқы медициналық көмек көрсету, жеке қауіпсіздік және салауатты өмір салтын сақтау бағыттары бойынша білім беріледі.</w:t>
      </w:r>
    </w:p>
    <w:p w14:paraId="2E3756F6" w14:textId="57D50594" w:rsidR="006E274C" w:rsidRDefault="006E274C" w:rsidP="006E274C">
      <w:pPr>
        <w:pStyle w:val="a8"/>
        <w:jc w:val="both"/>
        <w:rPr>
          <w:rFonts w:ascii="Times New Roman" w:hAnsi="Times New Roman" w:cs="Times New Roman"/>
          <w:spacing w:val="2"/>
          <w:sz w:val="28"/>
          <w:szCs w:val="28"/>
          <w:lang w:val="kk-KZ"/>
        </w:rPr>
      </w:pPr>
      <w:r w:rsidRPr="006E274C">
        <w:rPr>
          <w:rFonts w:ascii="Times New Roman" w:hAnsi="Times New Roman" w:cs="Times New Roman"/>
          <w:spacing w:val="2"/>
          <w:sz w:val="28"/>
          <w:szCs w:val="28"/>
          <w:lang w:val="kk-KZ"/>
        </w:rPr>
        <w:t>Курс мазмұны тиісті пәндердің күнтізбелік-тақырыптық жоспарларына енгізіліп, сабақтар бекітілген оқу бағдарламаларына сәйкес өткізіледі. Өтілген тақырыптар электрондық сынып журналдарында тіркеледі.</w:t>
      </w:r>
    </w:p>
    <w:p w14:paraId="40121E4B" w14:textId="4CEDD68A" w:rsidR="006E274C" w:rsidRPr="006E274C" w:rsidRDefault="006E274C" w:rsidP="006E274C">
      <w:pPr>
        <w:pStyle w:val="a8"/>
        <w:jc w:val="both"/>
        <w:rPr>
          <w:rFonts w:ascii="Times New Roman" w:hAnsi="Times New Roman" w:cs="Times New Roman"/>
          <w:b/>
          <w:spacing w:val="2"/>
          <w:sz w:val="28"/>
          <w:szCs w:val="28"/>
          <w:lang w:val="kk-KZ"/>
        </w:rPr>
      </w:pPr>
      <w:r w:rsidRPr="006E274C">
        <w:rPr>
          <w:rFonts w:ascii="Times New Roman" w:hAnsi="Times New Roman" w:cs="Times New Roman"/>
          <w:sz w:val="28"/>
          <w:szCs w:val="28"/>
          <w:lang w:val="kk-KZ"/>
        </w:rPr>
        <w:t>Қорытынды: Мектепте «Тіршілік қауіпсіздігі негіздері» міндетті оқу курсын оқыту тиісті оқу пәндерімен кіріктіріле отырып жүзеге асырылады. Білім алушылардың қауіпсіздік мәдениетін қалыптастыруға және төтенше жағдайларда дұрыс әрекет ету дағдыларын дамытуға жағдай жасалған.</w:t>
      </w:r>
    </w:p>
    <w:p w14:paraId="756E3FED" w14:textId="1FD16B67" w:rsidR="006E274C" w:rsidRPr="006E274C" w:rsidRDefault="006E274C" w:rsidP="006E274C">
      <w:pPr>
        <w:pStyle w:val="a8"/>
        <w:jc w:val="both"/>
        <w:rPr>
          <w:rFonts w:ascii="Times New Roman" w:hAnsi="Times New Roman" w:cs="Times New Roman"/>
          <w:b/>
          <w:spacing w:val="2"/>
          <w:sz w:val="28"/>
          <w:szCs w:val="28"/>
          <w:lang w:val="kk-KZ"/>
        </w:rPr>
      </w:pPr>
      <w:r w:rsidRPr="006E274C">
        <w:rPr>
          <w:rFonts w:ascii="Times New Roman" w:hAnsi="Times New Roman" w:cs="Times New Roman"/>
          <w:b/>
          <w:spacing w:val="2"/>
          <w:sz w:val="28"/>
          <w:szCs w:val="28"/>
          <w:lang w:val="kk-KZ"/>
        </w:rPr>
        <w:t>6. «Жол қозғалысы ережелері» міндетті оқу курсының орындалуының сәйкестігі</w:t>
      </w:r>
    </w:p>
    <w:p w14:paraId="4779F145" w14:textId="6E873B97" w:rsidR="006E274C" w:rsidRPr="006E274C" w:rsidRDefault="006E274C" w:rsidP="006E274C">
      <w:pPr>
        <w:pStyle w:val="a8"/>
        <w:jc w:val="both"/>
        <w:rPr>
          <w:rFonts w:ascii="Times New Roman" w:hAnsi="Times New Roman" w:cs="Times New Roman"/>
          <w:spacing w:val="2"/>
          <w:sz w:val="28"/>
          <w:szCs w:val="28"/>
          <w:lang w:val="kk-KZ"/>
        </w:rPr>
      </w:pPr>
      <w:r>
        <w:rPr>
          <w:rFonts w:ascii="Times New Roman" w:hAnsi="Times New Roman" w:cs="Times New Roman"/>
          <w:spacing w:val="2"/>
          <w:sz w:val="28"/>
          <w:szCs w:val="28"/>
          <w:lang w:val="kk-KZ"/>
        </w:rPr>
        <w:t xml:space="preserve">          </w:t>
      </w:r>
      <w:r w:rsidRPr="006E274C">
        <w:rPr>
          <w:rFonts w:ascii="Times New Roman" w:hAnsi="Times New Roman" w:cs="Times New Roman"/>
          <w:spacing w:val="2"/>
          <w:sz w:val="28"/>
          <w:szCs w:val="28"/>
          <w:lang w:val="kk-KZ"/>
        </w:rPr>
        <w:t>Мектепте «Жол қозғалысы ережелері» міндетті оқу курсын оқыту Қазақстан Республикасының мемлекеттік жалпыға міндетті білім беру стандартына және білім беру ұйымдарында жол қозғалысы қауіпсіздігін қамтамасыз етуге бағытталған нормативтік талаптарға сәйкес жүзеге асырылады.</w:t>
      </w:r>
    </w:p>
    <w:p w14:paraId="2C29BFEE" w14:textId="77777777" w:rsidR="006E274C" w:rsidRPr="006E274C" w:rsidRDefault="006E274C" w:rsidP="006E274C">
      <w:pPr>
        <w:pStyle w:val="a8"/>
        <w:jc w:val="both"/>
        <w:rPr>
          <w:rFonts w:ascii="Times New Roman" w:hAnsi="Times New Roman" w:cs="Times New Roman"/>
          <w:spacing w:val="2"/>
          <w:sz w:val="28"/>
          <w:szCs w:val="28"/>
          <w:lang w:val="kk-KZ"/>
        </w:rPr>
      </w:pPr>
      <w:r w:rsidRPr="006E274C">
        <w:rPr>
          <w:rFonts w:ascii="Times New Roman" w:hAnsi="Times New Roman" w:cs="Times New Roman"/>
          <w:spacing w:val="2"/>
          <w:sz w:val="28"/>
          <w:szCs w:val="28"/>
          <w:lang w:val="kk-KZ"/>
        </w:rPr>
        <w:t>«Жол қозғалысы ережелері» курсының негізгі мақсаты – білім алушылардың жол қозғалысы қауіпсіздігі туралы білімдерін қалыптастыру, жолда жүру мәдениетін дамыту, жол-көлік оқиғаларының алдын алу және оқушылардың өмірі мен денсаулығын қорғау.</w:t>
      </w:r>
    </w:p>
    <w:p w14:paraId="58B4DB76" w14:textId="4C1FD7A6" w:rsidR="006E274C" w:rsidRPr="006E274C" w:rsidRDefault="006E274C" w:rsidP="006E274C">
      <w:pPr>
        <w:pStyle w:val="a8"/>
        <w:jc w:val="both"/>
        <w:rPr>
          <w:rFonts w:ascii="Times New Roman" w:hAnsi="Times New Roman" w:cs="Times New Roman"/>
          <w:spacing w:val="2"/>
          <w:sz w:val="28"/>
          <w:szCs w:val="28"/>
          <w:lang w:val="kk-KZ"/>
        </w:rPr>
      </w:pPr>
      <w:r>
        <w:rPr>
          <w:rFonts w:ascii="Times New Roman" w:hAnsi="Times New Roman" w:cs="Times New Roman"/>
          <w:spacing w:val="2"/>
          <w:sz w:val="28"/>
          <w:szCs w:val="28"/>
          <w:lang w:val="kk-KZ"/>
        </w:rPr>
        <w:t xml:space="preserve">          </w:t>
      </w:r>
      <w:r w:rsidRPr="006E274C">
        <w:rPr>
          <w:rFonts w:ascii="Times New Roman" w:hAnsi="Times New Roman" w:cs="Times New Roman"/>
          <w:spacing w:val="2"/>
          <w:sz w:val="28"/>
          <w:szCs w:val="28"/>
          <w:lang w:val="kk-KZ"/>
        </w:rPr>
        <w:t>Мектепте «Жол қозғалысы ережелері» міндетті оқу курсы 1–8-сыныптарда сынып сағаттары есебінен ұйымдастырылады.</w:t>
      </w:r>
    </w:p>
    <w:p w14:paraId="2D541B14" w14:textId="77777777" w:rsidR="006E274C" w:rsidRPr="006E274C" w:rsidRDefault="006E274C" w:rsidP="006E274C">
      <w:pPr>
        <w:pStyle w:val="a8"/>
        <w:jc w:val="both"/>
        <w:rPr>
          <w:rFonts w:ascii="Times New Roman" w:hAnsi="Times New Roman" w:cs="Times New Roman"/>
          <w:spacing w:val="2"/>
          <w:sz w:val="28"/>
          <w:szCs w:val="28"/>
          <w:lang w:val="kk-KZ"/>
        </w:rPr>
      </w:pPr>
      <w:r w:rsidRPr="006E274C">
        <w:rPr>
          <w:rFonts w:ascii="Times New Roman" w:hAnsi="Times New Roman" w:cs="Times New Roman"/>
          <w:spacing w:val="2"/>
          <w:sz w:val="28"/>
          <w:szCs w:val="28"/>
          <w:lang w:val="kk-KZ"/>
        </w:rPr>
        <w:t>Оқу курсына бөлінген сағат саны:</w:t>
      </w:r>
    </w:p>
    <w:p w14:paraId="0E9FA69C" w14:textId="77777777" w:rsidR="006E274C" w:rsidRPr="006E274C" w:rsidRDefault="006E274C" w:rsidP="006E274C">
      <w:pPr>
        <w:pStyle w:val="a8"/>
        <w:jc w:val="both"/>
        <w:rPr>
          <w:rFonts w:ascii="Times New Roman" w:hAnsi="Times New Roman" w:cs="Times New Roman"/>
          <w:spacing w:val="2"/>
          <w:sz w:val="28"/>
          <w:szCs w:val="28"/>
          <w:lang w:val="kk-KZ"/>
        </w:rPr>
      </w:pPr>
      <w:r w:rsidRPr="006E274C">
        <w:rPr>
          <w:rFonts w:ascii="Times New Roman" w:hAnsi="Times New Roman" w:cs="Times New Roman"/>
          <w:spacing w:val="2"/>
          <w:sz w:val="28"/>
          <w:szCs w:val="28"/>
          <w:lang w:val="kk-KZ"/>
        </w:rPr>
        <w:t>- 1–4-сыныптарда – әр сыныпқа жылына 6 сағат;</w:t>
      </w:r>
    </w:p>
    <w:p w14:paraId="1DC76812" w14:textId="77777777" w:rsidR="006E274C" w:rsidRPr="006E274C" w:rsidRDefault="006E274C" w:rsidP="006E274C">
      <w:pPr>
        <w:pStyle w:val="a8"/>
        <w:jc w:val="both"/>
        <w:rPr>
          <w:rFonts w:ascii="Times New Roman" w:hAnsi="Times New Roman" w:cs="Times New Roman"/>
          <w:spacing w:val="2"/>
          <w:sz w:val="28"/>
          <w:szCs w:val="28"/>
          <w:lang w:val="kk-KZ"/>
        </w:rPr>
      </w:pPr>
      <w:r w:rsidRPr="006E274C">
        <w:rPr>
          <w:rFonts w:ascii="Times New Roman" w:hAnsi="Times New Roman" w:cs="Times New Roman"/>
          <w:spacing w:val="2"/>
          <w:sz w:val="28"/>
          <w:szCs w:val="28"/>
          <w:lang w:val="kk-KZ"/>
        </w:rPr>
        <w:t>- 5–8-сыныптарда – әр сыныпқа жылына 10 сағат.</w:t>
      </w:r>
    </w:p>
    <w:p w14:paraId="05F03343" w14:textId="77777777" w:rsidR="006E274C" w:rsidRPr="006E274C" w:rsidRDefault="006E274C" w:rsidP="006E274C">
      <w:pPr>
        <w:pStyle w:val="a8"/>
        <w:jc w:val="both"/>
        <w:rPr>
          <w:rFonts w:ascii="Times New Roman" w:hAnsi="Times New Roman" w:cs="Times New Roman"/>
          <w:spacing w:val="2"/>
          <w:sz w:val="28"/>
          <w:szCs w:val="28"/>
          <w:lang w:val="kk-KZ"/>
        </w:rPr>
      </w:pPr>
      <w:r w:rsidRPr="006E274C">
        <w:rPr>
          <w:rFonts w:ascii="Times New Roman" w:hAnsi="Times New Roman" w:cs="Times New Roman"/>
          <w:spacing w:val="2"/>
          <w:sz w:val="28"/>
          <w:szCs w:val="28"/>
          <w:lang w:val="kk-KZ"/>
        </w:rPr>
        <w:t>Курс бойынша сабақтар сынып жетекшілерінің тәрбие жұмысы жоспарларына енгізіліп, бекітілген тақырыптық жоспарға сәйкес жүргізіледі.</w:t>
      </w:r>
    </w:p>
    <w:p w14:paraId="6AEB5812" w14:textId="02E19B8B" w:rsidR="006E274C" w:rsidRPr="006E274C" w:rsidRDefault="006E274C" w:rsidP="006E274C">
      <w:pPr>
        <w:pStyle w:val="a8"/>
        <w:jc w:val="both"/>
        <w:rPr>
          <w:rFonts w:ascii="Times New Roman" w:hAnsi="Times New Roman" w:cs="Times New Roman"/>
          <w:spacing w:val="2"/>
          <w:sz w:val="28"/>
          <w:szCs w:val="28"/>
          <w:lang w:val="kk-KZ"/>
        </w:rPr>
      </w:pPr>
      <w:r>
        <w:rPr>
          <w:rFonts w:ascii="Times New Roman" w:hAnsi="Times New Roman" w:cs="Times New Roman"/>
          <w:spacing w:val="2"/>
          <w:sz w:val="28"/>
          <w:szCs w:val="28"/>
          <w:lang w:val="kk-KZ"/>
        </w:rPr>
        <w:lastRenderedPageBreak/>
        <w:t xml:space="preserve">        </w:t>
      </w:r>
      <w:r w:rsidRPr="006E274C">
        <w:rPr>
          <w:rFonts w:ascii="Times New Roman" w:hAnsi="Times New Roman" w:cs="Times New Roman"/>
          <w:spacing w:val="2"/>
          <w:sz w:val="28"/>
          <w:szCs w:val="28"/>
          <w:lang w:val="kk-KZ"/>
        </w:rPr>
        <w:t>Сабақ барысында білім алушыларға жол белгілері, бағдаршам сигналдары, жаяу жүргіншілердің міндеттері, қоғамдық көлікте өзін-өзі ұстау ережелері, жолдан қауіпсіз өту тәртібі, велосипедпен жүру қауіпсіздігі және жол-көлік оқиғаларының алдын алу шаралары түсіндіріледі.</w:t>
      </w:r>
    </w:p>
    <w:p w14:paraId="619E965C" w14:textId="6437A67E" w:rsidR="006E274C" w:rsidRPr="006E274C" w:rsidRDefault="006E274C" w:rsidP="006E274C">
      <w:pPr>
        <w:pStyle w:val="a8"/>
        <w:jc w:val="both"/>
        <w:rPr>
          <w:rFonts w:ascii="Times New Roman" w:hAnsi="Times New Roman" w:cs="Times New Roman"/>
          <w:spacing w:val="2"/>
          <w:sz w:val="28"/>
          <w:szCs w:val="28"/>
          <w:lang w:val="kk-KZ"/>
        </w:rPr>
      </w:pPr>
      <w:r>
        <w:rPr>
          <w:rFonts w:ascii="Times New Roman" w:hAnsi="Times New Roman" w:cs="Times New Roman"/>
          <w:spacing w:val="2"/>
          <w:sz w:val="28"/>
          <w:szCs w:val="28"/>
          <w:lang w:val="kk-KZ"/>
        </w:rPr>
        <w:t xml:space="preserve">        </w:t>
      </w:r>
      <w:r w:rsidRPr="006E274C">
        <w:rPr>
          <w:rFonts w:ascii="Times New Roman" w:hAnsi="Times New Roman" w:cs="Times New Roman"/>
          <w:spacing w:val="2"/>
          <w:sz w:val="28"/>
          <w:szCs w:val="28"/>
          <w:lang w:val="kk-KZ"/>
        </w:rPr>
        <w:t>Жол қозғалысы ережелерін меңгерту мақсатында сынып сағаттары, түсіндіру жұмыстары, практикалық сабақтар, танымдық ойындар мен қауіпсіздік бойынша іс-шаралар ұйымдастырылады.</w:t>
      </w:r>
    </w:p>
    <w:p w14:paraId="1BFB2FF3" w14:textId="390DC87D" w:rsidR="006E274C" w:rsidRPr="006E274C" w:rsidRDefault="006E274C" w:rsidP="006E274C">
      <w:pPr>
        <w:pStyle w:val="a8"/>
        <w:jc w:val="both"/>
        <w:rPr>
          <w:rFonts w:ascii="Times New Roman" w:hAnsi="Times New Roman" w:cs="Times New Roman"/>
          <w:spacing w:val="2"/>
          <w:sz w:val="28"/>
          <w:szCs w:val="28"/>
          <w:lang w:val="kk-KZ"/>
        </w:rPr>
      </w:pPr>
      <w:r>
        <w:rPr>
          <w:rFonts w:ascii="Times New Roman" w:hAnsi="Times New Roman" w:cs="Times New Roman"/>
          <w:spacing w:val="2"/>
          <w:sz w:val="28"/>
          <w:szCs w:val="28"/>
          <w:lang w:val="kk-KZ"/>
        </w:rPr>
        <w:t xml:space="preserve">        </w:t>
      </w:r>
      <w:r w:rsidRPr="006E274C">
        <w:rPr>
          <w:rFonts w:ascii="Times New Roman" w:hAnsi="Times New Roman" w:cs="Times New Roman"/>
          <w:spacing w:val="2"/>
          <w:sz w:val="28"/>
          <w:szCs w:val="28"/>
          <w:lang w:val="kk-KZ"/>
        </w:rPr>
        <w:t>Өткізілген сабақтар сынып жетекшілерінің тәрбие жұмысы жоспарларында және тиісті есептік құжаттарда көрсетіледі.</w:t>
      </w:r>
    </w:p>
    <w:p w14:paraId="2243E01A" w14:textId="0E6B3FAB" w:rsidR="006E274C" w:rsidRPr="000E40D1" w:rsidRDefault="006E274C" w:rsidP="006E274C">
      <w:pPr>
        <w:pStyle w:val="a8"/>
        <w:jc w:val="both"/>
        <w:rPr>
          <w:rFonts w:ascii="Times New Roman" w:hAnsi="Times New Roman" w:cs="Times New Roman"/>
          <w:spacing w:val="2"/>
          <w:sz w:val="28"/>
          <w:szCs w:val="28"/>
          <w:lang w:val="kk-KZ"/>
        </w:rPr>
      </w:pPr>
      <w:r w:rsidRPr="006E274C">
        <w:rPr>
          <w:rFonts w:ascii="Times New Roman" w:hAnsi="Times New Roman" w:cs="Times New Roman"/>
          <w:spacing w:val="2"/>
          <w:sz w:val="28"/>
          <w:szCs w:val="28"/>
          <w:lang w:val="kk-KZ"/>
        </w:rPr>
        <w:t>Қорытынды: Мектепте «Жол қозғалысы ережелері» міндетті оқу курсын жүзеге асыру білім алушылардың жас ерекшеліктерін ескере отырып ұйымдастырылады. Курс мазмұны сынып жетекшілерінің тәрбие жұмысы жоспарларына енгізілген. Жол қозғалысы қауіпсіздігі бойынша білім алушылардың теориялық білімдері мен практикалық дағдыларын қалыптастыруға бағытталған жұмыстар жүргізіледі.</w:t>
      </w:r>
    </w:p>
    <w:p w14:paraId="175A7A2C" w14:textId="77777777" w:rsidR="00814238" w:rsidRPr="00814238" w:rsidRDefault="00814238" w:rsidP="00814238">
      <w:pPr>
        <w:pStyle w:val="a8"/>
        <w:ind w:firstLine="284"/>
        <w:jc w:val="both"/>
        <w:rPr>
          <w:rFonts w:ascii="Times New Roman" w:hAnsi="Times New Roman" w:cs="Times New Roman"/>
          <w:b/>
          <w:bCs/>
          <w:sz w:val="28"/>
          <w:szCs w:val="28"/>
          <w:lang w:val="kk-KZ"/>
        </w:rPr>
      </w:pPr>
      <w:r w:rsidRPr="00814238">
        <w:rPr>
          <w:rFonts w:ascii="Times New Roman" w:hAnsi="Times New Roman" w:cs="Times New Roman"/>
          <w:b/>
          <w:bCs/>
          <w:sz w:val="28"/>
          <w:szCs w:val="28"/>
          <w:lang w:val="kk-KZ"/>
        </w:rPr>
        <w:t>7. Инвариантты және вариативті компоненттерді қоса алғанда, МЖМБС белгілеген білім алушылардың апталық және жылдық оқу жүктемесінің ең жоғары көлеміне қойылатын талаптардың сақталуы</w:t>
      </w:r>
    </w:p>
    <w:p w14:paraId="759B1255" w14:textId="217BE95B" w:rsidR="00814238" w:rsidRPr="00814238" w:rsidRDefault="00814238" w:rsidP="00814238">
      <w:pPr>
        <w:pStyle w:val="a8"/>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         </w:t>
      </w:r>
      <w:r w:rsidRPr="00814238">
        <w:rPr>
          <w:rFonts w:ascii="Times New Roman" w:hAnsi="Times New Roman" w:cs="Times New Roman"/>
          <w:bCs/>
          <w:sz w:val="28"/>
          <w:szCs w:val="28"/>
          <w:lang w:val="kk-KZ"/>
        </w:rPr>
        <w:t>Мектепте білім алушылардың апталық және жылдық оқу жүктемесінің көлемі Қазақстан Республикасы Оқу-ағарту министрінің 2022 жылғы 3 тамыздағы №348 бұйрығымен бекітілген мемлекеттік жалпыға міндетті білім беру стандарттарына (МЖМБС), Қазақстан Республикасы Білім және ғылым министрінің 2012 жылғы 8 қарашадағы №500 бұйрығымен бекітілген үлгілік оқу жоспарларына (ҮОЖ) сәйкес жоспарланады.</w:t>
      </w:r>
    </w:p>
    <w:p w14:paraId="591B2BF5" w14:textId="680F446D" w:rsidR="00814238" w:rsidRDefault="00814238" w:rsidP="00814238">
      <w:pPr>
        <w:pStyle w:val="a8"/>
        <w:ind w:firstLine="567"/>
        <w:jc w:val="both"/>
        <w:rPr>
          <w:rFonts w:ascii="Times New Roman" w:hAnsi="Times New Roman" w:cs="Times New Roman"/>
          <w:bCs/>
          <w:sz w:val="28"/>
          <w:szCs w:val="28"/>
          <w:lang w:val="kk-KZ"/>
        </w:rPr>
      </w:pPr>
      <w:r w:rsidRPr="00811D2F">
        <w:rPr>
          <w:rFonts w:ascii="Times New Roman" w:hAnsi="Times New Roman" w:cs="Times New Roman"/>
          <w:bCs/>
          <w:sz w:val="28"/>
          <w:szCs w:val="28"/>
          <w:lang w:val="kk-KZ"/>
        </w:rPr>
        <w:t>Мектептің жұмыс оқу жоспары білім беру деңгейлері бойынша бастауыш, негізгі орта және жалпы орта білім берудің үлгілік оқу жоспарлары негізінде әзірленеді және мектеп директорымен бекітіледі.</w:t>
      </w:r>
    </w:p>
    <w:p w14:paraId="02723132" w14:textId="39F9EB34" w:rsidR="00814238" w:rsidRPr="00811D2F" w:rsidRDefault="00814238" w:rsidP="00250CF0">
      <w:pPr>
        <w:pStyle w:val="a8"/>
        <w:ind w:left="-567"/>
        <w:jc w:val="both"/>
        <w:rPr>
          <w:rFonts w:ascii="Times New Roman" w:hAnsi="Times New Roman" w:cs="Times New Roman"/>
          <w:bCs/>
          <w:sz w:val="28"/>
          <w:szCs w:val="28"/>
          <w:lang w:val="kk-KZ"/>
        </w:rPr>
      </w:pPr>
      <w:r w:rsidRPr="00814238">
        <w:rPr>
          <w:rFonts w:ascii="Times New Roman" w:hAnsi="Times New Roman" w:cs="Times New Roman"/>
          <w:bCs/>
          <w:sz w:val="28"/>
          <w:szCs w:val="28"/>
          <w:lang w:val="kk-KZ"/>
        </w:rPr>
        <w:t xml:space="preserve">       </w:t>
      </w:r>
      <w:r w:rsidR="00BA5CF4">
        <w:rPr>
          <w:rFonts w:ascii="Times New Roman" w:hAnsi="Times New Roman" w:cs="Times New Roman"/>
          <w:bCs/>
          <w:sz w:val="28"/>
          <w:szCs w:val="28"/>
          <w:lang w:val="kk-KZ"/>
        </w:rPr>
        <w:t xml:space="preserve">  </w:t>
      </w:r>
      <w:r w:rsidRPr="00814238">
        <w:rPr>
          <w:rFonts w:ascii="Times New Roman" w:hAnsi="Times New Roman" w:cs="Times New Roman"/>
          <w:bCs/>
          <w:sz w:val="28"/>
          <w:szCs w:val="28"/>
          <w:lang w:val="kk-KZ"/>
        </w:rPr>
        <w:t xml:space="preserve"> </w:t>
      </w:r>
      <w:r w:rsidRPr="00811D2F">
        <w:rPr>
          <w:rFonts w:ascii="Times New Roman" w:hAnsi="Times New Roman" w:cs="Times New Roman"/>
          <w:bCs/>
          <w:sz w:val="28"/>
          <w:szCs w:val="28"/>
          <w:lang w:val="kk-KZ"/>
        </w:rPr>
        <w:t>Оқу жүктемесі инвариантты және вариативті компоненттерден тұрады.</w:t>
      </w:r>
    </w:p>
    <w:p w14:paraId="71D600CF" w14:textId="3B4D12F6" w:rsidR="00814238" w:rsidRPr="00811D2F" w:rsidRDefault="00814238" w:rsidP="00250CF0">
      <w:pPr>
        <w:pStyle w:val="a8"/>
        <w:ind w:left="142"/>
        <w:jc w:val="both"/>
        <w:rPr>
          <w:rFonts w:ascii="Times New Roman" w:hAnsi="Times New Roman" w:cs="Times New Roman"/>
          <w:bCs/>
          <w:sz w:val="28"/>
          <w:szCs w:val="28"/>
          <w:lang w:val="kk-KZ"/>
        </w:rPr>
      </w:pPr>
      <w:r w:rsidRPr="00814238">
        <w:rPr>
          <w:rFonts w:ascii="Times New Roman" w:hAnsi="Times New Roman" w:cs="Times New Roman"/>
          <w:bCs/>
          <w:sz w:val="28"/>
          <w:szCs w:val="28"/>
          <w:lang w:val="kk-KZ"/>
        </w:rPr>
        <w:t xml:space="preserve">          </w:t>
      </w:r>
      <w:r w:rsidRPr="00811D2F">
        <w:rPr>
          <w:rFonts w:ascii="Times New Roman" w:hAnsi="Times New Roman" w:cs="Times New Roman"/>
          <w:bCs/>
          <w:sz w:val="28"/>
          <w:szCs w:val="28"/>
          <w:lang w:val="kk-KZ"/>
        </w:rPr>
        <w:t>Инвариантты компонент – мемлекеттік жалпыға міндетті білім беру стандартына сәйкес барлық білім алушылар үшін міндетті болып табылатын оқу пәндерін қамтиды. Аталған компонент бойынша оқу пәндерінің апталық сағат саны үлгілік оқу жоспарына сәйкес белгіленеді.</w:t>
      </w:r>
    </w:p>
    <w:p w14:paraId="39EA0781" w14:textId="512B888D" w:rsidR="00814238" w:rsidRPr="00811D2F" w:rsidRDefault="00814238" w:rsidP="00250CF0">
      <w:pPr>
        <w:pStyle w:val="a8"/>
        <w:ind w:left="142"/>
        <w:jc w:val="both"/>
        <w:rPr>
          <w:rFonts w:ascii="Times New Roman" w:hAnsi="Times New Roman" w:cs="Times New Roman"/>
          <w:bCs/>
          <w:sz w:val="28"/>
          <w:szCs w:val="28"/>
          <w:lang w:val="kk-KZ"/>
        </w:rPr>
      </w:pPr>
      <w:r w:rsidRPr="00814238">
        <w:rPr>
          <w:rFonts w:ascii="Times New Roman" w:hAnsi="Times New Roman" w:cs="Times New Roman"/>
          <w:bCs/>
          <w:sz w:val="28"/>
          <w:szCs w:val="28"/>
          <w:lang w:val="kk-KZ"/>
        </w:rPr>
        <w:t xml:space="preserve">         </w:t>
      </w:r>
      <w:r w:rsidRPr="00811D2F">
        <w:rPr>
          <w:rFonts w:ascii="Times New Roman" w:hAnsi="Times New Roman" w:cs="Times New Roman"/>
          <w:bCs/>
          <w:sz w:val="28"/>
          <w:szCs w:val="28"/>
          <w:lang w:val="kk-KZ"/>
        </w:rPr>
        <w:t>Вариативті компонент – білім алушылардың жеке қызығушылықтарын, қабілеттерін және білім алу қажеттіліктерін ескере отырып ұйымдастырылатын таңдау курстарын, факультативтік сабақтарды, гимназиялық компонент сағаттарын және қосымша оқу курстарын қамтиды.</w:t>
      </w:r>
    </w:p>
    <w:p w14:paraId="622EA578" w14:textId="6FE09C60" w:rsidR="00814238" w:rsidRPr="00811D2F" w:rsidRDefault="00814238" w:rsidP="00250CF0">
      <w:pPr>
        <w:pStyle w:val="a8"/>
        <w:ind w:left="142"/>
        <w:jc w:val="both"/>
        <w:rPr>
          <w:rFonts w:ascii="Times New Roman" w:hAnsi="Times New Roman" w:cs="Times New Roman"/>
          <w:bCs/>
          <w:sz w:val="28"/>
          <w:szCs w:val="28"/>
          <w:lang w:val="kk-KZ"/>
        </w:rPr>
      </w:pPr>
      <w:r w:rsidRPr="00814238">
        <w:rPr>
          <w:rFonts w:ascii="Times New Roman" w:hAnsi="Times New Roman" w:cs="Times New Roman"/>
          <w:bCs/>
          <w:sz w:val="28"/>
          <w:szCs w:val="28"/>
          <w:lang w:val="kk-KZ"/>
        </w:rPr>
        <w:t xml:space="preserve">         </w:t>
      </w:r>
      <w:r w:rsidRPr="00811D2F">
        <w:rPr>
          <w:rFonts w:ascii="Times New Roman" w:hAnsi="Times New Roman" w:cs="Times New Roman"/>
          <w:bCs/>
          <w:sz w:val="28"/>
          <w:szCs w:val="28"/>
          <w:lang w:val="kk-KZ"/>
        </w:rPr>
        <w:t>Мектепте вариативті компонент сағаттары білім алушылардың білімін тереңдетуге, шығармашылық және зияткерлік қабілеттерін дамытуға, пәндер бойынша білім сапасын арттыруға бағытталған.</w:t>
      </w:r>
    </w:p>
    <w:p w14:paraId="328EE2FB" w14:textId="3EE26E58" w:rsidR="00814238" w:rsidRPr="00811D2F" w:rsidRDefault="00814238" w:rsidP="00250CF0">
      <w:pPr>
        <w:pStyle w:val="a8"/>
        <w:ind w:left="142"/>
        <w:jc w:val="both"/>
        <w:rPr>
          <w:rFonts w:ascii="Times New Roman" w:hAnsi="Times New Roman" w:cs="Times New Roman"/>
          <w:bCs/>
          <w:sz w:val="28"/>
          <w:szCs w:val="28"/>
          <w:lang w:val="kk-KZ"/>
        </w:rPr>
      </w:pPr>
      <w:r w:rsidRPr="00814238">
        <w:rPr>
          <w:rFonts w:ascii="Times New Roman" w:hAnsi="Times New Roman" w:cs="Times New Roman"/>
          <w:bCs/>
          <w:sz w:val="28"/>
          <w:szCs w:val="28"/>
          <w:lang w:val="kk-KZ"/>
        </w:rPr>
        <w:t xml:space="preserve">         </w:t>
      </w:r>
      <w:r w:rsidRPr="00811D2F">
        <w:rPr>
          <w:rFonts w:ascii="Times New Roman" w:hAnsi="Times New Roman" w:cs="Times New Roman"/>
          <w:bCs/>
          <w:sz w:val="28"/>
          <w:szCs w:val="28"/>
          <w:lang w:val="kk-KZ"/>
        </w:rPr>
        <w:t>Гимназия сыныптарында білім алушылардың сұраныстары мен қажеттіліктерін ескере отырып, гимназиялық компонент есебінен таңдау курстары мен қосымша сабақтар ұйымдастырылады. Аталған курстардың сағат саны мектептің жұмыс оқу жоспарында көрсетіледі.</w:t>
      </w:r>
    </w:p>
    <w:p w14:paraId="2EA690B9" w14:textId="23D22915" w:rsidR="00814238" w:rsidRPr="00811D2F" w:rsidRDefault="00814238" w:rsidP="00250CF0">
      <w:pPr>
        <w:pStyle w:val="a8"/>
        <w:ind w:left="142"/>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         </w:t>
      </w:r>
      <w:r w:rsidRPr="00811D2F">
        <w:rPr>
          <w:rFonts w:ascii="Times New Roman" w:hAnsi="Times New Roman" w:cs="Times New Roman"/>
          <w:bCs/>
          <w:sz w:val="28"/>
          <w:szCs w:val="28"/>
          <w:lang w:val="kk-KZ"/>
        </w:rPr>
        <w:t>Білім алушылардың апталық оқу жүктемесінің көлемі әр сынып бойынша инвариантты және вариативті компоненттердің жиынтығы негізінде айқындалады.</w:t>
      </w:r>
    </w:p>
    <w:p w14:paraId="470AE55E" w14:textId="6D72D32B" w:rsidR="00814238" w:rsidRPr="00811D2F" w:rsidRDefault="00814238" w:rsidP="00250CF0">
      <w:pPr>
        <w:pStyle w:val="a8"/>
        <w:ind w:left="142"/>
        <w:jc w:val="both"/>
        <w:rPr>
          <w:rFonts w:ascii="Times New Roman" w:hAnsi="Times New Roman" w:cs="Times New Roman"/>
          <w:bCs/>
          <w:sz w:val="28"/>
          <w:szCs w:val="28"/>
          <w:lang w:val="kk-KZ"/>
        </w:rPr>
      </w:pPr>
      <w:r w:rsidRPr="00814238">
        <w:rPr>
          <w:rFonts w:ascii="Times New Roman" w:hAnsi="Times New Roman" w:cs="Times New Roman"/>
          <w:bCs/>
          <w:sz w:val="28"/>
          <w:szCs w:val="28"/>
          <w:lang w:val="kk-KZ"/>
        </w:rPr>
        <w:lastRenderedPageBreak/>
        <w:t xml:space="preserve">       </w:t>
      </w:r>
      <w:r>
        <w:rPr>
          <w:rFonts w:ascii="Times New Roman" w:hAnsi="Times New Roman" w:cs="Times New Roman"/>
          <w:bCs/>
          <w:sz w:val="28"/>
          <w:szCs w:val="28"/>
          <w:lang w:val="kk-KZ"/>
        </w:rPr>
        <w:t xml:space="preserve"> </w:t>
      </w:r>
      <w:r w:rsidRPr="00814238">
        <w:rPr>
          <w:rFonts w:ascii="Times New Roman" w:hAnsi="Times New Roman" w:cs="Times New Roman"/>
          <w:bCs/>
          <w:sz w:val="28"/>
          <w:szCs w:val="28"/>
          <w:lang w:val="kk-KZ"/>
        </w:rPr>
        <w:t xml:space="preserve"> </w:t>
      </w:r>
      <w:r w:rsidRPr="00811D2F">
        <w:rPr>
          <w:rFonts w:ascii="Times New Roman" w:hAnsi="Times New Roman" w:cs="Times New Roman"/>
          <w:bCs/>
          <w:sz w:val="28"/>
          <w:szCs w:val="28"/>
          <w:lang w:val="kk-KZ"/>
        </w:rPr>
        <w:t>Оқу жүктемесін жоспарлау барысында білім алушылардың жас ерекшеліктері, санитариялық-эпидемиологиялық талаптар және оқу пәндерінің апталық сағат саны ескеріледі.</w:t>
      </w:r>
    </w:p>
    <w:p w14:paraId="080E3107" w14:textId="34C772B8" w:rsidR="00814238" w:rsidRPr="00811D2F" w:rsidRDefault="00814238" w:rsidP="00250CF0">
      <w:pPr>
        <w:pStyle w:val="a8"/>
        <w:ind w:left="142"/>
        <w:jc w:val="both"/>
        <w:rPr>
          <w:rFonts w:ascii="Times New Roman" w:hAnsi="Times New Roman" w:cs="Times New Roman"/>
          <w:bCs/>
          <w:sz w:val="28"/>
          <w:szCs w:val="28"/>
          <w:lang w:val="kk-KZ"/>
        </w:rPr>
      </w:pPr>
      <w:r w:rsidRPr="00814238">
        <w:rPr>
          <w:rFonts w:ascii="Times New Roman" w:hAnsi="Times New Roman" w:cs="Times New Roman"/>
          <w:bCs/>
          <w:sz w:val="28"/>
          <w:szCs w:val="28"/>
          <w:lang w:val="kk-KZ"/>
        </w:rPr>
        <w:t xml:space="preserve">       </w:t>
      </w:r>
      <w:r>
        <w:rPr>
          <w:rFonts w:ascii="Times New Roman" w:hAnsi="Times New Roman" w:cs="Times New Roman"/>
          <w:bCs/>
          <w:sz w:val="28"/>
          <w:szCs w:val="28"/>
          <w:lang w:val="kk-KZ"/>
        </w:rPr>
        <w:t xml:space="preserve"> </w:t>
      </w:r>
      <w:r w:rsidRPr="00814238">
        <w:rPr>
          <w:rFonts w:ascii="Times New Roman" w:hAnsi="Times New Roman" w:cs="Times New Roman"/>
          <w:bCs/>
          <w:sz w:val="28"/>
          <w:szCs w:val="28"/>
          <w:lang w:val="kk-KZ"/>
        </w:rPr>
        <w:t xml:space="preserve"> </w:t>
      </w:r>
      <w:r w:rsidRPr="00811D2F">
        <w:rPr>
          <w:rFonts w:ascii="Times New Roman" w:hAnsi="Times New Roman" w:cs="Times New Roman"/>
          <w:bCs/>
          <w:sz w:val="28"/>
          <w:szCs w:val="28"/>
          <w:lang w:val="kk-KZ"/>
        </w:rPr>
        <w:t>Жылдық оқу жүктемесі оқу жылының ұзақтығына және әр пәнге бөлінген апталық сағат санына сәйкес есептеледі.</w:t>
      </w:r>
    </w:p>
    <w:p w14:paraId="237B7FE9" w14:textId="3C926765" w:rsidR="00814238" w:rsidRPr="00811D2F" w:rsidRDefault="00814238" w:rsidP="00250CF0">
      <w:pPr>
        <w:pStyle w:val="a8"/>
        <w:ind w:left="142"/>
        <w:jc w:val="both"/>
        <w:rPr>
          <w:rFonts w:ascii="Times New Roman" w:hAnsi="Times New Roman" w:cs="Times New Roman"/>
          <w:bCs/>
          <w:sz w:val="28"/>
          <w:szCs w:val="28"/>
          <w:lang w:val="kk-KZ"/>
        </w:rPr>
      </w:pPr>
      <w:r w:rsidRPr="00814238">
        <w:rPr>
          <w:rFonts w:ascii="Times New Roman" w:hAnsi="Times New Roman" w:cs="Times New Roman"/>
          <w:bCs/>
          <w:sz w:val="28"/>
          <w:szCs w:val="28"/>
          <w:lang w:val="kk-KZ"/>
        </w:rPr>
        <w:t xml:space="preserve">       </w:t>
      </w:r>
      <w:r>
        <w:rPr>
          <w:rFonts w:ascii="Times New Roman" w:hAnsi="Times New Roman" w:cs="Times New Roman"/>
          <w:bCs/>
          <w:sz w:val="28"/>
          <w:szCs w:val="28"/>
          <w:lang w:val="kk-KZ"/>
        </w:rPr>
        <w:t xml:space="preserve"> </w:t>
      </w:r>
      <w:r w:rsidRPr="00814238">
        <w:rPr>
          <w:rFonts w:ascii="Times New Roman" w:hAnsi="Times New Roman" w:cs="Times New Roman"/>
          <w:bCs/>
          <w:sz w:val="28"/>
          <w:szCs w:val="28"/>
          <w:lang w:val="kk-KZ"/>
        </w:rPr>
        <w:t xml:space="preserve"> </w:t>
      </w:r>
      <w:r w:rsidRPr="00811D2F">
        <w:rPr>
          <w:rFonts w:ascii="Times New Roman" w:hAnsi="Times New Roman" w:cs="Times New Roman"/>
          <w:bCs/>
          <w:sz w:val="28"/>
          <w:szCs w:val="28"/>
          <w:lang w:val="kk-KZ"/>
        </w:rPr>
        <w:t>Сабақ кестесі мектептің бекітілген жұмыс оқу жоспарына сәйкес жасалып, білім алушылардың апталық оқу жүктемесінің белгіленген шекті көлемнен аспауына бақылау жүргізіледі.</w:t>
      </w:r>
    </w:p>
    <w:p w14:paraId="681DD5C1" w14:textId="07DB969C" w:rsidR="00EA68D9" w:rsidRPr="007B1EE4" w:rsidRDefault="00EA68D9" w:rsidP="00EA68D9">
      <w:pPr>
        <w:widowControl/>
        <w:autoSpaceDE/>
        <w:autoSpaceDN/>
        <w:jc w:val="both"/>
        <w:rPr>
          <w:rFonts w:eastAsiaTheme="minorHAnsi"/>
          <w:b/>
          <w:sz w:val="28"/>
          <w:szCs w:val="28"/>
          <w:lang w:val="kk-KZ" w:eastAsia="ru-RU"/>
        </w:rPr>
      </w:pPr>
      <w:r>
        <w:rPr>
          <w:rFonts w:eastAsiaTheme="minorHAnsi"/>
          <w:sz w:val="28"/>
          <w:szCs w:val="28"/>
          <w:lang w:val="kk-KZ" w:eastAsia="ru-RU"/>
        </w:rPr>
        <w:t xml:space="preserve"> </w:t>
      </w:r>
      <w:r w:rsidRPr="007B1EE4">
        <w:rPr>
          <w:rFonts w:eastAsiaTheme="minorHAnsi"/>
          <w:b/>
          <w:sz w:val="28"/>
          <w:szCs w:val="28"/>
          <w:lang w:val="kk-KZ" w:eastAsia="ru-RU"/>
        </w:rPr>
        <w:t>Элективті курстар, вариативтік компонент сабақ кестесі ұсынылды</w:t>
      </w:r>
    </w:p>
    <w:p w14:paraId="0D87D51E" w14:textId="77777777" w:rsidR="00EA68D9" w:rsidRDefault="00EA68D9" w:rsidP="00EA68D9">
      <w:pPr>
        <w:pStyle w:val="a8"/>
        <w:jc w:val="both"/>
        <w:rPr>
          <w:rFonts w:ascii="Times New Roman" w:hAnsi="Times New Roman" w:cs="Times New Roman"/>
          <w:b/>
          <w:bCs/>
          <w:sz w:val="24"/>
          <w:szCs w:val="24"/>
          <w:lang w:val="kk-KZ"/>
        </w:rPr>
      </w:pPr>
    </w:p>
    <w:p w14:paraId="630761AF" w14:textId="77777777" w:rsidR="00250CF0" w:rsidRPr="00EA68D9" w:rsidRDefault="00250CF0" w:rsidP="00250CF0">
      <w:pPr>
        <w:pStyle w:val="a8"/>
        <w:ind w:left="142" w:firstLine="578"/>
        <w:jc w:val="both"/>
        <w:rPr>
          <w:rFonts w:ascii="Times New Roman" w:hAnsi="Times New Roman" w:cs="Times New Roman"/>
          <w:b/>
          <w:bCs/>
          <w:sz w:val="24"/>
          <w:szCs w:val="24"/>
          <w:lang w:val="kk-KZ"/>
        </w:rPr>
      </w:pPr>
    </w:p>
    <w:p w14:paraId="68C294D7" w14:textId="0CA9A40E" w:rsidR="00811D2F" w:rsidRPr="00811D2F" w:rsidRDefault="00811D2F" w:rsidP="00250CF0">
      <w:pPr>
        <w:pStyle w:val="a8"/>
        <w:ind w:left="142" w:firstLine="578"/>
        <w:jc w:val="both"/>
        <w:rPr>
          <w:rFonts w:ascii="Times New Roman" w:hAnsi="Times New Roman" w:cs="Times New Roman"/>
          <w:b/>
          <w:bCs/>
          <w:sz w:val="28"/>
          <w:szCs w:val="28"/>
          <w:lang w:val="kk-KZ"/>
        </w:rPr>
      </w:pPr>
      <w:r w:rsidRPr="00811D2F">
        <w:rPr>
          <w:rFonts w:ascii="Times New Roman" w:hAnsi="Times New Roman" w:cs="Times New Roman"/>
          <w:b/>
          <w:bCs/>
          <w:sz w:val="28"/>
          <w:szCs w:val="28"/>
          <w:lang w:val="kk-KZ"/>
        </w:rPr>
        <w:t>8. Білім алушылардың оқу жетістіктерін бағалау жүйесінің белгіленген талаптарға сәйкестігі</w:t>
      </w:r>
    </w:p>
    <w:p w14:paraId="032E27E7" w14:textId="489D8BD4" w:rsidR="00811D2F" w:rsidRPr="00811D2F" w:rsidRDefault="00DE17EA" w:rsidP="00250CF0">
      <w:pPr>
        <w:pStyle w:val="a8"/>
        <w:ind w:left="142"/>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          </w:t>
      </w:r>
      <w:r w:rsidR="00811D2F" w:rsidRPr="00811D2F">
        <w:rPr>
          <w:rFonts w:ascii="Times New Roman" w:hAnsi="Times New Roman" w:cs="Times New Roman"/>
          <w:bCs/>
          <w:sz w:val="28"/>
          <w:szCs w:val="28"/>
          <w:lang w:val="kk-KZ"/>
        </w:rPr>
        <w:t>Мектепте білім алушылардың оқу жетістіктерін бағалау Қазақстан Республикасы Білім және ғылым министрінің 2008 жылғы 18 наурыздағы №125 бұйрығымен бекітілген «Орта, техникалық және кәсіптік, орта білімнен кейінгі білім беру ұйымдары үшін білім алушылардың үлгеріміне ағымдағы бақылауды, оларды аралық және қорытынды аттестаттауды өткізудің үлгілік қағидаларына», сондай-ақ мемлекеттік жалпыға міндетті білім беру стандарттарына сәйкес ұйымдастырылады.</w:t>
      </w:r>
    </w:p>
    <w:p w14:paraId="1CBD846A" w14:textId="233007BB" w:rsidR="00811D2F" w:rsidRPr="00811D2F" w:rsidRDefault="00250CF0" w:rsidP="00250CF0">
      <w:pPr>
        <w:pStyle w:val="a8"/>
        <w:ind w:left="142" w:firstLine="578"/>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  </w:t>
      </w:r>
      <w:r w:rsidR="00811D2F" w:rsidRPr="00811D2F">
        <w:rPr>
          <w:rFonts w:ascii="Times New Roman" w:hAnsi="Times New Roman" w:cs="Times New Roman"/>
          <w:bCs/>
          <w:sz w:val="28"/>
          <w:szCs w:val="28"/>
          <w:lang w:val="kk-KZ"/>
        </w:rPr>
        <w:t>Білім алушылардың оқу жетістіктерін бағалаудың негізгі мақсаты – білім алушылардың білім, білік және дағдыларын анықтау, оқу бағдарламаларын меңгеру деңгейін бағалау, білім сапасын арттыру және оқу үдерісін жетілдіру.</w:t>
      </w:r>
    </w:p>
    <w:p w14:paraId="2D8D9287" w14:textId="74582922" w:rsidR="00811D2F" w:rsidRPr="00811D2F" w:rsidRDefault="00250CF0" w:rsidP="00250CF0">
      <w:pPr>
        <w:pStyle w:val="a8"/>
        <w:ind w:left="142"/>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          </w:t>
      </w:r>
      <w:r w:rsidR="00811D2F" w:rsidRPr="00811D2F">
        <w:rPr>
          <w:rFonts w:ascii="Times New Roman" w:hAnsi="Times New Roman" w:cs="Times New Roman"/>
          <w:bCs/>
          <w:sz w:val="28"/>
          <w:szCs w:val="28"/>
          <w:lang w:val="kk-KZ"/>
        </w:rPr>
        <w:t>Мектепте білім алушылардың оқу жетістіктерін бағалау критериалды бағалау жүйесі негізінде жүзеге асырылады. Критериалды бағалау жүйесі қалыптастырушы және жиынтық бағалауды қамтиды.</w:t>
      </w:r>
    </w:p>
    <w:p w14:paraId="2B3B227B" w14:textId="43A07F4C" w:rsidR="00811D2F" w:rsidRPr="00811D2F" w:rsidRDefault="00250CF0" w:rsidP="00250CF0">
      <w:pPr>
        <w:pStyle w:val="a8"/>
        <w:ind w:left="142"/>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          </w:t>
      </w:r>
      <w:r w:rsidR="00811D2F" w:rsidRPr="00811D2F">
        <w:rPr>
          <w:rFonts w:ascii="Times New Roman" w:hAnsi="Times New Roman" w:cs="Times New Roman"/>
          <w:bCs/>
          <w:sz w:val="28"/>
          <w:szCs w:val="28"/>
          <w:lang w:val="kk-KZ"/>
        </w:rPr>
        <w:t>Қалыптастырушы бағалау (ҚБ) оқу үдерісі барысында жүйелі түрде жүргізіледі. Қалыптастырушы бағалау арқылы білім алушылардың оқу мақсаттарына жету деңгейі анықталып, олардың біліміндегі олқылықтарды жоюға бағытталған кері байланыс беріледі. Пән мұғалімдері қалыптастырушы бағалауды оқу бағдарламасының мақсаттарына сәйкес ұйымдастырып, нәтижелерін электрондық журналға енгізеді.</w:t>
      </w:r>
    </w:p>
    <w:p w14:paraId="16A68F92" w14:textId="40869445" w:rsidR="00811D2F" w:rsidRPr="00811D2F" w:rsidRDefault="00250CF0" w:rsidP="00250CF0">
      <w:pPr>
        <w:pStyle w:val="a8"/>
        <w:ind w:left="142" w:firstLine="578"/>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  </w:t>
      </w:r>
      <w:r w:rsidR="00811D2F" w:rsidRPr="00811D2F">
        <w:rPr>
          <w:rFonts w:ascii="Times New Roman" w:hAnsi="Times New Roman" w:cs="Times New Roman"/>
          <w:bCs/>
          <w:sz w:val="28"/>
          <w:szCs w:val="28"/>
          <w:lang w:val="kk-KZ"/>
        </w:rPr>
        <w:t>Жиынтық бағалау білім алушылардың белгілі бір оқу кезеңінде оқу бағдарламасының мазмұнын меңгеру деңгейін анықтау мақсатында өткізіледі.</w:t>
      </w:r>
    </w:p>
    <w:p w14:paraId="0EDE8113" w14:textId="77777777" w:rsidR="00811D2F" w:rsidRPr="00811D2F" w:rsidRDefault="00811D2F" w:rsidP="00250CF0">
      <w:pPr>
        <w:pStyle w:val="a8"/>
        <w:ind w:left="142"/>
        <w:jc w:val="both"/>
        <w:rPr>
          <w:rFonts w:ascii="Times New Roman" w:hAnsi="Times New Roman" w:cs="Times New Roman"/>
          <w:bCs/>
          <w:sz w:val="28"/>
          <w:szCs w:val="28"/>
          <w:lang w:val="kk-KZ"/>
        </w:rPr>
      </w:pPr>
      <w:r w:rsidRPr="00811D2F">
        <w:rPr>
          <w:rFonts w:ascii="Times New Roman" w:hAnsi="Times New Roman" w:cs="Times New Roman"/>
          <w:bCs/>
          <w:sz w:val="28"/>
          <w:szCs w:val="28"/>
          <w:lang w:val="kk-KZ"/>
        </w:rPr>
        <w:t>Жиынтық бағалау екі түрге бөлінеді:</w:t>
      </w:r>
    </w:p>
    <w:p w14:paraId="090A6FC0" w14:textId="77777777" w:rsidR="00811D2F" w:rsidRPr="00811D2F" w:rsidRDefault="00811D2F" w:rsidP="00250CF0">
      <w:pPr>
        <w:pStyle w:val="a8"/>
        <w:ind w:left="142"/>
        <w:jc w:val="both"/>
        <w:rPr>
          <w:rFonts w:ascii="Times New Roman" w:hAnsi="Times New Roman" w:cs="Times New Roman"/>
          <w:bCs/>
          <w:sz w:val="28"/>
          <w:szCs w:val="28"/>
          <w:lang w:val="kk-KZ"/>
        </w:rPr>
      </w:pPr>
      <w:r w:rsidRPr="00811D2F">
        <w:rPr>
          <w:rFonts w:ascii="Times New Roman" w:hAnsi="Times New Roman" w:cs="Times New Roman"/>
          <w:bCs/>
          <w:sz w:val="28"/>
          <w:szCs w:val="28"/>
          <w:lang w:val="kk-KZ"/>
        </w:rPr>
        <w:t>- Бөлім бойынша жиынтық бағалау (БЖБ) – оқу бағдарламасының бөлімдері немесе ортақ тақырыптары аяқталғаннан кейін жүргізіледі.</w:t>
      </w:r>
    </w:p>
    <w:p w14:paraId="706DD4EA" w14:textId="77777777" w:rsidR="00811D2F" w:rsidRPr="00811D2F" w:rsidRDefault="00811D2F" w:rsidP="00250CF0">
      <w:pPr>
        <w:pStyle w:val="a8"/>
        <w:ind w:left="142"/>
        <w:jc w:val="both"/>
        <w:rPr>
          <w:rFonts w:ascii="Times New Roman" w:hAnsi="Times New Roman" w:cs="Times New Roman"/>
          <w:bCs/>
          <w:sz w:val="28"/>
          <w:szCs w:val="28"/>
          <w:lang w:val="kk-KZ"/>
        </w:rPr>
      </w:pPr>
      <w:r w:rsidRPr="00811D2F">
        <w:rPr>
          <w:rFonts w:ascii="Times New Roman" w:hAnsi="Times New Roman" w:cs="Times New Roman"/>
          <w:bCs/>
          <w:sz w:val="28"/>
          <w:szCs w:val="28"/>
          <w:lang w:val="kk-KZ"/>
        </w:rPr>
        <w:t>- Тоқсан бойынша жиынтық бағалау (ТЖБ) – оқу тоқсанының соңында білім алушылардың оқу мақсаттарын меңгеру деңгейін анықтау мақсатында өткізіледі.</w:t>
      </w:r>
    </w:p>
    <w:p w14:paraId="408E0FBE" w14:textId="6467C12A" w:rsidR="00811D2F" w:rsidRPr="00811D2F" w:rsidRDefault="00250CF0" w:rsidP="00250CF0">
      <w:pPr>
        <w:pStyle w:val="a8"/>
        <w:ind w:left="142"/>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        </w:t>
      </w:r>
      <w:r w:rsidR="00DE17EA">
        <w:rPr>
          <w:rFonts w:ascii="Times New Roman" w:hAnsi="Times New Roman" w:cs="Times New Roman"/>
          <w:bCs/>
          <w:sz w:val="28"/>
          <w:szCs w:val="28"/>
          <w:lang w:val="kk-KZ"/>
        </w:rPr>
        <w:t xml:space="preserve"> </w:t>
      </w:r>
      <w:r w:rsidR="00811D2F" w:rsidRPr="00811D2F">
        <w:rPr>
          <w:rFonts w:ascii="Times New Roman" w:hAnsi="Times New Roman" w:cs="Times New Roman"/>
          <w:bCs/>
          <w:sz w:val="28"/>
          <w:szCs w:val="28"/>
          <w:lang w:val="kk-KZ"/>
        </w:rPr>
        <w:t>БЖБ және ТЖБ тапсырмалары пәндердің оқу бағдарламаларына, оқу мақсаттарына және бағалау критерийлеріне сәйкес әзірленеді.</w:t>
      </w:r>
    </w:p>
    <w:p w14:paraId="24FEB3E2" w14:textId="77777777" w:rsidR="00811D2F" w:rsidRPr="00811D2F" w:rsidRDefault="00811D2F" w:rsidP="00250CF0">
      <w:pPr>
        <w:pStyle w:val="a8"/>
        <w:ind w:left="142" w:firstLine="578"/>
        <w:jc w:val="both"/>
        <w:rPr>
          <w:rFonts w:ascii="Times New Roman" w:hAnsi="Times New Roman" w:cs="Times New Roman"/>
          <w:bCs/>
          <w:sz w:val="28"/>
          <w:szCs w:val="28"/>
          <w:lang w:val="kk-KZ"/>
        </w:rPr>
      </w:pPr>
      <w:r w:rsidRPr="00811D2F">
        <w:rPr>
          <w:rFonts w:ascii="Times New Roman" w:hAnsi="Times New Roman" w:cs="Times New Roman"/>
          <w:bCs/>
          <w:sz w:val="28"/>
          <w:szCs w:val="28"/>
          <w:lang w:val="kk-KZ"/>
        </w:rPr>
        <w:t>Жиынтық бағалау нәтижелері белгіленген тәртіппен электрондық журналға енгізіліп, тоқсандық және жылдық бағалар қолданыстағы бағалау талаптарына сәйкес шығарылады.</w:t>
      </w:r>
    </w:p>
    <w:p w14:paraId="5A479FFE" w14:textId="1D53E24E" w:rsidR="00811D2F" w:rsidRDefault="00250CF0" w:rsidP="00250CF0">
      <w:pPr>
        <w:pStyle w:val="a8"/>
        <w:ind w:left="142"/>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        </w:t>
      </w:r>
      <w:r w:rsidR="00DE17EA">
        <w:rPr>
          <w:rFonts w:ascii="Times New Roman" w:hAnsi="Times New Roman" w:cs="Times New Roman"/>
          <w:bCs/>
          <w:sz w:val="28"/>
          <w:szCs w:val="28"/>
          <w:lang w:val="kk-KZ"/>
        </w:rPr>
        <w:t xml:space="preserve"> </w:t>
      </w:r>
      <w:r w:rsidR="00811D2F" w:rsidRPr="00811D2F">
        <w:rPr>
          <w:rFonts w:ascii="Times New Roman" w:hAnsi="Times New Roman" w:cs="Times New Roman"/>
          <w:bCs/>
          <w:sz w:val="28"/>
          <w:szCs w:val="28"/>
          <w:lang w:val="kk-KZ"/>
        </w:rPr>
        <w:t xml:space="preserve">Мектеп әкімшілігі тарапынан қалыптастырушы және жиынтық бағалаудың ұйымдастырылуына, БЖБ мен ТЖБ кестелерінің сақталуына, бағалардың уақытылы </w:t>
      </w:r>
      <w:r w:rsidR="00811D2F" w:rsidRPr="00811D2F">
        <w:rPr>
          <w:rFonts w:ascii="Times New Roman" w:hAnsi="Times New Roman" w:cs="Times New Roman"/>
          <w:bCs/>
          <w:sz w:val="28"/>
          <w:szCs w:val="28"/>
          <w:lang w:val="kk-KZ"/>
        </w:rPr>
        <w:lastRenderedPageBreak/>
        <w:t>қойылуына және электрондық журналдардың жүргізілуіне жүйелі бақылау жасалады.</w:t>
      </w:r>
    </w:p>
    <w:p w14:paraId="112B65EC" w14:textId="326A8E73" w:rsidR="00F82B44" w:rsidRPr="007B1EE4" w:rsidRDefault="00EA68D9" w:rsidP="00811D2F">
      <w:pPr>
        <w:pStyle w:val="a8"/>
        <w:ind w:left="720"/>
        <w:jc w:val="both"/>
        <w:rPr>
          <w:rFonts w:ascii="Times New Roman" w:hAnsi="Times New Roman" w:cs="Times New Roman"/>
          <w:b/>
          <w:bCs/>
          <w:sz w:val="28"/>
          <w:szCs w:val="28"/>
          <w:lang w:val="kk-KZ"/>
        </w:rPr>
      </w:pPr>
      <w:r w:rsidRPr="007B1EE4">
        <w:rPr>
          <w:rFonts w:ascii="Times New Roman" w:hAnsi="Times New Roman" w:cs="Times New Roman"/>
          <w:b/>
          <w:bCs/>
          <w:sz w:val="28"/>
          <w:szCs w:val="28"/>
          <w:lang w:val="kk-KZ"/>
        </w:rPr>
        <w:t>БЖБ, ТЖБ кестесі қоса ұсынылды.</w:t>
      </w:r>
    </w:p>
    <w:p w14:paraId="3CE7AC4B" w14:textId="77777777" w:rsidR="00EA68D9" w:rsidRDefault="00EA68D9" w:rsidP="00811D2F">
      <w:pPr>
        <w:pStyle w:val="a8"/>
        <w:ind w:left="720"/>
        <w:jc w:val="both"/>
        <w:rPr>
          <w:rFonts w:ascii="Times New Roman" w:hAnsi="Times New Roman" w:cs="Times New Roman"/>
          <w:bCs/>
          <w:sz w:val="28"/>
          <w:szCs w:val="28"/>
          <w:lang w:val="kk-KZ"/>
        </w:rPr>
      </w:pPr>
    </w:p>
    <w:p w14:paraId="7F344F77" w14:textId="77777777" w:rsidR="00EA68D9" w:rsidRPr="00EA68D9" w:rsidRDefault="00EA68D9" w:rsidP="00EA68D9">
      <w:pPr>
        <w:pStyle w:val="a8"/>
        <w:jc w:val="both"/>
        <w:rPr>
          <w:rFonts w:ascii="Times New Roman" w:hAnsi="Times New Roman" w:cs="Times New Roman"/>
          <w:b/>
          <w:bCs/>
          <w:sz w:val="24"/>
          <w:szCs w:val="24"/>
          <w:lang w:val="kk-KZ"/>
        </w:rPr>
      </w:pPr>
    </w:p>
    <w:p w14:paraId="08D1CAA3" w14:textId="388CF8C3" w:rsidR="00811D2F" w:rsidRPr="00811D2F" w:rsidRDefault="00DE17EA" w:rsidP="00250CF0">
      <w:pPr>
        <w:pStyle w:val="a8"/>
        <w:ind w:left="142"/>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              </w:t>
      </w:r>
      <w:r w:rsidR="00811D2F" w:rsidRPr="00811D2F">
        <w:rPr>
          <w:rFonts w:ascii="Times New Roman" w:hAnsi="Times New Roman" w:cs="Times New Roman"/>
          <w:bCs/>
          <w:sz w:val="28"/>
          <w:szCs w:val="28"/>
          <w:lang w:val="kk-KZ"/>
        </w:rPr>
        <w:t>Білім алушылардың оқу жетістіктерін бағалау нәтижелері әдістемелік бірлестіктердің отырыстарында, педагогикалық кеңестерде және директор жанындағы кеңестерде қарастырылып, білім сапасын арттыруға бағытталған шаралар жоспарланады.</w:t>
      </w:r>
    </w:p>
    <w:p w14:paraId="73579040" w14:textId="57193250" w:rsidR="00811D2F" w:rsidRPr="00811D2F" w:rsidRDefault="00811D2F" w:rsidP="00250CF0">
      <w:pPr>
        <w:pStyle w:val="a8"/>
        <w:ind w:left="142"/>
        <w:jc w:val="both"/>
        <w:rPr>
          <w:rFonts w:ascii="Times New Roman" w:hAnsi="Times New Roman" w:cs="Times New Roman"/>
          <w:bCs/>
          <w:sz w:val="28"/>
          <w:szCs w:val="28"/>
          <w:lang w:val="kk-KZ"/>
        </w:rPr>
      </w:pPr>
      <w:r w:rsidRPr="00811D2F">
        <w:rPr>
          <w:rFonts w:ascii="Times New Roman" w:hAnsi="Times New Roman" w:cs="Times New Roman"/>
          <w:bCs/>
          <w:sz w:val="28"/>
          <w:szCs w:val="28"/>
          <w:lang w:val="kk-KZ"/>
        </w:rPr>
        <w:t>Қорытынды аттестаттау негізгі орта және жалпы орта білім беру деңгейлерінде білім алушылардың тиісті білім беру бағдарламаларын меңгеру деңгейін анықтау мақсатында белгіленген тәртіппен ұйымдастырылады.</w:t>
      </w:r>
    </w:p>
    <w:p w14:paraId="65D54D35" w14:textId="39FC3B26" w:rsidR="00E8435A" w:rsidRDefault="00DE17EA" w:rsidP="00250CF0">
      <w:pPr>
        <w:pStyle w:val="a8"/>
        <w:ind w:left="142"/>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                </w:t>
      </w:r>
      <w:r w:rsidR="00811D2F" w:rsidRPr="00811D2F">
        <w:rPr>
          <w:rFonts w:ascii="Times New Roman" w:hAnsi="Times New Roman" w:cs="Times New Roman"/>
          <w:bCs/>
          <w:sz w:val="28"/>
          <w:szCs w:val="28"/>
          <w:lang w:val="kk-KZ"/>
        </w:rPr>
        <w:t>9 және 11-сынып білім алушыларының қорытынды аттестаттауға жіберілуі, емтихандардың ұйымдастырылуы және қорытынды бағалардың қойылуы №125 бұйрықтың қолданыстағы талаптарына сәйкес жүзеге асырылады.</w:t>
      </w:r>
    </w:p>
    <w:p w14:paraId="6AFD25C2" w14:textId="77777777" w:rsidR="00E8435A" w:rsidRPr="00E8435A" w:rsidRDefault="00E8435A" w:rsidP="00E8435A">
      <w:pPr>
        <w:widowControl/>
        <w:autoSpaceDE/>
        <w:autoSpaceDN/>
        <w:jc w:val="center"/>
        <w:rPr>
          <w:rFonts w:eastAsiaTheme="minorHAnsi"/>
          <w:b/>
          <w:sz w:val="28"/>
          <w:szCs w:val="28"/>
          <w:lang w:val="kk-KZ" w:eastAsia="ru-RU"/>
        </w:rPr>
      </w:pPr>
      <w:r w:rsidRPr="00E8435A">
        <w:rPr>
          <w:rFonts w:eastAsiaTheme="minorHAnsi"/>
          <w:b/>
          <w:sz w:val="28"/>
          <w:szCs w:val="28"/>
          <w:lang w:val="kk-KZ" w:eastAsia="ru-RU"/>
        </w:rPr>
        <w:t>Аралық және қорытынды аттестаттау  нәтижелері</w:t>
      </w:r>
    </w:p>
    <w:p w14:paraId="0C9E644A" w14:textId="22691413" w:rsidR="00E8435A" w:rsidRPr="00E8435A" w:rsidRDefault="00E8435A" w:rsidP="00E8435A">
      <w:pPr>
        <w:tabs>
          <w:tab w:val="left" w:pos="0"/>
        </w:tabs>
        <w:jc w:val="center"/>
        <w:rPr>
          <w:b/>
          <w:sz w:val="28"/>
          <w:szCs w:val="28"/>
          <w:lang w:val="kk-KZ" w:eastAsia="ru-RU"/>
        </w:rPr>
      </w:pPr>
      <w:r>
        <w:rPr>
          <w:b/>
          <w:sz w:val="28"/>
          <w:szCs w:val="28"/>
          <w:lang w:val="kk-KZ" w:eastAsia="ru-RU"/>
        </w:rPr>
        <w:t>2024-2025</w:t>
      </w:r>
      <w:r w:rsidRPr="00E8435A">
        <w:rPr>
          <w:b/>
          <w:sz w:val="28"/>
          <w:szCs w:val="28"/>
          <w:lang w:val="kk-KZ" w:eastAsia="ru-RU"/>
        </w:rPr>
        <w:t xml:space="preserve"> оқу жылында «</w:t>
      </w:r>
      <w:r>
        <w:rPr>
          <w:b/>
          <w:color w:val="000000"/>
          <w:spacing w:val="2"/>
          <w:sz w:val="28"/>
          <w:szCs w:val="28"/>
          <w:lang w:val="kk-KZ" w:eastAsia="ru-RU"/>
        </w:rPr>
        <w:t>Қазақ тілі» пән</w:t>
      </w:r>
      <w:r w:rsidRPr="00E8435A">
        <w:rPr>
          <w:b/>
          <w:color w:val="000000"/>
          <w:spacing w:val="2"/>
          <w:sz w:val="28"/>
          <w:szCs w:val="28"/>
          <w:lang w:val="kk-KZ" w:eastAsia="ru-RU"/>
        </w:rPr>
        <w:t>інен аралық аттестаттау емтиханы бойынша сараптама кестесі</w:t>
      </w:r>
    </w:p>
    <w:p w14:paraId="337A1212" w14:textId="77777777" w:rsidR="00E8435A" w:rsidRPr="00E8435A" w:rsidRDefault="00E8435A" w:rsidP="00E8435A">
      <w:pPr>
        <w:tabs>
          <w:tab w:val="left" w:pos="0"/>
        </w:tabs>
        <w:jc w:val="center"/>
        <w:rPr>
          <w:b/>
          <w:bCs/>
          <w:sz w:val="28"/>
          <w:szCs w:val="28"/>
          <w:lang w:val="kk-KZ"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5"/>
        <w:gridCol w:w="1595"/>
        <w:gridCol w:w="1595"/>
        <w:gridCol w:w="1595"/>
        <w:gridCol w:w="1595"/>
        <w:gridCol w:w="1595"/>
      </w:tblGrid>
      <w:tr w:rsidR="00E8435A" w:rsidRPr="00E8435A" w14:paraId="23B7032A" w14:textId="77777777" w:rsidTr="00E8435A">
        <w:trPr>
          <w:trHeight w:val="525"/>
        </w:trPr>
        <w:tc>
          <w:tcPr>
            <w:tcW w:w="1595" w:type="dxa"/>
            <w:vMerge w:val="restart"/>
            <w:shd w:val="clear" w:color="auto" w:fill="auto"/>
          </w:tcPr>
          <w:p w14:paraId="6D14164D" w14:textId="77777777" w:rsidR="00E8435A" w:rsidRPr="00E8435A" w:rsidRDefault="00E8435A" w:rsidP="00E8435A">
            <w:pPr>
              <w:rPr>
                <w:rFonts w:eastAsia="Calibri"/>
                <w:sz w:val="24"/>
                <w:szCs w:val="24"/>
                <w:lang w:val="kk-KZ"/>
              </w:rPr>
            </w:pPr>
            <w:r w:rsidRPr="00E8435A">
              <w:rPr>
                <w:rFonts w:eastAsia="Calibri"/>
                <w:sz w:val="24"/>
                <w:szCs w:val="24"/>
                <w:lang w:val="kk-KZ"/>
              </w:rPr>
              <w:t>Жалпы қатысқан оқушы саны</w:t>
            </w:r>
          </w:p>
        </w:tc>
        <w:tc>
          <w:tcPr>
            <w:tcW w:w="7975" w:type="dxa"/>
            <w:gridSpan w:val="5"/>
            <w:shd w:val="clear" w:color="auto" w:fill="auto"/>
          </w:tcPr>
          <w:p w14:paraId="36A8790A" w14:textId="77777777" w:rsidR="00E8435A" w:rsidRPr="00E8435A" w:rsidRDefault="00E8435A" w:rsidP="00E8435A">
            <w:pPr>
              <w:rPr>
                <w:sz w:val="24"/>
                <w:szCs w:val="24"/>
                <w:lang w:val="kk-KZ"/>
              </w:rPr>
            </w:pPr>
          </w:p>
          <w:p w14:paraId="78385237" w14:textId="77777777" w:rsidR="00E8435A" w:rsidRPr="00E8435A" w:rsidRDefault="00E8435A" w:rsidP="00E8435A">
            <w:pPr>
              <w:jc w:val="center"/>
              <w:rPr>
                <w:rFonts w:eastAsia="Calibri"/>
                <w:sz w:val="24"/>
                <w:szCs w:val="24"/>
                <w:lang w:val="kk-KZ"/>
              </w:rPr>
            </w:pPr>
            <w:r w:rsidRPr="00E8435A">
              <w:rPr>
                <w:rFonts w:eastAsia="Calibri"/>
                <w:sz w:val="24"/>
                <w:szCs w:val="24"/>
                <w:lang w:val="kk-KZ"/>
              </w:rPr>
              <w:t>Қазақ тілінде оқытылатын сыныптар</w:t>
            </w:r>
          </w:p>
        </w:tc>
      </w:tr>
      <w:tr w:rsidR="00E8435A" w:rsidRPr="00E8435A" w14:paraId="3CE0186A" w14:textId="77777777" w:rsidTr="00E8435A">
        <w:trPr>
          <w:trHeight w:val="765"/>
        </w:trPr>
        <w:tc>
          <w:tcPr>
            <w:tcW w:w="1595" w:type="dxa"/>
            <w:vMerge/>
            <w:shd w:val="clear" w:color="auto" w:fill="auto"/>
          </w:tcPr>
          <w:p w14:paraId="3F012D69" w14:textId="77777777" w:rsidR="00E8435A" w:rsidRPr="00E8435A" w:rsidRDefault="00E8435A" w:rsidP="00E8435A">
            <w:pPr>
              <w:rPr>
                <w:rFonts w:eastAsia="Calibri"/>
                <w:sz w:val="24"/>
                <w:szCs w:val="24"/>
                <w:lang w:val="kk-KZ"/>
              </w:rPr>
            </w:pPr>
          </w:p>
        </w:tc>
        <w:tc>
          <w:tcPr>
            <w:tcW w:w="1595" w:type="dxa"/>
            <w:shd w:val="clear" w:color="auto" w:fill="auto"/>
          </w:tcPr>
          <w:p w14:paraId="2B37F61A" w14:textId="77777777" w:rsidR="00E8435A" w:rsidRPr="00E8435A" w:rsidRDefault="00E8435A" w:rsidP="00E8435A">
            <w:pPr>
              <w:rPr>
                <w:sz w:val="24"/>
                <w:szCs w:val="24"/>
                <w:lang w:val="kk-KZ"/>
              </w:rPr>
            </w:pPr>
            <w:r w:rsidRPr="00E8435A">
              <w:rPr>
                <w:sz w:val="24"/>
                <w:szCs w:val="24"/>
                <w:lang w:val="kk-KZ"/>
              </w:rPr>
              <w:t>5 - сынып</w:t>
            </w:r>
          </w:p>
        </w:tc>
        <w:tc>
          <w:tcPr>
            <w:tcW w:w="1595" w:type="dxa"/>
            <w:shd w:val="clear" w:color="auto" w:fill="auto"/>
          </w:tcPr>
          <w:p w14:paraId="1CE91EEF" w14:textId="77777777" w:rsidR="00E8435A" w:rsidRPr="00E8435A" w:rsidRDefault="00E8435A" w:rsidP="00E8435A">
            <w:pPr>
              <w:rPr>
                <w:rFonts w:eastAsia="Calibri"/>
                <w:sz w:val="24"/>
                <w:szCs w:val="24"/>
                <w:lang w:val="kk-KZ"/>
              </w:rPr>
            </w:pPr>
            <w:r w:rsidRPr="00E8435A">
              <w:rPr>
                <w:rFonts w:eastAsia="Calibri"/>
                <w:sz w:val="24"/>
                <w:szCs w:val="24"/>
                <w:lang w:val="kk-KZ"/>
              </w:rPr>
              <w:t>6 - сынып</w:t>
            </w:r>
          </w:p>
        </w:tc>
        <w:tc>
          <w:tcPr>
            <w:tcW w:w="1595" w:type="dxa"/>
            <w:shd w:val="clear" w:color="auto" w:fill="auto"/>
          </w:tcPr>
          <w:p w14:paraId="36548859" w14:textId="77777777" w:rsidR="00E8435A" w:rsidRPr="00E8435A" w:rsidRDefault="00E8435A" w:rsidP="00E8435A">
            <w:pPr>
              <w:rPr>
                <w:rFonts w:eastAsia="Calibri"/>
                <w:sz w:val="24"/>
                <w:szCs w:val="24"/>
                <w:lang w:val="kk-KZ"/>
              </w:rPr>
            </w:pPr>
            <w:r w:rsidRPr="00E8435A">
              <w:rPr>
                <w:rFonts w:eastAsia="Calibri"/>
                <w:sz w:val="24"/>
                <w:szCs w:val="24"/>
                <w:lang w:val="kk-KZ"/>
              </w:rPr>
              <w:t>7 - сынып</w:t>
            </w:r>
          </w:p>
        </w:tc>
        <w:tc>
          <w:tcPr>
            <w:tcW w:w="1595" w:type="dxa"/>
            <w:shd w:val="clear" w:color="auto" w:fill="auto"/>
          </w:tcPr>
          <w:p w14:paraId="63FF89C8" w14:textId="77777777" w:rsidR="00E8435A" w:rsidRPr="00E8435A" w:rsidRDefault="00E8435A" w:rsidP="00E8435A">
            <w:pPr>
              <w:rPr>
                <w:rFonts w:eastAsia="Calibri"/>
                <w:sz w:val="24"/>
                <w:szCs w:val="24"/>
                <w:lang w:val="kk-KZ"/>
              </w:rPr>
            </w:pPr>
            <w:r w:rsidRPr="00E8435A">
              <w:rPr>
                <w:rFonts w:eastAsia="Calibri"/>
                <w:sz w:val="24"/>
                <w:szCs w:val="24"/>
                <w:lang w:val="kk-KZ"/>
              </w:rPr>
              <w:t>8 - сынып</w:t>
            </w:r>
          </w:p>
        </w:tc>
        <w:tc>
          <w:tcPr>
            <w:tcW w:w="1595" w:type="dxa"/>
            <w:shd w:val="clear" w:color="auto" w:fill="auto"/>
          </w:tcPr>
          <w:p w14:paraId="5D55BA7C" w14:textId="77777777" w:rsidR="00E8435A" w:rsidRPr="00E8435A" w:rsidRDefault="00E8435A" w:rsidP="00E8435A">
            <w:pPr>
              <w:rPr>
                <w:rFonts w:eastAsia="Calibri"/>
                <w:sz w:val="24"/>
                <w:szCs w:val="24"/>
                <w:lang w:val="kk-KZ"/>
              </w:rPr>
            </w:pPr>
            <w:r w:rsidRPr="00E8435A">
              <w:rPr>
                <w:rFonts w:eastAsia="Calibri"/>
                <w:sz w:val="24"/>
                <w:szCs w:val="24"/>
                <w:lang w:val="kk-KZ"/>
              </w:rPr>
              <w:t>10 сынып</w:t>
            </w:r>
          </w:p>
        </w:tc>
      </w:tr>
      <w:tr w:rsidR="00E8435A" w:rsidRPr="00E8435A" w14:paraId="397E1208" w14:textId="77777777" w:rsidTr="00E8435A">
        <w:tc>
          <w:tcPr>
            <w:tcW w:w="1595" w:type="dxa"/>
            <w:shd w:val="clear" w:color="auto" w:fill="auto"/>
          </w:tcPr>
          <w:p w14:paraId="7C156D86" w14:textId="47CE35AA" w:rsidR="00E8435A" w:rsidRPr="00E8435A" w:rsidRDefault="00595CC0" w:rsidP="00E8435A">
            <w:pPr>
              <w:jc w:val="center"/>
              <w:rPr>
                <w:rFonts w:eastAsia="Calibri"/>
                <w:sz w:val="24"/>
                <w:szCs w:val="24"/>
                <w:lang w:val="kk-KZ"/>
              </w:rPr>
            </w:pPr>
            <w:r>
              <w:rPr>
                <w:rFonts w:eastAsia="Calibri"/>
                <w:sz w:val="24"/>
                <w:szCs w:val="24"/>
                <w:lang w:val="kk-KZ"/>
              </w:rPr>
              <w:t>372</w:t>
            </w:r>
          </w:p>
        </w:tc>
        <w:tc>
          <w:tcPr>
            <w:tcW w:w="1595" w:type="dxa"/>
            <w:shd w:val="clear" w:color="auto" w:fill="auto"/>
          </w:tcPr>
          <w:p w14:paraId="5D17B7C5" w14:textId="21C22F74" w:rsidR="00E8435A" w:rsidRPr="00E8435A" w:rsidRDefault="00595CC0" w:rsidP="00E8435A">
            <w:pPr>
              <w:jc w:val="center"/>
              <w:rPr>
                <w:rFonts w:eastAsia="Calibri"/>
                <w:sz w:val="24"/>
                <w:szCs w:val="24"/>
                <w:lang w:val="kk-KZ"/>
              </w:rPr>
            </w:pPr>
            <w:r>
              <w:rPr>
                <w:rFonts w:eastAsia="Calibri"/>
                <w:sz w:val="24"/>
                <w:szCs w:val="24"/>
                <w:lang w:val="kk-KZ"/>
              </w:rPr>
              <w:t>82</w:t>
            </w:r>
          </w:p>
        </w:tc>
        <w:tc>
          <w:tcPr>
            <w:tcW w:w="1595" w:type="dxa"/>
            <w:shd w:val="clear" w:color="auto" w:fill="auto"/>
          </w:tcPr>
          <w:p w14:paraId="71F1F7C6" w14:textId="6E7F3462" w:rsidR="00E8435A" w:rsidRPr="00E8435A" w:rsidRDefault="00595CC0" w:rsidP="00E8435A">
            <w:pPr>
              <w:jc w:val="center"/>
              <w:rPr>
                <w:rFonts w:eastAsia="Calibri"/>
                <w:sz w:val="24"/>
                <w:szCs w:val="24"/>
                <w:lang w:val="kk-KZ"/>
              </w:rPr>
            </w:pPr>
            <w:r>
              <w:rPr>
                <w:rFonts w:eastAsia="Calibri"/>
                <w:sz w:val="24"/>
                <w:szCs w:val="24"/>
                <w:lang w:val="kk-KZ"/>
              </w:rPr>
              <w:t>96</w:t>
            </w:r>
          </w:p>
        </w:tc>
        <w:tc>
          <w:tcPr>
            <w:tcW w:w="1595" w:type="dxa"/>
            <w:shd w:val="clear" w:color="auto" w:fill="auto"/>
          </w:tcPr>
          <w:p w14:paraId="6ABB66C1" w14:textId="3B613AFF" w:rsidR="00E8435A" w:rsidRPr="00E8435A" w:rsidRDefault="00595CC0" w:rsidP="00E8435A">
            <w:pPr>
              <w:jc w:val="center"/>
              <w:rPr>
                <w:rFonts w:eastAsia="Calibri"/>
                <w:sz w:val="24"/>
                <w:szCs w:val="24"/>
                <w:lang w:val="kk-KZ"/>
              </w:rPr>
            </w:pPr>
            <w:r>
              <w:rPr>
                <w:rFonts w:eastAsia="Calibri"/>
                <w:sz w:val="24"/>
                <w:szCs w:val="24"/>
                <w:lang w:val="kk-KZ"/>
              </w:rPr>
              <w:t>79</w:t>
            </w:r>
          </w:p>
        </w:tc>
        <w:tc>
          <w:tcPr>
            <w:tcW w:w="1595" w:type="dxa"/>
            <w:shd w:val="clear" w:color="auto" w:fill="auto"/>
          </w:tcPr>
          <w:p w14:paraId="3261F5D2" w14:textId="36E48EEC" w:rsidR="00E8435A" w:rsidRPr="00E8435A" w:rsidRDefault="00595CC0" w:rsidP="00E8435A">
            <w:pPr>
              <w:jc w:val="center"/>
              <w:rPr>
                <w:rFonts w:eastAsia="Calibri"/>
                <w:sz w:val="24"/>
                <w:szCs w:val="24"/>
                <w:lang w:val="kk-KZ"/>
              </w:rPr>
            </w:pPr>
            <w:r>
              <w:rPr>
                <w:rFonts w:eastAsia="Calibri"/>
                <w:sz w:val="24"/>
                <w:szCs w:val="24"/>
                <w:lang w:val="kk-KZ"/>
              </w:rPr>
              <w:t>63</w:t>
            </w:r>
          </w:p>
        </w:tc>
        <w:tc>
          <w:tcPr>
            <w:tcW w:w="1595" w:type="dxa"/>
            <w:shd w:val="clear" w:color="auto" w:fill="auto"/>
          </w:tcPr>
          <w:p w14:paraId="73204EDB" w14:textId="174439D4" w:rsidR="00E8435A" w:rsidRPr="00E8435A" w:rsidRDefault="00595CC0" w:rsidP="00E8435A">
            <w:pPr>
              <w:jc w:val="center"/>
              <w:rPr>
                <w:rFonts w:eastAsia="Calibri"/>
                <w:sz w:val="24"/>
                <w:szCs w:val="24"/>
                <w:lang w:val="kk-KZ"/>
              </w:rPr>
            </w:pPr>
            <w:r>
              <w:rPr>
                <w:rFonts w:eastAsia="Calibri"/>
                <w:sz w:val="24"/>
                <w:szCs w:val="24"/>
                <w:lang w:val="kk-KZ"/>
              </w:rPr>
              <w:t>52</w:t>
            </w:r>
          </w:p>
        </w:tc>
      </w:tr>
      <w:tr w:rsidR="00E8435A" w:rsidRPr="00E8435A" w14:paraId="0F6459BB" w14:textId="77777777" w:rsidTr="00E8435A">
        <w:tc>
          <w:tcPr>
            <w:tcW w:w="1595" w:type="dxa"/>
            <w:shd w:val="clear" w:color="auto" w:fill="auto"/>
          </w:tcPr>
          <w:p w14:paraId="34869B18" w14:textId="77777777" w:rsidR="00E8435A" w:rsidRPr="00E8435A" w:rsidRDefault="00E8435A" w:rsidP="00595CC0">
            <w:pPr>
              <w:rPr>
                <w:rFonts w:eastAsia="Calibri"/>
                <w:sz w:val="24"/>
                <w:szCs w:val="24"/>
                <w:lang w:val="kk-KZ"/>
              </w:rPr>
            </w:pPr>
            <w:r w:rsidRPr="00E8435A">
              <w:rPr>
                <w:rFonts w:eastAsia="Calibri"/>
                <w:sz w:val="24"/>
                <w:szCs w:val="24"/>
                <w:lang w:val="kk-KZ"/>
              </w:rPr>
              <w:t>Жылдық сапасы</w:t>
            </w:r>
          </w:p>
        </w:tc>
        <w:tc>
          <w:tcPr>
            <w:tcW w:w="1595" w:type="dxa"/>
            <w:shd w:val="clear" w:color="auto" w:fill="auto"/>
          </w:tcPr>
          <w:p w14:paraId="2AF8A78F" w14:textId="74A479A9" w:rsidR="00E8435A" w:rsidRPr="00E8435A" w:rsidRDefault="00595CC0" w:rsidP="00E8435A">
            <w:pPr>
              <w:jc w:val="center"/>
              <w:rPr>
                <w:rFonts w:eastAsia="Calibri"/>
                <w:sz w:val="24"/>
                <w:szCs w:val="24"/>
              </w:rPr>
            </w:pPr>
            <w:r>
              <w:rPr>
                <w:rFonts w:eastAsia="Calibri"/>
                <w:sz w:val="24"/>
                <w:szCs w:val="24"/>
                <w:lang w:val="kk-KZ"/>
              </w:rPr>
              <w:t>69,5</w:t>
            </w:r>
            <w:r w:rsidR="00E8435A" w:rsidRPr="00E8435A">
              <w:rPr>
                <w:rFonts w:eastAsia="Calibri"/>
                <w:sz w:val="24"/>
                <w:szCs w:val="24"/>
              </w:rPr>
              <w:t>%</w:t>
            </w:r>
          </w:p>
        </w:tc>
        <w:tc>
          <w:tcPr>
            <w:tcW w:w="1595" w:type="dxa"/>
            <w:shd w:val="clear" w:color="auto" w:fill="auto"/>
          </w:tcPr>
          <w:p w14:paraId="2040E980" w14:textId="79D280B7" w:rsidR="00E8435A" w:rsidRPr="00E8435A" w:rsidRDefault="00595CC0" w:rsidP="00E8435A">
            <w:pPr>
              <w:jc w:val="center"/>
              <w:rPr>
                <w:rFonts w:eastAsia="Calibri"/>
                <w:sz w:val="24"/>
                <w:szCs w:val="24"/>
                <w:lang w:val="kk-KZ"/>
              </w:rPr>
            </w:pPr>
            <w:r>
              <w:rPr>
                <w:rFonts w:eastAsia="Calibri"/>
                <w:sz w:val="24"/>
                <w:szCs w:val="24"/>
                <w:lang w:val="kk-KZ"/>
              </w:rPr>
              <w:t>70,8</w:t>
            </w:r>
            <w:r w:rsidR="00E8435A" w:rsidRPr="00E8435A">
              <w:rPr>
                <w:rFonts w:eastAsia="Calibri"/>
                <w:sz w:val="24"/>
                <w:szCs w:val="24"/>
                <w:lang w:val="kk-KZ"/>
              </w:rPr>
              <w:t>%</w:t>
            </w:r>
          </w:p>
        </w:tc>
        <w:tc>
          <w:tcPr>
            <w:tcW w:w="1595" w:type="dxa"/>
            <w:shd w:val="clear" w:color="auto" w:fill="auto"/>
          </w:tcPr>
          <w:p w14:paraId="754A9117" w14:textId="459D8288" w:rsidR="00E8435A" w:rsidRPr="00E8435A" w:rsidRDefault="00595CC0" w:rsidP="00E8435A">
            <w:pPr>
              <w:jc w:val="center"/>
              <w:rPr>
                <w:rFonts w:eastAsia="Calibri"/>
                <w:sz w:val="24"/>
                <w:szCs w:val="24"/>
                <w:lang w:val="kk-KZ"/>
              </w:rPr>
            </w:pPr>
            <w:r>
              <w:rPr>
                <w:rFonts w:eastAsia="Calibri"/>
                <w:sz w:val="24"/>
                <w:szCs w:val="24"/>
              </w:rPr>
              <w:t>65,8</w:t>
            </w:r>
            <w:r w:rsidR="00E8435A" w:rsidRPr="00E8435A">
              <w:rPr>
                <w:rFonts w:eastAsia="Calibri"/>
                <w:sz w:val="24"/>
                <w:szCs w:val="24"/>
              </w:rPr>
              <w:t>%</w:t>
            </w:r>
          </w:p>
        </w:tc>
        <w:tc>
          <w:tcPr>
            <w:tcW w:w="1595" w:type="dxa"/>
            <w:shd w:val="clear" w:color="auto" w:fill="auto"/>
          </w:tcPr>
          <w:p w14:paraId="48AD0508" w14:textId="748A54F1" w:rsidR="00E8435A" w:rsidRPr="00E8435A" w:rsidRDefault="00595CC0" w:rsidP="00E8435A">
            <w:pPr>
              <w:jc w:val="center"/>
              <w:rPr>
                <w:rFonts w:eastAsia="Calibri"/>
                <w:sz w:val="24"/>
                <w:szCs w:val="24"/>
                <w:lang w:val="kk-KZ"/>
              </w:rPr>
            </w:pPr>
            <w:r>
              <w:rPr>
                <w:rFonts w:eastAsia="Calibri"/>
                <w:color w:val="212529"/>
                <w:sz w:val="24"/>
                <w:szCs w:val="24"/>
                <w:shd w:val="clear" w:color="auto" w:fill="FFFFFF"/>
              </w:rPr>
              <w:t>74,6</w:t>
            </w:r>
            <w:r w:rsidR="00E8435A" w:rsidRPr="00E8435A">
              <w:rPr>
                <w:rFonts w:eastAsia="Calibri"/>
                <w:color w:val="212529"/>
                <w:sz w:val="24"/>
                <w:szCs w:val="24"/>
                <w:shd w:val="clear" w:color="auto" w:fill="FFFFFF"/>
              </w:rPr>
              <w:t>%</w:t>
            </w:r>
          </w:p>
        </w:tc>
        <w:tc>
          <w:tcPr>
            <w:tcW w:w="1595" w:type="dxa"/>
            <w:shd w:val="clear" w:color="auto" w:fill="auto"/>
          </w:tcPr>
          <w:p w14:paraId="30A6F07B" w14:textId="13DED14A" w:rsidR="00E8435A" w:rsidRPr="00E8435A" w:rsidRDefault="00595CC0" w:rsidP="00E8435A">
            <w:pPr>
              <w:jc w:val="center"/>
              <w:rPr>
                <w:rFonts w:eastAsia="Calibri"/>
                <w:sz w:val="24"/>
                <w:szCs w:val="24"/>
                <w:lang w:val="kk-KZ"/>
              </w:rPr>
            </w:pPr>
            <w:r>
              <w:rPr>
                <w:rFonts w:eastAsia="Calibri"/>
                <w:color w:val="212529"/>
                <w:sz w:val="24"/>
                <w:szCs w:val="24"/>
                <w:shd w:val="clear" w:color="auto" w:fill="F5F5F5"/>
              </w:rPr>
              <w:t>88,46</w:t>
            </w:r>
            <w:r w:rsidR="00E8435A" w:rsidRPr="00E8435A">
              <w:rPr>
                <w:rFonts w:eastAsia="Calibri"/>
                <w:color w:val="212529"/>
                <w:sz w:val="24"/>
                <w:szCs w:val="24"/>
                <w:shd w:val="clear" w:color="auto" w:fill="F5F5F5"/>
              </w:rPr>
              <w:t>%</w:t>
            </w:r>
          </w:p>
        </w:tc>
      </w:tr>
      <w:tr w:rsidR="00E8435A" w:rsidRPr="00E8435A" w14:paraId="5534CB00" w14:textId="77777777" w:rsidTr="00E8435A">
        <w:tc>
          <w:tcPr>
            <w:tcW w:w="1595" w:type="dxa"/>
            <w:shd w:val="clear" w:color="auto" w:fill="auto"/>
          </w:tcPr>
          <w:p w14:paraId="17D31382" w14:textId="77777777" w:rsidR="00E8435A" w:rsidRPr="00E8435A" w:rsidRDefault="00E8435A" w:rsidP="00E8435A">
            <w:pPr>
              <w:rPr>
                <w:sz w:val="24"/>
                <w:szCs w:val="24"/>
                <w:lang w:eastAsia="ru-RU"/>
              </w:rPr>
            </w:pPr>
            <w:r w:rsidRPr="00E8435A">
              <w:rPr>
                <w:sz w:val="24"/>
                <w:szCs w:val="24"/>
                <w:lang w:eastAsia="ru-RU"/>
              </w:rPr>
              <w:t>Емтихан сапасы</w:t>
            </w:r>
          </w:p>
        </w:tc>
        <w:tc>
          <w:tcPr>
            <w:tcW w:w="1595" w:type="dxa"/>
            <w:shd w:val="clear" w:color="auto" w:fill="auto"/>
          </w:tcPr>
          <w:p w14:paraId="17A01B06" w14:textId="1736BD7C" w:rsidR="00E8435A" w:rsidRPr="00E8435A" w:rsidRDefault="00595CC0" w:rsidP="00E8435A">
            <w:pPr>
              <w:jc w:val="center"/>
              <w:rPr>
                <w:sz w:val="24"/>
                <w:szCs w:val="24"/>
                <w:lang w:eastAsia="ru-RU"/>
              </w:rPr>
            </w:pPr>
            <w:r>
              <w:rPr>
                <w:sz w:val="24"/>
                <w:szCs w:val="24"/>
                <w:lang w:eastAsia="ru-RU"/>
              </w:rPr>
              <w:t>69,5</w:t>
            </w:r>
            <w:r w:rsidR="00E8435A" w:rsidRPr="00E8435A">
              <w:rPr>
                <w:sz w:val="24"/>
                <w:szCs w:val="24"/>
                <w:lang w:eastAsia="ru-RU"/>
              </w:rPr>
              <w:t>%</w:t>
            </w:r>
          </w:p>
        </w:tc>
        <w:tc>
          <w:tcPr>
            <w:tcW w:w="1595" w:type="dxa"/>
            <w:shd w:val="clear" w:color="auto" w:fill="auto"/>
          </w:tcPr>
          <w:p w14:paraId="743982E1" w14:textId="5767F9AC" w:rsidR="00E8435A" w:rsidRPr="00E8435A" w:rsidRDefault="00595CC0" w:rsidP="00E8435A">
            <w:pPr>
              <w:jc w:val="center"/>
              <w:rPr>
                <w:sz w:val="24"/>
                <w:szCs w:val="24"/>
                <w:lang w:eastAsia="ru-RU"/>
              </w:rPr>
            </w:pPr>
            <w:r>
              <w:rPr>
                <w:sz w:val="24"/>
                <w:szCs w:val="24"/>
                <w:lang w:eastAsia="ru-RU"/>
              </w:rPr>
              <w:t>71,8</w:t>
            </w:r>
            <w:r w:rsidR="00E8435A" w:rsidRPr="00E8435A">
              <w:rPr>
                <w:sz w:val="24"/>
                <w:szCs w:val="24"/>
                <w:lang w:eastAsia="ru-RU"/>
              </w:rPr>
              <w:t>%</w:t>
            </w:r>
          </w:p>
        </w:tc>
        <w:tc>
          <w:tcPr>
            <w:tcW w:w="1595" w:type="dxa"/>
            <w:shd w:val="clear" w:color="auto" w:fill="auto"/>
          </w:tcPr>
          <w:p w14:paraId="5D5ED970" w14:textId="451B85FC" w:rsidR="00E8435A" w:rsidRPr="00E8435A" w:rsidRDefault="00595CC0" w:rsidP="00E8435A">
            <w:pPr>
              <w:jc w:val="center"/>
              <w:rPr>
                <w:sz w:val="24"/>
                <w:szCs w:val="24"/>
                <w:lang w:eastAsia="ru-RU"/>
              </w:rPr>
            </w:pPr>
            <w:r>
              <w:rPr>
                <w:sz w:val="24"/>
                <w:szCs w:val="24"/>
                <w:lang w:eastAsia="ru-RU"/>
              </w:rPr>
              <w:t>64,5</w:t>
            </w:r>
            <w:r w:rsidR="00E8435A" w:rsidRPr="00E8435A">
              <w:rPr>
                <w:sz w:val="24"/>
                <w:szCs w:val="24"/>
                <w:lang w:eastAsia="ru-RU"/>
              </w:rPr>
              <w:t>%</w:t>
            </w:r>
          </w:p>
        </w:tc>
        <w:tc>
          <w:tcPr>
            <w:tcW w:w="1595" w:type="dxa"/>
            <w:shd w:val="clear" w:color="auto" w:fill="auto"/>
          </w:tcPr>
          <w:p w14:paraId="1AC88684" w14:textId="0159D21E" w:rsidR="00E8435A" w:rsidRPr="00E8435A" w:rsidRDefault="00595CC0" w:rsidP="00E8435A">
            <w:pPr>
              <w:jc w:val="center"/>
              <w:rPr>
                <w:sz w:val="24"/>
                <w:szCs w:val="24"/>
                <w:lang w:eastAsia="ru-RU"/>
              </w:rPr>
            </w:pPr>
            <w:r>
              <w:rPr>
                <w:sz w:val="24"/>
                <w:szCs w:val="24"/>
                <w:lang w:eastAsia="ru-RU"/>
              </w:rPr>
              <w:t>74,6</w:t>
            </w:r>
            <w:r w:rsidR="00E8435A" w:rsidRPr="00E8435A">
              <w:rPr>
                <w:sz w:val="24"/>
                <w:szCs w:val="24"/>
                <w:lang w:eastAsia="ru-RU"/>
              </w:rPr>
              <w:t>%</w:t>
            </w:r>
          </w:p>
        </w:tc>
        <w:tc>
          <w:tcPr>
            <w:tcW w:w="1595" w:type="dxa"/>
            <w:shd w:val="clear" w:color="auto" w:fill="auto"/>
          </w:tcPr>
          <w:p w14:paraId="19DD2DDA" w14:textId="453F748A" w:rsidR="00E8435A" w:rsidRPr="00E8435A" w:rsidRDefault="00595CC0" w:rsidP="00E8435A">
            <w:pPr>
              <w:jc w:val="center"/>
              <w:rPr>
                <w:sz w:val="24"/>
                <w:szCs w:val="24"/>
                <w:lang w:eastAsia="ru-RU"/>
              </w:rPr>
            </w:pPr>
            <w:r>
              <w:rPr>
                <w:sz w:val="24"/>
                <w:szCs w:val="24"/>
                <w:lang w:eastAsia="ru-RU"/>
              </w:rPr>
              <w:t>86,5</w:t>
            </w:r>
            <w:r w:rsidR="00E8435A" w:rsidRPr="00E8435A">
              <w:rPr>
                <w:sz w:val="24"/>
                <w:szCs w:val="24"/>
                <w:lang w:eastAsia="ru-RU"/>
              </w:rPr>
              <w:t>%</w:t>
            </w:r>
          </w:p>
        </w:tc>
      </w:tr>
    </w:tbl>
    <w:p w14:paraId="655CB1CA" w14:textId="77777777" w:rsidR="00E8435A" w:rsidRPr="00E8435A" w:rsidRDefault="00E8435A" w:rsidP="00E8435A">
      <w:pPr>
        <w:rPr>
          <w:rFonts w:eastAsia="Calibri"/>
          <w:sz w:val="24"/>
          <w:szCs w:val="24"/>
          <w:lang w:val="kk-KZ"/>
        </w:rPr>
      </w:pPr>
    </w:p>
    <w:p w14:paraId="58CFD03C" w14:textId="15A65D33" w:rsidR="00E8435A" w:rsidRDefault="00E8435A" w:rsidP="00E8435A">
      <w:pPr>
        <w:rPr>
          <w:b/>
          <w:w w:val="99"/>
          <w:sz w:val="24"/>
          <w:szCs w:val="24"/>
          <w:lang w:val="kk-KZ" w:eastAsia="ru-RU"/>
        </w:rPr>
      </w:pPr>
    </w:p>
    <w:p w14:paraId="00C26B6F" w14:textId="77777777" w:rsidR="00595CC0" w:rsidRPr="00E8435A" w:rsidRDefault="00595CC0" w:rsidP="00595CC0">
      <w:pPr>
        <w:widowControl/>
        <w:autoSpaceDE/>
        <w:autoSpaceDN/>
        <w:jc w:val="center"/>
        <w:rPr>
          <w:rFonts w:eastAsiaTheme="minorHAnsi"/>
          <w:b/>
          <w:sz w:val="28"/>
          <w:szCs w:val="28"/>
          <w:lang w:val="kk-KZ" w:eastAsia="ru-RU"/>
        </w:rPr>
      </w:pPr>
      <w:r w:rsidRPr="00E8435A">
        <w:rPr>
          <w:rFonts w:eastAsiaTheme="minorHAnsi"/>
          <w:b/>
          <w:sz w:val="28"/>
          <w:szCs w:val="28"/>
          <w:lang w:val="kk-KZ" w:eastAsia="ru-RU"/>
        </w:rPr>
        <w:t>Аралық және қорытынды аттестаттау  нәтижелері</w:t>
      </w:r>
    </w:p>
    <w:p w14:paraId="3DA02A89" w14:textId="45647DF0" w:rsidR="00595CC0" w:rsidRPr="00E8435A" w:rsidRDefault="00595CC0" w:rsidP="00595CC0">
      <w:pPr>
        <w:tabs>
          <w:tab w:val="left" w:pos="0"/>
        </w:tabs>
        <w:jc w:val="center"/>
        <w:rPr>
          <w:b/>
          <w:sz w:val="28"/>
          <w:szCs w:val="28"/>
          <w:lang w:val="kk-KZ" w:eastAsia="ru-RU"/>
        </w:rPr>
      </w:pPr>
      <w:r>
        <w:rPr>
          <w:b/>
          <w:sz w:val="28"/>
          <w:szCs w:val="28"/>
          <w:lang w:val="kk-KZ" w:eastAsia="ru-RU"/>
        </w:rPr>
        <w:t>2025-2026</w:t>
      </w:r>
      <w:r w:rsidRPr="00E8435A">
        <w:rPr>
          <w:b/>
          <w:sz w:val="28"/>
          <w:szCs w:val="28"/>
          <w:lang w:val="kk-KZ" w:eastAsia="ru-RU"/>
        </w:rPr>
        <w:t xml:space="preserve"> оқу жылында «</w:t>
      </w:r>
      <w:r>
        <w:rPr>
          <w:b/>
          <w:color w:val="000000"/>
          <w:spacing w:val="2"/>
          <w:sz w:val="28"/>
          <w:szCs w:val="28"/>
          <w:lang w:val="kk-KZ" w:eastAsia="ru-RU"/>
        </w:rPr>
        <w:t>Қазақ тілі» пән</w:t>
      </w:r>
      <w:r w:rsidRPr="00E8435A">
        <w:rPr>
          <w:b/>
          <w:color w:val="000000"/>
          <w:spacing w:val="2"/>
          <w:sz w:val="28"/>
          <w:szCs w:val="28"/>
          <w:lang w:val="kk-KZ" w:eastAsia="ru-RU"/>
        </w:rPr>
        <w:t>інен аралық аттестаттау емтиханы бойынша сараптама кестесі</w:t>
      </w:r>
    </w:p>
    <w:p w14:paraId="448C9FDD" w14:textId="77777777" w:rsidR="00595CC0" w:rsidRPr="00E8435A" w:rsidRDefault="00595CC0" w:rsidP="00595CC0">
      <w:pPr>
        <w:tabs>
          <w:tab w:val="left" w:pos="0"/>
        </w:tabs>
        <w:jc w:val="center"/>
        <w:rPr>
          <w:b/>
          <w:bCs/>
          <w:sz w:val="28"/>
          <w:szCs w:val="28"/>
          <w:lang w:val="kk-KZ"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5"/>
        <w:gridCol w:w="1595"/>
        <w:gridCol w:w="1595"/>
        <w:gridCol w:w="1595"/>
        <w:gridCol w:w="1595"/>
        <w:gridCol w:w="1595"/>
      </w:tblGrid>
      <w:tr w:rsidR="00595CC0" w:rsidRPr="00E8435A" w14:paraId="3BAB83A2" w14:textId="77777777" w:rsidTr="00250CF0">
        <w:trPr>
          <w:trHeight w:val="525"/>
        </w:trPr>
        <w:tc>
          <w:tcPr>
            <w:tcW w:w="1595" w:type="dxa"/>
            <w:vMerge w:val="restart"/>
            <w:shd w:val="clear" w:color="auto" w:fill="auto"/>
          </w:tcPr>
          <w:p w14:paraId="61DDBB46" w14:textId="77777777" w:rsidR="00595CC0" w:rsidRPr="00E8435A" w:rsidRDefault="00595CC0" w:rsidP="00250CF0">
            <w:pPr>
              <w:rPr>
                <w:rFonts w:eastAsia="Calibri"/>
                <w:sz w:val="24"/>
                <w:szCs w:val="24"/>
                <w:lang w:val="kk-KZ"/>
              </w:rPr>
            </w:pPr>
            <w:r w:rsidRPr="00E8435A">
              <w:rPr>
                <w:rFonts w:eastAsia="Calibri"/>
                <w:sz w:val="24"/>
                <w:szCs w:val="24"/>
                <w:lang w:val="kk-KZ"/>
              </w:rPr>
              <w:t>Жалпы қатысқан оқушы саны</w:t>
            </w:r>
          </w:p>
        </w:tc>
        <w:tc>
          <w:tcPr>
            <w:tcW w:w="7975" w:type="dxa"/>
            <w:gridSpan w:val="5"/>
            <w:shd w:val="clear" w:color="auto" w:fill="auto"/>
          </w:tcPr>
          <w:p w14:paraId="12664C0B" w14:textId="77777777" w:rsidR="00595CC0" w:rsidRPr="00E8435A" w:rsidRDefault="00595CC0" w:rsidP="00250CF0">
            <w:pPr>
              <w:rPr>
                <w:sz w:val="24"/>
                <w:szCs w:val="24"/>
                <w:lang w:val="kk-KZ"/>
              </w:rPr>
            </w:pPr>
          </w:p>
          <w:p w14:paraId="797FECC7" w14:textId="77777777" w:rsidR="00595CC0" w:rsidRPr="00E8435A" w:rsidRDefault="00595CC0" w:rsidP="00250CF0">
            <w:pPr>
              <w:jc w:val="center"/>
              <w:rPr>
                <w:rFonts w:eastAsia="Calibri"/>
                <w:sz w:val="24"/>
                <w:szCs w:val="24"/>
                <w:lang w:val="kk-KZ"/>
              </w:rPr>
            </w:pPr>
            <w:r w:rsidRPr="00E8435A">
              <w:rPr>
                <w:rFonts w:eastAsia="Calibri"/>
                <w:sz w:val="24"/>
                <w:szCs w:val="24"/>
                <w:lang w:val="kk-KZ"/>
              </w:rPr>
              <w:t>Қазақ тілінде оқытылатын сыныптар</w:t>
            </w:r>
          </w:p>
        </w:tc>
      </w:tr>
      <w:tr w:rsidR="00595CC0" w:rsidRPr="00E8435A" w14:paraId="38C49D49" w14:textId="77777777" w:rsidTr="00250CF0">
        <w:trPr>
          <w:trHeight w:val="765"/>
        </w:trPr>
        <w:tc>
          <w:tcPr>
            <w:tcW w:w="1595" w:type="dxa"/>
            <w:vMerge/>
            <w:shd w:val="clear" w:color="auto" w:fill="auto"/>
          </w:tcPr>
          <w:p w14:paraId="3DE5A2B6" w14:textId="77777777" w:rsidR="00595CC0" w:rsidRPr="00E8435A" w:rsidRDefault="00595CC0" w:rsidP="00250CF0">
            <w:pPr>
              <w:rPr>
                <w:rFonts w:eastAsia="Calibri"/>
                <w:sz w:val="24"/>
                <w:szCs w:val="24"/>
                <w:lang w:val="kk-KZ"/>
              </w:rPr>
            </w:pPr>
          </w:p>
        </w:tc>
        <w:tc>
          <w:tcPr>
            <w:tcW w:w="1595" w:type="dxa"/>
            <w:shd w:val="clear" w:color="auto" w:fill="auto"/>
          </w:tcPr>
          <w:p w14:paraId="2D9FF72F" w14:textId="77777777" w:rsidR="00595CC0" w:rsidRPr="00E8435A" w:rsidRDefault="00595CC0" w:rsidP="00250CF0">
            <w:pPr>
              <w:rPr>
                <w:sz w:val="24"/>
                <w:szCs w:val="24"/>
                <w:lang w:val="kk-KZ"/>
              </w:rPr>
            </w:pPr>
            <w:r w:rsidRPr="00E8435A">
              <w:rPr>
                <w:sz w:val="24"/>
                <w:szCs w:val="24"/>
                <w:lang w:val="kk-KZ"/>
              </w:rPr>
              <w:t>5 - сынып</w:t>
            </w:r>
          </w:p>
        </w:tc>
        <w:tc>
          <w:tcPr>
            <w:tcW w:w="1595" w:type="dxa"/>
            <w:shd w:val="clear" w:color="auto" w:fill="auto"/>
          </w:tcPr>
          <w:p w14:paraId="6CDAA275" w14:textId="77777777" w:rsidR="00595CC0" w:rsidRPr="00E8435A" w:rsidRDefault="00595CC0" w:rsidP="00250CF0">
            <w:pPr>
              <w:rPr>
                <w:rFonts w:eastAsia="Calibri"/>
                <w:sz w:val="24"/>
                <w:szCs w:val="24"/>
                <w:lang w:val="kk-KZ"/>
              </w:rPr>
            </w:pPr>
            <w:r w:rsidRPr="00E8435A">
              <w:rPr>
                <w:rFonts w:eastAsia="Calibri"/>
                <w:sz w:val="24"/>
                <w:szCs w:val="24"/>
                <w:lang w:val="kk-KZ"/>
              </w:rPr>
              <w:t>6 - сынып</w:t>
            </w:r>
          </w:p>
        </w:tc>
        <w:tc>
          <w:tcPr>
            <w:tcW w:w="1595" w:type="dxa"/>
            <w:shd w:val="clear" w:color="auto" w:fill="auto"/>
          </w:tcPr>
          <w:p w14:paraId="1A976149" w14:textId="77777777" w:rsidR="00595CC0" w:rsidRPr="00E8435A" w:rsidRDefault="00595CC0" w:rsidP="00250CF0">
            <w:pPr>
              <w:rPr>
                <w:rFonts w:eastAsia="Calibri"/>
                <w:sz w:val="24"/>
                <w:szCs w:val="24"/>
                <w:lang w:val="kk-KZ"/>
              </w:rPr>
            </w:pPr>
            <w:r w:rsidRPr="00E8435A">
              <w:rPr>
                <w:rFonts w:eastAsia="Calibri"/>
                <w:sz w:val="24"/>
                <w:szCs w:val="24"/>
                <w:lang w:val="kk-KZ"/>
              </w:rPr>
              <w:t>7 - сынып</w:t>
            </w:r>
          </w:p>
        </w:tc>
        <w:tc>
          <w:tcPr>
            <w:tcW w:w="1595" w:type="dxa"/>
            <w:shd w:val="clear" w:color="auto" w:fill="auto"/>
          </w:tcPr>
          <w:p w14:paraId="3C7BEDE2" w14:textId="77777777" w:rsidR="00595CC0" w:rsidRPr="00E8435A" w:rsidRDefault="00595CC0" w:rsidP="00250CF0">
            <w:pPr>
              <w:rPr>
                <w:rFonts w:eastAsia="Calibri"/>
                <w:sz w:val="24"/>
                <w:szCs w:val="24"/>
                <w:lang w:val="kk-KZ"/>
              </w:rPr>
            </w:pPr>
            <w:r w:rsidRPr="00E8435A">
              <w:rPr>
                <w:rFonts w:eastAsia="Calibri"/>
                <w:sz w:val="24"/>
                <w:szCs w:val="24"/>
                <w:lang w:val="kk-KZ"/>
              </w:rPr>
              <w:t>8 - сынып</w:t>
            </w:r>
          </w:p>
        </w:tc>
        <w:tc>
          <w:tcPr>
            <w:tcW w:w="1595" w:type="dxa"/>
            <w:shd w:val="clear" w:color="auto" w:fill="auto"/>
          </w:tcPr>
          <w:p w14:paraId="7961D210" w14:textId="77777777" w:rsidR="00595CC0" w:rsidRPr="00E8435A" w:rsidRDefault="00595CC0" w:rsidP="00250CF0">
            <w:pPr>
              <w:rPr>
                <w:rFonts w:eastAsia="Calibri"/>
                <w:sz w:val="24"/>
                <w:szCs w:val="24"/>
                <w:lang w:val="kk-KZ"/>
              </w:rPr>
            </w:pPr>
            <w:r w:rsidRPr="00E8435A">
              <w:rPr>
                <w:rFonts w:eastAsia="Calibri"/>
                <w:sz w:val="24"/>
                <w:szCs w:val="24"/>
                <w:lang w:val="kk-KZ"/>
              </w:rPr>
              <w:t>10 сынып</w:t>
            </w:r>
          </w:p>
        </w:tc>
      </w:tr>
      <w:tr w:rsidR="00595CC0" w:rsidRPr="00E8435A" w14:paraId="0829BB1E" w14:textId="77777777" w:rsidTr="00250CF0">
        <w:tc>
          <w:tcPr>
            <w:tcW w:w="1595" w:type="dxa"/>
            <w:shd w:val="clear" w:color="auto" w:fill="auto"/>
          </w:tcPr>
          <w:p w14:paraId="69D2BB87" w14:textId="3628B691" w:rsidR="00595CC0" w:rsidRPr="00E8435A" w:rsidRDefault="00250CF0" w:rsidP="00250CF0">
            <w:pPr>
              <w:jc w:val="center"/>
              <w:rPr>
                <w:rFonts w:eastAsia="Calibri"/>
                <w:sz w:val="24"/>
                <w:szCs w:val="24"/>
                <w:lang w:val="kk-KZ"/>
              </w:rPr>
            </w:pPr>
            <w:r>
              <w:rPr>
                <w:rFonts w:eastAsia="Calibri"/>
                <w:sz w:val="24"/>
                <w:szCs w:val="24"/>
                <w:lang w:val="kk-KZ"/>
              </w:rPr>
              <w:t>386</w:t>
            </w:r>
          </w:p>
        </w:tc>
        <w:tc>
          <w:tcPr>
            <w:tcW w:w="1595" w:type="dxa"/>
            <w:shd w:val="clear" w:color="auto" w:fill="auto"/>
          </w:tcPr>
          <w:p w14:paraId="54712B38" w14:textId="587CB591" w:rsidR="00595CC0" w:rsidRPr="00E8435A" w:rsidRDefault="00250CF0" w:rsidP="00250CF0">
            <w:pPr>
              <w:jc w:val="center"/>
              <w:rPr>
                <w:rFonts w:eastAsia="Calibri"/>
                <w:sz w:val="24"/>
                <w:szCs w:val="24"/>
                <w:lang w:val="kk-KZ"/>
              </w:rPr>
            </w:pPr>
            <w:r>
              <w:rPr>
                <w:rFonts w:eastAsia="Calibri"/>
                <w:sz w:val="24"/>
                <w:szCs w:val="24"/>
                <w:lang w:val="kk-KZ"/>
              </w:rPr>
              <w:t>73</w:t>
            </w:r>
          </w:p>
        </w:tc>
        <w:tc>
          <w:tcPr>
            <w:tcW w:w="1595" w:type="dxa"/>
            <w:shd w:val="clear" w:color="auto" w:fill="auto"/>
          </w:tcPr>
          <w:p w14:paraId="1493E2E1" w14:textId="451E0927" w:rsidR="00595CC0" w:rsidRPr="00E8435A" w:rsidRDefault="00250CF0" w:rsidP="00250CF0">
            <w:pPr>
              <w:jc w:val="center"/>
              <w:rPr>
                <w:rFonts w:eastAsia="Calibri"/>
                <w:sz w:val="24"/>
                <w:szCs w:val="24"/>
                <w:lang w:val="kk-KZ"/>
              </w:rPr>
            </w:pPr>
            <w:r>
              <w:rPr>
                <w:rFonts w:eastAsia="Calibri"/>
                <w:sz w:val="24"/>
                <w:szCs w:val="24"/>
                <w:lang w:val="kk-KZ"/>
              </w:rPr>
              <w:t>85</w:t>
            </w:r>
          </w:p>
        </w:tc>
        <w:tc>
          <w:tcPr>
            <w:tcW w:w="1595" w:type="dxa"/>
            <w:shd w:val="clear" w:color="auto" w:fill="auto"/>
          </w:tcPr>
          <w:p w14:paraId="08739BEC" w14:textId="4CECB215" w:rsidR="00595CC0" w:rsidRPr="00E8435A" w:rsidRDefault="00250CF0" w:rsidP="00250CF0">
            <w:pPr>
              <w:jc w:val="center"/>
              <w:rPr>
                <w:rFonts w:eastAsia="Calibri"/>
                <w:sz w:val="24"/>
                <w:szCs w:val="24"/>
                <w:lang w:val="kk-KZ"/>
              </w:rPr>
            </w:pPr>
            <w:r>
              <w:rPr>
                <w:rFonts w:eastAsia="Calibri"/>
                <w:sz w:val="24"/>
                <w:szCs w:val="24"/>
                <w:lang w:val="kk-KZ"/>
              </w:rPr>
              <w:t>97</w:t>
            </w:r>
          </w:p>
        </w:tc>
        <w:tc>
          <w:tcPr>
            <w:tcW w:w="1595" w:type="dxa"/>
            <w:shd w:val="clear" w:color="auto" w:fill="auto"/>
          </w:tcPr>
          <w:p w14:paraId="56315977" w14:textId="56DD7F43" w:rsidR="00595CC0" w:rsidRPr="00E8435A" w:rsidRDefault="00250CF0" w:rsidP="00250CF0">
            <w:pPr>
              <w:jc w:val="center"/>
              <w:rPr>
                <w:rFonts w:eastAsia="Calibri"/>
                <w:sz w:val="24"/>
                <w:szCs w:val="24"/>
                <w:lang w:val="kk-KZ"/>
              </w:rPr>
            </w:pPr>
            <w:r>
              <w:rPr>
                <w:rFonts w:eastAsia="Calibri"/>
                <w:sz w:val="24"/>
                <w:szCs w:val="24"/>
                <w:lang w:val="kk-KZ"/>
              </w:rPr>
              <w:t>75</w:t>
            </w:r>
          </w:p>
        </w:tc>
        <w:tc>
          <w:tcPr>
            <w:tcW w:w="1595" w:type="dxa"/>
            <w:shd w:val="clear" w:color="auto" w:fill="auto"/>
          </w:tcPr>
          <w:p w14:paraId="3E4214EE" w14:textId="3FA4568A" w:rsidR="00595CC0" w:rsidRPr="00E8435A" w:rsidRDefault="00250CF0" w:rsidP="00250CF0">
            <w:pPr>
              <w:jc w:val="center"/>
              <w:rPr>
                <w:rFonts w:eastAsia="Calibri"/>
                <w:sz w:val="24"/>
                <w:szCs w:val="24"/>
                <w:lang w:val="kk-KZ"/>
              </w:rPr>
            </w:pPr>
            <w:r>
              <w:rPr>
                <w:rFonts w:eastAsia="Calibri"/>
                <w:sz w:val="24"/>
                <w:szCs w:val="24"/>
                <w:lang w:val="kk-KZ"/>
              </w:rPr>
              <w:t>56</w:t>
            </w:r>
          </w:p>
        </w:tc>
      </w:tr>
      <w:tr w:rsidR="00595CC0" w:rsidRPr="00E8435A" w14:paraId="4AEC3BFF" w14:textId="77777777" w:rsidTr="00250CF0">
        <w:tc>
          <w:tcPr>
            <w:tcW w:w="1595" w:type="dxa"/>
            <w:shd w:val="clear" w:color="auto" w:fill="auto"/>
          </w:tcPr>
          <w:p w14:paraId="43FC1A68" w14:textId="77777777" w:rsidR="00595CC0" w:rsidRPr="00E8435A" w:rsidRDefault="00595CC0" w:rsidP="00250CF0">
            <w:pPr>
              <w:rPr>
                <w:rFonts w:eastAsia="Calibri"/>
                <w:sz w:val="24"/>
                <w:szCs w:val="24"/>
                <w:lang w:val="kk-KZ"/>
              </w:rPr>
            </w:pPr>
            <w:r w:rsidRPr="00E8435A">
              <w:rPr>
                <w:rFonts w:eastAsia="Calibri"/>
                <w:sz w:val="24"/>
                <w:szCs w:val="24"/>
                <w:lang w:val="kk-KZ"/>
              </w:rPr>
              <w:t>Жылдық сапасы</w:t>
            </w:r>
          </w:p>
        </w:tc>
        <w:tc>
          <w:tcPr>
            <w:tcW w:w="1595" w:type="dxa"/>
            <w:shd w:val="clear" w:color="auto" w:fill="auto"/>
          </w:tcPr>
          <w:p w14:paraId="398DDD93" w14:textId="63F39AB7" w:rsidR="00595CC0" w:rsidRPr="00E8435A" w:rsidRDefault="00025676" w:rsidP="00250CF0">
            <w:pPr>
              <w:jc w:val="center"/>
              <w:rPr>
                <w:rFonts w:eastAsia="Calibri"/>
                <w:sz w:val="24"/>
                <w:szCs w:val="24"/>
              </w:rPr>
            </w:pPr>
            <w:r>
              <w:rPr>
                <w:rFonts w:eastAsia="Calibri"/>
                <w:sz w:val="24"/>
                <w:szCs w:val="24"/>
                <w:lang w:val="kk-KZ"/>
              </w:rPr>
              <w:t>62,16</w:t>
            </w:r>
            <w:r w:rsidR="00595CC0" w:rsidRPr="00E8435A">
              <w:rPr>
                <w:rFonts w:eastAsia="Calibri"/>
                <w:sz w:val="24"/>
                <w:szCs w:val="24"/>
              </w:rPr>
              <w:t>%</w:t>
            </w:r>
          </w:p>
        </w:tc>
        <w:tc>
          <w:tcPr>
            <w:tcW w:w="1595" w:type="dxa"/>
            <w:shd w:val="clear" w:color="auto" w:fill="auto"/>
          </w:tcPr>
          <w:p w14:paraId="127A296C" w14:textId="12CD1A98" w:rsidR="00595CC0" w:rsidRPr="00E8435A" w:rsidRDefault="00025676" w:rsidP="00025676">
            <w:pPr>
              <w:jc w:val="center"/>
              <w:rPr>
                <w:rFonts w:eastAsia="Calibri"/>
                <w:sz w:val="24"/>
                <w:szCs w:val="24"/>
                <w:lang w:val="kk-KZ"/>
              </w:rPr>
            </w:pPr>
            <w:r>
              <w:rPr>
                <w:rFonts w:eastAsia="Calibri"/>
                <w:sz w:val="24"/>
                <w:szCs w:val="24"/>
                <w:lang w:val="kk-KZ"/>
              </w:rPr>
              <w:t>69,41</w:t>
            </w:r>
          </w:p>
        </w:tc>
        <w:tc>
          <w:tcPr>
            <w:tcW w:w="1595" w:type="dxa"/>
            <w:shd w:val="clear" w:color="auto" w:fill="auto"/>
          </w:tcPr>
          <w:p w14:paraId="7393BF9D" w14:textId="5B551050" w:rsidR="00595CC0" w:rsidRPr="00E8435A" w:rsidRDefault="00025676" w:rsidP="00250CF0">
            <w:pPr>
              <w:jc w:val="center"/>
              <w:rPr>
                <w:rFonts w:eastAsia="Calibri"/>
                <w:sz w:val="24"/>
                <w:szCs w:val="24"/>
                <w:lang w:val="kk-KZ"/>
              </w:rPr>
            </w:pPr>
            <w:r>
              <w:rPr>
                <w:rFonts w:eastAsia="Calibri"/>
                <w:sz w:val="24"/>
                <w:szCs w:val="24"/>
              </w:rPr>
              <w:t>76,29</w:t>
            </w:r>
            <w:r w:rsidR="00595CC0" w:rsidRPr="00E8435A">
              <w:rPr>
                <w:rFonts w:eastAsia="Calibri"/>
                <w:sz w:val="24"/>
                <w:szCs w:val="24"/>
              </w:rPr>
              <w:t>%</w:t>
            </w:r>
          </w:p>
        </w:tc>
        <w:tc>
          <w:tcPr>
            <w:tcW w:w="1595" w:type="dxa"/>
            <w:shd w:val="clear" w:color="auto" w:fill="auto"/>
          </w:tcPr>
          <w:p w14:paraId="062AF0C3" w14:textId="5D87CE07" w:rsidR="00595CC0" w:rsidRPr="00E8435A" w:rsidRDefault="00025676" w:rsidP="00250CF0">
            <w:pPr>
              <w:jc w:val="center"/>
              <w:rPr>
                <w:rFonts w:eastAsia="Calibri"/>
                <w:sz w:val="24"/>
                <w:szCs w:val="24"/>
                <w:lang w:val="kk-KZ"/>
              </w:rPr>
            </w:pPr>
            <w:r>
              <w:rPr>
                <w:rFonts w:eastAsia="Calibri"/>
                <w:color w:val="212529"/>
                <w:sz w:val="24"/>
                <w:szCs w:val="24"/>
                <w:shd w:val="clear" w:color="auto" w:fill="FFFFFF"/>
              </w:rPr>
              <w:t>70,67</w:t>
            </w:r>
            <w:r w:rsidR="00595CC0" w:rsidRPr="00E8435A">
              <w:rPr>
                <w:rFonts w:eastAsia="Calibri"/>
                <w:color w:val="212529"/>
                <w:sz w:val="24"/>
                <w:szCs w:val="24"/>
                <w:shd w:val="clear" w:color="auto" w:fill="FFFFFF"/>
              </w:rPr>
              <w:t>%</w:t>
            </w:r>
          </w:p>
        </w:tc>
        <w:tc>
          <w:tcPr>
            <w:tcW w:w="1595" w:type="dxa"/>
            <w:shd w:val="clear" w:color="auto" w:fill="auto"/>
          </w:tcPr>
          <w:p w14:paraId="38630CBB" w14:textId="238453F1" w:rsidR="00595CC0" w:rsidRPr="00E8435A" w:rsidRDefault="00025676" w:rsidP="00250CF0">
            <w:pPr>
              <w:jc w:val="center"/>
              <w:rPr>
                <w:rFonts w:eastAsia="Calibri"/>
                <w:sz w:val="24"/>
                <w:szCs w:val="24"/>
                <w:lang w:val="kk-KZ"/>
              </w:rPr>
            </w:pPr>
            <w:r>
              <w:rPr>
                <w:rFonts w:eastAsia="Calibri"/>
                <w:color w:val="212529"/>
                <w:sz w:val="24"/>
                <w:szCs w:val="24"/>
                <w:shd w:val="clear" w:color="auto" w:fill="F5F5F5"/>
              </w:rPr>
              <w:t>89,29</w:t>
            </w:r>
            <w:r w:rsidR="00595CC0" w:rsidRPr="00E8435A">
              <w:rPr>
                <w:rFonts w:eastAsia="Calibri"/>
                <w:color w:val="212529"/>
                <w:sz w:val="24"/>
                <w:szCs w:val="24"/>
                <w:shd w:val="clear" w:color="auto" w:fill="F5F5F5"/>
              </w:rPr>
              <w:t>%</w:t>
            </w:r>
          </w:p>
        </w:tc>
      </w:tr>
      <w:tr w:rsidR="00595CC0" w:rsidRPr="00E8435A" w14:paraId="3C7F0959" w14:textId="77777777" w:rsidTr="00250CF0">
        <w:tc>
          <w:tcPr>
            <w:tcW w:w="1595" w:type="dxa"/>
            <w:shd w:val="clear" w:color="auto" w:fill="auto"/>
          </w:tcPr>
          <w:p w14:paraId="63C68C36" w14:textId="77777777" w:rsidR="00595CC0" w:rsidRPr="00E8435A" w:rsidRDefault="00595CC0" w:rsidP="00250CF0">
            <w:pPr>
              <w:rPr>
                <w:sz w:val="24"/>
                <w:szCs w:val="24"/>
                <w:lang w:eastAsia="ru-RU"/>
              </w:rPr>
            </w:pPr>
            <w:r w:rsidRPr="00E8435A">
              <w:rPr>
                <w:sz w:val="24"/>
                <w:szCs w:val="24"/>
                <w:lang w:eastAsia="ru-RU"/>
              </w:rPr>
              <w:t>Емтихан сапасы</w:t>
            </w:r>
          </w:p>
        </w:tc>
        <w:tc>
          <w:tcPr>
            <w:tcW w:w="1595" w:type="dxa"/>
            <w:shd w:val="clear" w:color="auto" w:fill="auto"/>
          </w:tcPr>
          <w:p w14:paraId="52FDE702" w14:textId="23C1D3E2" w:rsidR="00595CC0" w:rsidRPr="00E8435A" w:rsidRDefault="00250CF0" w:rsidP="00250CF0">
            <w:pPr>
              <w:jc w:val="center"/>
              <w:rPr>
                <w:sz w:val="24"/>
                <w:szCs w:val="24"/>
                <w:lang w:eastAsia="ru-RU"/>
              </w:rPr>
            </w:pPr>
            <w:r>
              <w:rPr>
                <w:sz w:val="24"/>
                <w:szCs w:val="24"/>
                <w:lang w:eastAsia="ru-RU"/>
              </w:rPr>
              <w:t>60,27</w:t>
            </w:r>
            <w:r w:rsidR="00595CC0" w:rsidRPr="00E8435A">
              <w:rPr>
                <w:sz w:val="24"/>
                <w:szCs w:val="24"/>
                <w:lang w:eastAsia="ru-RU"/>
              </w:rPr>
              <w:t>%</w:t>
            </w:r>
          </w:p>
        </w:tc>
        <w:tc>
          <w:tcPr>
            <w:tcW w:w="1595" w:type="dxa"/>
            <w:shd w:val="clear" w:color="auto" w:fill="auto"/>
          </w:tcPr>
          <w:p w14:paraId="71940713" w14:textId="055990A8" w:rsidR="00595CC0" w:rsidRPr="00E8435A" w:rsidRDefault="00250CF0" w:rsidP="00250CF0">
            <w:pPr>
              <w:jc w:val="center"/>
              <w:rPr>
                <w:sz w:val="24"/>
                <w:szCs w:val="24"/>
                <w:lang w:eastAsia="ru-RU"/>
              </w:rPr>
            </w:pPr>
            <w:r>
              <w:rPr>
                <w:sz w:val="24"/>
                <w:szCs w:val="24"/>
                <w:lang w:eastAsia="ru-RU"/>
              </w:rPr>
              <w:t>69,4</w:t>
            </w:r>
            <w:r>
              <w:rPr>
                <w:sz w:val="24"/>
                <w:szCs w:val="24"/>
                <w:lang w:val="kk-KZ" w:eastAsia="ru-RU"/>
              </w:rPr>
              <w:t>1</w:t>
            </w:r>
            <w:r w:rsidR="00595CC0" w:rsidRPr="00E8435A">
              <w:rPr>
                <w:sz w:val="24"/>
                <w:szCs w:val="24"/>
                <w:lang w:eastAsia="ru-RU"/>
              </w:rPr>
              <w:t>%</w:t>
            </w:r>
          </w:p>
        </w:tc>
        <w:tc>
          <w:tcPr>
            <w:tcW w:w="1595" w:type="dxa"/>
            <w:shd w:val="clear" w:color="auto" w:fill="auto"/>
          </w:tcPr>
          <w:p w14:paraId="56E04B74" w14:textId="5C53B21A" w:rsidR="00595CC0" w:rsidRPr="00E8435A" w:rsidRDefault="00250CF0" w:rsidP="00250CF0">
            <w:pPr>
              <w:jc w:val="center"/>
              <w:rPr>
                <w:sz w:val="24"/>
                <w:szCs w:val="24"/>
                <w:lang w:eastAsia="ru-RU"/>
              </w:rPr>
            </w:pPr>
            <w:r>
              <w:rPr>
                <w:sz w:val="24"/>
                <w:szCs w:val="24"/>
                <w:lang w:eastAsia="ru-RU"/>
              </w:rPr>
              <w:t>74,23</w:t>
            </w:r>
            <w:r w:rsidR="00595CC0" w:rsidRPr="00E8435A">
              <w:rPr>
                <w:sz w:val="24"/>
                <w:szCs w:val="24"/>
                <w:lang w:eastAsia="ru-RU"/>
              </w:rPr>
              <w:t>%</w:t>
            </w:r>
          </w:p>
        </w:tc>
        <w:tc>
          <w:tcPr>
            <w:tcW w:w="1595" w:type="dxa"/>
            <w:shd w:val="clear" w:color="auto" w:fill="auto"/>
          </w:tcPr>
          <w:p w14:paraId="75BB7C2D" w14:textId="637601B4" w:rsidR="00595CC0" w:rsidRPr="00E8435A" w:rsidRDefault="00250CF0" w:rsidP="00250CF0">
            <w:pPr>
              <w:jc w:val="center"/>
              <w:rPr>
                <w:sz w:val="24"/>
                <w:szCs w:val="24"/>
                <w:lang w:eastAsia="ru-RU"/>
              </w:rPr>
            </w:pPr>
            <w:r>
              <w:rPr>
                <w:sz w:val="24"/>
                <w:szCs w:val="24"/>
                <w:lang w:eastAsia="ru-RU"/>
              </w:rPr>
              <w:t>70,67</w:t>
            </w:r>
            <w:r w:rsidR="00595CC0" w:rsidRPr="00E8435A">
              <w:rPr>
                <w:sz w:val="24"/>
                <w:szCs w:val="24"/>
                <w:lang w:eastAsia="ru-RU"/>
              </w:rPr>
              <w:t>%</w:t>
            </w:r>
          </w:p>
        </w:tc>
        <w:tc>
          <w:tcPr>
            <w:tcW w:w="1595" w:type="dxa"/>
            <w:shd w:val="clear" w:color="auto" w:fill="auto"/>
          </w:tcPr>
          <w:p w14:paraId="3497BECA" w14:textId="1C0291F4" w:rsidR="00595CC0" w:rsidRPr="00E8435A" w:rsidRDefault="00526438" w:rsidP="00250CF0">
            <w:pPr>
              <w:jc w:val="center"/>
              <w:rPr>
                <w:sz w:val="24"/>
                <w:szCs w:val="24"/>
                <w:lang w:eastAsia="ru-RU"/>
              </w:rPr>
            </w:pPr>
            <w:r>
              <w:rPr>
                <w:sz w:val="24"/>
                <w:szCs w:val="24"/>
                <w:lang w:eastAsia="ru-RU"/>
              </w:rPr>
              <w:t>89,29</w:t>
            </w:r>
            <w:r w:rsidR="00595CC0" w:rsidRPr="00E8435A">
              <w:rPr>
                <w:sz w:val="24"/>
                <w:szCs w:val="24"/>
                <w:lang w:eastAsia="ru-RU"/>
              </w:rPr>
              <w:t>%</w:t>
            </w:r>
          </w:p>
        </w:tc>
      </w:tr>
    </w:tbl>
    <w:p w14:paraId="2A521B03" w14:textId="77777777" w:rsidR="00595CC0" w:rsidRPr="00E8435A" w:rsidRDefault="00595CC0" w:rsidP="00E8435A">
      <w:pPr>
        <w:rPr>
          <w:b/>
          <w:w w:val="99"/>
          <w:sz w:val="24"/>
          <w:szCs w:val="24"/>
          <w:lang w:val="kk-KZ" w:eastAsia="ru-RU"/>
        </w:rPr>
      </w:pPr>
    </w:p>
    <w:p w14:paraId="377477F9" w14:textId="30AA3251" w:rsidR="00E8435A" w:rsidRPr="007B1EE4" w:rsidRDefault="008D1D0B" w:rsidP="00EA68D9">
      <w:pPr>
        <w:widowControl/>
        <w:autoSpaceDE/>
        <w:autoSpaceDN/>
        <w:rPr>
          <w:rFonts w:eastAsiaTheme="minorHAnsi"/>
          <w:b/>
          <w:color w:val="0563C1" w:themeColor="hyperlink"/>
          <w:sz w:val="28"/>
          <w:szCs w:val="28"/>
          <w:lang w:val="kk-KZ"/>
        </w:rPr>
      </w:pPr>
      <w:hyperlink r:id="rId33" w:history="1">
        <w:r w:rsidR="00EA68D9" w:rsidRPr="007B1EE4">
          <w:rPr>
            <w:rFonts w:eastAsiaTheme="minorHAnsi"/>
            <w:b/>
            <w:sz w:val="28"/>
            <w:szCs w:val="28"/>
            <w:lang w:val="kk-KZ"/>
          </w:rPr>
          <w:t>А</w:t>
        </w:r>
        <w:r w:rsidR="001E4A6B" w:rsidRPr="007B1EE4">
          <w:rPr>
            <w:rFonts w:eastAsiaTheme="minorHAnsi"/>
            <w:b/>
            <w:sz w:val="28"/>
            <w:szCs w:val="28"/>
            <w:lang w:val="kk-KZ"/>
          </w:rPr>
          <w:t>ралық</w:t>
        </w:r>
      </w:hyperlink>
      <w:r w:rsidR="001E4A6B" w:rsidRPr="007B1EE4">
        <w:rPr>
          <w:rFonts w:eastAsiaTheme="minorHAnsi"/>
          <w:b/>
          <w:sz w:val="28"/>
          <w:szCs w:val="28"/>
          <w:lang w:val="kk-KZ"/>
        </w:rPr>
        <w:t xml:space="preserve"> қорытынды аттесттатау </w:t>
      </w:r>
      <w:r w:rsidR="00EA68D9" w:rsidRPr="007B1EE4">
        <w:rPr>
          <w:rFonts w:eastAsiaTheme="minorHAnsi"/>
          <w:b/>
          <w:sz w:val="28"/>
          <w:szCs w:val="28"/>
          <w:lang w:val="kk-KZ"/>
        </w:rPr>
        <w:t>хаттамалары қоса ұсынылды</w:t>
      </w:r>
    </w:p>
    <w:p w14:paraId="0DE779F5" w14:textId="77777777" w:rsidR="00EA68D9" w:rsidRPr="00E8435A" w:rsidRDefault="00EA68D9" w:rsidP="00E8435A">
      <w:pPr>
        <w:widowControl/>
        <w:autoSpaceDE/>
        <w:autoSpaceDN/>
        <w:jc w:val="center"/>
        <w:rPr>
          <w:rFonts w:eastAsiaTheme="minorHAnsi"/>
          <w:sz w:val="28"/>
          <w:szCs w:val="28"/>
          <w:lang w:val="kk-KZ"/>
        </w:rPr>
      </w:pPr>
    </w:p>
    <w:p w14:paraId="22DA4D08" w14:textId="77777777" w:rsidR="00EA68D9" w:rsidRPr="00EA68D9" w:rsidRDefault="00EA68D9" w:rsidP="00E8435A">
      <w:pPr>
        <w:widowControl/>
        <w:autoSpaceDE/>
        <w:autoSpaceDN/>
        <w:jc w:val="center"/>
        <w:rPr>
          <w:rFonts w:eastAsiaTheme="minorHAnsi"/>
          <w:b/>
          <w:sz w:val="24"/>
          <w:szCs w:val="24"/>
          <w:highlight w:val="yellow"/>
          <w:lang w:val="kk-KZ"/>
        </w:rPr>
      </w:pPr>
    </w:p>
    <w:p w14:paraId="3A506F05" w14:textId="77777777" w:rsidR="00E8435A" w:rsidRPr="00E8435A" w:rsidRDefault="00E8435A" w:rsidP="00E8435A">
      <w:pPr>
        <w:rPr>
          <w:b/>
          <w:w w:val="99"/>
          <w:sz w:val="24"/>
          <w:szCs w:val="24"/>
          <w:lang w:val="kk-KZ" w:eastAsia="ru-RU"/>
        </w:rPr>
      </w:pPr>
    </w:p>
    <w:p w14:paraId="3ABFE5FD" w14:textId="4C80C9B0" w:rsidR="00E8435A" w:rsidRPr="004106A7" w:rsidRDefault="00D73144" w:rsidP="00E8435A">
      <w:pPr>
        <w:jc w:val="center"/>
        <w:rPr>
          <w:b/>
          <w:bCs/>
          <w:spacing w:val="139"/>
          <w:sz w:val="28"/>
          <w:szCs w:val="28"/>
          <w:lang w:val="kk-KZ" w:eastAsia="ru-RU"/>
        </w:rPr>
      </w:pPr>
      <w:r w:rsidRPr="004106A7">
        <w:rPr>
          <w:b/>
          <w:bCs/>
          <w:w w:val="99"/>
          <w:sz w:val="28"/>
          <w:szCs w:val="28"/>
          <w:lang w:val="kk-KZ" w:eastAsia="ru-RU"/>
        </w:rPr>
        <w:t>2024-2025</w:t>
      </w:r>
      <w:r w:rsidR="00E8435A" w:rsidRPr="004106A7">
        <w:rPr>
          <w:b/>
          <w:bCs/>
          <w:w w:val="99"/>
          <w:sz w:val="28"/>
          <w:szCs w:val="28"/>
          <w:lang w:val="kk-KZ" w:eastAsia="ru-RU"/>
        </w:rPr>
        <w:t xml:space="preserve"> оқу жылында 9</w:t>
      </w:r>
      <w:r w:rsidR="00E8435A" w:rsidRPr="004106A7">
        <w:rPr>
          <w:b/>
          <w:bCs/>
          <w:spacing w:val="80"/>
          <w:sz w:val="28"/>
          <w:szCs w:val="28"/>
          <w:lang w:val="kk-KZ" w:eastAsia="ru-RU"/>
        </w:rPr>
        <w:t xml:space="preserve"> </w:t>
      </w:r>
      <w:r w:rsidR="00E8435A" w:rsidRPr="004106A7">
        <w:rPr>
          <w:b/>
          <w:bCs/>
          <w:w w:val="99"/>
          <w:sz w:val="28"/>
          <w:szCs w:val="28"/>
          <w:lang w:val="kk-KZ" w:eastAsia="ru-RU"/>
        </w:rPr>
        <w:t>ж</w:t>
      </w:r>
      <w:r w:rsidR="00E8435A" w:rsidRPr="004106A7">
        <w:rPr>
          <w:b/>
          <w:bCs/>
          <w:spacing w:val="-1"/>
          <w:w w:val="99"/>
          <w:sz w:val="28"/>
          <w:szCs w:val="28"/>
          <w:lang w:val="kk-KZ" w:eastAsia="ru-RU"/>
        </w:rPr>
        <w:t>ә</w:t>
      </w:r>
      <w:r w:rsidR="00E8435A" w:rsidRPr="004106A7">
        <w:rPr>
          <w:b/>
          <w:bCs/>
          <w:spacing w:val="6"/>
          <w:w w:val="99"/>
          <w:sz w:val="28"/>
          <w:szCs w:val="28"/>
          <w:lang w:val="kk-KZ" w:eastAsia="ru-RU"/>
        </w:rPr>
        <w:t>н</w:t>
      </w:r>
      <w:r w:rsidR="00E8435A" w:rsidRPr="004106A7">
        <w:rPr>
          <w:b/>
          <w:bCs/>
          <w:w w:val="99"/>
          <w:sz w:val="28"/>
          <w:szCs w:val="28"/>
          <w:lang w:val="kk-KZ" w:eastAsia="ru-RU"/>
        </w:rPr>
        <w:t>е</w:t>
      </w:r>
      <w:r w:rsidR="00E8435A" w:rsidRPr="004106A7">
        <w:rPr>
          <w:b/>
          <w:bCs/>
          <w:spacing w:val="80"/>
          <w:sz w:val="28"/>
          <w:szCs w:val="28"/>
          <w:lang w:val="kk-KZ" w:eastAsia="ru-RU"/>
        </w:rPr>
        <w:t xml:space="preserve"> </w:t>
      </w:r>
      <w:r w:rsidR="00E8435A" w:rsidRPr="004106A7">
        <w:rPr>
          <w:b/>
          <w:bCs/>
          <w:w w:val="99"/>
          <w:sz w:val="28"/>
          <w:szCs w:val="28"/>
          <w:lang w:val="kk-KZ" w:eastAsia="ru-RU"/>
        </w:rPr>
        <w:t>11</w:t>
      </w:r>
      <w:r w:rsidR="00E8435A" w:rsidRPr="004106A7">
        <w:rPr>
          <w:b/>
          <w:bCs/>
          <w:spacing w:val="80"/>
          <w:sz w:val="28"/>
          <w:szCs w:val="28"/>
          <w:lang w:val="kk-KZ" w:eastAsia="ru-RU"/>
        </w:rPr>
        <w:t xml:space="preserve"> </w:t>
      </w:r>
      <w:r w:rsidR="00E8435A" w:rsidRPr="004106A7">
        <w:rPr>
          <w:b/>
          <w:bCs/>
          <w:spacing w:val="6"/>
          <w:w w:val="99"/>
          <w:sz w:val="28"/>
          <w:szCs w:val="28"/>
          <w:lang w:val="kk-KZ" w:eastAsia="ru-RU"/>
        </w:rPr>
        <w:t>с</w:t>
      </w:r>
      <w:r w:rsidR="00E8435A" w:rsidRPr="004106A7">
        <w:rPr>
          <w:b/>
          <w:bCs/>
          <w:w w:val="99"/>
          <w:sz w:val="28"/>
          <w:szCs w:val="28"/>
          <w:lang w:val="kk-KZ" w:eastAsia="ru-RU"/>
        </w:rPr>
        <w:t>ы</w:t>
      </w:r>
      <w:r w:rsidR="00E8435A" w:rsidRPr="004106A7">
        <w:rPr>
          <w:b/>
          <w:bCs/>
          <w:spacing w:val="2"/>
          <w:w w:val="99"/>
          <w:sz w:val="28"/>
          <w:szCs w:val="28"/>
          <w:lang w:val="kk-KZ" w:eastAsia="ru-RU"/>
        </w:rPr>
        <w:t>н</w:t>
      </w:r>
      <w:r w:rsidR="00E8435A" w:rsidRPr="004106A7">
        <w:rPr>
          <w:b/>
          <w:bCs/>
          <w:spacing w:val="1"/>
          <w:w w:val="99"/>
          <w:sz w:val="28"/>
          <w:szCs w:val="28"/>
          <w:lang w:val="kk-KZ" w:eastAsia="ru-RU"/>
        </w:rPr>
        <w:t>ы</w:t>
      </w:r>
      <w:r w:rsidR="00E8435A" w:rsidRPr="004106A7">
        <w:rPr>
          <w:b/>
          <w:bCs/>
          <w:spacing w:val="2"/>
          <w:w w:val="99"/>
          <w:sz w:val="28"/>
          <w:szCs w:val="28"/>
          <w:lang w:val="kk-KZ" w:eastAsia="ru-RU"/>
        </w:rPr>
        <w:t>п</w:t>
      </w:r>
      <w:r w:rsidR="00E8435A" w:rsidRPr="004106A7">
        <w:rPr>
          <w:b/>
          <w:bCs/>
          <w:w w:val="99"/>
          <w:sz w:val="28"/>
          <w:szCs w:val="28"/>
          <w:lang w:val="kk-KZ" w:eastAsia="ru-RU"/>
        </w:rPr>
        <w:t>т</w:t>
      </w:r>
      <w:r w:rsidR="00E8435A" w:rsidRPr="004106A7">
        <w:rPr>
          <w:b/>
          <w:bCs/>
          <w:spacing w:val="2"/>
          <w:w w:val="99"/>
          <w:sz w:val="28"/>
          <w:szCs w:val="28"/>
          <w:lang w:val="kk-KZ" w:eastAsia="ru-RU"/>
        </w:rPr>
        <w:t>а</w:t>
      </w:r>
      <w:r w:rsidR="00E8435A" w:rsidRPr="004106A7">
        <w:rPr>
          <w:b/>
          <w:bCs/>
          <w:spacing w:val="1"/>
          <w:w w:val="99"/>
          <w:sz w:val="28"/>
          <w:szCs w:val="28"/>
          <w:lang w:val="kk-KZ" w:eastAsia="ru-RU"/>
        </w:rPr>
        <w:t>рд</w:t>
      </w:r>
      <w:r w:rsidR="00E8435A" w:rsidRPr="004106A7">
        <w:rPr>
          <w:b/>
          <w:bCs/>
          <w:spacing w:val="2"/>
          <w:w w:val="99"/>
          <w:sz w:val="28"/>
          <w:szCs w:val="28"/>
          <w:lang w:val="kk-KZ" w:eastAsia="ru-RU"/>
        </w:rPr>
        <w:t>а</w:t>
      </w:r>
      <w:r w:rsidR="00E8435A" w:rsidRPr="004106A7">
        <w:rPr>
          <w:b/>
          <w:bCs/>
          <w:w w:val="99"/>
          <w:sz w:val="28"/>
          <w:szCs w:val="28"/>
          <w:lang w:val="kk-KZ" w:eastAsia="ru-RU"/>
        </w:rPr>
        <w:t>ғы</w:t>
      </w:r>
      <w:r w:rsidR="00E8435A" w:rsidRPr="004106A7">
        <w:rPr>
          <w:b/>
          <w:bCs/>
          <w:spacing w:val="82"/>
          <w:sz w:val="28"/>
          <w:szCs w:val="28"/>
          <w:lang w:val="kk-KZ" w:eastAsia="ru-RU"/>
        </w:rPr>
        <w:t xml:space="preserve"> </w:t>
      </w:r>
      <w:r w:rsidR="00E8435A" w:rsidRPr="004106A7">
        <w:rPr>
          <w:b/>
          <w:bCs/>
          <w:w w:val="99"/>
          <w:sz w:val="28"/>
          <w:szCs w:val="28"/>
          <w:lang w:val="kk-KZ" w:eastAsia="ru-RU"/>
        </w:rPr>
        <w:t>қорыты</w:t>
      </w:r>
      <w:r w:rsidR="00E8435A" w:rsidRPr="004106A7">
        <w:rPr>
          <w:b/>
          <w:bCs/>
          <w:spacing w:val="6"/>
          <w:w w:val="99"/>
          <w:sz w:val="28"/>
          <w:szCs w:val="28"/>
          <w:lang w:val="kk-KZ" w:eastAsia="ru-RU"/>
        </w:rPr>
        <w:t>н</w:t>
      </w:r>
      <w:r w:rsidR="00E8435A" w:rsidRPr="004106A7">
        <w:rPr>
          <w:b/>
          <w:bCs/>
          <w:spacing w:val="2"/>
          <w:w w:val="99"/>
          <w:sz w:val="28"/>
          <w:szCs w:val="28"/>
          <w:lang w:val="kk-KZ" w:eastAsia="ru-RU"/>
        </w:rPr>
        <w:t>д</w:t>
      </w:r>
      <w:r w:rsidR="00E8435A" w:rsidRPr="004106A7">
        <w:rPr>
          <w:b/>
          <w:bCs/>
          <w:w w:val="99"/>
          <w:sz w:val="28"/>
          <w:szCs w:val="28"/>
          <w:lang w:val="kk-KZ" w:eastAsia="ru-RU"/>
        </w:rPr>
        <w:t>ы</w:t>
      </w:r>
      <w:r w:rsidR="00E8435A" w:rsidRPr="004106A7">
        <w:rPr>
          <w:b/>
          <w:bCs/>
          <w:spacing w:val="81"/>
          <w:sz w:val="28"/>
          <w:szCs w:val="28"/>
          <w:lang w:val="kk-KZ" w:eastAsia="ru-RU"/>
        </w:rPr>
        <w:t xml:space="preserve"> </w:t>
      </w:r>
      <w:r w:rsidR="00E8435A" w:rsidRPr="004106A7">
        <w:rPr>
          <w:b/>
          <w:bCs/>
          <w:spacing w:val="2"/>
          <w:w w:val="99"/>
          <w:sz w:val="28"/>
          <w:szCs w:val="28"/>
          <w:lang w:val="kk-KZ" w:eastAsia="ru-RU"/>
        </w:rPr>
        <w:t>а</w:t>
      </w:r>
      <w:r w:rsidR="00E8435A" w:rsidRPr="004106A7">
        <w:rPr>
          <w:b/>
          <w:bCs/>
          <w:spacing w:val="1"/>
          <w:w w:val="99"/>
          <w:sz w:val="28"/>
          <w:szCs w:val="28"/>
          <w:lang w:val="kk-KZ" w:eastAsia="ru-RU"/>
        </w:rPr>
        <w:t>тт</w:t>
      </w:r>
      <w:r w:rsidR="00E8435A" w:rsidRPr="004106A7">
        <w:rPr>
          <w:b/>
          <w:bCs/>
          <w:w w:val="99"/>
          <w:sz w:val="28"/>
          <w:szCs w:val="28"/>
          <w:lang w:val="kk-KZ" w:eastAsia="ru-RU"/>
        </w:rPr>
        <w:t>ест</w:t>
      </w:r>
      <w:r w:rsidR="00E8435A" w:rsidRPr="004106A7">
        <w:rPr>
          <w:b/>
          <w:bCs/>
          <w:spacing w:val="2"/>
          <w:w w:val="99"/>
          <w:sz w:val="28"/>
          <w:szCs w:val="28"/>
          <w:lang w:val="kk-KZ" w:eastAsia="ru-RU"/>
        </w:rPr>
        <w:t>а</w:t>
      </w:r>
      <w:r w:rsidR="00E8435A" w:rsidRPr="004106A7">
        <w:rPr>
          <w:b/>
          <w:bCs/>
          <w:w w:val="99"/>
          <w:sz w:val="28"/>
          <w:szCs w:val="28"/>
          <w:lang w:val="kk-KZ" w:eastAsia="ru-RU"/>
        </w:rPr>
        <w:t>тт</w:t>
      </w:r>
      <w:r w:rsidR="00E8435A" w:rsidRPr="004106A7">
        <w:rPr>
          <w:b/>
          <w:bCs/>
          <w:spacing w:val="3"/>
          <w:w w:val="99"/>
          <w:sz w:val="28"/>
          <w:szCs w:val="28"/>
          <w:lang w:val="kk-KZ" w:eastAsia="ru-RU"/>
        </w:rPr>
        <w:t>а</w:t>
      </w:r>
      <w:r w:rsidR="00E8435A" w:rsidRPr="004106A7">
        <w:rPr>
          <w:b/>
          <w:bCs/>
          <w:w w:val="99"/>
          <w:sz w:val="28"/>
          <w:szCs w:val="28"/>
          <w:lang w:val="kk-KZ" w:eastAsia="ru-RU"/>
        </w:rPr>
        <w:t>у</w:t>
      </w:r>
      <w:r w:rsidR="00E8435A" w:rsidRPr="004106A7">
        <w:rPr>
          <w:b/>
          <w:bCs/>
          <w:spacing w:val="80"/>
          <w:sz w:val="28"/>
          <w:szCs w:val="28"/>
          <w:lang w:val="kk-KZ" w:eastAsia="ru-RU"/>
        </w:rPr>
        <w:t xml:space="preserve"> </w:t>
      </w:r>
      <w:r w:rsidR="00E8435A" w:rsidRPr="004106A7">
        <w:rPr>
          <w:b/>
          <w:bCs/>
          <w:spacing w:val="2"/>
          <w:w w:val="99"/>
          <w:sz w:val="28"/>
          <w:szCs w:val="28"/>
          <w:lang w:val="kk-KZ" w:eastAsia="ru-RU"/>
        </w:rPr>
        <w:t>н</w:t>
      </w:r>
      <w:r w:rsidR="00E8435A" w:rsidRPr="004106A7">
        <w:rPr>
          <w:b/>
          <w:bCs/>
          <w:spacing w:val="-1"/>
          <w:w w:val="99"/>
          <w:sz w:val="28"/>
          <w:szCs w:val="28"/>
          <w:lang w:val="kk-KZ" w:eastAsia="ru-RU"/>
        </w:rPr>
        <w:t>ә</w:t>
      </w:r>
      <w:r w:rsidR="00E8435A" w:rsidRPr="004106A7">
        <w:rPr>
          <w:b/>
          <w:bCs/>
          <w:w w:val="99"/>
          <w:sz w:val="28"/>
          <w:szCs w:val="28"/>
          <w:lang w:val="kk-KZ" w:eastAsia="ru-RU"/>
        </w:rPr>
        <w:t>т</w:t>
      </w:r>
      <w:r w:rsidR="00E8435A" w:rsidRPr="004106A7">
        <w:rPr>
          <w:b/>
          <w:bCs/>
          <w:spacing w:val="1"/>
          <w:w w:val="99"/>
          <w:sz w:val="28"/>
          <w:szCs w:val="28"/>
          <w:lang w:val="kk-KZ" w:eastAsia="ru-RU"/>
        </w:rPr>
        <w:t>и</w:t>
      </w:r>
      <w:r w:rsidR="00E8435A" w:rsidRPr="004106A7">
        <w:rPr>
          <w:b/>
          <w:bCs/>
          <w:w w:val="99"/>
          <w:sz w:val="28"/>
          <w:szCs w:val="28"/>
          <w:lang w:val="kk-KZ" w:eastAsia="ru-RU"/>
        </w:rPr>
        <w:t>ж</w:t>
      </w:r>
      <w:r w:rsidR="00E8435A" w:rsidRPr="004106A7">
        <w:rPr>
          <w:b/>
          <w:bCs/>
          <w:spacing w:val="-1"/>
          <w:w w:val="99"/>
          <w:sz w:val="28"/>
          <w:szCs w:val="28"/>
          <w:lang w:val="kk-KZ" w:eastAsia="ru-RU"/>
        </w:rPr>
        <w:t>е</w:t>
      </w:r>
      <w:r w:rsidR="00E8435A" w:rsidRPr="004106A7">
        <w:rPr>
          <w:b/>
          <w:bCs/>
          <w:spacing w:val="1"/>
          <w:w w:val="99"/>
          <w:sz w:val="28"/>
          <w:szCs w:val="28"/>
          <w:lang w:val="kk-KZ" w:eastAsia="ru-RU"/>
        </w:rPr>
        <w:t>л</w:t>
      </w:r>
      <w:r w:rsidR="00E8435A" w:rsidRPr="004106A7">
        <w:rPr>
          <w:b/>
          <w:bCs/>
          <w:spacing w:val="-1"/>
          <w:w w:val="99"/>
          <w:sz w:val="28"/>
          <w:szCs w:val="28"/>
          <w:lang w:val="kk-KZ" w:eastAsia="ru-RU"/>
        </w:rPr>
        <w:t>е</w:t>
      </w:r>
      <w:r w:rsidR="00E8435A" w:rsidRPr="004106A7">
        <w:rPr>
          <w:b/>
          <w:bCs/>
          <w:w w:val="99"/>
          <w:sz w:val="28"/>
          <w:szCs w:val="28"/>
          <w:lang w:val="kk-KZ" w:eastAsia="ru-RU"/>
        </w:rPr>
        <w:t>рі</w:t>
      </w:r>
    </w:p>
    <w:p w14:paraId="6EE6E636" w14:textId="77777777" w:rsidR="00E8435A" w:rsidRPr="004106A7" w:rsidRDefault="00E8435A" w:rsidP="00E8435A">
      <w:pPr>
        <w:spacing w:after="1" w:line="240" w:lineRule="exact"/>
        <w:rPr>
          <w:rFonts w:eastAsia="Segoe UI"/>
          <w:sz w:val="28"/>
          <w:szCs w:val="28"/>
          <w:lang w:val="kk-KZ" w:eastAsia="ru-RU"/>
        </w:rPr>
      </w:pPr>
    </w:p>
    <w:tbl>
      <w:tblPr>
        <w:tblW w:w="10915" w:type="dxa"/>
        <w:tblInd w:w="-696" w:type="dxa"/>
        <w:tblLayout w:type="fixed"/>
        <w:tblCellMar>
          <w:left w:w="0" w:type="dxa"/>
          <w:right w:w="0" w:type="dxa"/>
        </w:tblCellMar>
        <w:tblLook w:val="0600" w:firstRow="0" w:lastRow="0" w:firstColumn="0" w:lastColumn="0" w:noHBand="1" w:noVBand="1"/>
      </w:tblPr>
      <w:tblGrid>
        <w:gridCol w:w="1444"/>
        <w:gridCol w:w="709"/>
        <w:gridCol w:w="567"/>
        <w:gridCol w:w="567"/>
        <w:gridCol w:w="567"/>
        <w:gridCol w:w="425"/>
        <w:gridCol w:w="567"/>
        <w:gridCol w:w="567"/>
        <w:gridCol w:w="825"/>
        <w:gridCol w:w="708"/>
        <w:gridCol w:w="426"/>
        <w:gridCol w:w="567"/>
        <w:gridCol w:w="567"/>
        <w:gridCol w:w="425"/>
        <w:gridCol w:w="425"/>
        <w:gridCol w:w="709"/>
        <w:gridCol w:w="850"/>
      </w:tblGrid>
      <w:tr w:rsidR="00D73144" w:rsidRPr="004106A7" w14:paraId="61EAD6E7" w14:textId="77777777" w:rsidTr="004106A7">
        <w:trPr>
          <w:gridAfter w:val="1"/>
          <w:wAfter w:w="850" w:type="dxa"/>
          <w:trHeight w:val="253"/>
        </w:trPr>
        <w:tc>
          <w:tcPr>
            <w:tcW w:w="1444" w:type="dxa"/>
            <w:vMerge w:val="restart"/>
            <w:tcBorders>
              <w:top w:val="single" w:sz="8" w:space="0" w:color="000000"/>
              <w:left w:val="single" w:sz="8" w:space="0" w:color="000000"/>
              <w:bottom w:val="single" w:sz="8" w:space="0" w:color="000000"/>
              <w:right w:val="single" w:sz="4" w:space="0" w:color="000000"/>
            </w:tcBorders>
            <w:shd w:val="clear" w:color="auto" w:fill="auto"/>
            <w:tcMar>
              <w:top w:w="13" w:type="dxa"/>
              <w:left w:w="13" w:type="dxa"/>
              <w:bottom w:w="0" w:type="dxa"/>
              <w:right w:w="13" w:type="dxa"/>
            </w:tcMar>
            <w:vAlign w:val="bottom"/>
            <w:hideMark/>
          </w:tcPr>
          <w:p w14:paraId="35C038D6" w14:textId="523F36E6" w:rsidR="00D73144" w:rsidRPr="004106A7" w:rsidRDefault="00D73144" w:rsidP="00E8435A">
            <w:pPr>
              <w:spacing w:line="253" w:lineRule="atLeast"/>
              <w:jc w:val="center"/>
              <w:textAlignment w:val="bottom"/>
              <w:rPr>
                <w:sz w:val="28"/>
                <w:szCs w:val="28"/>
                <w:lang w:val="kk-KZ" w:eastAsia="ru-RU"/>
              </w:rPr>
            </w:pPr>
            <w:r w:rsidRPr="004106A7">
              <w:rPr>
                <w:rFonts w:eastAsia="Microsoft YaHei"/>
                <w:b/>
                <w:bCs/>
                <w:color w:val="000000"/>
                <w:kern w:val="24"/>
                <w:sz w:val="28"/>
                <w:szCs w:val="28"/>
                <w:lang w:val="kk-KZ" w:eastAsia="ru-RU"/>
              </w:rPr>
              <w:t>Пәні</w:t>
            </w:r>
          </w:p>
        </w:tc>
        <w:tc>
          <w:tcPr>
            <w:tcW w:w="4794" w:type="dxa"/>
            <w:gridSpan w:val="8"/>
            <w:tcBorders>
              <w:top w:val="single" w:sz="8" w:space="0" w:color="000000"/>
              <w:left w:val="single" w:sz="4" w:space="0" w:color="000000"/>
              <w:bottom w:val="single" w:sz="8" w:space="0" w:color="000000"/>
              <w:right w:val="single" w:sz="4" w:space="0" w:color="000000"/>
            </w:tcBorders>
            <w:shd w:val="clear" w:color="auto" w:fill="auto"/>
            <w:tcMar>
              <w:top w:w="13" w:type="dxa"/>
              <w:left w:w="13" w:type="dxa"/>
              <w:bottom w:w="0" w:type="dxa"/>
              <w:right w:w="13" w:type="dxa"/>
            </w:tcMar>
            <w:vAlign w:val="bottom"/>
            <w:hideMark/>
          </w:tcPr>
          <w:p w14:paraId="2A513C04" w14:textId="0C28CC6C" w:rsidR="00D73144" w:rsidRPr="004106A7" w:rsidRDefault="00D73144" w:rsidP="00D73144">
            <w:pPr>
              <w:spacing w:line="253" w:lineRule="atLeast"/>
              <w:jc w:val="center"/>
              <w:textAlignment w:val="bottom"/>
              <w:rPr>
                <w:sz w:val="28"/>
                <w:szCs w:val="28"/>
                <w:lang w:val="kk-KZ" w:eastAsia="ru-RU"/>
              </w:rPr>
            </w:pPr>
            <w:r w:rsidRPr="004106A7">
              <w:rPr>
                <w:rFonts w:eastAsia="Microsoft YaHei"/>
                <w:b/>
                <w:bCs/>
                <w:color w:val="000000"/>
                <w:kern w:val="24"/>
                <w:sz w:val="28"/>
                <w:szCs w:val="28"/>
                <w:lang w:eastAsia="ru-RU"/>
              </w:rPr>
              <w:t xml:space="preserve">9 </w:t>
            </w:r>
            <w:r w:rsidRPr="004106A7">
              <w:rPr>
                <w:rFonts w:eastAsia="Microsoft YaHei"/>
                <w:b/>
                <w:bCs/>
                <w:color w:val="000000"/>
                <w:kern w:val="24"/>
                <w:sz w:val="28"/>
                <w:szCs w:val="28"/>
                <w:lang w:val="kk-KZ" w:eastAsia="ru-RU"/>
              </w:rPr>
              <w:t>сынып</w:t>
            </w:r>
          </w:p>
        </w:tc>
        <w:tc>
          <w:tcPr>
            <w:tcW w:w="3827" w:type="dxa"/>
            <w:gridSpan w:val="7"/>
            <w:tcBorders>
              <w:top w:val="single" w:sz="8" w:space="0" w:color="000000"/>
              <w:left w:val="single" w:sz="4" w:space="0" w:color="000000"/>
              <w:bottom w:val="single" w:sz="8" w:space="0" w:color="000000"/>
              <w:right w:val="single" w:sz="8" w:space="0" w:color="000000"/>
            </w:tcBorders>
            <w:shd w:val="clear" w:color="auto" w:fill="auto"/>
            <w:tcMar>
              <w:top w:w="13" w:type="dxa"/>
              <w:left w:w="13" w:type="dxa"/>
              <w:bottom w:w="0" w:type="dxa"/>
              <w:right w:w="13" w:type="dxa"/>
            </w:tcMar>
            <w:vAlign w:val="bottom"/>
            <w:hideMark/>
          </w:tcPr>
          <w:p w14:paraId="097829DE" w14:textId="27374F14" w:rsidR="00D73144" w:rsidRPr="004106A7" w:rsidRDefault="00D73144" w:rsidP="00D73144">
            <w:pPr>
              <w:spacing w:line="253" w:lineRule="atLeast"/>
              <w:jc w:val="center"/>
              <w:textAlignment w:val="bottom"/>
              <w:rPr>
                <w:sz w:val="28"/>
                <w:szCs w:val="28"/>
                <w:lang w:val="kk-KZ" w:eastAsia="ru-RU"/>
              </w:rPr>
            </w:pPr>
            <w:r w:rsidRPr="004106A7">
              <w:rPr>
                <w:rFonts w:eastAsia="Microsoft YaHei"/>
                <w:b/>
                <w:bCs/>
                <w:color w:val="000000"/>
                <w:kern w:val="24"/>
                <w:sz w:val="28"/>
                <w:szCs w:val="28"/>
                <w:lang w:eastAsia="ru-RU"/>
              </w:rPr>
              <w:t xml:space="preserve">11 </w:t>
            </w:r>
            <w:r w:rsidRPr="004106A7">
              <w:rPr>
                <w:rFonts w:eastAsia="Microsoft YaHei"/>
                <w:b/>
                <w:bCs/>
                <w:color w:val="000000"/>
                <w:kern w:val="24"/>
                <w:sz w:val="28"/>
                <w:szCs w:val="28"/>
                <w:lang w:val="kk-KZ" w:eastAsia="ru-RU"/>
              </w:rPr>
              <w:t>сынып</w:t>
            </w:r>
          </w:p>
        </w:tc>
      </w:tr>
      <w:tr w:rsidR="00D73144" w:rsidRPr="004106A7" w14:paraId="4242945B" w14:textId="77777777" w:rsidTr="004106A7">
        <w:trPr>
          <w:trHeight w:val="253"/>
        </w:trPr>
        <w:tc>
          <w:tcPr>
            <w:tcW w:w="1444" w:type="dxa"/>
            <w:vMerge/>
            <w:tcBorders>
              <w:top w:val="single" w:sz="8" w:space="0" w:color="000000"/>
              <w:left w:val="single" w:sz="8" w:space="0" w:color="000000"/>
              <w:bottom w:val="single" w:sz="8" w:space="0" w:color="000000"/>
              <w:right w:val="single" w:sz="4" w:space="0" w:color="000000"/>
            </w:tcBorders>
            <w:vAlign w:val="center"/>
            <w:hideMark/>
          </w:tcPr>
          <w:p w14:paraId="76887612" w14:textId="77777777" w:rsidR="00D73144" w:rsidRPr="004106A7" w:rsidRDefault="00D73144" w:rsidP="00E8435A">
            <w:pPr>
              <w:rPr>
                <w:sz w:val="28"/>
                <w:szCs w:val="28"/>
                <w:lang w:eastAsia="ru-RU"/>
              </w:rPr>
            </w:pPr>
          </w:p>
        </w:tc>
        <w:tc>
          <w:tcPr>
            <w:tcW w:w="709" w:type="dxa"/>
            <w:tcBorders>
              <w:top w:val="single" w:sz="8" w:space="0" w:color="000000"/>
              <w:left w:val="single" w:sz="8" w:space="0" w:color="000000"/>
              <w:bottom w:val="single" w:sz="8" w:space="0" w:color="000000"/>
              <w:right w:val="single" w:sz="4" w:space="0" w:color="000000"/>
            </w:tcBorders>
            <w:shd w:val="clear" w:color="auto" w:fill="auto"/>
            <w:tcMar>
              <w:top w:w="13" w:type="dxa"/>
              <w:left w:w="13" w:type="dxa"/>
              <w:bottom w:w="0" w:type="dxa"/>
              <w:right w:w="13" w:type="dxa"/>
            </w:tcMar>
            <w:vAlign w:val="bottom"/>
            <w:hideMark/>
          </w:tcPr>
          <w:p w14:paraId="6C268C65" w14:textId="6B89293D" w:rsidR="00D73144" w:rsidRPr="004106A7" w:rsidRDefault="00D73144" w:rsidP="00E8435A">
            <w:pPr>
              <w:spacing w:line="253" w:lineRule="atLeast"/>
              <w:jc w:val="center"/>
              <w:textAlignment w:val="bottom"/>
              <w:rPr>
                <w:sz w:val="28"/>
                <w:szCs w:val="28"/>
                <w:lang w:val="kk-KZ" w:eastAsia="ru-RU"/>
              </w:rPr>
            </w:pPr>
            <w:r w:rsidRPr="004106A7">
              <w:rPr>
                <w:rFonts w:eastAsia="Microsoft YaHei"/>
                <w:b/>
                <w:bCs/>
                <w:color w:val="000000"/>
                <w:kern w:val="24"/>
                <w:sz w:val="28"/>
                <w:szCs w:val="28"/>
                <w:lang w:val="kk-KZ" w:eastAsia="ru-RU"/>
              </w:rPr>
              <w:t>Барлығы</w:t>
            </w:r>
          </w:p>
        </w:tc>
        <w:tc>
          <w:tcPr>
            <w:tcW w:w="567" w:type="dxa"/>
            <w:tcBorders>
              <w:top w:val="single" w:sz="8" w:space="0" w:color="000000"/>
              <w:left w:val="single" w:sz="4" w:space="0" w:color="000000"/>
              <w:bottom w:val="single" w:sz="8" w:space="0" w:color="000000"/>
              <w:right w:val="single" w:sz="4" w:space="0" w:color="000000"/>
            </w:tcBorders>
            <w:shd w:val="clear" w:color="auto" w:fill="auto"/>
            <w:tcMar>
              <w:top w:w="13" w:type="dxa"/>
              <w:left w:w="13" w:type="dxa"/>
              <w:bottom w:w="0" w:type="dxa"/>
              <w:right w:w="13" w:type="dxa"/>
            </w:tcMar>
            <w:vAlign w:val="bottom"/>
            <w:hideMark/>
          </w:tcPr>
          <w:p w14:paraId="1DE4E246" w14:textId="77777777" w:rsidR="00D73144" w:rsidRPr="004106A7" w:rsidRDefault="00D73144" w:rsidP="00E8435A">
            <w:pPr>
              <w:spacing w:line="253" w:lineRule="atLeast"/>
              <w:jc w:val="center"/>
              <w:textAlignment w:val="bottom"/>
              <w:rPr>
                <w:sz w:val="28"/>
                <w:szCs w:val="28"/>
                <w:lang w:eastAsia="ru-RU"/>
              </w:rPr>
            </w:pPr>
            <w:r w:rsidRPr="004106A7">
              <w:rPr>
                <w:rFonts w:eastAsia="Microsoft YaHei"/>
                <w:b/>
                <w:bCs/>
                <w:color w:val="000000"/>
                <w:kern w:val="24"/>
                <w:sz w:val="28"/>
                <w:szCs w:val="28"/>
                <w:lang w:eastAsia="ru-RU"/>
              </w:rPr>
              <w:t>5</w:t>
            </w:r>
          </w:p>
        </w:tc>
        <w:tc>
          <w:tcPr>
            <w:tcW w:w="567" w:type="dxa"/>
            <w:tcBorders>
              <w:top w:val="single" w:sz="8" w:space="0" w:color="000000"/>
              <w:left w:val="single" w:sz="4" w:space="0" w:color="000000"/>
              <w:bottom w:val="single" w:sz="8" w:space="0" w:color="000000"/>
              <w:right w:val="single" w:sz="4" w:space="0" w:color="000000"/>
            </w:tcBorders>
            <w:shd w:val="clear" w:color="auto" w:fill="auto"/>
            <w:tcMar>
              <w:top w:w="13" w:type="dxa"/>
              <w:left w:w="13" w:type="dxa"/>
              <w:bottom w:w="0" w:type="dxa"/>
              <w:right w:w="13" w:type="dxa"/>
            </w:tcMar>
            <w:vAlign w:val="bottom"/>
            <w:hideMark/>
          </w:tcPr>
          <w:p w14:paraId="70C95A57" w14:textId="77777777" w:rsidR="00D73144" w:rsidRPr="004106A7" w:rsidRDefault="00D73144" w:rsidP="00E8435A">
            <w:pPr>
              <w:spacing w:line="253" w:lineRule="atLeast"/>
              <w:jc w:val="center"/>
              <w:textAlignment w:val="bottom"/>
              <w:rPr>
                <w:sz w:val="28"/>
                <w:szCs w:val="28"/>
                <w:lang w:eastAsia="ru-RU"/>
              </w:rPr>
            </w:pPr>
            <w:r w:rsidRPr="004106A7">
              <w:rPr>
                <w:rFonts w:eastAsia="Microsoft YaHei"/>
                <w:b/>
                <w:bCs/>
                <w:color w:val="000000"/>
                <w:kern w:val="24"/>
                <w:sz w:val="28"/>
                <w:szCs w:val="28"/>
                <w:lang w:eastAsia="ru-RU"/>
              </w:rPr>
              <w:t>4</w:t>
            </w:r>
          </w:p>
        </w:tc>
        <w:tc>
          <w:tcPr>
            <w:tcW w:w="567" w:type="dxa"/>
            <w:tcBorders>
              <w:top w:val="single" w:sz="8" w:space="0" w:color="000000"/>
              <w:left w:val="single" w:sz="4" w:space="0" w:color="000000"/>
              <w:bottom w:val="single" w:sz="8" w:space="0" w:color="000000"/>
              <w:right w:val="single" w:sz="4" w:space="0" w:color="000000"/>
            </w:tcBorders>
            <w:shd w:val="clear" w:color="auto" w:fill="auto"/>
            <w:tcMar>
              <w:top w:w="13" w:type="dxa"/>
              <w:left w:w="13" w:type="dxa"/>
              <w:bottom w:w="0" w:type="dxa"/>
              <w:right w:w="13" w:type="dxa"/>
            </w:tcMar>
            <w:vAlign w:val="bottom"/>
            <w:hideMark/>
          </w:tcPr>
          <w:p w14:paraId="779B9D4F" w14:textId="77777777" w:rsidR="00D73144" w:rsidRPr="004106A7" w:rsidRDefault="00D73144" w:rsidP="00E8435A">
            <w:pPr>
              <w:spacing w:line="253" w:lineRule="atLeast"/>
              <w:jc w:val="center"/>
              <w:textAlignment w:val="bottom"/>
              <w:rPr>
                <w:sz w:val="28"/>
                <w:szCs w:val="28"/>
                <w:lang w:eastAsia="ru-RU"/>
              </w:rPr>
            </w:pPr>
            <w:r w:rsidRPr="004106A7">
              <w:rPr>
                <w:rFonts w:eastAsia="Microsoft YaHei"/>
                <w:b/>
                <w:bCs/>
                <w:color w:val="000000"/>
                <w:kern w:val="24"/>
                <w:sz w:val="28"/>
                <w:szCs w:val="28"/>
                <w:lang w:eastAsia="ru-RU"/>
              </w:rPr>
              <w:t>3</w:t>
            </w:r>
          </w:p>
        </w:tc>
        <w:tc>
          <w:tcPr>
            <w:tcW w:w="425" w:type="dxa"/>
            <w:tcBorders>
              <w:top w:val="single" w:sz="8" w:space="0" w:color="000000"/>
              <w:left w:val="single" w:sz="4" w:space="0" w:color="000000"/>
              <w:bottom w:val="single" w:sz="8" w:space="0" w:color="000000"/>
              <w:right w:val="single" w:sz="4" w:space="0" w:color="000000"/>
            </w:tcBorders>
            <w:shd w:val="clear" w:color="auto" w:fill="auto"/>
            <w:tcMar>
              <w:top w:w="13" w:type="dxa"/>
              <w:left w:w="13" w:type="dxa"/>
              <w:bottom w:w="0" w:type="dxa"/>
              <w:right w:w="13" w:type="dxa"/>
            </w:tcMar>
            <w:vAlign w:val="bottom"/>
            <w:hideMark/>
          </w:tcPr>
          <w:p w14:paraId="27EEDA82" w14:textId="77777777" w:rsidR="00D73144" w:rsidRPr="004106A7" w:rsidRDefault="00D73144" w:rsidP="00E8435A">
            <w:pPr>
              <w:spacing w:line="253" w:lineRule="atLeast"/>
              <w:jc w:val="center"/>
              <w:textAlignment w:val="bottom"/>
              <w:rPr>
                <w:sz w:val="28"/>
                <w:szCs w:val="28"/>
                <w:lang w:eastAsia="ru-RU"/>
              </w:rPr>
            </w:pPr>
            <w:r w:rsidRPr="004106A7">
              <w:rPr>
                <w:rFonts w:eastAsia="Microsoft YaHei"/>
                <w:b/>
                <w:bCs/>
                <w:color w:val="000000"/>
                <w:kern w:val="24"/>
                <w:sz w:val="28"/>
                <w:szCs w:val="28"/>
                <w:lang w:eastAsia="ru-RU"/>
              </w:rPr>
              <w:t>2</w:t>
            </w:r>
          </w:p>
        </w:tc>
        <w:tc>
          <w:tcPr>
            <w:tcW w:w="567" w:type="dxa"/>
            <w:tcBorders>
              <w:top w:val="single" w:sz="8" w:space="0" w:color="000000"/>
              <w:left w:val="single" w:sz="4" w:space="0" w:color="000000"/>
              <w:bottom w:val="single" w:sz="8" w:space="0" w:color="000000"/>
              <w:right w:val="single" w:sz="4" w:space="0" w:color="000000"/>
            </w:tcBorders>
            <w:shd w:val="clear" w:color="auto" w:fill="auto"/>
            <w:tcMar>
              <w:top w:w="13" w:type="dxa"/>
              <w:left w:w="13" w:type="dxa"/>
              <w:bottom w:w="0" w:type="dxa"/>
              <w:right w:w="13" w:type="dxa"/>
            </w:tcMar>
            <w:vAlign w:val="bottom"/>
            <w:hideMark/>
          </w:tcPr>
          <w:p w14:paraId="11417BFB" w14:textId="435D3A7B" w:rsidR="00D73144" w:rsidRPr="004106A7" w:rsidRDefault="00D73144" w:rsidP="00E8435A">
            <w:pPr>
              <w:spacing w:line="253" w:lineRule="atLeast"/>
              <w:jc w:val="center"/>
              <w:textAlignment w:val="bottom"/>
              <w:rPr>
                <w:sz w:val="28"/>
                <w:szCs w:val="28"/>
                <w:lang w:val="kk-KZ" w:eastAsia="ru-RU"/>
              </w:rPr>
            </w:pPr>
            <w:r w:rsidRPr="004106A7">
              <w:rPr>
                <w:rFonts w:eastAsia="Microsoft YaHei"/>
                <w:b/>
                <w:bCs/>
                <w:color w:val="000000"/>
                <w:kern w:val="24"/>
                <w:sz w:val="28"/>
                <w:szCs w:val="28"/>
                <w:lang w:val="kk-KZ" w:eastAsia="ru-RU"/>
              </w:rPr>
              <w:t>н/а</w:t>
            </w:r>
          </w:p>
        </w:tc>
        <w:tc>
          <w:tcPr>
            <w:tcW w:w="567" w:type="dxa"/>
            <w:tcBorders>
              <w:top w:val="single" w:sz="8" w:space="0" w:color="000000"/>
              <w:left w:val="single" w:sz="4" w:space="0" w:color="000000"/>
              <w:bottom w:val="single" w:sz="8" w:space="0" w:color="000000"/>
              <w:right w:val="single" w:sz="8" w:space="0" w:color="000000"/>
            </w:tcBorders>
            <w:shd w:val="clear" w:color="auto" w:fill="auto"/>
            <w:tcMar>
              <w:top w:w="13" w:type="dxa"/>
              <w:left w:w="13" w:type="dxa"/>
              <w:bottom w:w="0" w:type="dxa"/>
              <w:right w:w="13" w:type="dxa"/>
            </w:tcMar>
            <w:vAlign w:val="bottom"/>
            <w:hideMark/>
          </w:tcPr>
          <w:p w14:paraId="183DFBFE" w14:textId="4CD93C7D" w:rsidR="00D73144" w:rsidRPr="004106A7" w:rsidRDefault="00D73144" w:rsidP="00D73144">
            <w:pPr>
              <w:spacing w:line="253" w:lineRule="atLeast"/>
              <w:jc w:val="center"/>
              <w:textAlignment w:val="bottom"/>
              <w:rPr>
                <w:sz w:val="28"/>
                <w:szCs w:val="28"/>
                <w:lang w:val="kk-KZ" w:eastAsia="ru-RU"/>
              </w:rPr>
            </w:pPr>
            <w:r w:rsidRPr="004106A7">
              <w:rPr>
                <w:rFonts w:eastAsia="Microsoft YaHei"/>
                <w:b/>
                <w:bCs/>
                <w:color w:val="000000"/>
                <w:kern w:val="24"/>
                <w:sz w:val="28"/>
                <w:szCs w:val="28"/>
                <w:lang w:eastAsia="ru-RU"/>
              </w:rPr>
              <w:t xml:space="preserve">% </w:t>
            </w:r>
            <w:r w:rsidRPr="004106A7">
              <w:rPr>
                <w:rFonts w:eastAsia="Microsoft YaHei"/>
                <w:b/>
                <w:bCs/>
                <w:color w:val="000000"/>
                <w:kern w:val="24"/>
                <w:sz w:val="28"/>
                <w:szCs w:val="28"/>
                <w:lang w:val="kk-KZ" w:eastAsia="ru-RU"/>
              </w:rPr>
              <w:t>үлг</w:t>
            </w:r>
          </w:p>
        </w:tc>
        <w:tc>
          <w:tcPr>
            <w:tcW w:w="82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hideMark/>
          </w:tcPr>
          <w:p w14:paraId="1CF8EE68" w14:textId="3C167AFE" w:rsidR="00D73144" w:rsidRPr="004106A7" w:rsidRDefault="00D73144" w:rsidP="00D73144">
            <w:pPr>
              <w:spacing w:line="253" w:lineRule="atLeast"/>
              <w:jc w:val="center"/>
              <w:textAlignment w:val="bottom"/>
              <w:rPr>
                <w:sz w:val="28"/>
                <w:szCs w:val="28"/>
                <w:lang w:val="kk-KZ" w:eastAsia="ru-RU"/>
              </w:rPr>
            </w:pPr>
            <w:r w:rsidRPr="004106A7">
              <w:rPr>
                <w:rFonts w:eastAsia="Microsoft YaHei"/>
                <w:b/>
                <w:bCs/>
                <w:color w:val="000000"/>
                <w:kern w:val="24"/>
                <w:sz w:val="28"/>
                <w:szCs w:val="28"/>
                <w:lang w:eastAsia="ru-RU"/>
              </w:rPr>
              <w:t xml:space="preserve">% </w:t>
            </w:r>
            <w:r w:rsidRPr="004106A7">
              <w:rPr>
                <w:rFonts w:eastAsia="Microsoft YaHei"/>
                <w:b/>
                <w:bCs/>
                <w:color w:val="000000"/>
                <w:kern w:val="24"/>
                <w:sz w:val="28"/>
                <w:szCs w:val="28"/>
                <w:lang w:val="kk-KZ" w:eastAsia="ru-RU"/>
              </w:rPr>
              <w:t>сапа</w:t>
            </w:r>
          </w:p>
        </w:tc>
        <w:tc>
          <w:tcPr>
            <w:tcW w:w="708" w:type="dxa"/>
            <w:tcBorders>
              <w:top w:val="single" w:sz="8" w:space="0" w:color="000000"/>
              <w:left w:val="single" w:sz="8" w:space="0" w:color="000000"/>
              <w:bottom w:val="single" w:sz="8" w:space="0" w:color="000000"/>
              <w:right w:val="single" w:sz="4" w:space="0" w:color="000000"/>
            </w:tcBorders>
            <w:shd w:val="clear" w:color="auto" w:fill="auto"/>
            <w:tcMar>
              <w:top w:w="13" w:type="dxa"/>
              <w:left w:w="13" w:type="dxa"/>
              <w:bottom w:w="0" w:type="dxa"/>
              <w:right w:w="13" w:type="dxa"/>
            </w:tcMar>
            <w:vAlign w:val="bottom"/>
            <w:hideMark/>
          </w:tcPr>
          <w:p w14:paraId="14DEC8ED" w14:textId="094DE95A" w:rsidR="00D73144" w:rsidRPr="004106A7" w:rsidRDefault="00D73144" w:rsidP="00E8435A">
            <w:pPr>
              <w:spacing w:line="253" w:lineRule="atLeast"/>
              <w:jc w:val="center"/>
              <w:textAlignment w:val="bottom"/>
              <w:rPr>
                <w:sz w:val="28"/>
                <w:szCs w:val="28"/>
                <w:lang w:val="kk-KZ" w:eastAsia="ru-RU"/>
              </w:rPr>
            </w:pPr>
            <w:r w:rsidRPr="004106A7">
              <w:rPr>
                <w:rFonts w:eastAsia="Microsoft YaHei"/>
                <w:b/>
                <w:bCs/>
                <w:color w:val="000000"/>
                <w:kern w:val="24"/>
                <w:sz w:val="28"/>
                <w:szCs w:val="28"/>
                <w:lang w:val="kk-KZ" w:eastAsia="ru-RU"/>
              </w:rPr>
              <w:t>барлығы</w:t>
            </w:r>
          </w:p>
        </w:tc>
        <w:tc>
          <w:tcPr>
            <w:tcW w:w="426" w:type="dxa"/>
            <w:tcBorders>
              <w:top w:val="single" w:sz="8" w:space="0" w:color="000000"/>
              <w:left w:val="single" w:sz="4" w:space="0" w:color="000000"/>
              <w:bottom w:val="single" w:sz="8" w:space="0" w:color="000000"/>
              <w:right w:val="single" w:sz="4" w:space="0" w:color="000000"/>
            </w:tcBorders>
            <w:shd w:val="clear" w:color="auto" w:fill="auto"/>
            <w:tcMar>
              <w:top w:w="13" w:type="dxa"/>
              <w:left w:w="13" w:type="dxa"/>
              <w:bottom w:w="0" w:type="dxa"/>
              <w:right w:w="13" w:type="dxa"/>
            </w:tcMar>
            <w:vAlign w:val="bottom"/>
            <w:hideMark/>
          </w:tcPr>
          <w:p w14:paraId="41CEE7F7" w14:textId="77777777" w:rsidR="00D73144" w:rsidRPr="004106A7" w:rsidRDefault="00D73144" w:rsidP="00E8435A">
            <w:pPr>
              <w:spacing w:line="253" w:lineRule="atLeast"/>
              <w:jc w:val="center"/>
              <w:textAlignment w:val="bottom"/>
              <w:rPr>
                <w:sz w:val="28"/>
                <w:szCs w:val="28"/>
                <w:lang w:eastAsia="ru-RU"/>
              </w:rPr>
            </w:pPr>
            <w:r w:rsidRPr="004106A7">
              <w:rPr>
                <w:rFonts w:eastAsia="Microsoft YaHei"/>
                <w:b/>
                <w:bCs/>
                <w:color w:val="000000"/>
                <w:kern w:val="24"/>
                <w:sz w:val="28"/>
                <w:szCs w:val="28"/>
                <w:lang w:eastAsia="ru-RU"/>
              </w:rPr>
              <w:t>5</w:t>
            </w:r>
          </w:p>
        </w:tc>
        <w:tc>
          <w:tcPr>
            <w:tcW w:w="567" w:type="dxa"/>
            <w:tcBorders>
              <w:top w:val="single" w:sz="8" w:space="0" w:color="000000"/>
              <w:left w:val="single" w:sz="4" w:space="0" w:color="000000"/>
              <w:bottom w:val="single" w:sz="8" w:space="0" w:color="000000"/>
              <w:right w:val="single" w:sz="4" w:space="0" w:color="000000"/>
            </w:tcBorders>
            <w:shd w:val="clear" w:color="auto" w:fill="auto"/>
            <w:tcMar>
              <w:top w:w="13" w:type="dxa"/>
              <w:left w:w="13" w:type="dxa"/>
              <w:bottom w:w="0" w:type="dxa"/>
              <w:right w:w="13" w:type="dxa"/>
            </w:tcMar>
            <w:vAlign w:val="bottom"/>
            <w:hideMark/>
          </w:tcPr>
          <w:p w14:paraId="39A5CD97" w14:textId="77777777" w:rsidR="00D73144" w:rsidRPr="004106A7" w:rsidRDefault="00D73144" w:rsidP="00E8435A">
            <w:pPr>
              <w:spacing w:line="253" w:lineRule="atLeast"/>
              <w:jc w:val="center"/>
              <w:textAlignment w:val="bottom"/>
              <w:rPr>
                <w:sz w:val="28"/>
                <w:szCs w:val="28"/>
                <w:lang w:eastAsia="ru-RU"/>
              </w:rPr>
            </w:pPr>
            <w:r w:rsidRPr="004106A7">
              <w:rPr>
                <w:rFonts w:eastAsia="Microsoft YaHei"/>
                <w:b/>
                <w:bCs/>
                <w:color w:val="000000"/>
                <w:kern w:val="24"/>
                <w:sz w:val="28"/>
                <w:szCs w:val="28"/>
                <w:lang w:eastAsia="ru-RU"/>
              </w:rPr>
              <w:t>4</w:t>
            </w:r>
          </w:p>
        </w:tc>
        <w:tc>
          <w:tcPr>
            <w:tcW w:w="567" w:type="dxa"/>
            <w:tcBorders>
              <w:top w:val="single" w:sz="8" w:space="0" w:color="000000"/>
              <w:left w:val="single" w:sz="4" w:space="0" w:color="000000"/>
              <w:bottom w:val="single" w:sz="8" w:space="0" w:color="000000"/>
              <w:right w:val="single" w:sz="4" w:space="0" w:color="000000"/>
            </w:tcBorders>
            <w:shd w:val="clear" w:color="auto" w:fill="auto"/>
            <w:tcMar>
              <w:top w:w="13" w:type="dxa"/>
              <w:left w:w="13" w:type="dxa"/>
              <w:bottom w:w="0" w:type="dxa"/>
              <w:right w:w="13" w:type="dxa"/>
            </w:tcMar>
            <w:vAlign w:val="bottom"/>
            <w:hideMark/>
          </w:tcPr>
          <w:p w14:paraId="28CCF20C" w14:textId="77777777" w:rsidR="00D73144" w:rsidRPr="004106A7" w:rsidRDefault="00D73144" w:rsidP="00E8435A">
            <w:pPr>
              <w:spacing w:line="253" w:lineRule="atLeast"/>
              <w:ind w:right="1014"/>
              <w:jc w:val="center"/>
              <w:textAlignment w:val="bottom"/>
              <w:rPr>
                <w:sz w:val="28"/>
                <w:szCs w:val="28"/>
                <w:lang w:eastAsia="ru-RU"/>
              </w:rPr>
            </w:pPr>
            <w:r w:rsidRPr="004106A7">
              <w:rPr>
                <w:rFonts w:eastAsia="Microsoft YaHei"/>
                <w:b/>
                <w:bCs/>
                <w:color w:val="000000"/>
                <w:kern w:val="24"/>
                <w:sz w:val="28"/>
                <w:szCs w:val="28"/>
                <w:lang w:val="kk-KZ" w:eastAsia="ru-RU"/>
              </w:rPr>
              <w:t xml:space="preserve">  </w:t>
            </w:r>
            <w:r w:rsidRPr="004106A7">
              <w:rPr>
                <w:rFonts w:eastAsia="Microsoft YaHei"/>
                <w:b/>
                <w:bCs/>
                <w:color w:val="000000"/>
                <w:kern w:val="24"/>
                <w:sz w:val="28"/>
                <w:szCs w:val="28"/>
                <w:lang w:eastAsia="ru-RU"/>
              </w:rPr>
              <w:t>3</w:t>
            </w:r>
          </w:p>
        </w:tc>
        <w:tc>
          <w:tcPr>
            <w:tcW w:w="425" w:type="dxa"/>
            <w:tcBorders>
              <w:top w:val="single" w:sz="8" w:space="0" w:color="000000"/>
              <w:left w:val="single" w:sz="4" w:space="0" w:color="000000"/>
              <w:bottom w:val="single" w:sz="8" w:space="0" w:color="000000"/>
              <w:right w:val="single" w:sz="4" w:space="0" w:color="000000"/>
            </w:tcBorders>
            <w:shd w:val="clear" w:color="auto" w:fill="auto"/>
            <w:tcMar>
              <w:top w:w="13" w:type="dxa"/>
              <w:left w:w="13" w:type="dxa"/>
              <w:bottom w:w="0" w:type="dxa"/>
              <w:right w:w="13" w:type="dxa"/>
            </w:tcMar>
            <w:vAlign w:val="bottom"/>
            <w:hideMark/>
          </w:tcPr>
          <w:p w14:paraId="596E882E" w14:textId="77777777" w:rsidR="00D73144" w:rsidRPr="004106A7" w:rsidRDefault="00D73144" w:rsidP="00E8435A">
            <w:pPr>
              <w:spacing w:line="253" w:lineRule="atLeast"/>
              <w:jc w:val="center"/>
              <w:textAlignment w:val="bottom"/>
              <w:rPr>
                <w:sz w:val="28"/>
                <w:szCs w:val="28"/>
                <w:lang w:eastAsia="ru-RU"/>
              </w:rPr>
            </w:pPr>
            <w:r w:rsidRPr="004106A7">
              <w:rPr>
                <w:rFonts w:eastAsia="Microsoft YaHei"/>
                <w:b/>
                <w:bCs/>
                <w:color w:val="000000"/>
                <w:kern w:val="24"/>
                <w:sz w:val="28"/>
                <w:szCs w:val="28"/>
                <w:lang w:eastAsia="ru-RU"/>
              </w:rPr>
              <w:t>2</w:t>
            </w:r>
          </w:p>
        </w:tc>
        <w:tc>
          <w:tcPr>
            <w:tcW w:w="425" w:type="dxa"/>
            <w:tcBorders>
              <w:top w:val="single" w:sz="8" w:space="0" w:color="000000"/>
              <w:left w:val="single" w:sz="4" w:space="0" w:color="000000"/>
              <w:bottom w:val="single" w:sz="8" w:space="0" w:color="000000"/>
              <w:right w:val="single" w:sz="4" w:space="0" w:color="000000"/>
            </w:tcBorders>
            <w:shd w:val="clear" w:color="auto" w:fill="auto"/>
            <w:tcMar>
              <w:top w:w="13" w:type="dxa"/>
              <w:left w:w="13" w:type="dxa"/>
              <w:bottom w:w="0" w:type="dxa"/>
              <w:right w:w="13" w:type="dxa"/>
            </w:tcMar>
            <w:vAlign w:val="bottom"/>
            <w:hideMark/>
          </w:tcPr>
          <w:p w14:paraId="006B340B" w14:textId="77777777" w:rsidR="00D73144" w:rsidRPr="004106A7" w:rsidRDefault="00D73144" w:rsidP="00E8435A">
            <w:pPr>
              <w:spacing w:line="253" w:lineRule="atLeast"/>
              <w:jc w:val="center"/>
              <w:textAlignment w:val="bottom"/>
              <w:rPr>
                <w:sz w:val="28"/>
                <w:szCs w:val="28"/>
                <w:lang w:eastAsia="ru-RU"/>
              </w:rPr>
            </w:pPr>
            <w:r w:rsidRPr="004106A7">
              <w:rPr>
                <w:rFonts w:eastAsia="Microsoft YaHei"/>
                <w:b/>
                <w:bCs/>
                <w:color w:val="000000"/>
                <w:kern w:val="24"/>
                <w:sz w:val="28"/>
                <w:szCs w:val="28"/>
                <w:lang w:eastAsia="ru-RU"/>
              </w:rPr>
              <w:t>н/а</w:t>
            </w:r>
          </w:p>
        </w:tc>
        <w:tc>
          <w:tcPr>
            <w:tcW w:w="709" w:type="dxa"/>
            <w:tcBorders>
              <w:top w:val="single" w:sz="8" w:space="0" w:color="000000"/>
              <w:left w:val="single" w:sz="4" w:space="0" w:color="000000"/>
              <w:bottom w:val="single" w:sz="8" w:space="0" w:color="000000"/>
              <w:right w:val="single" w:sz="8" w:space="0" w:color="000000"/>
            </w:tcBorders>
            <w:shd w:val="clear" w:color="auto" w:fill="auto"/>
            <w:tcMar>
              <w:top w:w="13" w:type="dxa"/>
              <w:left w:w="13" w:type="dxa"/>
              <w:bottom w:w="0" w:type="dxa"/>
              <w:right w:w="13" w:type="dxa"/>
            </w:tcMar>
            <w:vAlign w:val="bottom"/>
            <w:hideMark/>
          </w:tcPr>
          <w:p w14:paraId="2BB8299E" w14:textId="62FF5E58" w:rsidR="00D73144" w:rsidRPr="004106A7" w:rsidRDefault="00D73144" w:rsidP="00D73144">
            <w:pPr>
              <w:spacing w:line="253" w:lineRule="atLeast"/>
              <w:jc w:val="center"/>
              <w:textAlignment w:val="bottom"/>
              <w:rPr>
                <w:sz w:val="28"/>
                <w:szCs w:val="28"/>
                <w:lang w:val="kk-KZ" w:eastAsia="ru-RU"/>
              </w:rPr>
            </w:pPr>
            <w:r w:rsidRPr="004106A7">
              <w:rPr>
                <w:rFonts w:eastAsia="Microsoft YaHei"/>
                <w:b/>
                <w:bCs/>
                <w:color w:val="000000"/>
                <w:kern w:val="24"/>
                <w:sz w:val="28"/>
                <w:szCs w:val="28"/>
                <w:lang w:eastAsia="ru-RU"/>
              </w:rPr>
              <w:t xml:space="preserve">% </w:t>
            </w:r>
            <w:r w:rsidRPr="004106A7">
              <w:rPr>
                <w:rFonts w:eastAsia="Microsoft YaHei"/>
                <w:b/>
                <w:bCs/>
                <w:color w:val="000000"/>
                <w:kern w:val="24"/>
                <w:sz w:val="28"/>
                <w:szCs w:val="28"/>
                <w:lang w:val="kk-KZ" w:eastAsia="ru-RU"/>
              </w:rPr>
              <w:t>үлг</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hideMark/>
          </w:tcPr>
          <w:p w14:paraId="53215EE7" w14:textId="20BD63D0" w:rsidR="00D73144" w:rsidRPr="004106A7" w:rsidRDefault="00D73144" w:rsidP="00D73144">
            <w:pPr>
              <w:spacing w:line="253" w:lineRule="atLeast"/>
              <w:jc w:val="center"/>
              <w:textAlignment w:val="bottom"/>
              <w:rPr>
                <w:sz w:val="28"/>
                <w:szCs w:val="28"/>
                <w:lang w:val="kk-KZ" w:eastAsia="ru-RU"/>
              </w:rPr>
            </w:pPr>
            <w:r w:rsidRPr="004106A7">
              <w:rPr>
                <w:rFonts w:eastAsia="Microsoft YaHei"/>
                <w:b/>
                <w:bCs/>
                <w:color w:val="000000"/>
                <w:kern w:val="24"/>
                <w:sz w:val="28"/>
                <w:szCs w:val="28"/>
                <w:lang w:eastAsia="ru-RU"/>
              </w:rPr>
              <w:t xml:space="preserve">% </w:t>
            </w:r>
            <w:r w:rsidRPr="004106A7">
              <w:rPr>
                <w:rFonts w:eastAsia="Microsoft YaHei"/>
                <w:b/>
                <w:bCs/>
                <w:color w:val="000000"/>
                <w:kern w:val="24"/>
                <w:sz w:val="28"/>
                <w:szCs w:val="28"/>
                <w:lang w:val="kk-KZ" w:eastAsia="ru-RU"/>
              </w:rPr>
              <w:t>сапа</w:t>
            </w:r>
          </w:p>
        </w:tc>
      </w:tr>
      <w:tr w:rsidR="00D73144" w:rsidRPr="004106A7" w14:paraId="06202CC4" w14:textId="77777777" w:rsidTr="004106A7">
        <w:trPr>
          <w:trHeight w:val="275"/>
        </w:trPr>
        <w:tc>
          <w:tcPr>
            <w:tcW w:w="1444"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hideMark/>
          </w:tcPr>
          <w:p w14:paraId="49968660" w14:textId="4B7439AF" w:rsidR="00D73144" w:rsidRPr="004106A7" w:rsidRDefault="00D73144" w:rsidP="00E8435A">
            <w:pPr>
              <w:spacing w:line="275" w:lineRule="atLeast"/>
              <w:textAlignment w:val="bottom"/>
              <w:rPr>
                <w:sz w:val="28"/>
                <w:szCs w:val="28"/>
                <w:lang w:val="kk-KZ" w:eastAsia="ru-RU"/>
              </w:rPr>
            </w:pPr>
            <w:r w:rsidRPr="004106A7">
              <w:rPr>
                <w:rFonts w:eastAsia="Microsoft YaHei"/>
                <w:color w:val="000000"/>
                <w:kern w:val="24"/>
                <w:sz w:val="28"/>
                <w:szCs w:val="28"/>
                <w:lang w:val="kk-KZ" w:eastAsia="ru-RU"/>
              </w:rPr>
              <w:t>Қазақ тілі</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2EADE0AD" w14:textId="2C004D68" w:rsidR="00D73144" w:rsidRPr="004106A7" w:rsidRDefault="00FC2E02" w:rsidP="00E8435A">
            <w:pPr>
              <w:spacing w:line="275" w:lineRule="atLeast"/>
              <w:jc w:val="center"/>
              <w:textAlignment w:val="bottom"/>
              <w:rPr>
                <w:sz w:val="28"/>
                <w:szCs w:val="28"/>
                <w:lang w:val="kk-KZ" w:eastAsia="ru-RU"/>
              </w:rPr>
            </w:pPr>
            <w:r w:rsidRPr="004106A7">
              <w:rPr>
                <w:sz w:val="28"/>
                <w:szCs w:val="28"/>
                <w:lang w:val="kk-KZ" w:eastAsia="ru-RU"/>
              </w:rPr>
              <w:t>79</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5F91117B" w14:textId="792A44AA" w:rsidR="00D73144" w:rsidRPr="004106A7" w:rsidRDefault="00FC2E02" w:rsidP="00E8435A">
            <w:pPr>
              <w:spacing w:line="275" w:lineRule="atLeast"/>
              <w:jc w:val="center"/>
              <w:textAlignment w:val="bottom"/>
              <w:rPr>
                <w:sz w:val="28"/>
                <w:szCs w:val="28"/>
                <w:lang w:val="kk-KZ" w:eastAsia="ru-RU"/>
              </w:rPr>
            </w:pPr>
            <w:r w:rsidRPr="004106A7">
              <w:rPr>
                <w:sz w:val="28"/>
                <w:szCs w:val="28"/>
                <w:lang w:val="kk-KZ" w:eastAsia="ru-RU"/>
              </w:rPr>
              <w:t>21</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5B588435" w14:textId="75CB3A3C" w:rsidR="00D73144" w:rsidRPr="004106A7" w:rsidRDefault="00FC2E02" w:rsidP="00E8435A">
            <w:pPr>
              <w:spacing w:line="275" w:lineRule="atLeast"/>
              <w:jc w:val="center"/>
              <w:textAlignment w:val="bottom"/>
              <w:rPr>
                <w:sz w:val="28"/>
                <w:szCs w:val="28"/>
                <w:lang w:val="kk-KZ" w:eastAsia="ru-RU"/>
              </w:rPr>
            </w:pPr>
            <w:r w:rsidRPr="004106A7">
              <w:rPr>
                <w:sz w:val="28"/>
                <w:szCs w:val="28"/>
                <w:lang w:val="kk-KZ" w:eastAsia="ru-RU"/>
              </w:rPr>
              <w:t>34</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6DD4CE00" w14:textId="307DE476" w:rsidR="00D73144" w:rsidRPr="004106A7" w:rsidRDefault="00FC2E02" w:rsidP="00E8435A">
            <w:pPr>
              <w:spacing w:line="275" w:lineRule="atLeast"/>
              <w:jc w:val="center"/>
              <w:textAlignment w:val="bottom"/>
              <w:rPr>
                <w:sz w:val="28"/>
                <w:szCs w:val="28"/>
                <w:lang w:val="kk-KZ" w:eastAsia="ru-RU"/>
              </w:rPr>
            </w:pPr>
            <w:r w:rsidRPr="004106A7">
              <w:rPr>
                <w:sz w:val="28"/>
                <w:szCs w:val="28"/>
                <w:lang w:val="kk-KZ" w:eastAsia="ru-RU"/>
              </w:rPr>
              <w:t>24</w:t>
            </w: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17EFD3A8" w14:textId="5AFB32B5" w:rsidR="00D73144" w:rsidRPr="004106A7" w:rsidRDefault="00FC2E02" w:rsidP="00E8435A">
            <w:pPr>
              <w:spacing w:line="275" w:lineRule="atLeast"/>
              <w:jc w:val="center"/>
              <w:textAlignment w:val="bottom"/>
              <w:rPr>
                <w:sz w:val="28"/>
                <w:szCs w:val="28"/>
                <w:lang w:val="kk-KZ" w:eastAsia="ru-RU"/>
              </w:rPr>
            </w:pPr>
            <w:r w:rsidRPr="004106A7">
              <w:rPr>
                <w:sz w:val="28"/>
                <w:szCs w:val="28"/>
                <w:lang w:val="kk-KZ" w:eastAsia="ru-RU"/>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66979F08" w14:textId="31D303D0" w:rsidR="00D73144" w:rsidRPr="004106A7" w:rsidRDefault="00FC2E02" w:rsidP="00E8435A">
            <w:pPr>
              <w:spacing w:line="275" w:lineRule="atLeast"/>
              <w:jc w:val="center"/>
              <w:textAlignment w:val="bottom"/>
              <w:rPr>
                <w:sz w:val="28"/>
                <w:szCs w:val="28"/>
                <w:lang w:val="kk-KZ" w:eastAsia="ru-RU"/>
              </w:rPr>
            </w:pPr>
            <w:r w:rsidRPr="004106A7">
              <w:rPr>
                <w:sz w:val="28"/>
                <w:szCs w:val="28"/>
                <w:lang w:val="kk-KZ" w:eastAsia="ru-RU"/>
              </w:rPr>
              <w:t>-</w:t>
            </w:r>
          </w:p>
        </w:tc>
        <w:tc>
          <w:tcPr>
            <w:tcW w:w="567" w:type="dxa"/>
            <w:tcBorders>
              <w:top w:val="single" w:sz="4" w:space="0" w:color="000000"/>
              <w:left w:val="single" w:sz="4" w:space="0" w:color="000000"/>
              <w:bottom w:val="single" w:sz="4" w:space="0" w:color="000000"/>
              <w:right w:val="single" w:sz="8" w:space="0" w:color="000000"/>
            </w:tcBorders>
            <w:shd w:val="clear" w:color="auto" w:fill="auto"/>
            <w:tcMar>
              <w:top w:w="13" w:type="dxa"/>
              <w:left w:w="13" w:type="dxa"/>
              <w:bottom w:w="0" w:type="dxa"/>
              <w:right w:w="13" w:type="dxa"/>
            </w:tcMar>
            <w:vAlign w:val="bottom"/>
            <w:hideMark/>
          </w:tcPr>
          <w:p w14:paraId="61BCEF4A" w14:textId="77777777" w:rsidR="00D73144" w:rsidRPr="004106A7" w:rsidRDefault="00D73144" w:rsidP="00E8435A">
            <w:pPr>
              <w:spacing w:line="275" w:lineRule="atLeast"/>
              <w:jc w:val="center"/>
              <w:textAlignment w:val="bottom"/>
              <w:rPr>
                <w:sz w:val="28"/>
                <w:szCs w:val="28"/>
                <w:lang w:eastAsia="ru-RU"/>
              </w:rPr>
            </w:pPr>
            <w:r w:rsidRPr="004106A7">
              <w:rPr>
                <w:rFonts w:eastAsia="Microsoft YaHei"/>
                <w:color w:val="000000"/>
                <w:kern w:val="24"/>
                <w:sz w:val="28"/>
                <w:szCs w:val="28"/>
                <w:lang w:eastAsia="ru-RU"/>
              </w:rPr>
              <w:t>100</w:t>
            </w:r>
          </w:p>
        </w:tc>
        <w:tc>
          <w:tcPr>
            <w:tcW w:w="825" w:type="dxa"/>
            <w:tcBorders>
              <w:top w:val="single" w:sz="4" w:space="0" w:color="000000"/>
              <w:left w:val="single" w:sz="8" w:space="0" w:color="000000"/>
              <w:bottom w:val="single" w:sz="4" w:space="0" w:color="000000"/>
              <w:right w:val="single" w:sz="8" w:space="0" w:color="000000"/>
            </w:tcBorders>
            <w:shd w:val="clear" w:color="auto" w:fill="auto"/>
            <w:tcMar>
              <w:top w:w="13" w:type="dxa"/>
              <w:left w:w="13" w:type="dxa"/>
              <w:bottom w:w="0" w:type="dxa"/>
              <w:right w:w="13" w:type="dxa"/>
            </w:tcMar>
            <w:vAlign w:val="bottom"/>
            <w:hideMark/>
          </w:tcPr>
          <w:p w14:paraId="2834CD9D" w14:textId="6941634D" w:rsidR="00D73144" w:rsidRPr="004106A7" w:rsidRDefault="00FC2E02" w:rsidP="00E8435A">
            <w:pPr>
              <w:spacing w:line="275" w:lineRule="atLeast"/>
              <w:jc w:val="center"/>
              <w:textAlignment w:val="bottom"/>
              <w:rPr>
                <w:sz w:val="28"/>
                <w:szCs w:val="28"/>
                <w:lang w:eastAsia="ru-RU"/>
              </w:rPr>
            </w:pPr>
            <w:r w:rsidRPr="004106A7">
              <w:rPr>
                <w:rFonts w:eastAsia="Microsoft YaHei"/>
                <w:b/>
                <w:bCs/>
                <w:color w:val="000000"/>
                <w:kern w:val="24"/>
                <w:sz w:val="28"/>
                <w:szCs w:val="28"/>
                <w:lang w:eastAsia="ru-RU"/>
              </w:rPr>
              <w:t>69,6</w:t>
            </w:r>
          </w:p>
        </w:tc>
        <w:tc>
          <w:tcPr>
            <w:tcW w:w="708" w:type="dxa"/>
            <w:tcBorders>
              <w:top w:val="single" w:sz="4" w:space="0" w:color="000000"/>
              <w:left w:val="single" w:sz="8"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0CC0D0D0" w14:textId="5119E5A1" w:rsidR="00D73144" w:rsidRPr="004106A7" w:rsidRDefault="00FC2E02" w:rsidP="00E8435A">
            <w:pPr>
              <w:spacing w:line="275" w:lineRule="atLeast"/>
              <w:jc w:val="center"/>
              <w:textAlignment w:val="bottom"/>
              <w:rPr>
                <w:sz w:val="28"/>
                <w:szCs w:val="28"/>
                <w:lang w:val="kk-KZ" w:eastAsia="ru-RU"/>
              </w:rPr>
            </w:pPr>
            <w:r w:rsidRPr="004106A7">
              <w:rPr>
                <w:sz w:val="28"/>
                <w:szCs w:val="28"/>
                <w:lang w:val="kk-KZ" w:eastAsia="ru-RU"/>
              </w:rPr>
              <w:t>54</w:t>
            </w: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5C1767B2" w14:textId="40B478B9" w:rsidR="00D73144" w:rsidRPr="004106A7" w:rsidRDefault="00FC2E02" w:rsidP="00E8435A">
            <w:pPr>
              <w:spacing w:line="275" w:lineRule="atLeast"/>
              <w:jc w:val="center"/>
              <w:textAlignment w:val="bottom"/>
              <w:rPr>
                <w:sz w:val="28"/>
                <w:szCs w:val="28"/>
                <w:lang w:val="kk-KZ" w:eastAsia="ru-RU"/>
              </w:rPr>
            </w:pPr>
            <w:r w:rsidRPr="004106A7">
              <w:rPr>
                <w:sz w:val="28"/>
                <w:szCs w:val="28"/>
                <w:lang w:val="kk-KZ" w:eastAsia="ru-RU"/>
              </w:rPr>
              <w:t>11</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08F1F0FB" w14:textId="1DB912BA" w:rsidR="00D73144" w:rsidRPr="004106A7" w:rsidRDefault="00FC2E02" w:rsidP="00E8435A">
            <w:pPr>
              <w:spacing w:line="275" w:lineRule="atLeast"/>
              <w:jc w:val="center"/>
              <w:textAlignment w:val="bottom"/>
              <w:rPr>
                <w:sz w:val="28"/>
                <w:szCs w:val="28"/>
                <w:lang w:val="kk-KZ" w:eastAsia="ru-RU"/>
              </w:rPr>
            </w:pPr>
            <w:r w:rsidRPr="004106A7">
              <w:rPr>
                <w:sz w:val="28"/>
                <w:szCs w:val="28"/>
                <w:lang w:val="kk-KZ" w:eastAsia="ru-RU"/>
              </w:rPr>
              <w:t>30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44B69471" w14:textId="7D0DCB46" w:rsidR="00D73144" w:rsidRPr="004106A7" w:rsidRDefault="00FC2E02" w:rsidP="00E8435A">
            <w:pPr>
              <w:spacing w:line="275" w:lineRule="atLeast"/>
              <w:jc w:val="center"/>
              <w:textAlignment w:val="bottom"/>
              <w:rPr>
                <w:sz w:val="28"/>
                <w:szCs w:val="28"/>
                <w:lang w:val="kk-KZ" w:eastAsia="ru-RU"/>
              </w:rPr>
            </w:pPr>
            <w:r w:rsidRPr="004106A7">
              <w:rPr>
                <w:sz w:val="28"/>
                <w:szCs w:val="28"/>
                <w:lang w:val="kk-KZ" w:eastAsia="ru-RU"/>
              </w:rPr>
              <w:t>13</w:t>
            </w: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2B6982ED" w14:textId="5B0EA8A5" w:rsidR="00D73144" w:rsidRPr="004106A7" w:rsidRDefault="00FC2E02" w:rsidP="00E8435A">
            <w:pPr>
              <w:spacing w:line="275" w:lineRule="atLeast"/>
              <w:jc w:val="center"/>
              <w:textAlignment w:val="bottom"/>
              <w:rPr>
                <w:sz w:val="28"/>
                <w:szCs w:val="28"/>
                <w:lang w:val="kk-KZ" w:eastAsia="ru-RU"/>
              </w:rPr>
            </w:pPr>
            <w:r w:rsidRPr="004106A7">
              <w:rPr>
                <w:sz w:val="28"/>
                <w:szCs w:val="28"/>
                <w:lang w:val="kk-KZ" w:eastAsia="ru-RU"/>
              </w:rPr>
              <w:t>-</w:t>
            </w: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09D089B4" w14:textId="113553D1" w:rsidR="00D73144" w:rsidRPr="004106A7" w:rsidRDefault="00FC2E02" w:rsidP="00E8435A">
            <w:pPr>
              <w:spacing w:line="275" w:lineRule="atLeast"/>
              <w:jc w:val="center"/>
              <w:textAlignment w:val="bottom"/>
              <w:rPr>
                <w:sz w:val="28"/>
                <w:szCs w:val="28"/>
                <w:lang w:val="kk-KZ" w:eastAsia="ru-RU"/>
              </w:rPr>
            </w:pPr>
            <w:r w:rsidRPr="004106A7">
              <w:rPr>
                <w:sz w:val="28"/>
                <w:szCs w:val="28"/>
                <w:lang w:val="kk-KZ" w:eastAsia="ru-RU"/>
              </w:rPr>
              <w:t>-</w:t>
            </w:r>
          </w:p>
        </w:tc>
        <w:tc>
          <w:tcPr>
            <w:tcW w:w="709" w:type="dxa"/>
            <w:tcBorders>
              <w:top w:val="single" w:sz="4" w:space="0" w:color="000000"/>
              <w:left w:val="single" w:sz="4" w:space="0" w:color="000000"/>
              <w:bottom w:val="single" w:sz="4" w:space="0" w:color="000000"/>
              <w:right w:val="single" w:sz="8" w:space="0" w:color="000000"/>
            </w:tcBorders>
            <w:shd w:val="clear" w:color="auto" w:fill="auto"/>
            <w:tcMar>
              <w:top w:w="13" w:type="dxa"/>
              <w:left w:w="13" w:type="dxa"/>
              <w:bottom w:w="0" w:type="dxa"/>
              <w:right w:w="13" w:type="dxa"/>
            </w:tcMar>
            <w:vAlign w:val="bottom"/>
          </w:tcPr>
          <w:p w14:paraId="203F7C6F" w14:textId="752ED394" w:rsidR="00D73144" w:rsidRPr="004106A7" w:rsidRDefault="00FC2E02" w:rsidP="00E8435A">
            <w:pPr>
              <w:spacing w:line="275" w:lineRule="atLeast"/>
              <w:jc w:val="center"/>
              <w:textAlignment w:val="bottom"/>
              <w:rPr>
                <w:sz w:val="28"/>
                <w:szCs w:val="28"/>
                <w:lang w:val="kk-KZ" w:eastAsia="ru-RU"/>
              </w:rPr>
            </w:pPr>
            <w:r w:rsidRPr="004106A7">
              <w:rPr>
                <w:sz w:val="28"/>
                <w:szCs w:val="28"/>
                <w:lang w:val="kk-KZ" w:eastAsia="ru-RU"/>
              </w:rPr>
              <w:t>100</w:t>
            </w:r>
          </w:p>
        </w:tc>
        <w:tc>
          <w:tcPr>
            <w:tcW w:w="850" w:type="dxa"/>
            <w:tcBorders>
              <w:top w:val="single" w:sz="4" w:space="0" w:color="000000"/>
              <w:left w:val="single" w:sz="8" w:space="0" w:color="000000"/>
              <w:bottom w:val="single" w:sz="4" w:space="0" w:color="000000"/>
              <w:right w:val="single" w:sz="8" w:space="0" w:color="000000"/>
            </w:tcBorders>
            <w:shd w:val="clear" w:color="auto" w:fill="auto"/>
            <w:tcMar>
              <w:top w:w="13" w:type="dxa"/>
              <w:left w:w="13" w:type="dxa"/>
              <w:bottom w:w="0" w:type="dxa"/>
              <w:right w:w="13" w:type="dxa"/>
            </w:tcMar>
            <w:vAlign w:val="bottom"/>
            <w:hideMark/>
          </w:tcPr>
          <w:p w14:paraId="3E957116" w14:textId="67964420" w:rsidR="00D73144" w:rsidRPr="004106A7" w:rsidRDefault="00FC2E02" w:rsidP="00E8435A">
            <w:pPr>
              <w:spacing w:line="275" w:lineRule="atLeast"/>
              <w:jc w:val="center"/>
              <w:textAlignment w:val="bottom"/>
              <w:rPr>
                <w:sz w:val="28"/>
                <w:szCs w:val="28"/>
                <w:lang w:eastAsia="ru-RU"/>
              </w:rPr>
            </w:pPr>
            <w:r w:rsidRPr="004106A7">
              <w:rPr>
                <w:rFonts w:eastAsia="Microsoft YaHei"/>
                <w:b/>
                <w:bCs/>
                <w:color w:val="000000"/>
                <w:kern w:val="24"/>
                <w:sz w:val="28"/>
                <w:szCs w:val="28"/>
                <w:lang w:eastAsia="ru-RU"/>
              </w:rPr>
              <w:t>81,48</w:t>
            </w:r>
          </w:p>
        </w:tc>
      </w:tr>
      <w:tr w:rsidR="00D73144" w:rsidRPr="004106A7" w14:paraId="7C570D4A" w14:textId="77777777" w:rsidTr="004106A7">
        <w:trPr>
          <w:trHeight w:val="275"/>
        </w:trPr>
        <w:tc>
          <w:tcPr>
            <w:tcW w:w="1444"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hideMark/>
          </w:tcPr>
          <w:p w14:paraId="1C4735F9" w14:textId="38CF7ED9" w:rsidR="00D73144" w:rsidRPr="004106A7" w:rsidRDefault="00D73144" w:rsidP="00E8435A">
            <w:pPr>
              <w:spacing w:line="275" w:lineRule="atLeast"/>
              <w:textAlignment w:val="bottom"/>
              <w:rPr>
                <w:sz w:val="28"/>
                <w:szCs w:val="28"/>
                <w:lang w:val="kk-KZ" w:eastAsia="ru-RU"/>
              </w:rPr>
            </w:pPr>
            <w:r w:rsidRPr="004106A7">
              <w:rPr>
                <w:rFonts w:eastAsia="Microsoft YaHei"/>
                <w:color w:val="000000"/>
                <w:kern w:val="24"/>
                <w:sz w:val="28"/>
                <w:szCs w:val="28"/>
                <w:lang w:val="kk-KZ" w:eastAsia="ru-RU"/>
              </w:rPr>
              <w:t>Орыс тілі мен әдебиеті</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72EE4155" w14:textId="4C9B4DB0" w:rsidR="00D73144" w:rsidRPr="004106A7" w:rsidRDefault="00FC2E02" w:rsidP="00E8435A">
            <w:pPr>
              <w:spacing w:line="275" w:lineRule="atLeast"/>
              <w:jc w:val="center"/>
              <w:textAlignment w:val="bottom"/>
              <w:rPr>
                <w:sz w:val="28"/>
                <w:szCs w:val="28"/>
                <w:lang w:val="kk-KZ" w:eastAsia="ru-RU"/>
              </w:rPr>
            </w:pPr>
            <w:r w:rsidRPr="004106A7">
              <w:rPr>
                <w:sz w:val="28"/>
                <w:szCs w:val="28"/>
                <w:lang w:val="kk-KZ" w:eastAsia="ru-RU"/>
              </w:rPr>
              <w:t>79</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394D5CB4" w14:textId="5DF3F4F2" w:rsidR="00D73144" w:rsidRPr="004106A7" w:rsidRDefault="00FC2E02" w:rsidP="00E8435A">
            <w:pPr>
              <w:spacing w:line="275" w:lineRule="atLeast"/>
              <w:jc w:val="center"/>
              <w:textAlignment w:val="bottom"/>
              <w:rPr>
                <w:sz w:val="28"/>
                <w:szCs w:val="28"/>
                <w:lang w:val="kk-KZ" w:eastAsia="ru-RU"/>
              </w:rPr>
            </w:pPr>
            <w:r w:rsidRPr="004106A7">
              <w:rPr>
                <w:sz w:val="28"/>
                <w:szCs w:val="28"/>
                <w:lang w:val="kk-KZ" w:eastAsia="ru-RU"/>
              </w:rPr>
              <w:t>18</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67EA44EC" w14:textId="62BAB099" w:rsidR="00D73144" w:rsidRPr="004106A7" w:rsidRDefault="00FC2E02" w:rsidP="00E8435A">
            <w:pPr>
              <w:spacing w:line="275" w:lineRule="atLeast"/>
              <w:jc w:val="center"/>
              <w:textAlignment w:val="bottom"/>
              <w:rPr>
                <w:sz w:val="28"/>
                <w:szCs w:val="28"/>
                <w:lang w:val="kk-KZ" w:eastAsia="ru-RU"/>
              </w:rPr>
            </w:pPr>
            <w:r w:rsidRPr="004106A7">
              <w:rPr>
                <w:sz w:val="28"/>
                <w:szCs w:val="28"/>
                <w:lang w:val="kk-KZ" w:eastAsia="ru-RU"/>
              </w:rPr>
              <w:t>31</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21630247" w14:textId="432BBF9E" w:rsidR="00D73144" w:rsidRPr="004106A7" w:rsidRDefault="00FC2E02" w:rsidP="00E8435A">
            <w:pPr>
              <w:spacing w:line="275" w:lineRule="atLeast"/>
              <w:jc w:val="center"/>
              <w:textAlignment w:val="bottom"/>
              <w:rPr>
                <w:sz w:val="28"/>
                <w:szCs w:val="28"/>
                <w:lang w:val="kk-KZ" w:eastAsia="ru-RU"/>
              </w:rPr>
            </w:pPr>
            <w:r w:rsidRPr="004106A7">
              <w:rPr>
                <w:sz w:val="28"/>
                <w:szCs w:val="28"/>
                <w:lang w:val="kk-KZ" w:eastAsia="ru-RU"/>
              </w:rPr>
              <w:t>30</w:t>
            </w: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6E5B30E3" w14:textId="6EEC7BC8" w:rsidR="00D73144" w:rsidRPr="004106A7" w:rsidRDefault="00FC2E02" w:rsidP="00E8435A">
            <w:pPr>
              <w:spacing w:line="275" w:lineRule="atLeast"/>
              <w:jc w:val="center"/>
              <w:textAlignment w:val="bottom"/>
              <w:rPr>
                <w:sz w:val="28"/>
                <w:szCs w:val="28"/>
                <w:lang w:val="kk-KZ" w:eastAsia="ru-RU"/>
              </w:rPr>
            </w:pPr>
            <w:r w:rsidRPr="004106A7">
              <w:rPr>
                <w:sz w:val="28"/>
                <w:szCs w:val="28"/>
                <w:lang w:val="kk-KZ" w:eastAsia="ru-RU"/>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3B6F5F2A" w14:textId="6658D3CA" w:rsidR="00D73144" w:rsidRPr="004106A7" w:rsidRDefault="00FC2E02" w:rsidP="00E8435A">
            <w:pPr>
              <w:spacing w:line="275" w:lineRule="atLeast"/>
              <w:jc w:val="center"/>
              <w:textAlignment w:val="bottom"/>
              <w:rPr>
                <w:sz w:val="28"/>
                <w:szCs w:val="28"/>
                <w:lang w:val="kk-KZ" w:eastAsia="ru-RU"/>
              </w:rPr>
            </w:pPr>
            <w:r w:rsidRPr="004106A7">
              <w:rPr>
                <w:sz w:val="28"/>
                <w:szCs w:val="28"/>
                <w:lang w:val="kk-KZ" w:eastAsia="ru-RU"/>
              </w:rPr>
              <w:t>-</w:t>
            </w:r>
          </w:p>
        </w:tc>
        <w:tc>
          <w:tcPr>
            <w:tcW w:w="567" w:type="dxa"/>
            <w:tcBorders>
              <w:top w:val="single" w:sz="4" w:space="0" w:color="000000"/>
              <w:left w:val="single" w:sz="4" w:space="0" w:color="000000"/>
              <w:bottom w:val="single" w:sz="4" w:space="0" w:color="000000"/>
              <w:right w:val="single" w:sz="8" w:space="0" w:color="000000"/>
            </w:tcBorders>
            <w:shd w:val="clear" w:color="auto" w:fill="auto"/>
            <w:tcMar>
              <w:top w:w="13" w:type="dxa"/>
              <w:left w:w="13" w:type="dxa"/>
              <w:bottom w:w="0" w:type="dxa"/>
              <w:right w:w="13" w:type="dxa"/>
            </w:tcMar>
            <w:vAlign w:val="bottom"/>
            <w:hideMark/>
          </w:tcPr>
          <w:p w14:paraId="3AA29AE9" w14:textId="77777777" w:rsidR="00D73144" w:rsidRPr="004106A7" w:rsidRDefault="00D73144" w:rsidP="00E8435A">
            <w:pPr>
              <w:spacing w:line="275" w:lineRule="atLeast"/>
              <w:jc w:val="center"/>
              <w:textAlignment w:val="bottom"/>
              <w:rPr>
                <w:sz w:val="28"/>
                <w:szCs w:val="28"/>
                <w:lang w:eastAsia="ru-RU"/>
              </w:rPr>
            </w:pPr>
            <w:r w:rsidRPr="004106A7">
              <w:rPr>
                <w:rFonts w:eastAsia="Microsoft YaHei"/>
                <w:color w:val="000000"/>
                <w:kern w:val="24"/>
                <w:sz w:val="28"/>
                <w:szCs w:val="28"/>
                <w:lang w:eastAsia="ru-RU"/>
              </w:rPr>
              <w:t>100</w:t>
            </w:r>
          </w:p>
        </w:tc>
        <w:tc>
          <w:tcPr>
            <w:tcW w:w="825" w:type="dxa"/>
            <w:tcBorders>
              <w:top w:val="single" w:sz="4" w:space="0" w:color="000000"/>
              <w:left w:val="single" w:sz="8" w:space="0" w:color="000000"/>
              <w:bottom w:val="single" w:sz="4" w:space="0" w:color="000000"/>
              <w:right w:val="single" w:sz="8" w:space="0" w:color="000000"/>
            </w:tcBorders>
            <w:shd w:val="clear" w:color="auto" w:fill="auto"/>
            <w:tcMar>
              <w:top w:w="13" w:type="dxa"/>
              <w:left w:w="13" w:type="dxa"/>
              <w:bottom w:w="0" w:type="dxa"/>
              <w:right w:w="13" w:type="dxa"/>
            </w:tcMar>
            <w:vAlign w:val="bottom"/>
            <w:hideMark/>
          </w:tcPr>
          <w:p w14:paraId="0B1DAF85" w14:textId="4CC4CE77" w:rsidR="00D73144" w:rsidRPr="004106A7" w:rsidRDefault="00FC2E02" w:rsidP="00E8435A">
            <w:pPr>
              <w:spacing w:line="275" w:lineRule="atLeast"/>
              <w:jc w:val="center"/>
              <w:textAlignment w:val="bottom"/>
              <w:rPr>
                <w:sz w:val="28"/>
                <w:szCs w:val="28"/>
                <w:lang w:val="kk-KZ" w:eastAsia="ru-RU"/>
              </w:rPr>
            </w:pPr>
            <w:r w:rsidRPr="004106A7">
              <w:rPr>
                <w:sz w:val="28"/>
                <w:szCs w:val="28"/>
                <w:lang w:val="kk-KZ" w:eastAsia="ru-RU"/>
              </w:rPr>
              <w:t>62,03</w:t>
            </w:r>
          </w:p>
        </w:tc>
        <w:tc>
          <w:tcPr>
            <w:tcW w:w="708" w:type="dxa"/>
            <w:tcBorders>
              <w:top w:val="single" w:sz="4" w:space="0" w:color="000000"/>
              <w:left w:val="single" w:sz="8"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0CE330C0" w14:textId="025658D4" w:rsidR="00D73144" w:rsidRPr="004106A7" w:rsidRDefault="00FC2E02" w:rsidP="00E8435A">
            <w:pPr>
              <w:spacing w:line="275" w:lineRule="atLeast"/>
              <w:jc w:val="center"/>
              <w:textAlignment w:val="bottom"/>
              <w:rPr>
                <w:sz w:val="28"/>
                <w:szCs w:val="28"/>
                <w:lang w:val="kk-KZ" w:eastAsia="ru-RU"/>
              </w:rPr>
            </w:pPr>
            <w:r w:rsidRPr="004106A7">
              <w:rPr>
                <w:sz w:val="28"/>
                <w:szCs w:val="28"/>
                <w:lang w:val="kk-KZ" w:eastAsia="ru-RU"/>
              </w:rPr>
              <w:t>54</w:t>
            </w: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02D1E868" w14:textId="17E636A2" w:rsidR="00D73144" w:rsidRPr="004106A7" w:rsidRDefault="00FC2E02" w:rsidP="00E8435A">
            <w:pPr>
              <w:spacing w:line="275" w:lineRule="atLeast"/>
              <w:jc w:val="center"/>
              <w:textAlignment w:val="bottom"/>
              <w:rPr>
                <w:sz w:val="28"/>
                <w:szCs w:val="28"/>
                <w:lang w:val="kk-KZ" w:eastAsia="ru-RU"/>
              </w:rPr>
            </w:pPr>
            <w:r w:rsidRPr="004106A7">
              <w:rPr>
                <w:sz w:val="28"/>
                <w:szCs w:val="28"/>
                <w:lang w:val="kk-KZ" w:eastAsia="ru-RU"/>
              </w:rPr>
              <w:t>11</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49CD892A" w14:textId="625D9D24" w:rsidR="00D73144" w:rsidRPr="004106A7" w:rsidRDefault="00FC2E02" w:rsidP="00E8435A">
            <w:pPr>
              <w:spacing w:line="275" w:lineRule="atLeast"/>
              <w:jc w:val="center"/>
              <w:textAlignment w:val="bottom"/>
              <w:rPr>
                <w:sz w:val="28"/>
                <w:szCs w:val="28"/>
                <w:lang w:val="kk-KZ" w:eastAsia="ru-RU"/>
              </w:rPr>
            </w:pPr>
            <w:r w:rsidRPr="004106A7">
              <w:rPr>
                <w:sz w:val="28"/>
                <w:szCs w:val="28"/>
                <w:lang w:val="kk-KZ" w:eastAsia="ru-RU"/>
              </w:rPr>
              <w:t>30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6D13F09E" w14:textId="3447FCA1" w:rsidR="00D73144" w:rsidRPr="004106A7" w:rsidRDefault="00FC2E02" w:rsidP="00E8435A">
            <w:pPr>
              <w:spacing w:line="275" w:lineRule="atLeast"/>
              <w:jc w:val="center"/>
              <w:textAlignment w:val="bottom"/>
              <w:rPr>
                <w:sz w:val="28"/>
                <w:szCs w:val="28"/>
                <w:lang w:val="kk-KZ" w:eastAsia="ru-RU"/>
              </w:rPr>
            </w:pPr>
            <w:r w:rsidRPr="004106A7">
              <w:rPr>
                <w:sz w:val="28"/>
                <w:szCs w:val="28"/>
                <w:lang w:val="kk-KZ" w:eastAsia="ru-RU"/>
              </w:rPr>
              <w:t>13</w:t>
            </w: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3102BE82" w14:textId="27D3F054" w:rsidR="00D73144" w:rsidRPr="004106A7" w:rsidRDefault="00FC2E02" w:rsidP="00E8435A">
            <w:pPr>
              <w:spacing w:line="275" w:lineRule="atLeast"/>
              <w:jc w:val="center"/>
              <w:textAlignment w:val="bottom"/>
              <w:rPr>
                <w:sz w:val="28"/>
                <w:szCs w:val="28"/>
                <w:lang w:val="kk-KZ" w:eastAsia="ru-RU"/>
              </w:rPr>
            </w:pPr>
            <w:r w:rsidRPr="004106A7">
              <w:rPr>
                <w:sz w:val="28"/>
                <w:szCs w:val="28"/>
                <w:lang w:val="kk-KZ" w:eastAsia="ru-RU"/>
              </w:rPr>
              <w:t>-</w:t>
            </w: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51534449" w14:textId="34642B33" w:rsidR="00D73144" w:rsidRPr="004106A7" w:rsidRDefault="00FC2E02" w:rsidP="00E8435A">
            <w:pPr>
              <w:spacing w:line="275" w:lineRule="atLeast"/>
              <w:jc w:val="center"/>
              <w:textAlignment w:val="bottom"/>
              <w:rPr>
                <w:sz w:val="28"/>
                <w:szCs w:val="28"/>
                <w:lang w:val="kk-KZ" w:eastAsia="ru-RU"/>
              </w:rPr>
            </w:pPr>
            <w:r w:rsidRPr="004106A7">
              <w:rPr>
                <w:sz w:val="28"/>
                <w:szCs w:val="28"/>
                <w:lang w:val="kk-KZ" w:eastAsia="ru-RU"/>
              </w:rPr>
              <w:t>-</w:t>
            </w:r>
          </w:p>
        </w:tc>
        <w:tc>
          <w:tcPr>
            <w:tcW w:w="709" w:type="dxa"/>
            <w:tcBorders>
              <w:top w:val="single" w:sz="4" w:space="0" w:color="000000"/>
              <w:left w:val="single" w:sz="4" w:space="0" w:color="000000"/>
              <w:bottom w:val="single" w:sz="4" w:space="0" w:color="000000"/>
              <w:right w:val="single" w:sz="8" w:space="0" w:color="000000"/>
            </w:tcBorders>
            <w:shd w:val="clear" w:color="auto" w:fill="auto"/>
            <w:tcMar>
              <w:top w:w="13" w:type="dxa"/>
              <w:left w:w="13" w:type="dxa"/>
              <w:bottom w:w="0" w:type="dxa"/>
              <w:right w:w="13" w:type="dxa"/>
            </w:tcMar>
            <w:vAlign w:val="bottom"/>
          </w:tcPr>
          <w:p w14:paraId="026F942B" w14:textId="27F4DBB3" w:rsidR="00D73144" w:rsidRPr="004106A7" w:rsidRDefault="00FC2E02" w:rsidP="00E8435A">
            <w:pPr>
              <w:spacing w:line="275" w:lineRule="atLeast"/>
              <w:jc w:val="center"/>
              <w:textAlignment w:val="bottom"/>
              <w:rPr>
                <w:sz w:val="28"/>
                <w:szCs w:val="28"/>
                <w:lang w:val="kk-KZ" w:eastAsia="ru-RU"/>
              </w:rPr>
            </w:pPr>
            <w:r w:rsidRPr="004106A7">
              <w:rPr>
                <w:sz w:val="28"/>
                <w:szCs w:val="28"/>
                <w:lang w:val="kk-KZ" w:eastAsia="ru-RU"/>
              </w:rPr>
              <w:t>100</w:t>
            </w:r>
          </w:p>
        </w:tc>
        <w:tc>
          <w:tcPr>
            <w:tcW w:w="850" w:type="dxa"/>
            <w:tcBorders>
              <w:top w:val="single" w:sz="4" w:space="0" w:color="000000"/>
              <w:left w:val="single" w:sz="8" w:space="0" w:color="000000"/>
              <w:bottom w:val="single" w:sz="4" w:space="0" w:color="000000"/>
              <w:right w:val="single" w:sz="8" w:space="0" w:color="000000"/>
            </w:tcBorders>
            <w:shd w:val="clear" w:color="auto" w:fill="auto"/>
            <w:tcMar>
              <w:top w:w="13" w:type="dxa"/>
              <w:left w:w="13" w:type="dxa"/>
              <w:bottom w:w="0" w:type="dxa"/>
              <w:right w:w="13" w:type="dxa"/>
            </w:tcMar>
            <w:vAlign w:val="bottom"/>
            <w:hideMark/>
          </w:tcPr>
          <w:p w14:paraId="0D93DB77" w14:textId="111E2385" w:rsidR="00D73144" w:rsidRPr="004106A7" w:rsidRDefault="00FC2E02" w:rsidP="00E8435A">
            <w:pPr>
              <w:spacing w:line="275" w:lineRule="atLeast"/>
              <w:jc w:val="center"/>
              <w:textAlignment w:val="bottom"/>
              <w:rPr>
                <w:sz w:val="28"/>
                <w:szCs w:val="28"/>
                <w:lang w:eastAsia="ru-RU"/>
              </w:rPr>
            </w:pPr>
            <w:r w:rsidRPr="004106A7">
              <w:rPr>
                <w:rFonts w:eastAsia="Microsoft YaHei"/>
                <w:b/>
                <w:bCs/>
                <w:color w:val="000000"/>
                <w:kern w:val="24"/>
                <w:sz w:val="28"/>
                <w:szCs w:val="28"/>
                <w:lang w:eastAsia="ru-RU"/>
              </w:rPr>
              <w:t>75,93</w:t>
            </w:r>
          </w:p>
        </w:tc>
      </w:tr>
      <w:tr w:rsidR="00FC2E02" w:rsidRPr="004106A7" w14:paraId="2B7EC4A8" w14:textId="77777777" w:rsidTr="004106A7">
        <w:trPr>
          <w:trHeight w:val="275"/>
        </w:trPr>
        <w:tc>
          <w:tcPr>
            <w:tcW w:w="1444"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6AC6C1AF" w14:textId="5035D0C5" w:rsidR="00FC2E02" w:rsidRPr="004106A7" w:rsidRDefault="00FC2E02" w:rsidP="00FC2E02">
            <w:pPr>
              <w:spacing w:line="275" w:lineRule="atLeast"/>
              <w:textAlignment w:val="bottom"/>
              <w:rPr>
                <w:rFonts w:eastAsia="Microsoft YaHei"/>
                <w:color w:val="000000"/>
                <w:kern w:val="24"/>
                <w:sz w:val="28"/>
                <w:szCs w:val="28"/>
                <w:lang w:eastAsia="ru-RU"/>
              </w:rPr>
            </w:pPr>
            <w:r w:rsidRPr="004106A7">
              <w:rPr>
                <w:rFonts w:eastAsia="Microsoft YaHei"/>
                <w:color w:val="000000"/>
                <w:kern w:val="24"/>
                <w:sz w:val="28"/>
                <w:szCs w:val="28"/>
                <w:lang w:eastAsia="ru-RU"/>
              </w:rPr>
              <w:t>Алгебра</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66013F19" w14:textId="05B19BFD" w:rsidR="00FC2E02" w:rsidRPr="004106A7" w:rsidRDefault="00FC2E02" w:rsidP="00FC2E02">
            <w:pPr>
              <w:spacing w:line="275" w:lineRule="atLeast"/>
              <w:jc w:val="center"/>
              <w:textAlignment w:val="bottom"/>
              <w:rPr>
                <w:sz w:val="28"/>
                <w:szCs w:val="28"/>
                <w:lang w:val="kk-KZ" w:eastAsia="ru-RU"/>
              </w:rPr>
            </w:pPr>
            <w:r w:rsidRPr="004106A7">
              <w:rPr>
                <w:sz w:val="28"/>
                <w:szCs w:val="28"/>
                <w:lang w:val="kk-KZ" w:eastAsia="ru-RU"/>
              </w:rPr>
              <w:t>79</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58DE8AE8" w14:textId="76804060" w:rsidR="00FC2E02" w:rsidRPr="004106A7" w:rsidRDefault="00FC2E02" w:rsidP="00FC2E02">
            <w:pPr>
              <w:spacing w:line="275" w:lineRule="atLeast"/>
              <w:jc w:val="center"/>
              <w:textAlignment w:val="bottom"/>
              <w:rPr>
                <w:sz w:val="28"/>
                <w:szCs w:val="28"/>
                <w:lang w:val="kk-KZ" w:eastAsia="ru-RU"/>
              </w:rPr>
            </w:pPr>
            <w:r w:rsidRPr="004106A7">
              <w:rPr>
                <w:sz w:val="28"/>
                <w:szCs w:val="28"/>
                <w:lang w:val="kk-KZ" w:eastAsia="ru-RU"/>
              </w:rPr>
              <w:t>7</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6C83C48A" w14:textId="53254896" w:rsidR="00FC2E02" w:rsidRPr="004106A7" w:rsidRDefault="00FC2E02" w:rsidP="00FC2E02">
            <w:pPr>
              <w:spacing w:line="275" w:lineRule="atLeast"/>
              <w:jc w:val="center"/>
              <w:textAlignment w:val="bottom"/>
              <w:rPr>
                <w:sz w:val="28"/>
                <w:szCs w:val="28"/>
                <w:lang w:val="kk-KZ" w:eastAsia="ru-RU"/>
              </w:rPr>
            </w:pPr>
            <w:r w:rsidRPr="004106A7">
              <w:rPr>
                <w:sz w:val="28"/>
                <w:szCs w:val="28"/>
                <w:lang w:val="kk-KZ" w:eastAsia="ru-RU"/>
              </w:rPr>
              <w:t>39</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1617CF4E" w14:textId="5FC35C5D" w:rsidR="00FC2E02" w:rsidRPr="004106A7" w:rsidRDefault="00FC2E02" w:rsidP="00FC2E02">
            <w:pPr>
              <w:spacing w:line="275" w:lineRule="atLeast"/>
              <w:jc w:val="center"/>
              <w:textAlignment w:val="bottom"/>
              <w:rPr>
                <w:sz w:val="28"/>
                <w:szCs w:val="28"/>
                <w:lang w:val="kk-KZ" w:eastAsia="ru-RU"/>
              </w:rPr>
            </w:pPr>
            <w:r w:rsidRPr="004106A7">
              <w:rPr>
                <w:sz w:val="28"/>
                <w:szCs w:val="28"/>
                <w:lang w:val="kk-KZ" w:eastAsia="ru-RU"/>
              </w:rPr>
              <w:t>33</w:t>
            </w: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2A78AFD7" w14:textId="13C295BD" w:rsidR="00FC2E02" w:rsidRPr="004106A7" w:rsidRDefault="00FC2E02" w:rsidP="00FC2E02">
            <w:pPr>
              <w:spacing w:line="275" w:lineRule="atLeast"/>
              <w:jc w:val="center"/>
              <w:textAlignment w:val="bottom"/>
              <w:rPr>
                <w:sz w:val="28"/>
                <w:szCs w:val="28"/>
                <w:lang w:val="kk-KZ" w:eastAsia="ru-RU"/>
              </w:rPr>
            </w:pPr>
            <w:r w:rsidRPr="004106A7">
              <w:rPr>
                <w:sz w:val="28"/>
                <w:szCs w:val="28"/>
                <w:lang w:val="kk-KZ" w:eastAsia="ru-RU"/>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72FE9009" w14:textId="61089B5F" w:rsidR="00FC2E02" w:rsidRPr="004106A7" w:rsidRDefault="00FC2E02" w:rsidP="00FC2E02">
            <w:pPr>
              <w:spacing w:line="275" w:lineRule="atLeast"/>
              <w:jc w:val="center"/>
              <w:textAlignment w:val="bottom"/>
              <w:rPr>
                <w:sz w:val="28"/>
                <w:szCs w:val="28"/>
                <w:lang w:val="kk-KZ" w:eastAsia="ru-RU"/>
              </w:rPr>
            </w:pPr>
            <w:r w:rsidRPr="004106A7">
              <w:rPr>
                <w:sz w:val="28"/>
                <w:szCs w:val="28"/>
                <w:lang w:val="kk-KZ" w:eastAsia="ru-RU"/>
              </w:rPr>
              <w:t>-</w:t>
            </w:r>
          </w:p>
        </w:tc>
        <w:tc>
          <w:tcPr>
            <w:tcW w:w="567" w:type="dxa"/>
            <w:tcBorders>
              <w:top w:val="single" w:sz="4" w:space="0" w:color="000000"/>
              <w:left w:val="single" w:sz="4" w:space="0" w:color="000000"/>
              <w:bottom w:val="single" w:sz="4" w:space="0" w:color="000000"/>
              <w:right w:val="single" w:sz="8" w:space="0" w:color="000000"/>
            </w:tcBorders>
            <w:shd w:val="clear" w:color="auto" w:fill="auto"/>
            <w:tcMar>
              <w:top w:w="13" w:type="dxa"/>
              <w:left w:w="13" w:type="dxa"/>
              <w:bottom w:w="0" w:type="dxa"/>
              <w:right w:w="13" w:type="dxa"/>
            </w:tcMar>
            <w:vAlign w:val="bottom"/>
          </w:tcPr>
          <w:p w14:paraId="2AE8ADAB" w14:textId="4D8A095B" w:rsidR="00FC2E02" w:rsidRPr="004106A7" w:rsidRDefault="00FC2E02" w:rsidP="00FC2E02">
            <w:pPr>
              <w:spacing w:line="275" w:lineRule="atLeast"/>
              <w:jc w:val="center"/>
              <w:textAlignment w:val="bottom"/>
              <w:rPr>
                <w:rFonts w:eastAsia="Microsoft YaHei"/>
                <w:color w:val="000000"/>
                <w:kern w:val="24"/>
                <w:sz w:val="28"/>
                <w:szCs w:val="28"/>
                <w:lang w:val="kk-KZ" w:eastAsia="ru-RU"/>
              </w:rPr>
            </w:pPr>
            <w:r w:rsidRPr="004106A7">
              <w:rPr>
                <w:rFonts w:eastAsia="Microsoft YaHei"/>
                <w:color w:val="000000"/>
                <w:kern w:val="24"/>
                <w:sz w:val="28"/>
                <w:szCs w:val="28"/>
                <w:lang w:val="kk-KZ" w:eastAsia="ru-RU"/>
              </w:rPr>
              <w:t>100</w:t>
            </w:r>
          </w:p>
        </w:tc>
        <w:tc>
          <w:tcPr>
            <w:tcW w:w="825" w:type="dxa"/>
            <w:tcBorders>
              <w:top w:val="single" w:sz="4" w:space="0" w:color="000000"/>
              <w:left w:val="single" w:sz="8" w:space="0" w:color="000000"/>
              <w:bottom w:val="single" w:sz="4" w:space="0" w:color="000000"/>
              <w:right w:val="single" w:sz="8" w:space="0" w:color="000000"/>
            </w:tcBorders>
            <w:shd w:val="clear" w:color="auto" w:fill="auto"/>
            <w:tcMar>
              <w:top w:w="13" w:type="dxa"/>
              <w:left w:w="13" w:type="dxa"/>
              <w:bottom w:w="0" w:type="dxa"/>
              <w:right w:w="13" w:type="dxa"/>
            </w:tcMar>
            <w:vAlign w:val="bottom"/>
          </w:tcPr>
          <w:p w14:paraId="3B5B5176" w14:textId="2BE5A50E" w:rsidR="00FC2E02" w:rsidRPr="004106A7" w:rsidRDefault="00FC2E02" w:rsidP="00FC2E02">
            <w:pPr>
              <w:spacing w:line="275" w:lineRule="atLeast"/>
              <w:jc w:val="center"/>
              <w:textAlignment w:val="bottom"/>
              <w:rPr>
                <w:rFonts w:eastAsia="Microsoft YaHei"/>
                <w:b/>
                <w:bCs/>
                <w:color w:val="000000"/>
                <w:kern w:val="24"/>
                <w:sz w:val="28"/>
                <w:szCs w:val="28"/>
                <w:lang w:val="kk-KZ" w:eastAsia="ru-RU"/>
              </w:rPr>
            </w:pPr>
            <w:r w:rsidRPr="004106A7">
              <w:rPr>
                <w:rFonts w:eastAsia="Microsoft YaHei"/>
                <w:b/>
                <w:bCs/>
                <w:color w:val="000000"/>
                <w:kern w:val="24"/>
                <w:sz w:val="28"/>
                <w:szCs w:val="28"/>
                <w:lang w:val="kk-KZ" w:eastAsia="ru-RU"/>
              </w:rPr>
              <w:t>58,25</w:t>
            </w:r>
          </w:p>
        </w:tc>
        <w:tc>
          <w:tcPr>
            <w:tcW w:w="708" w:type="dxa"/>
            <w:tcBorders>
              <w:top w:val="single" w:sz="4" w:space="0" w:color="000000"/>
              <w:left w:val="single" w:sz="8"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3950FBA0" w14:textId="77777777" w:rsidR="00FC2E02" w:rsidRPr="004106A7" w:rsidRDefault="00FC2E02" w:rsidP="00FC2E02">
            <w:pPr>
              <w:spacing w:line="275" w:lineRule="atLeast"/>
              <w:jc w:val="center"/>
              <w:textAlignment w:val="bottom"/>
              <w:rPr>
                <w:sz w:val="28"/>
                <w:szCs w:val="28"/>
                <w:lang w:eastAsia="ru-RU"/>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72D20835" w14:textId="77777777" w:rsidR="00FC2E02" w:rsidRPr="004106A7" w:rsidRDefault="00FC2E02" w:rsidP="00FC2E02">
            <w:pPr>
              <w:spacing w:line="275" w:lineRule="atLeast"/>
              <w:jc w:val="center"/>
              <w:textAlignment w:val="bottom"/>
              <w:rPr>
                <w:sz w:val="28"/>
                <w:szCs w:val="28"/>
                <w:lang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7E91C659" w14:textId="77777777" w:rsidR="00FC2E02" w:rsidRPr="004106A7" w:rsidRDefault="00FC2E02" w:rsidP="00FC2E02">
            <w:pPr>
              <w:spacing w:line="275" w:lineRule="atLeast"/>
              <w:jc w:val="center"/>
              <w:textAlignment w:val="bottom"/>
              <w:rPr>
                <w:sz w:val="28"/>
                <w:szCs w:val="28"/>
                <w:lang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39733028" w14:textId="77777777" w:rsidR="00FC2E02" w:rsidRPr="004106A7" w:rsidRDefault="00FC2E02" w:rsidP="00FC2E02">
            <w:pPr>
              <w:spacing w:line="275" w:lineRule="atLeast"/>
              <w:jc w:val="center"/>
              <w:textAlignment w:val="bottom"/>
              <w:rPr>
                <w:sz w:val="28"/>
                <w:szCs w:val="28"/>
                <w:lang w:eastAsia="ru-RU"/>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130B30B2" w14:textId="77777777" w:rsidR="00FC2E02" w:rsidRPr="004106A7" w:rsidRDefault="00FC2E02" w:rsidP="00FC2E02">
            <w:pPr>
              <w:spacing w:line="275" w:lineRule="atLeast"/>
              <w:jc w:val="center"/>
              <w:textAlignment w:val="bottom"/>
              <w:rPr>
                <w:sz w:val="28"/>
                <w:szCs w:val="28"/>
                <w:lang w:eastAsia="ru-RU"/>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2F57DF0D" w14:textId="77777777" w:rsidR="00FC2E02" w:rsidRPr="004106A7" w:rsidRDefault="00FC2E02" w:rsidP="00FC2E02">
            <w:pPr>
              <w:spacing w:line="275" w:lineRule="atLeast"/>
              <w:jc w:val="center"/>
              <w:textAlignment w:val="bottom"/>
              <w:rPr>
                <w:sz w:val="28"/>
                <w:szCs w:val="28"/>
                <w:lang w:eastAsia="ru-RU"/>
              </w:rPr>
            </w:pPr>
          </w:p>
        </w:tc>
        <w:tc>
          <w:tcPr>
            <w:tcW w:w="709" w:type="dxa"/>
            <w:tcBorders>
              <w:top w:val="single" w:sz="4" w:space="0" w:color="000000"/>
              <w:left w:val="single" w:sz="4" w:space="0" w:color="000000"/>
              <w:bottom w:val="single" w:sz="4" w:space="0" w:color="000000"/>
              <w:right w:val="single" w:sz="8" w:space="0" w:color="000000"/>
            </w:tcBorders>
            <w:shd w:val="clear" w:color="auto" w:fill="auto"/>
            <w:tcMar>
              <w:top w:w="13" w:type="dxa"/>
              <w:left w:w="13" w:type="dxa"/>
              <w:bottom w:w="0" w:type="dxa"/>
              <w:right w:w="13" w:type="dxa"/>
            </w:tcMar>
            <w:vAlign w:val="bottom"/>
          </w:tcPr>
          <w:p w14:paraId="5914CD03" w14:textId="77777777" w:rsidR="00FC2E02" w:rsidRPr="004106A7" w:rsidRDefault="00FC2E02" w:rsidP="00FC2E02">
            <w:pPr>
              <w:spacing w:line="275" w:lineRule="atLeast"/>
              <w:jc w:val="center"/>
              <w:textAlignment w:val="bottom"/>
              <w:rPr>
                <w:sz w:val="28"/>
                <w:szCs w:val="28"/>
                <w:lang w:eastAsia="ru-RU"/>
              </w:rPr>
            </w:pPr>
          </w:p>
        </w:tc>
        <w:tc>
          <w:tcPr>
            <w:tcW w:w="850" w:type="dxa"/>
            <w:tcBorders>
              <w:top w:val="single" w:sz="4" w:space="0" w:color="000000"/>
              <w:left w:val="single" w:sz="8" w:space="0" w:color="000000"/>
              <w:bottom w:val="single" w:sz="4" w:space="0" w:color="000000"/>
              <w:right w:val="single" w:sz="8" w:space="0" w:color="000000"/>
            </w:tcBorders>
            <w:shd w:val="clear" w:color="auto" w:fill="auto"/>
            <w:tcMar>
              <w:top w:w="13" w:type="dxa"/>
              <w:left w:w="13" w:type="dxa"/>
              <w:bottom w:w="0" w:type="dxa"/>
              <w:right w:w="13" w:type="dxa"/>
            </w:tcMar>
            <w:vAlign w:val="bottom"/>
          </w:tcPr>
          <w:p w14:paraId="0E09DD63" w14:textId="77777777" w:rsidR="00FC2E02" w:rsidRPr="004106A7" w:rsidRDefault="00FC2E02" w:rsidP="00FC2E02">
            <w:pPr>
              <w:spacing w:line="275" w:lineRule="atLeast"/>
              <w:jc w:val="center"/>
              <w:textAlignment w:val="bottom"/>
              <w:rPr>
                <w:rFonts w:eastAsia="Microsoft YaHei"/>
                <w:b/>
                <w:bCs/>
                <w:color w:val="000000"/>
                <w:kern w:val="24"/>
                <w:sz w:val="28"/>
                <w:szCs w:val="28"/>
                <w:lang w:eastAsia="ru-RU"/>
              </w:rPr>
            </w:pPr>
          </w:p>
        </w:tc>
      </w:tr>
      <w:tr w:rsidR="00FC2E02" w:rsidRPr="004106A7" w14:paraId="6F5162A3" w14:textId="77777777" w:rsidTr="004106A7">
        <w:trPr>
          <w:trHeight w:val="275"/>
        </w:trPr>
        <w:tc>
          <w:tcPr>
            <w:tcW w:w="1444"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2F36970F" w14:textId="513F821C" w:rsidR="00FC2E02" w:rsidRPr="004106A7" w:rsidRDefault="00FC2E02" w:rsidP="00FC2E02">
            <w:pPr>
              <w:spacing w:line="275" w:lineRule="atLeast"/>
              <w:textAlignment w:val="bottom"/>
              <w:rPr>
                <w:sz w:val="28"/>
                <w:szCs w:val="28"/>
                <w:lang w:eastAsia="ru-RU"/>
              </w:rPr>
            </w:pPr>
            <w:r w:rsidRPr="004106A7">
              <w:rPr>
                <w:rFonts w:eastAsia="Microsoft YaHei"/>
                <w:color w:val="000000"/>
                <w:kern w:val="24"/>
                <w:sz w:val="28"/>
                <w:szCs w:val="28"/>
                <w:lang w:eastAsia="ru-RU"/>
              </w:rPr>
              <w:t xml:space="preserve">Казахская </w:t>
            </w:r>
            <w:r w:rsidRPr="004106A7">
              <w:rPr>
                <w:rFonts w:eastAsia="Microsoft YaHei"/>
                <w:color w:val="000000"/>
                <w:kern w:val="24"/>
                <w:sz w:val="28"/>
                <w:szCs w:val="28"/>
                <w:lang w:val="kk-KZ" w:eastAsia="ru-RU"/>
              </w:rPr>
              <w:t>әдебиеті</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5C4DD843" w14:textId="44ECCCD7" w:rsidR="00FC2E02" w:rsidRPr="004106A7" w:rsidRDefault="00FC2E02" w:rsidP="00FC2E02">
            <w:pPr>
              <w:spacing w:line="275" w:lineRule="atLeast"/>
              <w:jc w:val="center"/>
              <w:textAlignment w:val="bottom"/>
              <w:rPr>
                <w:sz w:val="28"/>
                <w:szCs w:val="28"/>
                <w:lang w:val="kk-KZ" w:eastAsia="ru-RU"/>
              </w:rPr>
            </w:pPr>
            <w:r w:rsidRPr="004106A7">
              <w:rPr>
                <w:sz w:val="28"/>
                <w:szCs w:val="28"/>
                <w:lang w:val="kk-KZ" w:eastAsia="ru-RU"/>
              </w:rPr>
              <w:t>29</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316E7CEC" w14:textId="39A8CE6C" w:rsidR="00FC2E02" w:rsidRPr="004106A7" w:rsidRDefault="00FC2E02" w:rsidP="00FC2E02">
            <w:pPr>
              <w:spacing w:line="275" w:lineRule="atLeast"/>
              <w:jc w:val="center"/>
              <w:textAlignment w:val="bottom"/>
              <w:rPr>
                <w:sz w:val="28"/>
                <w:szCs w:val="28"/>
                <w:lang w:val="kk-KZ" w:eastAsia="ru-RU"/>
              </w:rPr>
            </w:pPr>
            <w:r w:rsidRPr="004106A7">
              <w:rPr>
                <w:sz w:val="28"/>
                <w:szCs w:val="28"/>
                <w:lang w:val="kk-KZ" w:eastAsia="ru-RU"/>
              </w:rPr>
              <w:t>11</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76BB49DD" w14:textId="2445F6DB" w:rsidR="00FC2E02" w:rsidRPr="004106A7" w:rsidRDefault="00FC2E02" w:rsidP="00FC2E02">
            <w:pPr>
              <w:spacing w:line="275" w:lineRule="atLeast"/>
              <w:jc w:val="center"/>
              <w:textAlignment w:val="bottom"/>
              <w:rPr>
                <w:sz w:val="28"/>
                <w:szCs w:val="28"/>
                <w:lang w:val="kk-KZ" w:eastAsia="ru-RU"/>
              </w:rPr>
            </w:pPr>
            <w:r w:rsidRPr="004106A7">
              <w:rPr>
                <w:sz w:val="28"/>
                <w:szCs w:val="28"/>
                <w:lang w:val="kk-KZ" w:eastAsia="ru-RU"/>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0A0DA537" w14:textId="1E029319" w:rsidR="00FC2E02" w:rsidRPr="004106A7" w:rsidRDefault="00FC2E02" w:rsidP="00FC2E02">
            <w:pPr>
              <w:spacing w:line="275" w:lineRule="atLeast"/>
              <w:jc w:val="center"/>
              <w:textAlignment w:val="bottom"/>
              <w:rPr>
                <w:sz w:val="28"/>
                <w:szCs w:val="28"/>
                <w:lang w:val="kk-KZ" w:eastAsia="ru-RU"/>
              </w:rPr>
            </w:pPr>
            <w:r w:rsidRPr="004106A7">
              <w:rPr>
                <w:sz w:val="28"/>
                <w:szCs w:val="28"/>
                <w:lang w:val="kk-KZ" w:eastAsia="ru-RU"/>
              </w:rPr>
              <w:t>8</w:t>
            </w: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4887E142" w14:textId="1927D553" w:rsidR="00FC2E02" w:rsidRPr="004106A7" w:rsidRDefault="00FC2E02" w:rsidP="00FC2E02">
            <w:pPr>
              <w:spacing w:line="275" w:lineRule="atLeast"/>
              <w:jc w:val="center"/>
              <w:textAlignment w:val="bottom"/>
              <w:rPr>
                <w:sz w:val="28"/>
                <w:szCs w:val="28"/>
                <w:lang w:val="kk-KZ" w:eastAsia="ru-RU"/>
              </w:rPr>
            </w:pPr>
            <w:r w:rsidRPr="004106A7">
              <w:rPr>
                <w:sz w:val="28"/>
                <w:szCs w:val="28"/>
                <w:lang w:val="kk-KZ" w:eastAsia="ru-RU"/>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1FD9763F" w14:textId="5E11BC99" w:rsidR="00FC2E02" w:rsidRPr="004106A7" w:rsidRDefault="00FC2E02" w:rsidP="00FC2E02">
            <w:pPr>
              <w:spacing w:line="275" w:lineRule="atLeast"/>
              <w:jc w:val="center"/>
              <w:textAlignment w:val="bottom"/>
              <w:rPr>
                <w:sz w:val="28"/>
                <w:szCs w:val="28"/>
                <w:lang w:val="kk-KZ" w:eastAsia="ru-RU"/>
              </w:rPr>
            </w:pPr>
            <w:r w:rsidRPr="004106A7">
              <w:rPr>
                <w:sz w:val="28"/>
                <w:szCs w:val="28"/>
                <w:lang w:val="kk-KZ" w:eastAsia="ru-RU"/>
              </w:rPr>
              <w:t>-</w:t>
            </w:r>
          </w:p>
        </w:tc>
        <w:tc>
          <w:tcPr>
            <w:tcW w:w="567" w:type="dxa"/>
            <w:tcBorders>
              <w:top w:val="single" w:sz="4" w:space="0" w:color="000000"/>
              <w:left w:val="single" w:sz="4" w:space="0" w:color="000000"/>
              <w:bottom w:val="single" w:sz="4" w:space="0" w:color="000000"/>
              <w:right w:val="single" w:sz="8" w:space="0" w:color="000000"/>
            </w:tcBorders>
            <w:shd w:val="clear" w:color="auto" w:fill="auto"/>
            <w:tcMar>
              <w:top w:w="13" w:type="dxa"/>
              <w:left w:w="13" w:type="dxa"/>
              <w:bottom w:w="0" w:type="dxa"/>
              <w:right w:w="13" w:type="dxa"/>
            </w:tcMar>
            <w:vAlign w:val="bottom"/>
            <w:hideMark/>
          </w:tcPr>
          <w:p w14:paraId="749A1D7C" w14:textId="77777777" w:rsidR="00FC2E02" w:rsidRPr="004106A7" w:rsidRDefault="00FC2E02" w:rsidP="00FC2E02">
            <w:pPr>
              <w:spacing w:line="275" w:lineRule="atLeast"/>
              <w:jc w:val="center"/>
              <w:textAlignment w:val="bottom"/>
              <w:rPr>
                <w:sz w:val="28"/>
                <w:szCs w:val="28"/>
                <w:lang w:eastAsia="ru-RU"/>
              </w:rPr>
            </w:pPr>
            <w:r w:rsidRPr="004106A7">
              <w:rPr>
                <w:rFonts w:eastAsia="Microsoft YaHei"/>
                <w:color w:val="000000"/>
                <w:kern w:val="24"/>
                <w:sz w:val="28"/>
                <w:szCs w:val="28"/>
                <w:lang w:eastAsia="ru-RU"/>
              </w:rPr>
              <w:t>100</w:t>
            </w:r>
          </w:p>
        </w:tc>
        <w:tc>
          <w:tcPr>
            <w:tcW w:w="825" w:type="dxa"/>
            <w:tcBorders>
              <w:top w:val="single" w:sz="4" w:space="0" w:color="000000"/>
              <w:left w:val="single" w:sz="8" w:space="0" w:color="000000"/>
              <w:bottom w:val="single" w:sz="4" w:space="0" w:color="000000"/>
              <w:right w:val="single" w:sz="8" w:space="0" w:color="000000"/>
            </w:tcBorders>
            <w:shd w:val="clear" w:color="auto" w:fill="auto"/>
            <w:tcMar>
              <w:top w:w="13" w:type="dxa"/>
              <w:left w:w="13" w:type="dxa"/>
              <w:bottom w:w="0" w:type="dxa"/>
              <w:right w:w="13" w:type="dxa"/>
            </w:tcMar>
            <w:vAlign w:val="bottom"/>
            <w:hideMark/>
          </w:tcPr>
          <w:p w14:paraId="576A0CA4" w14:textId="066BAA3B" w:rsidR="00FC2E02" w:rsidRPr="004106A7" w:rsidRDefault="00FC2E02" w:rsidP="00FC2E02">
            <w:pPr>
              <w:spacing w:line="275" w:lineRule="atLeast"/>
              <w:jc w:val="center"/>
              <w:textAlignment w:val="bottom"/>
              <w:rPr>
                <w:sz w:val="28"/>
                <w:szCs w:val="28"/>
                <w:lang w:eastAsia="ru-RU"/>
              </w:rPr>
            </w:pPr>
            <w:r w:rsidRPr="004106A7">
              <w:rPr>
                <w:rFonts w:eastAsia="Microsoft YaHei"/>
                <w:b/>
                <w:bCs/>
                <w:color w:val="000000"/>
                <w:kern w:val="24"/>
                <w:sz w:val="28"/>
                <w:szCs w:val="28"/>
                <w:lang w:eastAsia="ru-RU"/>
              </w:rPr>
              <w:t>72,41</w:t>
            </w:r>
          </w:p>
        </w:tc>
        <w:tc>
          <w:tcPr>
            <w:tcW w:w="708" w:type="dxa"/>
            <w:tcBorders>
              <w:top w:val="single" w:sz="4" w:space="0" w:color="000000"/>
              <w:left w:val="single" w:sz="8"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1A73CD51" w14:textId="2440682E" w:rsidR="00FC2E02" w:rsidRPr="004106A7" w:rsidRDefault="00FC2E02" w:rsidP="00FC2E02">
            <w:pPr>
              <w:spacing w:line="275" w:lineRule="atLeast"/>
              <w:jc w:val="center"/>
              <w:textAlignment w:val="bottom"/>
              <w:rPr>
                <w:sz w:val="28"/>
                <w:szCs w:val="28"/>
                <w:lang w:val="kk-KZ" w:eastAsia="ru-RU"/>
              </w:rPr>
            </w:pPr>
            <w:r w:rsidRPr="004106A7">
              <w:rPr>
                <w:sz w:val="28"/>
                <w:szCs w:val="28"/>
                <w:lang w:val="kk-KZ" w:eastAsia="ru-RU"/>
              </w:rPr>
              <w:t>8</w:t>
            </w: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679858D1" w14:textId="0C0B7228" w:rsidR="00FC2E02" w:rsidRPr="004106A7" w:rsidRDefault="00FC2E02" w:rsidP="00FC2E02">
            <w:pPr>
              <w:spacing w:line="275" w:lineRule="atLeast"/>
              <w:jc w:val="center"/>
              <w:textAlignment w:val="bottom"/>
              <w:rPr>
                <w:sz w:val="28"/>
                <w:szCs w:val="28"/>
                <w:lang w:val="kk-KZ" w:eastAsia="ru-RU"/>
              </w:rPr>
            </w:pPr>
            <w:r w:rsidRPr="004106A7">
              <w:rPr>
                <w:sz w:val="28"/>
                <w:szCs w:val="28"/>
                <w:lang w:val="kk-KZ" w:eastAsia="ru-RU"/>
              </w:rPr>
              <w:t>1</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5A943333" w14:textId="6A1030D0" w:rsidR="00FC2E02" w:rsidRPr="004106A7" w:rsidRDefault="00FC2E02" w:rsidP="00FC2E02">
            <w:pPr>
              <w:spacing w:line="275" w:lineRule="atLeast"/>
              <w:jc w:val="center"/>
              <w:textAlignment w:val="bottom"/>
              <w:rPr>
                <w:sz w:val="28"/>
                <w:szCs w:val="28"/>
                <w:lang w:val="kk-KZ" w:eastAsia="ru-RU"/>
              </w:rPr>
            </w:pPr>
            <w:r w:rsidRPr="004106A7">
              <w:rPr>
                <w:sz w:val="28"/>
                <w:szCs w:val="28"/>
                <w:lang w:val="kk-KZ" w:eastAsia="ru-RU"/>
              </w:rPr>
              <w:t>3</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027D0D3D" w14:textId="650EAD7F" w:rsidR="00FC2E02" w:rsidRPr="004106A7" w:rsidRDefault="00FC2E02" w:rsidP="00FC2E02">
            <w:pPr>
              <w:spacing w:line="275" w:lineRule="atLeast"/>
              <w:jc w:val="center"/>
              <w:textAlignment w:val="bottom"/>
              <w:rPr>
                <w:sz w:val="28"/>
                <w:szCs w:val="28"/>
                <w:lang w:val="kk-KZ" w:eastAsia="ru-RU"/>
              </w:rPr>
            </w:pPr>
            <w:r w:rsidRPr="004106A7">
              <w:rPr>
                <w:sz w:val="28"/>
                <w:szCs w:val="28"/>
                <w:lang w:val="kk-KZ" w:eastAsia="ru-RU"/>
              </w:rPr>
              <w:t>4</w:t>
            </w: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12718B3F" w14:textId="081FC9BB" w:rsidR="00FC2E02" w:rsidRPr="004106A7" w:rsidRDefault="00FC2E02" w:rsidP="00FC2E02">
            <w:pPr>
              <w:spacing w:line="275" w:lineRule="atLeast"/>
              <w:jc w:val="center"/>
              <w:textAlignment w:val="bottom"/>
              <w:rPr>
                <w:sz w:val="28"/>
                <w:szCs w:val="28"/>
                <w:lang w:val="kk-KZ" w:eastAsia="ru-RU"/>
              </w:rPr>
            </w:pPr>
            <w:r w:rsidRPr="004106A7">
              <w:rPr>
                <w:sz w:val="28"/>
                <w:szCs w:val="28"/>
                <w:lang w:val="kk-KZ" w:eastAsia="ru-RU"/>
              </w:rPr>
              <w:t>-</w:t>
            </w: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28F79834" w14:textId="3C509532" w:rsidR="00FC2E02" w:rsidRPr="004106A7" w:rsidRDefault="00FC2E02" w:rsidP="00FC2E02">
            <w:pPr>
              <w:spacing w:line="275" w:lineRule="atLeast"/>
              <w:jc w:val="center"/>
              <w:textAlignment w:val="bottom"/>
              <w:rPr>
                <w:sz w:val="28"/>
                <w:szCs w:val="28"/>
                <w:lang w:val="kk-KZ" w:eastAsia="ru-RU"/>
              </w:rPr>
            </w:pPr>
            <w:r w:rsidRPr="004106A7">
              <w:rPr>
                <w:sz w:val="28"/>
                <w:szCs w:val="28"/>
                <w:lang w:val="kk-KZ" w:eastAsia="ru-RU"/>
              </w:rPr>
              <w:t>-</w:t>
            </w:r>
          </w:p>
        </w:tc>
        <w:tc>
          <w:tcPr>
            <w:tcW w:w="709" w:type="dxa"/>
            <w:tcBorders>
              <w:top w:val="single" w:sz="4" w:space="0" w:color="000000"/>
              <w:left w:val="single" w:sz="4" w:space="0" w:color="000000"/>
              <w:bottom w:val="single" w:sz="4" w:space="0" w:color="000000"/>
              <w:right w:val="single" w:sz="8" w:space="0" w:color="000000"/>
            </w:tcBorders>
            <w:shd w:val="clear" w:color="auto" w:fill="auto"/>
            <w:tcMar>
              <w:top w:w="13" w:type="dxa"/>
              <w:left w:w="13" w:type="dxa"/>
              <w:bottom w:w="0" w:type="dxa"/>
              <w:right w:w="13" w:type="dxa"/>
            </w:tcMar>
            <w:vAlign w:val="bottom"/>
          </w:tcPr>
          <w:p w14:paraId="3D96C2BB" w14:textId="57C6A711" w:rsidR="00FC2E02" w:rsidRPr="004106A7" w:rsidRDefault="00FC2E02" w:rsidP="00FC2E02">
            <w:pPr>
              <w:spacing w:line="275" w:lineRule="atLeast"/>
              <w:jc w:val="center"/>
              <w:textAlignment w:val="bottom"/>
              <w:rPr>
                <w:sz w:val="28"/>
                <w:szCs w:val="28"/>
                <w:lang w:val="kk-KZ" w:eastAsia="ru-RU"/>
              </w:rPr>
            </w:pPr>
            <w:r w:rsidRPr="004106A7">
              <w:rPr>
                <w:sz w:val="28"/>
                <w:szCs w:val="28"/>
                <w:lang w:val="kk-KZ" w:eastAsia="ru-RU"/>
              </w:rPr>
              <w:t>100</w:t>
            </w:r>
          </w:p>
        </w:tc>
        <w:tc>
          <w:tcPr>
            <w:tcW w:w="850" w:type="dxa"/>
            <w:tcBorders>
              <w:top w:val="single" w:sz="4" w:space="0" w:color="000000"/>
              <w:left w:val="single" w:sz="8" w:space="0" w:color="000000"/>
              <w:bottom w:val="single" w:sz="4" w:space="0" w:color="000000"/>
              <w:right w:val="single" w:sz="8" w:space="0" w:color="000000"/>
            </w:tcBorders>
            <w:shd w:val="clear" w:color="auto" w:fill="auto"/>
            <w:tcMar>
              <w:top w:w="13" w:type="dxa"/>
              <w:left w:w="13" w:type="dxa"/>
              <w:bottom w:w="0" w:type="dxa"/>
              <w:right w:w="13" w:type="dxa"/>
            </w:tcMar>
            <w:vAlign w:val="bottom"/>
            <w:hideMark/>
          </w:tcPr>
          <w:p w14:paraId="5BB9507B" w14:textId="26A77C3D" w:rsidR="00FC2E02" w:rsidRPr="004106A7" w:rsidRDefault="00FC2E02" w:rsidP="00FC2E02">
            <w:pPr>
              <w:spacing w:line="275" w:lineRule="atLeast"/>
              <w:jc w:val="center"/>
              <w:textAlignment w:val="bottom"/>
              <w:rPr>
                <w:sz w:val="28"/>
                <w:szCs w:val="28"/>
                <w:lang w:eastAsia="ru-RU"/>
              </w:rPr>
            </w:pPr>
            <w:r w:rsidRPr="004106A7">
              <w:rPr>
                <w:rFonts w:eastAsia="Microsoft YaHei"/>
                <w:b/>
                <w:bCs/>
                <w:color w:val="000000"/>
                <w:kern w:val="24"/>
                <w:sz w:val="28"/>
                <w:szCs w:val="28"/>
                <w:lang w:val="kk-KZ" w:eastAsia="ru-RU"/>
              </w:rPr>
              <w:t>50</w:t>
            </w:r>
            <w:r w:rsidRPr="004106A7">
              <w:rPr>
                <w:rFonts w:eastAsia="Microsoft YaHei"/>
                <w:b/>
                <w:bCs/>
                <w:color w:val="000000"/>
                <w:kern w:val="24"/>
                <w:sz w:val="28"/>
                <w:szCs w:val="28"/>
                <w:lang w:eastAsia="ru-RU"/>
              </w:rPr>
              <w:t> </w:t>
            </w:r>
          </w:p>
        </w:tc>
      </w:tr>
      <w:tr w:rsidR="00FC2E02" w:rsidRPr="004106A7" w14:paraId="72028EEF" w14:textId="77777777" w:rsidTr="004106A7">
        <w:trPr>
          <w:trHeight w:val="275"/>
        </w:trPr>
        <w:tc>
          <w:tcPr>
            <w:tcW w:w="1444"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hideMark/>
          </w:tcPr>
          <w:p w14:paraId="1C29D367" w14:textId="078598AF" w:rsidR="00FC2E02" w:rsidRPr="004106A7" w:rsidRDefault="00FC2E02" w:rsidP="00FC2E02">
            <w:pPr>
              <w:spacing w:line="275" w:lineRule="atLeast"/>
              <w:textAlignment w:val="bottom"/>
              <w:rPr>
                <w:sz w:val="28"/>
                <w:szCs w:val="28"/>
                <w:lang w:val="kk-KZ" w:eastAsia="ru-RU"/>
              </w:rPr>
            </w:pPr>
            <w:r w:rsidRPr="004106A7">
              <w:rPr>
                <w:rFonts w:eastAsia="Microsoft YaHei"/>
                <w:color w:val="000000"/>
                <w:kern w:val="24"/>
                <w:sz w:val="28"/>
                <w:szCs w:val="28"/>
                <w:lang w:val="kk-KZ" w:eastAsia="ru-RU"/>
              </w:rPr>
              <w:t xml:space="preserve">Биология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0B9FD177" w14:textId="0D659B9C" w:rsidR="00FC2E02" w:rsidRPr="004106A7" w:rsidRDefault="00FC2E02" w:rsidP="00FC2E02">
            <w:pPr>
              <w:spacing w:line="275" w:lineRule="atLeast"/>
              <w:jc w:val="center"/>
              <w:textAlignment w:val="bottom"/>
              <w:rPr>
                <w:sz w:val="28"/>
                <w:szCs w:val="28"/>
                <w:lang w:val="kk-KZ" w:eastAsia="ru-RU"/>
              </w:rPr>
            </w:pPr>
            <w:r w:rsidRPr="004106A7">
              <w:rPr>
                <w:sz w:val="28"/>
                <w:szCs w:val="28"/>
                <w:lang w:val="kk-KZ" w:eastAsia="ru-RU"/>
              </w:rPr>
              <w:t>13</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0D337ACE" w14:textId="2A16E4CA" w:rsidR="00FC2E02" w:rsidRPr="004106A7" w:rsidRDefault="00FC2E02" w:rsidP="00FC2E02">
            <w:pPr>
              <w:spacing w:line="275" w:lineRule="atLeast"/>
              <w:jc w:val="center"/>
              <w:textAlignment w:val="bottom"/>
              <w:rPr>
                <w:sz w:val="28"/>
                <w:szCs w:val="28"/>
                <w:lang w:val="kk-KZ" w:eastAsia="ru-RU"/>
              </w:rPr>
            </w:pPr>
            <w:r w:rsidRPr="004106A7">
              <w:rPr>
                <w:sz w:val="28"/>
                <w:szCs w:val="28"/>
                <w:lang w:val="kk-KZ"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0AFAE9A3" w14:textId="1C9C323E" w:rsidR="00FC2E02" w:rsidRPr="004106A7" w:rsidRDefault="00FC2E02" w:rsidP="00FC2E02">
            <w:pPr>
              <w:spacing w:line="275" w:lineRule="atLeast"/>
              <w:jc w:val="center"/>
              <w:textAlignment w:val="bottom"/>
              <w:rPr>
                <w:sz w:val="28"/>
                <w:szCs w:val="28"/>
                <w:lang w:val="kk-KZ" w:eastAsia="ru-RU"/>
              </w:rPr>
            </w:pPr>
            <w:r w:rsidRPr="004106A7">
              <w:rPr>
                <w:sz w:val="28"/>
                <w:szCs w:val="28"/>
                <w:lang w:val="kk-KZ" w:eastAsia="ru-RU"/>
              </w:rPr>
              <w:t>5</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56E1B98D" w14:textId="7F8869F8" w:rsidR="00FC2E02" w:rsidRPr="004106A7" w:rsidRDefault="00FC2E02" w:rsidP="00FC2E02">
            <w:pPr>
              <w:spacing w:line="275" w:lineRule="atLeast"/>
              <w:jc w:val="center"/>
              <w:textAlignment w:val="bottom"/>
              <w:rPr>
                <w:sz w:val="28"/>
                <w:szCs w:val="28"/>
                <w:lang w:val="kk-KZ" w:eastAsia="ru-RU"/>
              </w:rPr>
            </w:pPr>
            <w:r w:rsidRPr="004106A7">
              <w:rPr>
                <w:sz w:val="28"/>
                <w:szCs w:val="28"/>
                <w:lang w:val="kk-KZ" w:eastAsia="ru-RU"/>
              </w:rPr>
              <w:t>8</w:t>
            </w: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2C983DED" w14:textId="19708A01" w:rsidR="00FC2E02" w:rsidRPr="004106A7" w:rsidRDefault="00FC2E02" w:rsidP="00FC2E02">
            <w:pPr>
              <w:spacing w:line="275" w:lineRule="atLeast"/>
              <w:jc w:val="center"/>
              <w:textAlignment w:val="bottom"/>
              <w:rPr>
                <w:sz w:val="28"/>
                <w:szCs w:val="28"/>
                <w:lang w:val="kk-KZ" w:eastAsia="ru-RU"/>
              </w:rPr>
            </w:pPr>
            <w:r w:rsidRPr="004106A7">
              <w:rPr>
                <w:sz w:val="28"/>
                <w:szCs w:val="28"/>
                <w:lang w:val="kk-KZ" w:eastAsia="ru-RU"/>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678C6F8F" w14:textId="4C6ECE7C" w:rsidR="00FC2E02" w:rsidRPr="004106A7" w:rsidRDefault="00FC2E02" w:rsidP="00FC2E02">
            <w:pPr>
              <w:spacing w:line="275" w:lineRule="atLeast"/>
              <w:jc w:val="center"/>
              <w:textAlignment w:val="bottom"/>
              <w:rPr>
                <w:sz w:val="28"/>
                <w:szCs w:val="28"/>
                <w:lang w:val="kk-KZ" w:eastAsia="ru-RU"/>
              </w:rPr>
            </w:pPr>
            <w:r w:rsidRPr="004106A7">
              <w:rPr>
                <w:sz w:val="28"/>
                <w:szCs w:val="28"/>
                <w:lang w:val="kk-KZ" w:eastAsia="ru-RU"/>
              </w:rPr>
              <w:t>-</w:t>
            </w:r>
          </w:p>
        </w:tc>
        <w:tc>
          <w:tcPr>
            <w:tcW w:w="567" w:type="dxa"/>
            <w:tcBorders>
              <w:top w:val="single" w:sz="4" w:space="0" w:color="000000"/>
              <w:left w:val="single" w:sz="4" w:space="0" w:color="000000"/>
              <w:bottom w:val="single" w:sz="4" w:space="0" w:color="000000"/>
              <w:right w:val="single" w:sz="8" w:space="0" w:color="000000"/>
            </w:tcBorders>
            <w:shd w:val="clear" w:color="auto" w:fill="auto"/>
            <w:tcMar>
              <w:top w:w="13" w:type="dxa"/>
              <w:left w:w="13" w:type="dxa"/>
              <w:bottom w:w="0" w:type="dxa"/>
              <w:right w:w="13" w:type="dxa"/>
            </w:tcMar>
            <w:vAlign w:val="bottom"/>
            <w:hideMark/>
          </w:tcPr>
          <w:p w14:paraId="11A09F36" w14:textId="77777777" w:rsidR="00FC2E02" w:rsidRPr="004106A7" w:rsidRDefault="00FC2E02" w:rsidP="00FC2E02">
            <w:pPr>
              <w:spacing w:line="275" w:lineRule="atLeast"/>
              <w:jc w:val="center"/>
              <w:textAlignment w:val="bottom"/>
              <w:rPr>
                <w:sz w:val="28"/>
                <w:szCs w:val="28"/>
                <w:lang w:eastAsia="ru-RU"/>
              </w:rPr>
            </w:pPr>
            <w:r w:rsidRPr="004106A7">
              <w:rPr>
                <w:rFonts w:eastAsia="Microsoft YaHei"/>
                <w:color w:val="000000"/>
                <w:kern w:val="24"/>
                <w:sz w:val="28"/>
                <w:szCs w:val="28"/>
                <w:lang w:eastAsia="ru-RU"/>
              </w:rPr>
              <w:t>100</w:t>
            </w:r>
          </w:p>
        </w:tc>
        <w:tc>
          <w:tcPr>
            <w:tcW w:w="825" w:type="dxa"/>
            <w:tcBorders>
              <w:top w:val="single" w:sz="4" w:space="0" w:color="000000"/>
              <w:left w:val="single" w:sz="8" w:space="0" w:color="000000"/>
              <w:bottom w:val="single" w:sz="4" w:space="0" w:color="000000"/>
              <w:right w:val="single" w:sz="8" w:space="0" w:color="000000"/>
            </w:tcBorders>
            <w:shd w:val="clear" w:color="auto" w:fill="auto"/>
            <w:tcMar>
              <w:top w:w="13" w:type="dxa"/>
              <w:left w:w="13" w:type="dxa"/>
              <w:bottom w:w="0" w:type="dxa"/>
              <w:right w:w="13" w:type="dxa"/>
            </w:tcMar>
            <w:vAlign w:val="bottom"/>
            <w:hideMark/>
          </w:tcPr>
          <w:p w14:paraId="5A08A16C" w14:textId="23E978DE" w:rsidR="00FC2E02" w:rsidRPr="004106A7" w:rsidRDefault="00FC2E02" w:rsidP="00FC2E02">
            <w:pPr>
              <w:spacing w:line="275" w:lineRule="atLeast"/>
              <w:jc w:val="center"/>
              <w:textAlignment w:val="bottom"/>
              <w:rPr>
                <w:sz w:val="28"/>
                <w:szCs w:val="28"/>
                <w:lang w:eastAsia="ru-RU"/>
              </w:rPr>
            </w:pPr>
            <w:r w:rsidRPr="004106A7">
              <w:rPr>
                <w:rFonts w:eastAsia="Microsoft YaHei"/>
                <w:b/>
                <w:bCs/>
                <w:color w:val="000000"/>
                <w:kern w:val="24"/>
                <w:sz w:val="28"/>
                <w:szCs w:val="28"/>
                <w:lang w:eastAsia="ru-RU"/>
              </w:rPr>
              <w:t>38,46</w:t>
            </w:r>
          </w:p>
        </w:tc>
        <w:tc>
          <w:tcPr>
            <w:tcW w:w="708" w:type="dxa"/>
            <w:tcBorders>
              <w:top w:val="single" w:sz="4" w:space="0" w:color="000000"/>
              <w:left w:val="single" w:sz="8"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18259F07" w14:textId="28532EF6" w:rsidR="00FC2E02" w:rsidRPr="004106A7" w:rsidRDefault="00FC2E02" w:rsidP="00FC2E02">
            <w:pPr>
              <w:spacing w:line="275" w:lineRule="atLeast"/>
              <w:jc w:val="center"/>
              <w:textAlignment w:val="bottom"/>
              <w:rPr>
                <w:sz w:val="28"/>
                <w:szCs w:val="28"/>
                <w:lang w:val="kk-KZ" w:eastAsia="ru-RU"/>
              </w:rPr>
            </w:pPr>
            <w:r w:rsidRPr="004106A7">
              <w:rPr>
                <w:sz w:val="28"/>
                <w:szCs w:val="28"/>
                <w:lang w:val="kk-KZ" w:eastAsia="ru-RU"/>
              </w:rPr>
              <w:t>5</w:t>
            </w: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76528D81" w14:textId="117A95D4" w:rsidR="00FC2E02" w:rsidRPr="004106A7" w:rsidRDefault="00FC2E02" w:rsidP="00FC2E02">
            <w:pPr>
              <w:spacing w:line="275" w:lineRule="atLeast"/>
              <w:jc w:val="center"/>
              <w:textAlignment w:val="bottom"/>
              <w:rPr>
                <w:sz w:val="28"/>
                <w:szCs w:val="28"/>
                <w:lang w:val="kk-KZ" w:eastAsia="ru-RU"/>
              </w:rPr>
            </w:pPr>
            <w:r w:rsidRPr="004106A7">
              <w:rPr>
                <w:sz w:val="28"/>
                <w:szCs w:val="28"/>
                <w:lang w:val="kk-KZ" w:eastAsia="ru-RU"/>
              </w:rPr>
              <w:t>2</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580B9662" w14:textId="55971CCA" w:rsidR="00FC2E02" w:rsidRPr="004106A7" w:rsidRDefault="00FC2E02" w:rsidP="00FC2E02">
            <w:pPr>
              <w:spacing w:line="275" w:lineRule="atLeast"/>
              <w:jc w:val="center"/>
              <w:textAlignment w:val="bottom"/>
              <w:rPr>
                <w:sz w:val="28"/>
                <w:szCs w:val="28"/>
                <w:lang w:val="kk-KZ" w:eastAsia="ru-RU"/>
              </w:rPr>
            </w:pPr>
            <w:r w:rsidRPr="004106A7">
              <w:rPr>
                <w:sz w:val="28"/>
                <w:szCs w:val="28"/>
                <w:lang w:val="kk-KZ" w:eastAsia="ru-RU"/>
              </w:rPr>
              <w:t>3</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4F9505A4" w14:textId="3FC2DF86" w:rsidR="00FC2E02" w:rsidRPr="004106A7" w:rsidRDefault="00FC2E02" w:rsidP="00FC2E02">
            <w:pPr>
              <w:spacing w:line="275" w:lineRule="atLeast"/>
              <w:jc w:val="center"/>
              <w:textAlignment w:val="bottom"/>
              <w:rPr>
                <w:sz w:val="28"/>
                <w:szCs w:val="28"/>
                <w:lang w:val="kk-KZ" w:eastAsia="ru-RU"/>
              </w:rPr>
            </w:pPr>
            <w:r w:rsidRPr="004106A7">
              <w:rPr>
                <w:sz w:val="28"/>
                <w:szCs w:val="28"/>
                <w:lang w:val="kk-KZ" w:eastAsia="ru-RU"/>
              </w:rPr>
              <w:t>-</w:t>
            </w: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23064ED4" w14:textId="484C7E1A" w:rsidR="00FC2E02" w:rsidRPr="004106A7" w:rsidRDefault="00FC2E02" w:rsidP="00FC2E02">
            <w:pPr>
              <w:spacing w:line="275" w:lineRule="atLeast"/>
              <w:jc w:val="center"/>
              <w:textAlignment w:val="bottom"/>
              <w:rPr>
                <w:sz w:val="28"/>
                <w:szCs w:val="28"/>
                <w:lang w:val="kk-KZ" w:eastAsia="ru-RU"/>
              </w:rPr>
            </w:pPr>
            <w:r w:rsidRPr="004106A7">
              <w:rPr>
                <w:sz w:val="28"/>
                <w:szCs w:val="28"/>
                <w:lang w:val="kk-KZ" w:eastAsia="ru-RU"/>
              </w:rPr>
              <w:t>-</w:t>
            </w: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440AE438" w14:textId="3C66BD87" w:rsidR="00FC2E02" w:rsidRPr="004106A7" w:rsidRDefault="00FC2E02" w:rsidP="00FC2E02">
            <w:pPr>
              <w:spacing w:line="275" w:lineRule="atLeast"/>
              <w:jc w:val="center"/>
              <w:textAlignment w:val="bottom"/>
              <w:rPr>
                <w:sz w:val="28"/>
                <w:szCs w:val="28"/>
                <w:lang w:val="kk-KZ" w:eastAsia="ru-RU"/>
              </w:rPr>
            </w:pPr>
            <w:r w:rsidRPr="004106A7">
              <w:rPr>
                <w:sz w:val="28"/>
                <w:szCs w:val="28"/>
                <w:lang w:val="kk-KZ" w:eastAsia="ru-RU"/>
              </w:rPr>
              <w:t>-</w:t>
            </w:r>
          </w:p>
        </w:tc>
        <w:tc>
          <w:tcPr>
            <w:tcW w:w="709" w:type="dxa"/>
            <w:tcBorders>
              <w:top w:val="single" w:sz="4" w:space="0" w:color="000000"/>
              <w:left w:val="single" w:sz="4" w:space="0" w:color="000000"/>
              <w:bottom w:val="single" w:sz="4" w:space="0" w:color="000000"/>
              <w:right w:val="single" w:sz="8" w:space="0" w:color="000000"/>
            </w:tcBorders>
            <w:shd w:val="clear" w:color="auto" w:fill="auto"/>
            <w:tcMar>
              <w:top w:w="13" w:type="dxa"/>
              <w:left w:w="13" w:type="dxa"/>
              <w:bottom w:w="0" w:type="dxa"/>
              <w:right w:w="13" w:type="dxa"/>
            </w:tcMar>
            <w:vAlign w:val="bottom"/>
          </w:tcPr>
          <w:p w14:paraId="70E223F0" w14:textId="68E75584" w:rsidR="00FC2E02" w:rsidRPr="004106A7" w:rsidRDefault="00FC2E02" w:rsidP="00FC2E02">
            <w:pPr>
              <w:spacing w:line="275" w:lineRule="atLeast"/>
              <w:jc w:val="center"/>
              <w:textAlignment w:val="bottom"/>
              <w:rPr>
                <w:sz w:val="28"/>
                <w:szCs w:val="28"/>
                <w:lang w:val="kk-KZ" w:eastAsia="ru-RU"/>
              </w:rPr>
            </w:pPr>
            <w:r w:rsidRPr="004106A7">
              <w:rPr>
                <w:sz w:val="28"/>
                <w:szCs w:val="28"/>
                <w:lang w:val="kk-KZ" w:eastAsia="ru-RU"/>
              </w:rPr>
              <w:t>100</w:t>
            </w:r>
          </w:p>
        </w:tc>
        <w:tc>
          <w:tcPr>
            <w:tcW w:w="850" w:type="dxa"/>
            <w:tcBorders>
              <w:top w:val="single" w:sz="4" w:space="0" w:color="000000"/>
              <w:left w:val="single" w:sz="8" w:space="0" w:color="000000"/>
              <w:bottom w:val="single" w:sz="4" w:space="0" w:color="000000"/>
              <w:right w:val="single" w:sz="8" w:space="0" w:color="000000"/>
            </w:tcBorders>
            <w:shd w:val="clear" w:color="auto" w:fill="auto"/>
            <w:tcMar>
              <w:top w:w="13" w:type="dxa"/>
              <w:left w:w="13" w:type="dxa"/>
              <w:bottom w:w="0" w:type="dxa"/>
              <w:right w:w="13" w:type="dxa"/>
            </w:tcMar>
            <w:vAlign w:val="bottom"/>
            <w:hideMark/>
          </w:tcPr>
          <w:p w14:paraId="2E89A819" w14:textId="77777777" w:rsidR="00FC2E02" w:rsidRPr="004106A7" w:rsidRDefault="00FC2E02" w:rsidP="00FC2E02">
            <w:pPr>
              <w:spacing w:line="275" w:lineRule="atLeast"/>
              <w:jc w:val="center"/>
              <w:textAlignment w:val="bottom"/>
              <w:rPr>
                <w:sz w:val="28"/>
                <w:szCs w:val="28"/>
                <w:lang w:eastAsia="ru-RU"/>
              </w:rPr>
            </w:pPr>
            <w:r w:rsidRPr="004106A7">
              <w:rPr>
                <w:rFonts w:eastAsia="Microsoft YaHei"/>
                <w:b/>
                <w:bCs/>
                <w:color w:val="000000"/>
                <w:kern w:val="24"/>
                <w:sz w:val="28"/>
                <w:szCs w:val="28"/>
                <w:lang w:eastAsia="ru-RU"/>
              </w:rPr>
              <w:t>100</w:t>
            </w:r>
          </w:p>
        </w:tc>
      </w:tr>
      <w:tr w:rsidR="00FC2E02" w:rsidRPr="004106A7" w14:paraId="12A858D6" w14:textId="77777777" w:rsidTr="004106A7">
        <w:trPr>
          <w:trHeight w:val="275"/>
        </w:trPr>
        <w:tc>
          <w:tcPr>
            <w:tcW w:w="1444"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hideMark/>
          </w:tcPr>
          <w:p w14:paraId="14C3DC90" w14:textId="77777777" w:rsidR="00FC2E02" w:rsidRPr="004106A7" w:rsidRDefault="00FC2E02" w:rsidP="00FC2E02">
            <w:pPr>
              <w:spacing w:line="275" w:lineRule="atLeast"/>
              <w:textAlignment w:val="bottom"/>
              <w:rPr>
                <w:sz w:val="28"/>
                <w:szCs w:val="28"/>
                <w:lang w:eastAsia="ru-RU"/>
              </w:rPr>
            </w:pPr>
            <w:r w:rsidRPr="004106A7">
              <w:rPr>
                <w:rFonts w:eastAsia="Microsoft YaHei"/>
                <w:color w:val="000000"/>
                <w:kern w:val="24"/>
                <w:sz w:val="28"/>
                <w:szCs w:val="28"/>
                <w:lang w:eastAsia="ru-RU"/>
              </w:rPr>
              <w:t>География</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38F14F4A" w14:textId="77E4F1DE" w:rsidR="00FC2E02" w:rsidRPr="004106A7" w:rsidRDefault="00FC2E02" w:rsidP="00FC2E02">
            <w:pPr>
              <w:spacing w:line="275" w:lineRule="atLeast"/>
              <w:jc w:val="center"/>
              <w:textAlignment w:val="bottom"/>
              <w:rPr>
                <w:sz w:val="28"/>
                <w:szCs w:val="28"/>
                <w:lang w:val="kk-KZ" w:eastAsia="ru-RU"/>
              </w:rPr>
            </w:pPr>
            <w:r w:rsidRPr="004106A7">
              <w:rPr>
                <w:sz w:val="28"/>
                <w:szCs w:val="28"/>
                <w:lang w:val="kk-KZ" w:eastAsia="ru-RU"/>
              </w:rPr>
              <w:t>12</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1C7B8E98" w14:textId="18E52532" w:rsidR="00FC2E02" w:rsidRPr="004106A7" w:rsidRDefault="00FC2E02" w:rsidP="00FC2E02">
            <w:pPr>
              <w:spacing w:line="275" w:lineRule="atLeast"/>
              <w:jc w:val="center"/>
              <w:textAlignment w:val="bottom"/>
              <w:rPr>
                <w:sz w:val="28"/>
                <w:szCs w:val="28"/>
                <w:lang w:val="kk-KZ" w:eastAsia="ru-RU"/>
              </w:rPr>
            </w:pPr>
            <w:r w:rsidRPr="004106A7">
              <w:rPr>
                <w:sz w:val="28"/>
                <w:szCs w:val="28"/>
                <w:lang w:val="kk-KZ" w:eastAsia="ru-RU"/>
              </w:rPr>
              <w:t>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4B1A2659" w14:textId="664025E5" w:rsidR="00FC2E02" w:rsidRPr="004106A7" w:rsidRDefault="00FC2E02" w:rsidP="00FC2E02">
            <w:pPr>
              <w:spacing w:line="275" w:lineRule="atLeast"/>
              <w:jc w:val="center"/>
              <w:textAlignment w:val="bottom"/>
              <w:rPr>
                <w:sz w:val="28"/>
                <w:szCs w:val="28"/>
                <w:lang w:val="kk-KZ" w:eastAsia="ru-RU"/>
              </w:rPr>
            </w:pPr>
            <w:r w:rsidRPr="004106A7">
              <w:rPr>
                <w:sz w:val="28"/>
                <w:szCs w:val="28"/>
                <w:lang w:val="kk-KZ" w:eastAsia="ru-RU"/>
              </w:rPr>
              <w:t>8</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453E08F6" w14:textId="77232CE3" w:rsidR="00FC2E02" w:rsidRPr="004106A7" w:rsidRDefault="00FC2E02" w:rsidP="00FC2E02">
            <w:pPr>
              <w:spacing w:line="275" w:lineRule="atLeast"/>
              <w:jc w:val="center"/>
              <w:textAlignment w:val="bottom"/>
              <w:rPr>
                <w:sz w:val="28"/>
                <w:szCs w:val="28"/>
                <w:lang w:val="kk-KZ" w:eastAsia="ru-RU"/>
              </w:rPr>
            </w:pPr>
            <w:r w:rsidRPr="004106A7">
              <w:rPr>
                <w:sz w:val="28"/>
                <w:szCs w:val="28"/>
                <w:lang w:val="kk-KZ" w:eastAsia="ru-RU"/>
              </w:rPr>
              <w:t>4</w:t>
            </w: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77EA9D08" w14:textId="06AA63C2" w:rsidR="00FC2E02" w:rsidRPr="004106A7" w:rsidRDefault="00FC2E02" w:rsidP="00FC2E02">
            <w:pPr>
              <w:spacing w:line="275" w:lineRule="atLeast"/>
              <w:jc w:val="center"/>
              <w:textAlignment w:val="bottom"/>
              <w:rPr>
                <w:sz w:val="28"/>
                <w:szCs w:val="28"/>
                <w:lang w:val="kk-KZ" w:eastAsia="ru-RU"/>
              </w:rPr>
            </w:pPr>
            <w:r w:rsidRPr="004106A7">
              <w:rPr>
                <w:sz w:val="28"/>
                <w:szCs w:val="28"/>
                <w:lang w:val="kk-KZ" w:eastAsia="ru-RU"/>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7E9729AC" w14:textId="50692BAA" w:rsidR="00FC2E02" w:rsidRPr="004106A7" w:rsidRDefault="00FC2E02" w:rsidP="00FC2E02">
            <w:pPr>
              <w:spacing w:line="275" w:lineRule="atLeast"/>
              <w:jc w:val="center"/>
              <w:textAlignment w:val="bottom"/>
              <w:rPr>
                <w:sz w:val="28"/>
                <w:szCs w:val="28"/>
                <w:lang w:val="kk-KZ" w:eastAsia="ru-RU"/>
              </w:rPr>
            </w:pPr>
            <w:r w:rsidRPr="004106A7">
              <w:rPr>
                <w:sz w:val="28"/>
                <w:szCs w:val="28"/>
                <w:lang w:val="kk-KZ" w:eastAsia="ru-RU"/>
              </w:rPr>
              <w:t>-</w:t>
            </w:r>
          </w:p>
        </w:tc>
        <w:tc>
          <w:tcPr>
            <w:tcW w:w="567" w:type="dxa"/>
            <w:tcBorders>
              <w:top w:val="single" w:sz="4" w:space="0" w:color="000000"/>
              <w:left w:val="single" w:sz="4" w:space="0" w:color="000000"/>
              <w:bottom w:val="single" w:sz="4" w:space="0" w:color="000000"/>
              <w:right w:val="single" w:sz="8" w:space="0" w:color="000000"/>
            </w:tcBorders>
            <w:shd w:val="clear" w:color="auto" w:fill="auto"/>
            <w:tcMar>
              <w:top w:w="13" w:type="dxa"/>
              <w:left w:w="13" w:type="dxa"/>
              <w:bottom w:w="0" w:type="dxa"/>
              <w:right w:w="13" w:type="dxa"/>
            </w:tcMar>
            <w:vAlign w:val="bottom"/>
            <w:hideMark/>
          </w:tcPr>
          <w:p w14:paraId="0826AFBD" w14:textId="77777777" w:rsidR="00FC2E02" w:rsidRPr="004106A7" w:rsidRDefault="00FC2E02" w:rsidP="00FC2E02">
            <w:pPr>
              <w:spacing w:line="275" w:lineRule="atLeast"/>
              <w:jc w:val="center"/>
              <w:textAlignment w:val="bottom"/>
              <w:rPr>
                <w:sz w:val="28"/>
                <w:szCs w:val="28"/>
                <w:lang w:eastAsia="ru-RU"/>
              </w:rPr>
            </w:pPr>
            <w:r w:rsidRPr="004106A7">
              <w:rPr>
                <w:rFonts w:eastAsia="Microsoft YaHei"/>
                <w:color w:val="000000"/>
                <w:kern w:val="24"/>
                <w:sz w:val="28"/>
                <w:szCs w:val="28"/>
                <w:lang w:eastAsia="ru-RU"/>
              </w:rPr>
              <w:t>100</w:t>
            </w:r>
          </w:p>
        </w:tc>
        <w:tc>
          <w:tcPr>
            <w:tcW w:w="825" w:type="dxa"/>
            <w:tcBorders>
              <w:top w:val="single" w:sz="4" w:space="0" w:color="000000"/>
              <w:left w:val="single" w:sz="8" w:space="0" w:color="000000"/>
              <w:bottom w:val="single" w:sz="4" w:space="0" w:color="000000"/>
              <w:right w:val="single" w:sz="8" w:space="0" w:color="000000"/>
            </w:tcBorders>
            <w:shd w:val="clear" w:color="auto" w:fill="auto"/>
            <w:tcMar>
              <w:top w:w="13" w:type="dxa"/>
              <w:left w:w="13" w:type="dxa"/>
              <w:bottom w:w="0" w:type="dxa"/>
              <w:right w:w="13" w:type="dxa"/>
            </w:tcMar>
            <w:vAlign w:val="bottom"/>
            <w:hideMark/>
          </w:tcPr>
          <w:p w14:paraId="4F3089B3" w14:textId="09835075" w:rsidR="00FC2E02" w:rsidRPr="004106A7" w:rsidRDefault="00FC2E02" w:rsidP="00FC2E02">
            <w:pPr>
              <w:spacing w:line="275" w:lineRule="atLeast"/>
              <w:jc w:val="center"/>
              <w:textAlignment w:val="bottom"/>
              <w:rPr>
                <w:sz w:val="28"/>
                <w:szCs w:val="28"/>
                <w:lang w:eastAsia="ru-RU"/>
              </w:rPr>
            </w:pPr>
            <w:r w:rsidRPr="004106A7">
              <w:rPr>
                <w:rFonts w:eastAsia="Microsoft YaHei"/>
                <w:b/>
                <w:bCs/>
                <w:color w:val="000000"/>
                <w:kern w:val="24"/>
                <w:sz w:val="28"/>
                <w:szCs w:val="28"/>
                <w:lang w:eastAsia="ru-RU"/>
              </w:rPr>
              <w:t>66,67</w:t>
            </w:r>
          </w:p>
        </w:tc>
        <w:tc>
          <w:tcPr>
            <w:tcW w:w="708" w:type="dxa"/>
            <w:tcBorders>
              <w:top w:val="single" w:sz="4" w:space="0" w:color="000000"/>
              <w:left w:val="single" w:sz="8"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141F8008" w14:textId="0AFCE6C5" w:rsidR="00FC2E02" w:rsidRPr="004106A7" w:rsidRDefault="00FC2E02" w:rsidP="00FC2E02">
            <w:pPr>
              <w:spacing w:line="275" w:lineRule="atLeast"/>
              <w:jc w:val="center"/>
              <w:textAlignment w:val="bottom"/>
              <w:rPr>
                <w:sz w:val="28"/>
                <w:szCs w:val="28"/>
                <w:lang w:val="kk-KZ" w:eastAsia="ru-RU"/>
              </w:rPr>
            </w:pPr>
            <w:r w:rsidRPr="004106A7">
              <w:rPr>
                <w:sz w:val="28"/>
                <w:szCs w:val="28"/>
                <w:lang w:val="kk-KZ" w:eastAsia="ru-RU"/>
              </w:rPr>
              <w:t>36</w:t>
            </w: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177F6AE1" w14:textId="356C485C" w:rsidR="00FC2E02" w:rsidRPr="004106A7" w:rsidRDefault="00FC2E02" w:rsidP="00FC2E02">
            <w:pPr>
              <w:spacing w:line="275" w:lineRule="atLeast"/>
              <w:jc w:val="center"/>
              <w:textAlignment w:val="bottom"/>
              <w:rPr>
                <w:sz w:val="28"/>
                <w:szCs w:val="28"/>
                <w:lang w:val="kk-KZ" w:eastAsia="ru-RU"/>
              </w:rPr>
            </w:pPr>
            <w:r w:rsidRPr="004106A7">
              <w:rPr>
                <w:sz w:val="28"/>
                <w:szCs w:val="28"/>
                <w:lang w:val="kk-KZ" w:eastAsia="ru-RU"/>
              </w:rPr>
              <w:t>4</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0E340784" w14:textId="3591D02D" w:rsidR="00FC2E02" w:rsidRPr="004106A7" w:rsidRDefault="00FC2E02" w:rsidP="00FC2E02">
            <w:pPr>
              <w:spacing w:line="275" w:lineRule="atLeast"/>
              <w:jc w:val="center"/>
              <w:textAlignment w:val="bottom"/>
              <w:rPr>
                <w:sz w:val="28"/>
                <w:szCs w:val="28"/>
                <w:lang w:val="kk-KZ" w:eastAsia="ru-RU"/>
              </w:rPr>
            </w:pPr>
            <w:r w:rsidRPr="004106A7">
              <w:rPr>
                <w:sz w:val="28"/>
                <w:szCs w:val="28"/>
                <w:lang w:val="kk-KZ" w:eastAsia="ru-RU"/>
              </w:rPr>
              <w:t>26</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7D111B41" w14:textId="266C0A25" w:rsidR="00FC2E02" w:rsidRPr="004106A7" w:rsidRDefault="00FC2E02" w:rsidP="00FC2E02">
            <w:pPr>
              <w:spacing w:line="275" w:lineRule="atLeast"/>
              <w:jc w:val="center"/>
              <w:textAlignment w:val="bottom"/>
              <w:rPr>
                <w:sz w:val="28"/>
                <w:szCs w:val="28"/>
                <w:lang w:val="kk-KZ" w:eastAsia="ru-RU"/>
              </w:rPr>
            </w:pPr>
            <w:r w:rsidRPr="004106A7">
              <w:rPr>
                <w:sz w:val="28"/>
                <w:szCs w:val="28"/>
                <w:lang w:val="kk-KZ" w:eastAsia="ru-RU"/>
              </w:rPr>
              <w:t>6</w:t>
            </w: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144F97AF" w14:textId="7867C286" w:rsidR="00FC2E02" w:rsidRPr="004106A7" w:rsidRDefault="00FC2E02" w:rsidP="00FC2E02">
            <w:pPr>
              <w:spacing w:line="275" w:lineRule="atLeast"/>
              <w:jc w:val="center"/>
              <w:textAlignment w:val="bottom"/>
              <w:rPr>
                <w:sz w:val="28"/>
                <w:szCs w:val="28"/>
                <w:lang w:val="kk-KZ" w:eastAsia="ru-RU"/>
              </w:rPr>
            </w:pPr>
            <w:r w:rsidRPr="004106A7">
              <w:rPr>
                <w:sz w:val="28"/>
                <w:szCs w:val="28"/>
                <w:lang w:val="kk-KZ" w:eastAsia="ru-RU"/>
              </w:rPr>
              <w:t>-</w:t>
            </w: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4C7ACCD8" w14:textId="4352DB85" w:rsidR="00FC2E02" w:rsidRPr="004106A7" w:rsidRDefault="00FC2E02" w:rsidP="00FC2E02">
            <w:pPr>
              <w:spacing w:line="275" w:lineRule="atLeast"/>
              <w:jc w:val="center"/>
              <w:textAlignment w:val="bottom"/>
              <w:rPr>
                <w:sz w:val="28"/>
                <w:szCs w:val="28"/>
                <w:lang w:val="kk-KZ" w:eastAsia="ru-RU"/>
              </w:rPr>
            </w:pPr>
            <w:r w:rsidRPr="004106A7">
              <w:rPr>
                <w:sz w:val="28"/>
                <w:szCs w:val="28"/>
                <w:lang w:val="kk-KZ" w:eastAsia="ru-RU"/>
              </w:rPr>
              <w:t>-</w:t>
            </w:r>
          </w:p>
        </w:tc>
        <w:tc>
          <w:tcPr>
            <w:tcW w:w="709" w:type="dxa"/>
            <w:tcBorders>
              <w:top w:val="single" w:sz="4" w:space="0" w:color="000000"/>
              <w:left w:val="single" w:sz="4" w:space="0" w:color="000000"/>
              <w:bottom w:val="single" w:sz="4" w:space="0" w:color="000000"/>
              <w:right w:val="single" w:sz="8" w:space="0" w:color="000000"/>
            </w:tcBorders>
            <w:shd w:val="clear" w:color="auto" w:fill="auto"/>
            <w:tcMar>
              <w:top w:w="13" w:type="dxa"/>
              <w:left w:w="13" w:type="dxa"/>
              <w:bottom w:w="0" w:type="dxa"/>
              <w:right w:w="13" w:type="dxa"/>
            </w:tcMar>
            <w:vAlign w:val="bottom"/>
          </w:tcPr>
          <w:p w14:paraId="1E11641F" w14:textId="71FB9902" w:rsidR="00FC2E02" w:rsidRPr="004106A7" w:rsidRDefault="00FC2E02" w:rsidP="00FC2E02">
            <w:pPr>
              <w:spacing w:line="275" w:lineRule="atLeast"/>
              <w:jc w:val="center"/>
              <w:textAlignment w:val="bottom"/>
              <w:rPr>
                <w:sz w:val="28"/>
                <w:szCs w:val="28"/>
                <w:lang w:val="kk-KZ" w:eastAsia="ru-RU"/>
              </w:rPr>
            </w:pPr>
            <w:r w:rsidRPr="004106A7">
              <w:rPr>
                <w:sz w:val="28"/>
                <w:szCs w:val="28"/>
                <w:lang w:val="kk-KZ" w:eastAsia="ru-RU"/>
              </w:rPr>
              <w:t>100</w:t>
            </w:r>
          </w:p>
        </w:tc>
        <w:tc>
          <w:tcPr>
            <w:tcW w:w="850" w:type="dxa"/>
            <w:tcBorders>
              <w:top w:val="single" w:sz="4" w:space="0" w:color="000000"/>
              <w:left w:val="single" w:sz="8" w:space="0" w:color="000000"/>
              <w:bottom w:val="single" w:sz="4" w:space="0" w:color="000000"/>
              <w:right w:val="single" w:sz="8" w:space="0" w:color="000000"/>
            </w:tcBorders>
            <w:shd w:val="clear" w:color="auto" w:fill="auto"/>
            <w:tcMar>
              <w:top w:w="13" w:type="dxa"/>
              <w:left w:w="13" w:type="dxa"/>
              <w:bottom w:w="0" w:type="dxa"/>
              <w:right w:w="13" w:type="dxa"/>
            </w:tcMar>
            <w:vAlign w:val="bottom"/>
            <w:hideMark/>
          </w:tcPr>
          <w:p w14:paraId="1C3AB116" w14:textId="1ECBB0CA" w:rsidR="00FC2E02" w:rsidRPr="004106A7" w:rsidRDefault="00FC2E02" w:rsidP="00FC2E02">
            <w:pPr>
              <w:spacing w:line="275" w:lineRule="atLeast"/>
              <w:jc w:val="center"/>
              <w:textAlignment w:val="bottom"/>
              <w:rPr>
                <w:sz w:val="28"/>
                <w:szCs w:val="28"/>
                <w:lang w:eastAsia="ru-RU"/>
              </w:rPr>
            </w:pPr>
            <w:r w:rsidRPr="004106A7">
              <w:rPr>
                <w:rFonts w:eastAsia="Microsoft YaHei"/>
                <w:b/>
                <w:bCs/>
                <w:color w:val="000000"/>
                <w:kern w:val="24"/>
                <w:sz w:val="28"/>
                <w:szCs w:val="28"/>
                <w:lang w:eastAsia="ru-RU"/>
              </w:rPr>
              <w:t>83,3</w:t>
            </w:r>
          </w:p>
        </w:tc>
      </w:tr>
      <w:tr w:rsidR="00FC2E02" w:rsidRPr="004106A7" w14:paraId="570166B5" w14:textId="77777777" w:rsidTr="004106A7">
        <w:trPr>
          <w:trHeight w:val="275"/>
        </w:trPr>
        <w:tc>
          <w:tcPr>
            <w:tcW w:w="1444"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hideMark/>
          </w:tcPr>
          <w:p w14:paraId="35576F0E" w14:textId="76311607" w:rsidR="00FC2E02" w:rsidRPr="004106A7" w:rsidRDefault="00FC2E02" w:rsidP="00FC2E02">
            <w:pPr>
              <w:spacing w:line="275" w:lineRule="atLeast"/>
              <w:textAlignment w:val="bottom"/>
              <w:rPr>
                <w:sz w:val="28"/>
                <w:szCs w:val="28"/>
                <w:lang w:val="kk-KZ" w:eastAsia="ru-RU"/>
              </w:rPr>
            </w:pPr>
            <w:r w:rsidRPr="004106A7">
              <w:rPr>
                <w:sz w:val="28"/>
                <w:szCs w:val="28"/>
                <w:lang w:val="kk-KZ" w:eastAsia="ru-RU"/>
              </w:rPr>
              <w:t xml:space="preserve">Физика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764C2B66" w14:textId="6C05CB35" w:rsidR="00FC2E02" w:rsidRPr="004106A7" w:rsidRDefault="00FC2E02" w:rsidP="00FC2E02">
            <w:pPr>
              <w:spacing w:line="275" w:lineRule="atLeast"/>
              <w:jc w:val="center"/>
              <w:textAlignment w:val="bottom"/>
              <w:rPr>
                <w:sz w:val="28"/>
                <w:szCs w:val="28"/>
                <w:lang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6329D48D" w14:textId="0DCF7D47" w:rsidR="00FC2E02" w:rsidRPr="004106A7" w:rsidRDefault="00FC2E02" w:rsidP="00FC2E02">
            <w:pPr>
              <w:spacing w:line="275" w:lineRule="atLeast"/>
              <w:jc w:val="center"/>
              <w:textAlignment w:val="bottom"/>
              <w:rPr>
                <w:sz w:val="28"/>
                <w:szCs w:val="28"/>
                <w:lang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56CBFFA9" w14:textId="03B33A48" w:rsidR="00FC2E02" w:rsidRPr="004106A7" w:rsidRDefault="00FC2E02" w:rsidP="00FC2E02">
            <w:pPr>
              <w:spacing w:line="275" w:lineRule="atLeast"/>
              <w:jc w:val="center"/>
              <w:textAlignment w:val="bottom"/>
              <w:rPr>
                <w:sz w:val="28"/>
                <w:szCs w:val="28"/>
                <w:lang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6B1BD973" w14:textId="2CA2FC3B" w:rsidR="00FC2E02" w:rsidRPr="004106A7" w:rsidRDefault="00FC2E02" w:rsidP="00FC2E02">
            <w:pPr>
              <w:spacing w:line="275" w:lineRule="atLeast"/>
              <w:jc w:val="center"/>
              <w:textAlignment w:val="bottom"/>
              <w:rPr>
                <w:sz w:val="28"/>
                <w:szCs w:val="28"/>
                <w:lang w:eastAsia="ru-RU"/>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2671EF90" w14:textId="6D673D2E" w:rsidR="00FC2E02" w:rsidRPr="004106A7" w:rsidRDefault="00FC2E02" w:rsidP="00FC2E02">
            <w:pPr>
              <w:spacing w:line="275" w:lineRule="atLeast"/>
              <w:jc w:val="center"/>
              <w:textAlignment w:val="bottom"/>
              <w:rPr>
                <w:sz w:val="28"/>
                <w:szCs w:val="28"/>
                <w:lang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7C00389B" w14:textId="7879A2CB" w:rsidR="00FC2E02" w:rsidRPr="004106A7" w:rsidRDefault="00FC2E02" w:rsidP="00FC2E02">
            <w:pPr>
              <w:spacing w:line="275" w:lineRule="atLeast"/>
              <w:jc w:val="center"/>
              <w:textAlignment w:val="bottom"/>
              <w:rPr>
                <w:sz w:val="28"/>
                <w:szCs w:val="28"/>
                <w:lang w:eastAsia="ru-RU"/>
              </w:rPr>
            </w:pPr>
          </w:p>
        </w:tc>
        <w:tc>
          <w:tcPr>
            <w:tcW w:w="567" w:type="dxa"/>
            <w:tcBorders>
              <w:top w:val="single" w:sz="4" w:space="0" w:color="000000"/>
              <w:left w:val="single" w:sz="4" w:space="0" w:color="000000"/>
              <w:bottom w:val="single" w:sz="4" w:space="0" w:color="000000"/>
              <w:right w:val="single" w:sz="8" w:space="0" w:color="000000"/>
            </w:tcBorders>
            <w:shd w:val="clear" w:color="auto" w:fill="auto"/>
            <w:tcMar>
              <w:top w:w="13" w:type="dxa"/>
              <w:left w:w="13" w:type="dxa"/>
              <w:bottom w:w="0" w:type="dxa"/>
              <w:right w:w="13" w:type="dxa"/>
            </w:tcMar>
            <w:vAlign w:val="bottom"/>
            <w:hideMark/>
          </w:tcPr>
          <w:p w14:paraId="2F889596" w14:textId="77777777" w:rsidR="00FC2E02" w:rsidRPr="004106A7" w:rsidRDefault="00FC2E02" w:rsidP="00FC2E02">
            <w:pPr>
              <w:spacing w:line="275" w:lineRule="atLeast"/>
              <w:jc w:val="center"/>
              <w:textAlignment w:val="bottom"/>
              <w:rPr>
                <w:sz w:val="28"/>
                <w:szCs w:val="28"/>
                <w:lang w:eastAsia="ru-RU"/>
              </w:rPr>
            </w:pPr>
            <w:r w:rsidRPr="004106A7">
              <w:rPr>
                <w:rFonts w:eastAsia="Microsoft YaHei"/>
                <w:color w:val="000000"/>
                <w:kern w:val="24"/>
                <w:sz w:val="28"/>
                <w:szCs w:val="28"/>
                <w:lang w:eastAsia="ru-RU"/>
              </w:rPr>
              <w:t> </w:t>
            </w:r>
          </w:p>
        </w:tc>
        <w:tc>
          <w:tcPr>
            <w:tcW w:w="825" w:type="dxa"/>
            <w:tcBorders>
              <w:top w:val="single" w:sz="4" w:space="0" w:color="000000"/>
              <w:left w:val="single" w:sz="8" w:space="0" w:color="000000"/>
              <w:bottom w:val="single" w:sz="4" w:space="0" w:color="000000"/>
              <w:right w:val="single" w:sz="8" w:space="0" w:color="000000"/>
            </w:tcBorders>
            <w:shd w:val="clear" w:color="auto" w:fill="auto"/>
            <w:tcMar>
              <w:top w:w="13" w:type="dxa"/>
              <w:left w:w="13" w:type="dxa"/>
              <w:bottom w:w="0" w:type="dxa"/>
              <w:right w:w="13" w:type="dxa"/>
            </w:tcMar>
            <w:vAlign w:val="bottom"/>
            <w:hideMark/>
          </w:tcPr>
          <w:p w14:paraId="25DF57F6" w14:textId="77777777" w:rsidR="00FC2E02" w:rsidRPr="004106A7" w:rsidRDefault="00FC2E02" w:rsidP="00FC2E02">
            <w:pPr>
              <w:spacing w:line="275" w:lineRule="atLeast"/>
              <w:jc w:val="center"/>
              <w:textAlignment w:val="bottom"/>
              <w:rPr>
                <w:sz w:val="28"/>
                <w:szCs w:val="28"/>
                <w:lang w:eastAsia="ru-RU"/>
              </w:rPr>
            </w:pPr>
            <w:r w:rsidRPr="004106A7">
              <w:rPr>
                <w:rFonts w:eastAsia="Microsoft YaHei"/>
                <w:b/>
                <w:bCs/>
                <w:color w:val="000000"/>
                <w:kern w:val="24"/>
                <w:sz w:val="28"/>
                <w:szCs w:val="28"/>
                <w:lang w:eastAsia="ru-RU"/>
              </w:rPr>
              <w:t> </w:t>
            </w:r>
          </w:p>
        </w:tc>
        <w:tc>
          <w:tcPr>
            <w:tcW w:w="708" w:type="dxa"/>
            <w:tcBorders>
              <w:top w:val="single" w:sz="4" w:space="0" w:color="000000"/>
              <w:left w:val="single" w:sz="8"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043E4240" w14:textId="08DDB9CC" w:rsidR="00FC2E02" w:rsidRPr="004106A7" w:rsidRDefault="004106A7" w:rsidP="00FC2E02">
            <w:pPr>
              <w:spacing w:line="275" w:lineRule="atLeast"/>
              <w:jc w:val="center"/>
              <w:textAlignment w:val="bottom"/>
              <w:rPr>
                <w:sz w:val="28"/>
                <w:szCs w:val="28"/>
                <w:lang w:val="kk-KZ" w:eastAsia="ru-RU"/>
              </w:rPr>
            </w:pPr>
            <w:r w:rsidRPr="004106A7">
              <w:rPr>
                <w:sz w:val="28"/>
                <w:szCs w:val="28"/>
                <w:lang w:val="kk-KZ" w:eastAsia="ru-RU"/>
              </w:rPr>
              <w:t>5</w:t>
            </w: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63804878" w14:textId="09F04711" w:rsidR="00FC2E02" w:rsidRPr="004106A7" w:rsidRDefault="004106A7" w:rsidP="00FC2E02">
            <w:pPr>
              <w:spacing w:line="275" w:lineRule="atLeast"/>
              <w:jc w:val="center"/>
              <w:textAlignment w:val="bottom"/>
              <w:rPr>
                <w:sz w:val="28"/>
                <w:szCs w:val="28"/>
                <w:lang w:val="kk-KZ" w:eastAsia="ru-RU"/>
              </w:rPr>
            </w:pPr>
            <w:r w:rsidRPr="004106A7">
              <w:rPr>
                <w:sz w:val="28"/>
                <w:szCs w:val="28"/>
                <w:lang w:val="kk-KZ" w:eastAsia="ru-RU"/>
              </w:rPr>
              <w:t>3</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4B691EC7" w14:textId="39D9E6D4" w:rsidR="00FC2E02" w:rsidRPr="004106A7" w:rsidRDefault="004106A7" w:rsidP="00FC2E02">
            <w:pPr>
              <w:spacing w:line="275" w:lineRule="atLeast"/>
              <w:jc w:val="center"/>
              <w:textAlignment w:val="bottom"/>
              <w:rPr>
                <w:sz w:val="28"/>
                <w:szCs w:val="28"/>
                <w:lang w:val="kk-KZ" w:eastAsia="ru-RU"/>
              </w:rPr>
            </w:pPr>
            <w:r w:rsidRPr="004106A7">
              <w:rPr>
                <w:sz w:val="28"/>
                <w:szCs w:val="28"/>
                <w:lang w:val="kk-KZ" w:eastAsia="ru-RU"/>
              </w:rPr>
              <w:t>1</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1ACE8373" w14:textId="77CFBF2C" w:rsidR="00FC2E02" w:rsidRPr="004106A7" w:rsidRDefault="004106A7" w:rsidP="00FC2E02">
            <w:pPr>
              <w:spacing w:line="275" w:lineRule="atLeast"/>
              <w:jc w:val="center"/>
              <w:textAlignment w:val="bottom"/>
              <w:rPr>
                <w:sz w:val="28"/>
                <w:szCs w:val="28"/>
                <w:lang w:val="kk-KZ" w:eastAsia="ru-RU"/>
              </w:rPr>
            </w:pPr>
            <w:r w:rsidRPr="004106A7">
              <w:rPr>
                <w:sz w:val="28"/>
                <w:szCs w:val="28"/>
                <w:lang w:val="kk-KZ" w:eastAsia="ru-RU"/>
              </w:rPr>
              <w:t>1</w:t>
            </w: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7F958D5E" w14:textId="0C4342A9" w:rsidR="00FC2E02" w:rsidRPr="004106A7" w:rsidRDefault="004106A7" w:rsidP="00FC2E02">
            <w:pPr>
              <w:spacing w:line="275" w:lineRule="atLeast"/>
              <w:jc w:val="center"/>
              <w:textAlignment w:val="bottom"/>
              <w:rPr>
                <w:sz w:val="28"/>
                <w:szCs w:val="28"/>
                <w:lang w:val="kk-KZ" w:eastAsia="ru-RU"/>
              </w:rPr>
            </w:pPr>
            <w:r w:rsidRPr="004106A7">
              <w:rPr>
                <w:sz w:val="28"/>
                <w:szCs w:val="28"/>
                <w:lang w:val="kk-KZ" w:eastAsia="ru-RU"/>
              </w:rPr>
              <w:t>-</w:t>
            </w: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275D5100" w14:textId="505877F0" w:rsidR="00FC2E02" w:rsidRPr="004106A7" w:rsidRDefault="004106A7" w:rsidP="00FC2E02">
            <w:pPr>
              <w:spacing w:line="275" w:lineRule="atLeast"/>
              <w:jc w:val="center"/>
              <w:textAlignment w:val="bottom"/>
              <w:rPr>
                <w:sz w:val="28"/>
                <w:szCs w:val="28"/>
                <w:lang w:val="kk-KZ" w:eastAsia="ru-RU"/>
              </w:rPr>
            </w:pPr>
            <w:r w:rsidRPr="004106A7">
              <w:rPr>
                <w:sz w:val="28"/>
                <w:szCs w:val="28"/>
                <w:lang w:val="kk-KZ" w:eastAsia="ru-RU"/>
              </w:rPr>
              <w:t>-</w:t>
            </w:r>
          </w:p>
        </w:tc>
        <w:tc>
          <w:tcPr>
            <w:tcW w:w="709" w:type="dxa"/>
            <w:tcBorders>
              <w:top w:val="single" w:sz="4" w:space="0" w:color="000000"/>
              <w:left w:val="single" w:sz="4" w:space="0" w:color="000000"/>
              <w:bottom w:val="single" w:sz="4" w:space="0" w:color="000000"/>
              <w:right w:val="single" w:sz="8" w:space="0" w:color="000000"/>
            </w:tcBorders>
            <w:shd w:val="clear" w:color="auto" w:fill="auto"/>
            <w:tcMar>
              <w:top w:w="13" w:type="dxa"/>
              <w:left w:w="13" w:type="dxa"/>
              <w:bottom w:w="0" w:type="dxa"/>
              <w:right w:w="13" w:type="dxa"/>
            </w:tcMar>
            <w:vAlign w:val="bottom"/>
          </w:tcPr>
          <w:p w14:paraId="41F93E99" w14:textId="62DB0522" w:rsidR="00FC2E02" w:rsidRPr="004106A7" w:rsidRDefault="004106A7" w:rsidP="00FC2E02">
            <w:pPr>
              <w:spacing w:line="275" w:lineRule="atLeast"/>
              <w:jc w:val="center"/>
              <w:textAlignment w:val="bottom"/>
              <w:rPr>
                <w:sz w:val="28"/>
                <w:szCs w:val="28"/>
                <w:lang w:val="kk-KZ" w:eastAsia="ru-RU"/>
              </w:rPr>
            </w:pPr>
            <w:r w:rsidRPr="004106A7">
              <w:rPr>
                <w:sz w:val="28"/>
                <w:szCs w:val="28"/>
                <w:lang w:val="kk-KZ" w:eastAsia="ru-RU"/>
              </w:rPr>
              <w:t>100</w:t>
            </w:r>
          </w:p>
        </w:tc>
        <w:tc>
          <w:tcPr>
            <w:tcW w:w="850" w:type="dxa"/>
            <w:tcBorders>
              <w:top w:val="single" w:sz="4" w:space="0" w:color="000000"/>
              <w:left w:val="single" w:sz="8" w:space="0" w:color="000000"/>
              <w:bottom w:val="single" w:sz="4" w:space="0" w:color="000000"/>
              <w:right w:val="single" w:sz="8" w:space="0" w:color="000000"/>
            </w:tcBorders>
            <w:shd w:val="clear" w:color="auto" w:fill="auto"/>
            <w:tcMar>
              <w:top w:w="13" w:type="dxa"/>
              <w:left w:w="13" w:type="dxa"/>
              <w:bottom w:w="0" w:type="dxa"/>
              <w:right w:w="13" w:type="dxa"/>
            </w:tcMar>
            <w:vAlign w:val="bottom"/>
            <w:hideMark/>
          </w:tcPr>
          <w:p w14:paraId="11E34602" w14:textId="4A2E24EC" w:rsidR="00FC2E02" w:rsidRPr="004106A7" w:rsidRDefault="004106A7" w:rsidP="00FC2E02">
            <w:pPr>
              <w:spacing w:line="275" w:lineRule="atLeast"/>
              <w:jc w:val="center"/>
              <w:textAlignment w:val="bottom"/>
              <w:rPr>
                <w:sz w:val="28"/>
                <w:szCs w:val="28"/>
                <w:lang w:eastAsia="ru-RU"/>
              </w:rPr>
            </w:pPr>
            <w:r w:rsidRPr="004106A7">
              <w:rPr>
                <w:rFonts w:eastAsia="Microsoft YaHei"/>
                <w:b/>
                <w:bCs/>
                <w:color w:val="000000"/>
                <w:kern w:val="24"/>
                <w:sz w:val="28"/>
                <w:szCs w:val="28"/>
                <w:lang w:eastAsia="ru-RU"/>
              </w:rPr>
              <w:t>80</w:t>
            </w:r>
          </w:p>
        </w:tc>
      </w:tr>
      <w:tr w:rsidR="00FC2E02" w:rsidRPr="004106A7" w14:paraId="65077876" w14:textId="77777777" w:rsidTr="004106A7">
        <w:trPr>
          <w:trHeight w:val="275"/>
        </w:trPr>
        <w:tc>
          <w:tcPr>
            <w:tcW w:w="1444"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hideMark/>
          </w:tcPr>
          <w:p w14:paraId="5D9B1AA2" w14:textId="7D6BA04C" w:rsidR="00FC2E02" w:rsidRPr="004106A7" w:rsidRDefault="00FC2E02" w:rsidP="00FC2E02">
            <w:pPr>
              <w:spacing w:line="275" w:lineRule="atLeast"/>
              <w:textAlignment w:val="bottom"/>
              <w:rPr>
                <w:sz w:val="28"/>
                <w:szCs w:val="28"/>
                <w:lang w:val="kk-KZ" w:eastAsia="ru-RU"/>
              </w:rPr>
            </w:pPr>
            <w:r w:rsidRPr="004106A7">
              <w:rPr>
                <w:rFonts w:eastAsia="Microsoft YaHei"/>
                <w:color w:val="000000"/>
                <w:kern w:val="24"/>
                <w:sz w:val="28"/>
                <w:szCs w:val="28"/>
                <w:lang w:val="kk-KZ" w:eastAsia="ru-RU"/>
              </w:rPr>
              <w:t>Қазақстан тарихы</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2259AE6B" w14:textId="17DD0CC9" w:rsidR="00FC2E02" w:rsidRPr="004106A7" w:rsidRDefault="00FC2E02" w:rsidP="00FC2E02">
            <w:pPr>
              <w:spacing w:line="275" w:lineRule="atLeast"/>
              <w:jc w:val="center"/>
              <w:textAlignment w:val="bottom"/>
              <w:rPr>
                <w:sz w:val="28"/>
                <w:szCs w:val="28"/>
                <w:lang w:val="kk-KZ" w:eastAsia="ru-RU"/>
              </w:rPr>
            </w:pPr>
            <w:r w:rsidRPr="004106A7">
              <w:rPr>
                <w:sz w:val="28"/>
                <w:szCs w:val="28"/>
                <w:lang w:val="kk-KZ" w:eastAsia="ru-RU"/>
              </w:rPr>
              <w:t>16</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6584F21F" w14:textId="41EF4538" w:rsidR="00FC2E02" w:rsidRPr="004106A7" w:rsidRDefault="00FC2E02" w:rsidP="00FC2E02">
            <w:pPr>
              <w:spacing w:line="275" w:lineRule="atLeast"/>
              <w:jc w:val="center"/>
              <w:textAlignment w:val="bottom"/>
              <w:rPr>
                <w:sz w:val="28"/>
                <w:szCs w:val="28"/>
                <w:lang w:val="kk-KZ" w:eastAsia="ru-RU"/>
              </w:rPr>
            </w:pPr>
            <w:r w:rsidRPr="004106A7">
              <w:rPr>
                <w:sz w:val="28"/>
                <w:szCs w:val="28"/>
                <w:lang w:val="kk-KZ" w:eastAsia="ru-RU"/>
              </w:rPr>
              <w:t>8</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38497265" w14:textId="182D6E92" w:rsidR="00FC2E02" w:rsidRPr="004106A7" w:rsidRDefault="00FC2E02" w:rsidP="00FC2E02">
            <w:pPr>
              <w:spacing w:line="275" w:lineRule="atLeast"/>
              <w:jc w:val="center"/>
              <w:textAlignment w:val="bottom"/>
              <w:rPr>
                <w:sz w:val="28"/>
                <w:szCs w:val="28"/>
                <w:lang w:val="kk-KZ" w:eastAsia="ru-RU"/>
              </w:rPr>
            </w:pPr>
            <w:r w:rsidRPr="004106A7">
              <w:rPr>
                <w:sz w:val="28"/>
                <w:szCs w:val="28"/>
                <w:lang w:val="kk-KZ" w:eastAsia="ru-RU"/>
              </w:rPr>
              <w:t>8</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74B64C14" w14:textId="60AF1FAA" w:rsidR="00FC2E02" w:rsidRPr="004106A7" w:rsidRDefault="00FC2E02" w:rsidP="00FC2E02">
            <w:pPr>
              <w:spacing w:line="275" w:lineRule="atLeast"/>
              <w:jc w:val="center"/>
              <w:textAlignment w:val="bottom"/>
              <w:rPr>
                <w:sz w:val="28"/>
                <w:szCs w:val="28"/>
                <w:lang w:val="kk-KZ" w:eastAsia="ru-RU"/>
              </w:rPr>
            </w:pPr>
            <w:r w:rsidRPr="004106A7">
              <w:rPr>
                <w:sz w:val="28"/>
                <w:szCs w:val="28"/>
                <w:lang w:val="kk-KZ" w:eastAsia="ru-RU"/>
              </w:rPr>
              <w:t>-</w:t>
            </w: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10918EBC" w14:textId="1CF075C4" w:rsidR="00FC2E02" w:rsidRPr="004106A7" w:rsidRDefault="00FC2E02" w:rsidP="00FC2E02">
            <w:pPr>
              <w:spacing w:line="275" w:lineRule="atLeast"/>
              <w:jc w:val="center"/>
              <w:textAlignment w:val="bottom"/>
              <w:rPr>
                <w:sz w:val="28"/>
                <w:szCs w:val="28"/>
                <w:lang w:val="kk-KZ" w:eastAsia="ru-RU"/>
              </w:rPr>
            </w:pPr>
            <w:r w:rsidRPr="004106A7">
              <w:rPr>
                <w:sz w:val="28"/>
                <w:szCs w:val="28"/>
                <w:lang w:val="kk-KZ" w:eastAsia="ru-RU"/>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3B1D7254" w14:textId="1B310481" w:rsidR="00FC2E02" w:rsidRPr="004106A7" w:rsidRDefault="00FC2E02" w:rsidP="00FC2E02">
            <w:pPr>
              <w:spacing w:line="275" w:lineRule="atLeast"/>
              <w:jc w:val="center"/>
              <w:textAlignment w:val="bottom"/>
              <w:rPr>
                <w:sz w:val="28"/>
                <w:szCs w:val="28"/>
                <w:lang w:val="kk-KZ" w:eastAsia="ru-RU"/>
              </w:rPr>
            </w:pPr>
            <w:r w:rsidRPr="004106A7">
              <w:rPr>
                <w:sz w:val="28"/>
                <w:szCs w:val="28"/>
                <w:lang w:val="kk-KZ" w:eastAsia="ru-RU"/>
              </w:rPr>
              <w:t>-</w:t>
            </w:r>
          </w:p>
        </w:tc>
        <w:tc>
          <w:tcPr>
            <w:tcW w:w="567" w:type="dxa"/>
            <w:tcBorders>
              <w:top w:val="single" w:sz="4" w:space="0" w:color="000000"/>
              <w:left w:val="single" w:sz="4" w:space="0" w:color="000000"/>
              <w:bottom w:val="single" w:sz="4" w:space="0" w:color="000000"/>
              <w:right w:val="single" w:sz="8" w:space="0" w:color="000000"/>
            </w:tcBorders>
            <w:shd w:val="clear" w:color="auto" w:fill="auto"/>
            <w:tcMar>
              <w:top w:w="13" w:type="dxa"/>
              <w:left w:w="13" w:type="dxa"/>
              <w:bottom w:w="0" w:type="dxa"/>
              <w:right w:w="13" w:type="dxa"/>
            </w:tcMar>
            <w:vAlign w:val="bottom"/>
            <w:hideMark/>
          </w:tcPr>
          <w:p w14:paraId="73B7C48C" w14:textId="77777777" w:rsidR="00FC2E02" w:rsidRPr="004106A7" w:rsidRDefault="00FC2E02" w:rsidP="00FC2E02">
            <w:pPr>
              <w:spacing w:line="275" w:lineRule="atLeast"/>
              <w:jc w:val="center"/>
              <w:textAlignment w:val="bottom"/>
              <w:rPr>
                <w:sz w:val="28"/>
                <w:szCs w:val="28"/>
                <w:lang w:eastAsia="ru-RU"/>
              </w:rPr>
            </w:pPr>
            <w:r w:rsidRPr="004106A7">
              <w:rPr>
                <w:rFonts w:eastAsia="Microsoft YaHei"/>
                <w:color w:val="000000"/>
                <w:kern w:val="24"/>
                <w:sz w:val="28"/>
                <w:szCs w:val="28"/>
                <w:lang w:eastAsia="ru-RU"/>
              </w:rPr>
              <w:t>100</w:t>
            </w:r>
          </w:p>
        </w:tc>
        <w:tc>
          <w:tcPr>
            <w:tcW w:w="825" w:type="dxa"/>
            <w:tcBorders>
              <w:top w:val="single" w:sz="4" w:space="0" w:color="000000"/>
              <w:left w:val="single" w:sz="8" w:space="0" w:color="000000"/>
              <w:bottom w:val="single" w:sz="4" w:space="0" w:color="000000"/>
              <w:right w:val="single" w:sz="8" w:space="0" w:color="000000"/>
            </w:tcBorders>
            <w:shd w:val="clear" w:color="auto" w:fill="auto"/>
            <w:tcMar>
              <w:top w:w="13" w:type="dxa"/>
              <w:left w:w="13" w:type="dxa"/>
              <w:bottom w:w="0" w:type="dxa"/>
              <w:right w:w="13" w:type="dxa"/>
            </w:tcMar>
            <w:vAlign w:val="bottom"/>
            <w:hideMark/>
          </w:tcPr>
          <w:p w14:paraId="6BFC2C5D" w14:textId="421E04FE" w:rsidR="00FC2E02" w:rsidRPr="004106A7" w:rsidRDefault="00FC2E02" w:rsidP="00FC2E02">
            <w:pPr>
              <w:spacing w:line="275" w:lineRule="atLeast"/>
              <w:jc w:val="center"/>
              <w:textAlignment w:val="bottom"/>
              <w:rPr>
                <w:sz w:val="28"/>
                <w:szCs w:val="28"/>
                <w:lang w:eastAsia="ru-RU"/>
              </w:rPr>
            </w:pPr>
            <w:r w:rsidRPr="004106A7">
              <w:rPr>
                <w:rFonts w:eastAsia="Microsoft YaHei"/>
                <w:b/>
                <w:bCs/>
                <w:color w:val="000000"/>
                <w:kern w:val="24"/>
                <w:sz w:val="28"/>
                <w:szCs w:val="28"/>
                <w:lang w:eastAsia="ru-RU"/>
              </w:rPr>
              <w:t>100</w:t>
            </w:r>
          </w:p>
        </w:tc>
        <w:tc>
          <w:tcPr>
            <w:tcW w:w="708" w:type="dxa"/>
            <w:tcBorders>
              <w:top w:val="single" w:sz="4" w:space="0" w:color="000000"/>
              <w:left w:val="single" w:sz="8"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443ECF37" w14:textId="5CF9A680" w:rsidR="00FC2E02" w:rsidRPr="004106A7" w:rsidRDefault="004106A7" w:rsidP="00FC2E02">
            <w:pPr>
              <w:spacing w:line="275" w:lineRule="atLeast"/>
              <w:jc w:val="center"/>
              <w:textAlignment w:val="bottom"/>
              <w:rPr>
                <w:sz w:val="28"/>
                <w:szCs w:val="28"/>
                <w:lang w:val="kk-KZ" w:eastAsia="ru-RU"/>
              </w:rPr>
            </w:pPr>
            <w:r w:rsidRPr="004106A7">
              <w:rPr>
                <w:sz w:val="28"/>
                <w:szCs w:val="28"/>
                <w:lang w:val="kk-KZ" w:eastAsia="ru-RU"/>
              </w:rPr>
              <w:t>54</w:t>
            </w: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38A04C52" w14:textId="55539919" w:rsidR="00FC2E02" w:rsidRPr="004106A7" w:rsidRDefault="004106A7" w:rsidP="00FC2E02">
            <w:pPr>
              <w:spacing w:line="275" w:lineRule="atLeast"/>
              <w:jc w:val="center"/>
              <w:textAlignment w:val="bottom"/>
              <w:rPr>
                <w:sz w:val="28"/>
                <w:szCs w:val="28"/>
                <w:lang w:val="kk-KZ" w:eastAsia="ru-RU"/>
              </w:rPr>
            </w:pPr>
            <w:r w:rsidRPr="004106A7">
              <w:rPr>
                <w:sz w:val="28"/>
                <w:szCs w:val="28"/>
                <w:lang w:val="kk-KZ" w:eastAsia="ru-RU"/>
              </w:rPr>
              <w:t>15</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789CA95F" w14:textId="78EB5265" w:rsidR="00FC2E02" w:rsidRPr="004106A7" w:rsidRDefault="004106A7" w:rsidP="00FC2E02">
            <w:pPr>
              <w:spacing w:line="275" w:lineRule="atLeast"/>
              <w:jc w:val="center"/>
              <w:textAlignment w:val="bottom"/>
              <w:rPr>
                <w:sz w:val="28"/>
                <w:szCs w:val="28"/>
                <w:lang w:val="kk-KZ" w:eastAsia="ru-RU"/>
              </w:rPr>
            </w:pPr>
            <w:r w:rsidRPr="004106A7">
              <w:rPr>
                <w:sz w:val="28"/>
                <w:szCs w:val="28"/>
                <w:lang w:val="kk-KZ" w:eastAsia="ru-RU"/>
              </w:rPr>
              <w:t>24</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2D1A9B92" w14:textId="0B8BC8F8" w:rsidR="00FC2E02" w:rsidRPr="004106A7" w:rsidRDefault="004106A7" w:rsidP="00FC2E02">
            <w:pPr>
              <w:spacing w:line="275" w:lineRule="atLeast"/>
              <w:jc w:val="center"/>
              <w:textAlignment w:val="bottom"/>
              <w:rPr>
                <w:sz w:val="28"/>
                <w:szCs w:val="28"/>
                <w:lang w:val="kk-KZ" w:eastAsia="ru-RU"/>
              </w:rPr>
            </w:pPr>
            <w:r w:rsidRPr="004106A7">
              <w:rPr>
                <w:sz w:val="28"/>
                <w:szCs w:val="28"/>
                <w:lang w:val="kk-KZ" w:eastAsia="ru-RU"/>
              </w:rPr>
              <w:t>15</w:t>
            </w: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70CF05D4" w14:textId="17BC4DF6" w:rsidR="00FC2E02" w:rsidRPr="004106A7" w:rsidRDefault="004106A7" w:rsidP="00FC2E02">
            <w:pPr>
              <w:spacing w:line="275" w:lineRule="atLeast"/>
              <w:jc w:val="center"/>
              <w:textAlignment w:val="bottom"/>
              <w:rPr>
                <w:sz w:val="28"/>
                <w:szCs w:val="28"/>
                <w:lang w:val="kk-KZ" w:eastAsia="ru-RU"/>
              </w:rPr>
            </w:pPr>
            <w:r w:rsidRPr="004106A7">
              <w:rPr>
                <w:sz w:val="28"/>
                <w:szCs w:val="28"/>
                <w:lang w:val="kk-KZ" w:eastAsia="ru-RU"/>
              </w:rPr>
              <w:t>-</w:t>
            </w: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511F9565" w14:textId="421B3EF2" w:rsidR="00FC2E02" w:rsidRPr="004106A7" w:rsidRDefault="004106A7" w:rsidP="00FC2E02">
            <w:pPr>
              <w:spacing w:line="275" w:lineRule="atLeast"/>
              <w:jc w:val="center"/>
              <w:textAlignment w:val="bottom"/>
              <w:rPr>
                <w:sz w:val="28"/>
                <w:szCs w:val="28"/>
                <w:lang w:val="kk-KZ" w:eastAsia="ru-RU"/>
              </w:rPr>
            </w:pPr>
            <w:r w:rsidRPr="004106A7">
              <w:rPr>
                <w:sz w:val="28"/>
                <w:szCs w:val="28"/>
                <w:lang w:val="kk-KZ" w:eastAsia="ru-RU"/>
              </w:rPr>
              <w:t>-</w:t>
            </w:r>
          </w:p>
        </w:tc>
        <w:tc>
          <w:tcPr>
            <w:tcW w:w="709" w:type="dxa"/>
            <w:tcBorders>
              <w:top w:val="single" w:sz="4" w:space="0" w:color="000000"/>
              <w:left w:val="single" w:sz="4" w:space="0" w:color="000000"/>
              <w:bottom w:val="single" w:sz="4" w:space="0" w:color="000000"/>
              <w:right w:val="single" w:sz="8" w:space="0" w:color="000000"/>
            </w:tcBorders>
            <w:shd w:val="clear" w:color="auto" w:fill="auto"/>
            <w:tcMar>
              <w:top w:w="13" w:type="dxa"/>
              <w:left w:w="13" w:type="dxa"/>
              <w:bottom w:w="0" w:type="dxa"/>
              <w:right w:w="13" w:type="dxa"/>
            </w:tcMar>
            <w:vAlign w:val="bottom"/>
          </w:tcPr>
          <w:p w14:paraId="43B31570" w14:textId="69A998D4" w:rsidR="00FC2E02" w:rsidRPr="004106A7" w:rsidRDefault="004106A7" w:rsidP="00FC2E02">
            <w:pPr>
              <w:spacing w:line="275" w:lineRule="atLeast"/>
              <w:jc w:val="center"/>
              <w:textAlignment w:val="bottom"/>
              <w:rPr>
                <w:sz w:val="28"/>
                <w:szCs w:val="28"/>
                <w:lang w:val="kk-KZ" w:eastAsia="ru-RU"/>
              </w:rPr>
            </w:pPr>
            <w:r w:rsidRPr="004106A7">
              <w:rPr>
                <w:sz w:val="28"/>
                <w:szCs w:val="28"/>
                <w:lang w:val="kk-KZ" w:eastAsia="ru-RU"/>
              </w:rPr>
              <w:t>100</w:t>
            </w:r>
          </w:p>
        </w:tc>
        <w:tc>
          <w:tcPr>
            <w:tcW w:w="850" w:type="dxa"/>
            <w:tcBorders>
              <w:top w:val="single" w:sz="4" w:space="0" w:color="000000"/>
              <w:left w:val="single" w:sz="8" w:space="0" w:color="000000"/>
              <w:bottom w:val="single" w:sz="4" w:space="0" w:color="000000"/>
              <w:right w:val="single" w:sz="8" w:space="0" w:color="000000"/>
            </w:tcBorders>
            <w:shd w:val="clear" w:color="auto" w:fill="auto"/>
            <w:tcMar>
              <w:top w:w="13" w:type="dxa"/>
              <w:left w:w="13" w:type="dxa"/>
              <w:bottom w:w="0" w:type="dxa"/>
              <w:right w:w="13" w:type="dxa"/>
            </w:tcMar>
            <w:vAlign w:val="bottom"/>
            <w:hideMark/>
          </w:tcPr>
          <w:p w14:paraId="484A4A0C" w14:textId="7F5B7805" w:rsidR="00FC2E02" w:rsidRPr="004106A7" w:rsidRDefault="004106A7" w:rsidP="00FC2E02">
            <w:pPr>
              <w:spacing w:line="275" w:lineRule="atLeast"/>
              <w:jc w:val="center"/>
              <w:textAlignment w:val="bottom"/>
              <w:rPr>
                <w:sz w:val="28"/>
                <w:szCs w:val="28"/>
                <w:lang w:eastAsia="ru-RU"/>
              </w:rPr>
            </w:pPr>
            <w:r w:rsidRPr="004106A7">
              <w:rPr>
                <w:rFonts w:eastAsia="Microsoft YaHei"/>
                <w:b/>
                <w:bCs/>
                <w:color w:val="000000"/>
                <w:kern w:val="24"/>
                <w:sz w:val="28"/>
                <w:szCs w:val="28"/>
                <w:lang w:eastAsia="ru-RU"/>
              </w:rPr>
              <w:t>72,22</w:t>
            </w:r>
          </w:p>
        </w:tc>
      </w:tr>
      <w:tr w:rsidR="00FC2E02" w:rsidRPr="004106A7" w14:paraId="28901650" w14:textId="77777777" w:rsidTr="004106A7">
        <w:trPr>
          <w:trHeight w:val="275"/>
        </w:trPr>
        <w:tc>
          <w:tcPr>
            <w:tcW w:w="1444"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hideMark/>
          </w:tcPr>
          <w:p w14:paraId="7FA16424" w14:textId="6D642125" w:rsidR="00FC2E02" w:rsidRPr="004106A7" w:rsidRDefault="00FC2E02" w:rsidP="00FC2E02">
            <w:pPr>
              <w:spacing w:line="275" w:lineRule="atLeast"/>
              <w:textAlignment w:val="bottom"/>
              <w:rPr>
                <w:sz w:val="28"/>
                <w:szCs w:val="28"/>
                <w:lang w:val="kk-KZ" w:eastAsia="ru-RU"/>
              </w:rPr>
            </w:pPr>
            <w:r w:rsidRPr="004106A7">
              <w:rPr>
                <w:rFonts w:eastAsia="Microsoft YaHei"/>
                <w:color w:val="000000"/>
                <w:kern w:val="24"/>
                <w:sz w:val="28"/>
                <w:szCs w:val="28"/>
                <w:lang w:eastAsia="ru-RU"/>
              </w:rPr>
              <w:t>Алгебра</w:t>
            </w:r>
            <w:r w:rsidRPr="004106A7">
              <w:rPr>
                <w:rFonts w:eastAsia="Microsoft YaHei"/>
                <w:color w:val="000000"/>
                <w:kern w:val="24"/>
                <w:sz w:val="28"/>
                <w:szCs w:val="28"/>
                <w:lang w:val="kk-KZ" w:eastAsia="ru-RU"/>
              </w:rPr>
              <w:t xml:space="preserve"> және анализ бастамалары</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6D8BC424" w14:textId="15FF30F5" w:rsidR="00FC2E02" w:rsidRPr="004106A7" w:rsidRDefault="00FC2E02" w:rsidP="00FC2E02">
            <w:pPr>
              <w:spacing w:line="275" w:lineRule="atLeast"/>
              <w:jc w:val="center"/>
              <w:textAlignment w:val="bottom"/>
              <w:rPr>
                <w:sz w:val="28"/>
                <w:szCs w:val="28"/>
                <w:lang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25F09E14" w14:textId="0A3B0A1A" w:rsidR="00FC2E02" w:rsidRPr="004106A7" w:rsidRDefault="00FC2E02" w:rsidP="00FC2E02">
            <w:pPr>
              <w:spacing w:line="275" w:lineRule="atLeast"/>
              <w:jc w:val="center"/>
              <w:textAlignment w:val="bottom"/>
              <w:rPr>
                <w:sz w:val="28"/>
                <w:szCs w:val="28"/>
                <w:lang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1AED28A1" w14:textId="4AF092C2" w:rsidR="00FC2E02" w:rsidRPr="004106A7" w:rsidRDefault="00FC2E02" w:rsidP="00FC2E02">
            <w:pPr>
              <w:spacing w:line="275" w:lineRule="atLeast"/>
              <w:jc w:val="center"/>
              <w:textAlignment w:val="bottom"/>
              <w:rPr>
                <w:sz w:val="28"/>
                <w:szCs w:val="28"/>
                <w:lang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173C6748" w14:textId="5F39E41A" w:rsidR="00FC2E02" w:rsidRPr="004106A7" w:rsidRDefault="00FC2E02" w:rsidP="00FC2E02">
            <w:pPr>
              <w:spacing w:line="275" w:lineRule="atLeast"/>
              <w:jc w:val="center"/>
              <w:textAlignment w:val="bottom"/>
              <w:rPr>
                <w:sz w:val="28"/>
                <w:szCs w:val="28"/>
                <w:lang w:eastAsia="ru-RU"/>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0352F0E1" w14:textId="618FA856" w:rsidR="00FC2E02" w:rsidRPr="004106A7" w:rsidRDefault="00FC2E02" w:rsidP="00FC2E02">
            <w:pPr>
              <w:spacing w:line="275" w:lineRule="atLeast"/>
              <w:jc w:val="center"/>
              <w:textAlignment w:val="bottom"/>
              <w:rPr>
                <w:sz w:val="28"/>
                <w:szCs w:val="28"/>
                <w:lang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1FEF924D" w14:textId="68C17AC4" w:rsidR="00FC2E02" w:rsidRPr="004106A7" w:rsidRDefault="00FC2E02" w:rsidP="00FC2E02">
            <w:pPr>
              <w:spacing w:line="275" w:lineRule="atLeast"/>
              <w:jc w:val="center"/>
              <w:textAlignment w:val="bottom"/>
              <w:rPr>
                <w:sz w:val="28"/>
                <w:szCs w:val="28"/>
                <w:lang w:eastAsia="ru-RU"/>
              </w:rPr>
            </w:pPr>
          </w:p>
        </w:tc>
        <w:tc>
          <w:tcPr>
            <w:tcW w:w="567" w:type="dxa"/>
            <w:tcBorders>
              <w:top w:val="single" w:sz="4" w:space="0" w:color="000000"/>
              <w:left w:val="single" w:sz="4" w:space="0" w:color="000000"/>
              <w:bottom w:val="single" w:sz="4" w:space="0" w:color="000000"/>
              <w:right w:val="single" w:sz="8" w:space="0" w:color="000000"/>
            </w:tcBorders>
            <w:shd w:val="clear" w:color="auto" w:fill="auto"/>
            <w:tcMar>
              <w:top w:w="13" w:type="dxa"/>
              <w:left w:w="13" w:type="dxa"/>
              <w:bottom w:w="0" w:type="dxa"/>
              <w:right w:w="13" w:type="dxa"/>
            </w:tcMar>
            <w:vAlign w:val="bottom"/>
            <w:hideMark/>
          </w:tcPr>
          <w:p w14:paraId="44CC4E0B" w14:textId="77777777" w:rsidR="00FC2E02" w:rsidRPr="004106A7" w:rsidRDefault="00FC2E02" w:rsidP="00FC2E02">
            <w:pPr>
              <w:spacing w:line="275" w:lineRule="atLeast"/>
              <w:jc w:val="center"/>
              <w:textAlignment w:val="bottom"/>
              <w:rPr>
                <w:sz w:val="28"/>
                <w:szCs w:val="28"/>
                <w:lang w:eastAsia="ru-RU"/>
              </w:rPr>
            </w:pPr>
            <w:r w:rsidRPr="004106A7">
              <w:rPr>
                <w:rFonts w:eastAsia="Microsoft YaHei"/>
                <w:color w:val="000000"/>
                <w:kern w:val="24"/>
                <w:sz w:val="28"/>
                <w:szCs w:val="28"/>
                <w:lang w:eastAsia="ru-RU"/>
              </w:rPr>
              <w:t> </w:t>
            </w:r>
          </w:p>
        </w:tc>
        <w:tc>
          <w:tcPr>
            <w:tcW w:w="825" w:type="dxa"/>
            <w:tcBorders>
              <w:top w:val="single" w:sz="4" w:space="0" w:color="000000"/>
              <w:left w:val="single" w:sz="8" w:space="0" w:color="000000"/>
              <w:bottom w:val="single" w:sz="4" w:space="0" w:color="000000"/>
              <w:right w:val="single" w:sz="8" w:space="0" w:color="000000"/>
            </w:tcBorders>
            <w:shd w:val="clear" w:color="auto" w:fill="auto"/>
            <w:tcMar>
              <w:top w:w="13" w:type="dxa"/>
              <w:left w:w="13" w:type="dxa"/>
              <w:bottom w:w="0" w:type="dxa"/>
              <w:right w:w="13" w:type="dxa"/>
            </w:tcMar>
            <w:vAlign w:val="bottom"/>
            <w:hideMark/>
          </w:tcPr>
          <w:p w14:paraId="6CDAE412" w14:textId="77777777" w:rsidR="00FC2E02" w:rsidRPr="004106A7" w:rsidRDefault="00FC2E02" w:rsidP="00FC2E02">
            <w:pPr>
              <w:spacing w:line="275" w:lineRule="atLeast"/>
              <w:jc w:val="center"/>
              <w:textAlignment w:val="bottom"/>
              <w:rPr>
                <w:sz w:val="28"/>
                <w:szCs w:val="28"/>
                <w:lang w:eastAsia="ru-RU"/>
              </w:rPr>
            </w:pPr>
            <w:r w:rsidRPr="004106A7">
              <w:rPr>
                <w:rFonts w:eastAsia="Microsoft YaHei"/>
                <w:b/>
                <w:bCs/>
                <w:color w:val="000000"/>
                <w:kern w:val="24"/>
                <w:sz w:val="28"/>
                <w:szCs w:val="28"/>
                <w:lang w:eastAsia="ru-RU"/>
              </w:rPr>
              <w:t> </w:t>
            </w:r>
          </w:p>
        </w:tc>
        <w:tc>
          <w:tcPr>
            <w:tcW w:w="708" w:type="dxa"/>
            <w:tcBorders>
              <w:top w:val="single" w:sz="4" w:space="0" w:color="000000"/>
              <w:left w:val="single" w:sz="8"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246C6BD8" w14:textId="0959CD64" w:rsidR="00FC2E02" w:rsidRPr="004106A7" w:rsidRDefault="004106A7" w:rsidP="00FC2E02">
            <w:pPr>
              <w:spacing w:line="275" w:lineRule="atLeast"/>
              <w:jc w:val="center"/>
              <w:textAlignment w:val="bottom"/>
              <w:rPr>
                <w:sz w:val="28"/>
                <w:szCs w:val="28"/>
                <w:lang w:val="kk-KZ" w:eastAsia="ru-RU"/>
              </w:rPr>
            </w:pPr>
            <w:r w:rsidRPr="004106A7">
              <w:rPr>
                <w:sz w:val="28"/>
                <w:szCs w:val="28"/>
                <w:lang w:val="kk-KZ" w:eastAsia="ru-RU"/>
              </w:rPr>
              <w:t>54</w:t>
            </w: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6E72071F" w14:textId="6D4C2335" w:rsidR="00FC2E02" w:rsidRPr="004106A7" w:rsidRDefault="004106A7" w:rsidP="00FC2E02">
            <w:pPr>
              <w:spacing w:line="275" w:lineRule="atLeast"/>
              <w:jc w:val="center"/>
              <w:textAlignment w:val="bottom"/>
              <w:rPr>
                <w:sz w:val="28"/>
                <w:szCs w:val="28"/>
                <w:lang w:val="kk-KZ" w:eastAsia="ru-RU"/>
              </w:rPr>
            </w:pPr>
            <w:r w:rsidRPr="004106A7">
              <w:rPr>
                <w:sz w:val="28"/>
                <w:szCs w:val="28"/>
                <w:lang w:val="kk-KZ" w:eastAsia="ru-RU"/>
              </w:rPr>
              <w:t>7</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27881F4F" w14:textId="3967D233" w:rsidR="00FC2E02" w:rsidRPr="004106A7" w:rsidRDefault="004106A7" w:rsidP="00FC2E02">
            <w:pPr>
              <w:spacing w:line="275" w:lineRule="atLeast"/>
              <w:jc w:val="center"/>
              <w:textAlignment w:val="bottom"/>
              <w:rPr>
                <w:sz w:val="28"/>
                <w:szCs w:val="28"/>
                <w:lang w:val="kk-KZ" w:eastAsia="ru-RU"/>
              </w:rPr>
            </w:pPr>
            <w:r w:rsidRPr="004106A7">
              <w:rPr>
                <w:sz w:val="28"/>
                <w:szCs w:val="28"/>
                <w:lang w:val="kk-KZ" w:eastAsia="ru-RU"/>
              </w:rPr>
              <w:t>26</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2C25D4AB" w14:textId="479BDC7E" w:rsidR="00FC2E02" w:rsidRPr="004106A7" w:rsidRDefault="004106A7" w:rsidP="00FC2E02">
            <w:pPr>
              <w:spacing w:line="275" w:lineRule="atLeast"/>
              <w:jc w:val="center"/>
              <w:textAlignment w:val="bottom"/>
              <w:rPr>
                <w:sz w:val="28"/>
                <w:szCs w:val="28"/>
                <w:lang w:val="kk-KZ" w:eastAsia="ru-RU"/>
              </w:rPr>
            </w:pPr>
            <w:r w:rsidRPr="004106A7">
              <w:rPr>
                <w:sz w:val="28"/>
                <w:szCs w:val="28"/>
                <w:lang w:val="kk-KZ" w:eastAsia="ru-RU"/>
              </w:rPr>
              <w:t>21</w:t>
            </w: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425C7C16" w14:textId="20BD2B87" w:rsidR="00FC2E02" w:rsidRPr="004106A7" w:rsidRDefault="004106A7" w:rsidP="00FC2E02">
            <w:pPr>
              <w:spacing w:line="275" w:lineRule="atLeast"/>
              <w:jc w:val="center"/>
              <w:textAlignment w:val="bottom"/>
              <w:rPr>
                <w:sz w:val="28"/>
                <w:szCs w:val="28"/>
                <w:lang w:val="kk-KZ" w:eastAsia="ru-RU"/>
              </w:rPr>
            </w:pPr>
            <w:r w:rsidRPr="004106A7">
              <w:rPr>
                <w:sz w:val="28"/>
                <w:szCs w:val="28"/>
                <w:lang w:val="kk-KZ" w:eastAsia="ru-RU"/>
              </w:rPr>
              <w:t>-</w:t>
            </w: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71113B45" w14:textId="61B586C0" w:rsidR="00FC2E02" w:rsidRPr="004106A7" w:rsidRDefault="004106A7" w:rsidP="00FC2E02">
            <w:pPr>
              <w:spacing w:line="275" w:lineRule="atLeast"/>
              <w:jc w:val="center"/>
              <w:textAlignment w:val="bottom"/>
              <w:rPr>
                <w:sz w:val="28"/>
                <w:szCs w:val="28"/>
                <w:lang w:val="kk-KZ" w:eastAsia="ru-RU"/>
              </w:rPr>
            </w:pPr>
            <w:r w:rsidRPr="004106A7">
              <w:rPr>
                <w:sz w:val="28"/>
                <w:szCs w:val="28"/>
                <w:lang w:val="kk-KZ" w:eastAsia="ru-RU"/>
              </w:rPr>
              <w:t>-</w:t>
            </w:r>
          </w:p>
        </w:tc>
        <w:tc>
          <w:tcPr>
            <w:tcW w:w="709" w:type="dxa"/>
            <w:tcBorders>
              <w:top w:val="single" w:sz="4" w:space="0" w:color="000000"/>
              <w:left w:val="single" w:sz="4" w:space="0" w:color="000000"/>
              <w:bottom w:val="single" w:sz="4" w:space="0" w:color="000000"/>
              <w:right w:val="single" w:sz="8" w:space="0" w:color="000000"/>
            </w:tcBorders>
            <w:shd w:val="clear" w:color="auto" w:fill="auto"/>
            <w:tcMar>
              <w:top w:w="13" w:type="dxa"/>
              <w:left w:w="13" w:type="dxa"/>
              <w:bottom w:w="0" w:type="dxa"/>
              <w:right w:w="13" w:type="dxa"/>
            </w:tcMar>
            <w:vAlign w:val="bottom"/>
          </w:tcPr>
          <w:p w14:paraId="3D1BB9C2" w14:textId="5F2F2B73" w:rsidR="00FC2E02" w:rsidRPr="004106A7" w:rsidRDefault="004106A7" w:rsidP="00FC2E02">
            <w:pPr>
              <w:spacing w:line="275" w:lineRule="atLeast"/>
              <w:jc w:val="center"/>
              <w:textAlignment w:val="bottom"/>
              <w:rPr>
                <w:sz w:val="28"/>
                <w:szCs w:val="28"/>
                <w:lang w:val="kk-KZ" w:eastAsia="ru-RU"/>
              </w:rPr>
            </w:pPr>
            <w:r w:rsidRPr="004106A7">
              <w:rPr>
                <w:sz w:val="28"/>
                <w:szCs w:val="28"/>
                <w:lang w:val="kk-KZ" w:eastAsia="ru-RU"/>
              </w:rPr>
              <w:t>100</w:t>
            </w:r>
          </w:p>
        </w:tc>
        <w:tc>
          <w:tcPr>
            <w:tcW w:w="850" w:type="dxa"/>
            <w:tcBorders>
              <w:top w:val="single" w:sz="4" w:space="0" w:color="000000"/>
              <w:left w:val="single" w:sz="8" w:space="0" w:color="000000"/>
              <w:bottom w:val="single" w:sz="4" w:space="0" w:color="000000"/>
              <w:right w:val="single" w:sz="8" w:space="0" w:color="000000"/>
            </w:tcBorders>
            <w:shd w:val="clear" w:color="auto" w:fill="auto"/>
            <w:tcMar>
              <w:top w:w="13" w:type="dxa"/>
              <w:left w:w="13" w:type="dxa"/>
              <w:bottom w:w="0" w:type="dxa"/>
              <w:right w:w="13" w:type="dxa"/>
            </w:tcMar>
            <w:vAlign w:val="bottom"/>
            <w:hideMark/>
          </w:tcPr>
          <w:p w14:paraId="6BB20C55" w14:textId="0A450825" w:rsidR="00FC2E02" w:rsidRPr="004106A7" w:rsidRDefault="004106A7" w:rsidP="004106A7">
            <w:pPr>
              <w:spacing w:line="275" w:lineRule="atLeast"/>
              <w:textAlignment w:val="bottom"/>
              <w:rPr>
                <w:sz w:val="28"/>
                <w:szCs w:val="28"/>
                <w:lang w:val="kk-KZ" w:eastAsia="ru-RU"/>
              </w:rPr>
            </w:pPr>
            <w:r w:rsidRPr="004106A7">
              <w:rPr>
                <w:rFonts w:eastAsia="Microsoft YaHei"/>
                <w:b/>
                <w:bCs/>
                <w:color w:val="000000"/>
                <w:kern w:val="24"/>
                <w:sz w:val="28"/>
                <w:szCs w:val="28"/>
                <w:lang w:val="kk-KZ" w:eastAsia="ru-RU"/>
              </w:rPr>
              <w:t xml:space="preserve">    61,1</w:t>
            </w:r>
          </w:p>
        </w:tc>
      </w:tr>
      <w:tr w:rsidR="00FC2E02" w:rsidRPr="004106A7" w14:paraId="320E9827" w14:textId="77777777" w:rsidTr="004106A7">
        <w:trPr>
          <w:trHeight w:val="275"/>
        </w:trPr>
        <w:tc>
          <w:tcPr>
            <w:tcW w:w="1444"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hideMark/>
          </w:tcPr>
          <w:p w14:paraId="41003126" w14:textId="4654840F" w:rsidR="00FC2E02" w:rsidRPr="004106A7" w:rsidRDefault="00FC2E02" w:rsidP="00FC2E02">
            <w:pPr>
              <w:spacing w:line="275" w:lineRule="atLeast"/>
              <w:textAlignment w:val="bottom"/>
              <w:rPr>
                <w:sz w:val="28"/>
                <w:szCs w:val="28"/>
                <w:lang w:val="kk-KZ" w:eastAsia="ru-RU"/>
              </w:rPr>
            </w:pPr>
            <w:r w:rsidRPr="004106A7">
              <w:rPr>
                <w:rFonts w:eastAsia="Microsoft YaHei"/>
                <w:color w:val="000000"/>
                <w:kern w:val="24"/>
                <w:sz w:val="28"/>
                <w:szCs w:val="28"/>
                <w:lang w:val="kk-KZ" w:eastAsia="ru-RU"/>
              </w:rPr>
              <w:t>шет тілі (ағыл)</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3F6A5D4A" w14:textId="0BCF853A" w:rsidR="00FC2E02" w:rsidRPr="004106A7" w:rsidRDefault="00FC2E02" w:rsidP="00FC2E02">
            <w:pPr>
              <w:spacing w:line="275" w:lineRule="atLeast"/>
              <w:jc w:val="center"/>
              <w:textAlignment w:val="bottom"/>
              <w:rPr>
                <w:sz w:val="28"/>
                <w:szCs w:val="28"/>
                <w:lang w:val="kk-KZ" w:eastAsia="ru-RU"/>
              </w:rPr>
            </w:pPr>
            <w:r w:rsidRPr="004106A7">
              <w:rPr>
                <w:sz w:val="28"/>
                <w:szCs w:val="28"/>
                <w:lang w:val="kk-KZ" w:eastAsia="ru-RU"/>
              </w:rPr>
              <w:t>9</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6E89BB98" w14:textId="2373C681" w:rsidR="00FC2E02" w:rsidRPr="004106A7" w:rsidRDefault="00FC2E02" w:rsidP="00FC2E02">
            <w:pPr>
              <w:spacing w:line="275" w:lineRule="atLeast"/>
              <w:jc w:val="center"/>
              <w:textAlignment w:val="bottom"/>
              <w:rPr>
                <w:sz w:val="28"/>
                <w:szCs w:val="28"/>
                <w:lang w:val="kk-KZ" w:eastAsia="ru-RU"/>
              </w:rPr>
            </w:pPr>
            <w:r w:rsidRPr="004106A7">
              <w:rPr>
                <w:sz w:val="28"/>
                <w:szCs w:val="28"/>
                <w:lang w:val="kk-KZ" w:eastAsia="ru-RU"/>
              </w:rPr>
              <w:t>3</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34EE9CA6" w14:textId="4E50D217" w:rsidR="00FC2E02" w:rsidRPr="004106A7" w:rsidRDefault="00FC2E02" w:rsidP="00FC2E02">
            <w:pPr>
              <w:spacing w:line="275" w:lineRule="atLeast"/>
              <w:jc w:val="center"/>
              <w:textAlignment w:val="bottom"/>
              <w:rPr>
                <w:sz w:val="28"/>
                <w:szCs w:val="28"/>
                <w:lang w:val="kk-KZ" w:eastAsia="ru-RU"/>
              </w:rPr>
            </w:pPr>
            <w:r w:rsidRPr="004106A7">
              <w:rPr>
                <w:sz w:val="28"/>
                <w:szCs w:val="28"/>
                <w:lang w:val="kk-KZ" w:eastAsia="ru-RU"/>
              </w:rPr>
              <w:t>3</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40FC4B78" w14:textId="1FFE6B4B" w:rsidR="00FC2E02" w:rsidRPr="004106A7" w:rsidRDefault="00FC2E02" w:rsidP="00FC2E02">
            <w:pPr>
              <w:spacing w:line="275" w:lineRule="atLeast"/>
              <w:jc w:val="center"/>
              <w:textAlignment w:val="bottom"/>
              <w:rPr>
                <w:sz w:val="28"/>
                <w:szCs w:val="28"/>
                <w:lang w:val="kk-KZ" w:eastAsia="ru-RU"/>
              </w:rPr>
            </w:pPr>
            <w:r w:rsidRPr="004106A7">
              <w:rPr>
                <w:sz w:val="28"/>
                <w:szCs w:val="28"/>
                <w:lang w:val="kk-KZ" w:eastAsia="ru-RU"/>
              </w:rPr>
              <w:t>3</w:t>
            </w: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29E81928" w14:textId="5EE8CE5C" w:rsidR="00FC2E02" w:rsidRPr="004106A7" w:rsidRDefault="00FC2E02" w:rsidP="00FC2E02">
            <w:pPr>
              <w:spacing w:line="275" w:lineRule="atLeast"/>
              <w:jc w:val="center"/>
              <w:textAlignment w:val="bottom"/>
              <w:rPr>
                <w:sz w:val="28"/>
                <w:szCs w:val="28"/>
                <w:lang w:val="kk-KZ" w:eastAsia="ru-RU"/>
              </w:rPr>
            </w:pPr>
            <w:r w:rsidRPr="004106A7">
              <w:rPr>
                <w:sz w:val="28"/>
                <w:szCs w:val="28"/>
                <w:lang w:val="kk-KZ" w:eastAsia="ru-RU"/>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4819CFD9" w14:textId="02338974" w:rsidR="00FC2E02" w:rsidRPr="004106A7" w:rsidRDefault="00FC2E02" w:rsidP="00FC2E02">
            <w:pPr>
              <w:spacing w:line="275" w:lineRule="atLeast"/>
              <w:jc w:val="center"/>
              <w:textAlignment w:val="bottom"/>
              <w:rPr>
                <w:sz w:val="28"/>
                <w:szCs w:val="28"/>
                <w:lang w:val="kk-KZ" w:eastAsia="ru-RU"/>
              </w:rPr>
            </w:pPr>
            <w:r w:rsidRPr="004106A7">
              <w:rPr>
                <w:sz w:val="28"/>
                <w:szCs w:val="28"/>
                <w:lang w:val="kk-KZ" w:eastAsia="ru-RU"/>
              </w:rPr>
              <w:t>-</w:t>
            </w:r>
          </w:p>
        </w:tc>
        <w:tc>
          <w:tcPr>
            <w:tcW w:w="567" w:type="dxa"/>
            <w:tcBorders>
              <w:top w:val="single" w:sz="4" w:space="0" w:color="000000"/>
              <w:left w:val="single" w:sz="4" w:space="0" w:color="000000"/>
              <w:bottom w:val="single" w:sz="4" w:space="0" w:color="000000"/>
              <w:right w:val="single" w:sz="8" w:space="0" w:color="000000"/>
            </w:tcBorders>
            <w:shd w:val="clear" w:color="auto" w:fill="auto"/>
            <w:tcMar>
              <w:top w:w="13" w:type="dxa"/>
              <w:left w:w="13" w:type="dxa"/>
              <w:bottom w:w="0" w:type="dxa"/>
              <w:right w:w="13" w:type="dxa"/>
            </w:tcMar>
            <w:vAlign w:val="bottom"/>
            <w:hideMark/>
          </w:tcPr>
          <w:p w14:paraId="21479A24" w14:textId="77777777" w:rsidR="00FC2E02" w:rsidRPr="004106A7" w:rsidRDefault="00FC2E02" w:rsidP="00FC2E02">
            <w:pPr>
              <w:spacing w:line="275" w:lineRule="atLeast"/>
              <w:jc w:val="center"/>
              <w:textAlignment w:val="bottom"/>
              <w:rPr>
                <w:sz w:val="28"/>
                <w:szCs w:val="28"/>
                <w:lang w:eastAsia="ru-RU"/>
              </w:rPr>
            </w:pPr>
            <w:r w:rsidRPr="004106A7">
              <w:rPr>
                <w:rFonts w:eastAsia="Microsoft YaHei"/>
                <w:color w:val="000000"/>
                <w:kern w:val="24"/>
                <w:sz w:val="28"/>
                <w:szCs w:val="28"/>
                <w:lang w:eastAsia="ru-RU"/>
              </w:rPr>
              <w:t>100</w:t>
            </w:r>
          </w:p>
        </w:tc>
        <w:tc>
          <w:tcPr>
            <w:tcW w:w="825" w:type="dxa"/>
            <w:tcBorders>
              <w:top w:val="single" w:sz="4"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hideMark/>
          </w:tcPr>
          <w:p w14:paraId="52F1168B" w14:textId="6E640D97" w:rsidR="00FC2E02" w:rsidRPr="004106A7" w:rsidRDefault="00FC2E02" w:rsidP="00FC2E02">
            <w:pPr>
              <w:spacing w:line="275" w:lineRule="atLeast"/>
              <w:jc w:val="center"/>
              <w:textAlignment w:val="bottom"/>
              <w:rPr>
                <w:sz w:val="28"/>
                <w:szCs w:val="28"/>
                <w:lang w:eastAsia="ru-RU"/>
              </w:rPr>
            </w:pPr>
            <w:r w:rsidRPr="004106A7">
              <w:rPr>
                <w:rFonts w:eastAsia="Microsoft YaHei"/>
                <w:b/>
                <w:bCs/>
                <w:color w:val="000000"/>
                <w:kern w:val="24"/>
                <w:sz w:val="28"/>
                <w:szCs w:val="28"/>
                <w:lang w:eastAsia="ru-RU"/>
              </w:rPr>
              <w:t>66,67</w:t>
            </w:r>
          </w:p>
        </w:tc>
        <w:tc>
          <w:tcPr>
            <w:tcW w:w="708" w:type="dxa"/>
            <w:tcBorders>
              <w:top w:val="single" w:sz="4" w:space="0" w:color="000000"/>
              <w:left w:val="single" w:sz="8" w:space="0" w:color="000000"/>
              <w:bottom w:val="single" w:sz="4" w:space="0" w:color="000000"/>
              <w:right w:val="single" w:sz="4" w:space="0" w:color="000000"/>
            </w:tcBorders>
            <w:shd w:val="clear" w:color="auto" w:fill="auto"/>
            <w:tcMar>
              <w:top w:w="13" w:type="dxa"/>
              <w:left w:w="13" w:type="dxa"/>
              <w:bottom w:w="0" w:type="dxa"/>
              <w:right w:w="13" w:type="dxa"/>
            </w:tcMar>
            <w:vAlign w:val="bottom"/>
            <w:hideMark/>
          </w:tcPr>
          <w:p w14:paraId="05FAA692" w14:textId="77777777" w:rsidR="00FC2E02" w:rsidRPr="004106A7" w:rsidRDefault="00FC2E02" w:rsidP="00FC2E02">
            <w:pPr>
              <w:spacing w:line="275" w:lineRule="atLeast"/>
              <w:jc w:val="center"/>
              <w:textAlignment w:val="bottom"/>
              <w:rPr>
                <w:sz w:val="28"/>
                <w:szCs w:val="28"/>
                <w:lang w:eastAsia="ru-RU"/>
              </w:rPr>
            </w:pPr>
            <w:r w:rsidRPr="004106A7">
              <w:rPr>
                <w:rFonts w:eastAsia="Microsoft YaHei"/>
                <w:color w:val="000000"/>
                <w:kern w:val="24"/>
                <w:sz w:val="28"/>
                <w:szCs w:val="28"/>
                <w:lang w:eastAsia="ru-RU"/>
              </w:rPr>
              <w:t> </w:t>
            </w: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hideMark/>
          </w:tcPr>
          <w:p w14:paraId="7BD4DADE" w14:textId="77777777" w:rsidR="00FC2E02" w:rsidRPr="004106A7" w:rsidRDefault="00FC2E02" w:rsidP="00FC2E02">
            <w:pPr>
              <w:spacing w:line="275" w:lineRule="atLeast"/>
              <w:jc w:val="center"/>
              <w:textAlignment w:val="bottom"/>
              <w:rPr>
                <w:sz w:val="28"/>
                <w:szCs w:val="28"/>
                <w:lang w:eastAsia="ru-RU"/>
              </w:rPr>
            </w:pPr>
            <w:r w:rsidRPr="004106A7">
              <w:rPr>
                <w:rFonts w:eastAsia="Microsoft YaHei"/>
                <w:color w:val="000000"/>
                <w:kern w:val="24"/>
                <w:sz w:val="28"/>
                <w:szCs w:val="28"/>
                <w:lang w:eastAsia="ru-RU"/>
              </w:rPr>
              <w:t> </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hideMark/>
          </w:tcPr>
          <w:p w14:paraId="2FDD80D1" w14:textId="77777777" w:rsidR="00FC2E02" w:rsidRPr="004106A7" w:rsidRDefault="00FC2E02" w:rsidP="00FC2E02">
            <w:pPr>
              <w:spacing w:line="275" w:lineRule="atLeast"/>
              <w:jc w:val="center"/>
              <w:textAlignment w:val="bottom"/>
              <w:rPr>
                <w:sz w:val="28"/>
                <w:szCs w:val="28"/>
                <w:lang w:eastAsia="ru-RU"/>
              </w:rPr>
            </w:pPr>
            <w:r w:rsidRPr="004106A7">
              <w:rPr>
                <w:rFonts w:eastAsia="Microsoft YaHei"/>
                <w:color w:val="000000"/>
                <w:kern w:val="24"/>
                <w:sz w:val="28"/>
                <w:szCs w:val="28"/>
                <w:lang w:eastAsia="ru-RU"/>
              </w:rPr>
              <w:t> </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hideMark/>
          </w:tcPr>
          <w:p w14:paraId="5FA3A9AA" w14:textId="77777777" w:rsidR="00FC2E02" w:rsidRPr="004106A7" w:rsidRDefault="00FC2E02" w:rsidP="00FC2E02">
            <w:pPr>
              <w:spacing w:line="275" w:lineRule="atLeast"/>
              <w:jc w:val="center"/>
              <w:textAlignment w:val="bottom"/>
              <w:rPr>
                <w:sz w:val="28"/>
                <w:szCs w:val="28"/>
                <w:lang w:eastAsia="ru-RU"/>
              </w:rPr>
            </w:pPr>
            <w:r w:rsidRPr="004106A7">
              <w:rPr>
                <w:rFonts w:eastAsia="Microsoft YaHei"/>
                <w:color w:val="000000"/>
                <w:kern w:val="24"/>
                <w:sz w:val="28"/>
                <w:szCs w:val="28"/>
                <w:lang w:eastAsia="ru-RU"/>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hideMark/>
          </w:tcPr>
          <w:p w14:paraId="24B0D380" w14:textId="77777777" w:rsidR="00FC2E02" w:rsidRPr="004106A7" w:rsidRDefault="00FC2E02" w:rsidP="00FC2E02">
            <w:pPr>
              <w:spacing w:line="275" w:lineRule="atLeast"/>
              <w:jc w:val="center"/>
              <w:textAlignment w:val="bottom"/>
              <w:rPr>
                <w:sz w:val="28"/>
                <w:szCs w:val="28"/>
                <w:lang w:eastAsia="ru-RU"/>
              </w:rPr>
            </w:pPr>
            <w:r w:rsidRPr="004106A7">
              <w:rPr>
                <w:rFonts w:eastAsia="Microsoft YaHei"/>
                <w:color w:val="000000"/>
                <w:kern w:val="24"/>
                <w:sz w:val="28"/>
                <w:szCs w:val="28"/>
                <w:lang w:eastAsia="ru-RU"/>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hideMark/>
          </w:tcPr>
          <w:p w14:paraId="2EAE88D4" w14:textId="77777777" w:rsidR="00FC2E02" w:rsidRPr="004106A7" w:rsidRDefault="00FC2E02" w:rsidP="00FC2E02">
            <w:pPr>
              <w:spacing w:line="275" w:lineRule="atLeast"/>
              <w:jc w:val="center"/>
              <w:textAlignment w:val="bottom"/>
              <w:rPr>
                <w:sz w:val="28"/>
                <w:szCs w:val="28"/>
                <w:lang w:eastAsia="ru-RU"/>
              </w:rPr>
            </w:pPr>
            <w:r w:rsidRPr="004106A7">
              <w:rPr>
                <w:rFonts w:eastAsia="Microsoft YaHei"/>
                <w:color w:val="000000"/>
                <w:kern w:val="24"/>
                <w:sz w:val="28"/>
                <w:szCs w:val="28"/>
                <w:lang w:eastAsia="ru-RU"/>
              </w:rPr>
              <w:t> </w:t>
            </w:r>
          </w:p>
        </w:tc>
        <w:tc>
          <w:tcPr>
            <w:tcW w:w="709" w:type="dxa"/>
            <w:tcBorders>
              <w:top w:val="single" w:sz="4" w:space="0" w:color="000000"/>
              <w:left w:val="single" w:sz="4" w:space="0" w:color="000000"/>
              <w:bottom w:val="single" w:sz="4" w:space="0" w:color="000000"/>
              <w:right w:val="single" w:sz="8" w:space="0" w:color="000000"/>
            </w:tcBorders>
            <w:shd w:val="clear" w:color="auto" w:fill="auto"/>
            <w:tcMar>
              <w:top w:w="13" w:type="dxa"/>
              <w:left w:w="13" w:type="dxa"/>
              <w:bottom w:w="0" w:type="dxa"/>
              <w:right w:w="13" w:type="dxa"/>
            </w:tcMar>
            <w:vAlign w:val="bottom"/>
            <w:hideMark/>
          </w:tcPr>
          <w:p w14:paraId="78C3F0BF" w14:textId="77777777" w:rsidR="00FC2E02" w:rsidRPr="004106A7" w:rsidRDefault="00FC2E02" w:rsidP="00FC2E02">
            <w:pPr>
              <w:spacing w:line="275" w:lineRule="atLeast"/>
              <w:jc w:val="center"/>
              <w:textAlignment w:val="bottom"/>
              <w:rPr>
                <w:sz w:val="28"/>
                <w:szCs w:val="28"/>
                <w:lang w:eastAsia="ru-RU"/>
              </w:rPr>
            </w:pPr>
            <w:r w:rsidRPr="004106A7">
              <w:rPr>
                <w:rFonts w:eastAsia="Microsoft YaHei"/>
                <w:color w:val="000000"/>
                <w:kern w:val="24"/>
                <w:sz w:val="28"/>
                <w:szCs w:val="28"/>
                <w:lang w:eastAsia="ru-RU"/>
              </w:rPr>
              <w:t> </w:t>
            </w:r>
          </w:p>
        </w:tc>
        <w:tc>
          <w:tcPr>
            <w:tcW w:w="850" w:type="dxa"/>
            <w:tcBorders>
              <w:top w:val="single" w:sz="4"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hideMark/>
          </w:tcPr>
          <w:p w14:paraId="0FF7D763" w14:textId="77777777" w:rsidR="00FC2E02" w:rsidRPr="004106A7" w:rsidRDefault="00FC2E02" w:rsidP="00FC2E02">
            <w:pPr>
              <w:spacing w:line="275" w:lineRule="atLeast"/>
              <w:jc w:val="center"/>
              <w:textAlignment w:val="bottom"/>
              <w:rPr>
                <w:sz w:val="28"/>
                <w:szCs w:val="28"/>
                <w:lang w:eastAsia="ru-RU"/>
              </w:rPr>
            </w:pPr>
            <w:r w:rsidRPr="004106A7">
              <w:rPr>
                <w:rFonts w:eastAsia="Microsoft YaHei"/>
                <w:b/>
                <w:bCs/>
                <w:color w:val="000000"/>
                <w:kern w:val="24"/>
                <w:sz w:val="28"/>
                <w:szCs w:val="28"/>
                <w:lang w:eastAsia="ru-RU"/>
              </w:rPr>
              <w:t> </w:t>
            </w:r>
          </w:p>
        </w:tc>
      </w:tr>
    </w:tbl>
    <w:p w14:paraId="227B41C2" w14:textId="77777777" w:rsidR="004106A7" w:rsidRDefault="004106A7" w:rsidP="00E8435A">
      <w:pPr>
        <w:rPr>
          <w:sz w:val="24"/>
          <w:szCs w:val="24"/>
          <w:lang w:val="kk-KZ"/>
        </w:rPr>
      </w:pPr>
    </w:p>
    <w:p w14:paraId="2AEDE0B9" w14:textId="77777777" w:rsidR="004106A7" w:rsidRDefault="004106A7" w:rsidP="00E8435A">
      <w:pPr>
        <w:rPr>
          <w:sz w:val="24"/>
          <w:szCs w:val="24"/>
          <w:lang w:val="kk-KZ"/>
        </w:rPr>
      </w:pPr>
    </w:p>
    <w:p w14:paraId="74EFE9EE" w14:textId="294F576C" w:rsidR="00E8435A" w:rsidRDefault="004106A7" w:rsidP="00E8435A">
      <w:pPr>
        <w:rPr>
          <w:sz w:val="28"/>
          <w:szCs w:val="28"/>
          <w:lang w:val="kk-KZ"/>
        </w:rPr>
      </w:pPr>
      <w:r w:rsidRPr="004106A7">
        <w:rPr>
          <w:sz w:val="28"/>
          <w:szCs w:val="28"/>
          <w:lang w:val="kk-KZ"/>
        </w:rPr>
        <w:t>2024-2025</w:t>
      </w:r>
      <w:r w:rsidR="00E8435A" w:rsidRPr="004106A7">
        <w:rPr>
          <w:sz w:val="28"/>
          <w:szCs w:val="28"/>
          <w:lang w:val="kk-KZ"/>
        </w:rPr>
        <w:t xml:space="preserve"> оқу жылында 9 және 11 сыныптардағы қорытынды аттестаттау нәтижелері бойынша   төмен сапаны </w:t>
      </w:r>
      <w:r w:rsidRPr="004106A7">
        <w:rPr>
          <w:sz w:val="28"/>
          <w:szCs w:val="28"/>
          <w:lang w:val="kk-KZ"/>
        </w:rPr>
        <w:t>–</w:t>
      </w:r>
      <w:r w:rsidR="00E8435A" w:rsidRPr="004106A7">
        <w:rPr>
          <w:sz w:val="28"/>
          <w:szCs w:val="28"/>
          <w:lang w:val="kk-KZ"/>
        </w:rPr>
        <w:t xml:space="preserve"> </w:t>
      </w:r>
      <w:r w:rsidRPr="004106A7">
        <w:rPr>
          <w:sz w:val="28"/>
          <w:szCs w:val="28"/>
          <w:lang w:val="kk-KZ"/>
        </w:rPr>
        <w:t xml:space="preserve">9 сыныпта </w:t>
      </w:r>
      <w:r w:rsidR="00E8435A" w:rsidRPr="004106A7">
        <w:rPr>
          <w:sz w:val="28"/>
          <w:szCs w:val="28"/>
          <w:lang w:val="kk-KZ"/>
        </w:rPr>
        <w:t xml:space="preserve"> </w:t>
      </w:r>
      <w:r w:rsidRPr="004106A7">
        <w:rPr>
          <w:sz w:val="28"/>
          <w:szCs w:val="28"/>
          <w:lang w:val="kk-KZ"/>
        </w:rPr>
        <w:t>биология пәні 38,46</w:t>
      </w:r>
      <w:r w:rsidR="00E8435A" w:rsidRPr="004106A7">
        <w:rPr>
          <w:sz w:val="28"/>
          <w:szCs w:val="28"/>
          <w:lang w:val="kk-KZ"/>
        </w:rPr>
        <w:t xml:space="preserve"> % , </w:t>
      </w:r>
      <w:r w:rsidRPr="004106A7">
        <w:rPr>
          <w:sz w:val="28"/>
          <w:szCs w:val="28"/>
          <w:lang w:val="kk-KZ"/>
        </w:rPr>
        <w:t xml:space="preserve">11 сыныпта қазақ әдебиеті –50 </w:t>
      </w:r>
      <w:r w:rsidR="00E8435A" w:rsidRPr="004106A7">
        <w:rPr>
          <w:sz w:val="28"/>
          <w:szCs w:val="28"/>
          <w:lang w:val="kk-KZ"/>
        </w:rPr>
        <w:t>% көрсетіп отыр.</w:t>
      </w:r>
    </w:p>
    <w:p w14:paraId="63D9A2F3" w14:textId="580512B3" w:rsidR="004106A7" w:rsidRDefault="004106A7" w:rsidP="00E8435A">
      <w:pPr>
        <w:rPr>
          <w:sz w:val="28"/>
          <w:szCs w:val="28"/>
          <w:lang w:val="kk-KZ"/>
        </w:rPr>
      </w:pPr>
    </w:p>
    <w:p w14:paraId="34F17D9C" w14:textId="1D1FA9A7" w:rsidR="004106A7" w:rsidRPr="004106A7" w:rsidRDefault="004106A7" w:rsidP="004106A7">
      <w:pPr>
        <w:jc w:val="center"/>
        <w:rPr>
          <w:b/>
          <w:bCs/>
          <w:spacing w:val="139"/>
          <w:sz w:val="28"/>
          <w:szCs w:val="28"/>
          <w:lang w:val="kk-KZ" w:eastAsia="ru-RU"/>
        </w:rPr>
      </w:pPr>
      <w:r>
        <w:rPr>
          <w:b/>
          <w:bCs/>
          <w:w w:val="99"/>
          <w:sz w:val="28"/>
          <w:szCs w:val="28"/>
          <w:lang w:val="kk-KZ" w:eastAsia="ru-RU"/>
        </w:rPr>
        <w:t>2025-2026</w:t>
      </w:r>
      <w:r w:rsidRPr="004106A7">
        <w:rPr>
          <w:b/>
          <w:bCs/>
          <w:w w:val="99"/>
          <w:sz w:val="28"/>
          <w:szCs w:val="28"/>
          <w:lang w:val="kk-KZ" w:eastAsia="ru-RU"/>
        </w:rPr>
        <w:t xml:space="preserve"> оқу жылында 9</w:t>
      </w:r>
      <w:r w:rsidRPr="004106A7">
        <w:rPr>
          <w:b/>
          <w:bCs/>
          <w:spacing w:val="80"/>
          <w:sz w:val="28"/>
          <w:szCs w:val="28"/>
          <w:lang w:val="kk-KZ" w:eastAsia="ru-RU"/>
        </w:rPr>
        <w:t xml:space="preserve"> </w:t>
      </w:r>
      <w:r w:rsidRPr="004106A7">
        <w:rPr>
          <w:b/>
          <w:bCs/>
          <w:w w:val="99"/>
          <w:sz w:val="28"/>
          <w:szCs w:val="28"/>
          <w:lang w:val="kk-KZ" w:eastAsia="ru-RU"/>
        </w:rPr>
        <w:t>ж</w:t>
      </w:r>
      <w:r w:rsidRPr="004106A7">
        <w:rPr>
          <w:b/>
          <w:bCs/>
          <w:spacing w:val="-1"/>
          <w:w w:val="99"/>
          <w:sz w:val="28"/>
          <w:szCs w:val="28"/>
          <w:lang w:val="kk-KZ" w:eastAsia="ru-RU"/>
        </w:rPr>
        <w:t>ә</w:t>
      </w:r>
      <w:r w:rsidRPr="004106A7">
        <w:rPr>
          <w:b/>
          <w:bCs/>
          <w:spacing w:val="6"/>
          <w:w w:val="99"/>
          <w:sz w:val="28"/>
          <w:szCs w:val="28"/>
          <w:lang w:val="kk-KZ" w:eastAsia="ru-RU"/>
        </w:rPr>
        <w:t>н</w:t>
      </w:r>
      <w:r w:rsidRPr="004106A7">
        <w:rPr>
          <w:b/>
          <w:bCs/>
          <w:w w:val="99"/>
          <w:sz w:val="28"/>
          <w:szCs w:val="28"/>
          <w:lang w:val="kk-KZ" w:eastAsia="ru-RU"/>
        </w:rPr>
        <w:t>е</w:t>
      </w:r>
      <w:r w:rsidRPr="004106A7">
        <w:rPr>
          <w:b/>
          <w:bCs/>
          <w:spacing w:val="80"/>
          <w:sz w:val="28"/>
          <w:szCs w:val="28"/>
          <w:lang w:val="kk-KZ" w:eastAsia="ru-RU"/>
        </w:rPr>
        <w:t xml:space="preserve"> </w:t>
      </w:r>
      <w:r w:rsidRPr="004106A7">
        <w:rPr>
          <w:b/>
          <w:bCs/>
          <w:w w:val="99"/>
          <w:sz w:val="28"/>
          <w:szCs w:val="28"/>
          <w:lang w:val="kk-KZ" w:eastAsia="ru-RU"/>
        </w:rPr>
        <w:t>11</w:t>
      </w:r>
      <w:r w:rsidRPr="004106A7">
        <w:rPr>
          <w:b/>
          <w:bCs/>
          <w:spacing w:val="80"/>
          <w:sz w:val="28"/>
          <w:szCs w:val="28"/>
          <w:lang w:val="kk-KZ" w:eastAsia="ru-RU"/>
        </w:rPr>
        <w:t xml:space="preserve"> </w:t>
      </w:r>
      <w:r w:rsidRPr="004106A7">
        <w:rPr>
          <w:b/>
          <w:bCs/>
          <w:spacing w:val="6"/>
          <w:w w:val="99"/>
          <w:sz w:val="28"/>
          <w:szCs w:val="28"/>
          <w:lang w:val="kk-KZ" w:eastAsia="ru-RU"/>
        </w:rPr>
        <w:t>с</w:t>
      </w:r>
      <w:r w:rsidRPr="004106A7">
        <w:rPr>
          <w:b/>
          <w:bCs/>
          <w:w w:val="99"/>
          <w:sz w:val="28"/>
          <w:szCs w:val="28"/>
          <w:lang w:val="kk-KZ" w:eastAsia="ru-RU"/>
        </w:rPr>
        <w:t>ы</w:t>
      </w:r>
      <w:r w:rsidRPr="004106A7">
        <w:rPr>
          <w:b/>
          <w:bCs/>
          <w:spacing w:val="2"/>
          <w:w w:val="99"/>
          <w:sz w:val="28"/>
          <w:szCs w:val="28"/>
          <w:lang w:val="kk-KZ" w:eastAsia="ru-RU"/>
        </w:rPr>
        <w:t>н</w:t>
      </w:r>
      <w:r w:rsidRPr="004106A7">
        <w:rPr>
          <w:b/>
          <w:bCs/>
          <w:spacing w:val="1"/>
          <w:w w:val="99"/>
          <w:sz w:val="28"/>
          <w:szCs w:val="28"/>
          <w:lang w:val="kk-KZ" w:eastAsia="ru-RU"/>
        </w:rPr>
        <w:t>ы</w:t>
      </w:r>
      <w:r w:rsidRPr="004106A7">
        <w:rPr>
          <w:b/>
          <w:bCs/>
          <w:spacing w:val="2"/>
          <w:w w:val="99"/>
          <w:sz w:val="28"/>
          <w:szCs w:val="28"/>
          <w:lang w:val="kk-KZ" w:eastAsia="ru-RU"/>
        </w:rPr>
        <w:t>п</w:t>
      </w:r>
      <w:r w:rsidRPr="004106A7">
        <w:rPr>
          <w:b/>
          <w:bCs/>
          <w:w w:val="99"/>
          <w:sz w:val="28"/>
          <w:szCs w:val="28"/>
          <w:lang w:val="kk-KZ" w:eastAsia="ru-RU"/>
        </w:rPr>
        <w:t>т</w:t>
      </w:r>
      <w:r w:rsidRPr="004106A7">
        <w:rPr>
          <w:b/>
          <w:bCs/>
          <w:spacing w:val="2"/>
          <w:w w:val="99"/>
          <w:sz w:val="28"/>
          <w:szCs w:val="28"/>
          <w:lang w:val="kk-KZ" w:eastAsia="ru-RU"/>
        </w:rPr>
        <w:t>а</w:t>
      </w:r>
      <w:r w:rsidRPr="004106A7">
        <w:rPr>
          <w:b/>
          <w:bCs/>
          <w:spacing w:val="1"/>
          <w:w w:val="99"/>
          <w:sz w:val="28"/>
          <w:szCs w:val="28"/>
          <w:lang w:val="kk-KZ" w:eastAsia="ru-RU"/>
        </w:rPr>
        <w:t>рд</w:t>
      </w:r>
      <w:r w:rsidRPr="004106A7">
        <w:rPr>
          <w:b/>
          <w:bCs/>
          <w:spacing w:val="2"/>
          <w:w w:val="99"/>
          <w:sz w:val="28"/>
          <w:szCs w:val="28"/>
          <w:lang w:val="kk-KZ" w:eastAsia="ru-RU"/>
        </w:rPr>
        <w:t>а</w:t>
      </w:r>
      <w:r w:rsidRPr="004106A7">
        <w:rPr>
          <w:b/>
          <w:bCs/>
          <w:w w:val="99"/>
          <w:sz w:val="28"/>
          <w:szCs w:val="28"/>
          <w:lang w:val="kk-KZ" w:eastAsia="ru-RU"/>
        </w:rPr>
        <w:t>ғы</w:t>
      </w:r>
      <w:r w:rsidRPr="004106A7">
        <w:rPr>
          <w:b/>
          <w:bCs/>
          <w:spacing w:val="82"/>
          <w:sz w:val="28"/>
          <w:szCs w:val="28"/>
          <w:lang w:val="kk-KZ" w:eastAsia="ru-RU"/>
        </w:rPr>
        <w:t xml:space="preserve"> </w:t>
      </w:r>
      <w:r w:rsidRPr="004106A7">
        <w:rPr>
          <w:b/>
          <w:bCs/>
          <w:w w:val="99"/>
          <w:sz w:val="28"/>
          <w:szCs w:val="28"/>
          <w:lang w:val="kk-KZ" w:eastAsia="ru-RU"/>
        </w:rPr>
        <w:t>қорыты</w:t>
      </w:r>
      <w:r w:rsidRPr="004106A7">
        <w:rPr>
          <w:b/>
          <w:bCs/>
          <w:spacing w:val="6"/>
          <w:w w:val="99"/>
          <w:sz w:val="28"/>
          <w:szCs w:val="28"/>
          <w:lang w:val="kk-KZ" w:eastAsia="ru-RU"/>
        </w:rPr>
        <w:t>н</w:t>
      </w:r>
      <w:r w:rsidRPr="004106A7">
        <w:rPr>
          <w:b/>
          <w:bCs/>
          <w:spacing w:val="2"/>
          <w:w w:val="99"/>
          <w:sz w:val="28"/>
          <w:szCs w:val="28"/>
          <w:lang w:val="kk-KZ" w:eastAsia="ru-RU"/>
        </w:rPr>
        <w:t>д</w:t>
      </w:r>
      <w:r w:rsidRPr="004106A7">
        <w:rPr>
          <w:b/>
          <w:bCs/>
          <w:w w:val="99"/>
          <w:sz w:val="28"/>
          <w:szCs w:val="28"/>
          <w:lang w:val="kk-KZ" w:eastAsia="ru-RU"/>
        </w:rPr>
        <w:t>ы</w:t>
      </w:r>
      <w:r w:rsidRPr="004106A7">
        <w:rPr>
          <w:b/>
          <w:bCs/>
          <w:spacing w:val="81"/>
          <w:sz w:val="28"/>
          <w:szCs w:val="28"/>
          <w:lang w:val="kk-KZ" w:eastAsia="ru-RU"/>
        </w:rPr>
        <w:t xml:space="preserve"> </w:t>
      </w:r>
      <w:r w:rsidRPr="004106A7">
        <w:rPr>
          <w:b/>
          <w:bCs/>
          <w:spacing w:val="2"/>
          <w:w w:val="99"/>
          <w:sz w:val="28"/>
          <w:szCs w:val="28"/>
          <w:lang w:val="kk-KZ" w:eastAsia="ru-RU"/>
        </w:rPr>
        <w:t>а</w:t>
      </w:r>
      <w:r w:rsidRPr="004106A7">
        <w:rPr>
          <w:b/>
          <w:bCs/>
          <w:spacing w:val="1"/>
          <w:w w:val="99"/>
          <w:sz w:val="28"/>
          <w:szCs w:val="28"/>
          <w:lang w:val="kk-KZ" w:eastAsia="ru-RU"/>
        </w:rPr>
        <w:t>тт</w:t>
      </w:r>
      <w:r w:rsidRPr="004106A7">
        <w:rPr>
          <w:b/>
          <w:bCs/>
          <w:w w:val="99"/>
          <w:sz w:val="28"/>
          <w:szCs w:val="28"/>
          <w:lang w:val="kk-KZ" w:eastAsia="ru-RU"/>
        </w:rPr>
        <w:t>ест</w:t>
      </w:r>
      <w:r w:rsidRPr="004106A7">
        <w:rPr>
          <w:b/>
          <w:bCs/>
          <w:spacing w:val="2"/>
          <w:w w:val="99"/>
          <w:sz w:val="28"/>
          <w:szCs w:val="28"/>
          <w:lang w:val="kk-KZ" w:eastAsia="ru-RU"/>
        </w:rPr>
        <w:t>а</w:t>
      </w:r>
      <w:r w:rsidRPr="004106A7">
        <w:rPr>
          <w:b/>
          <w:bCs/>
          <w:w w:val="99"/>
          <w:sz w:val="28"/>
          <w:szCs w:val="28"/>
          <w:lang w:val="kk-KZ" w:eastAsia="ru-RU"/>
        </w:rPr>
        <w:t>тт</w:t>
      </w:r>
      <w:r w:rsidRPr="004106A7">
        <w:rPr>
          <w:b/>
          <w:bCs/>
          <w:spacing w:val="3"/>
          <w:w w:val="99"/>
          <w:sz w:val="28"/>
          <w:szCs w:val="28"/>
          <w:lang w:val="kk-KZ" w:eastAsia="ru-RU"/>
        </w:rPr>
        <w:t>а</w:t>
      </w:r>
      <w:r w:rsidRPr="004106A7">
        <w:rPr>
          <w:b/>
          <w:bCs/>
          <w:w w:val="99"/>
          <w:sz w:val="28"/>
          <w:szCs w:val="28"/>
          <w:lang w:val="kk-KZ" w:eastAsia="ru-RU"/>
        </w:rPr>
        <w:t>у</w:t>
      </w:r>
      <w:r w:rsidRPr="004106A7">
        <w:rPr>
          <w:b/>
          <w:bCs/>
          <w:spacing w:val="80"/>
          <w:sz w:val="28"/>
          <w:szCs w:val="28"/>
          <w:lang w:val="kk-KZ" w:eastAsia="ru-RU"/>
        </w:rPr>
        <w:t xml:space="preserve"> </w:t>
      </w:r>
      <w:r w:rsidRPr="004106A7">
        <w:rPr>
          <w:b/>
          <w:bCs/>
          <w:spacing w:val="2"/>
          <w:w w:val="99"/>
          <w:sz w:val="28"/>
          <w:szCs w:val="28"/>
          <w:lang w:val="kk-KZ" w:eastAsia="ru-RU"/>
        </w:rPr>
        <w:t>н</w:t>
      </w:r>
      <w:r w:rsidRPr="004106A7">
        <w:rPr>
          <w:b/>
          <w:bCs/>
          <w:spacing w:val="-1"/>
          <w:w w:val="99"/>
          <w:sz w:val="28"/>
          <w:szCs w:val="28"/>
          <w:lang w:val="kk-KZ" w:eastAsia="ru-RU"/>
        </w:rPr>
        <w:t>ә</w:t>
      </w:r>
      <w:r w:rsidRPr="004106A7">
        <w:rPr>
          <w:b/>
          <w:bCs/>
          <w:w w:val="99"/>
          <w:sz w:val="28"/>
          <w:szCs w:val="28"/>
          <w:lang w:val="kk-KZ" w:eastAsia="ru-RU"/>
        </w:rPr>
        <w:t>т</w:t>
      </w:r>
      <w:r w:rsidRPr="004106A7">
        <w:rPr>
          <w:b/>
          <w:bCs/>
          <w:spacing w:val="1"/>
          <w:w w:val="99"/>
          <w:sz w:val="28"/>
          <w:szCs w:val="28"/>
          <w:lang w:val="kk-KZ" w:eastAsia="ru-RU"/>
        </w:rPr>
        <w:t>и</w:t>
      </w:r>
      <w:r w:rsidRPr="004106A7">
        <w:rPr>
          <w:b/>
          <w:bCs/>
          <w:w w:val="99"/>
          <w:sz w:val="28"/>
          <w:szCs w:val="28"/>
          <w:lang w:val="kk-KZ" w:eastAsia="ru-RU"/>
        </w:rPr>
        <w:t>ж</w:t>
      </w:r>
      <w:r w:rsidRPr="004106A7">
        <w:rPr>
          <w:b/>
          <w:bCs/>
          <w:spacing w:val="-1"/>
          <w:w w:val="99"/>
          <w:sz w:val="28"/>
          <w:szCs w:val="28"/>
          <w:lang w:val="kk-KZ" w:eastAsia="ru-RU"/>
        </w:rPr>
        <w:t>е</w:t>
      </w:r>
      <w:r w:rsidRPr="004106A7">
        <w:rPr>
          <w:b/>
          <w:bCs/>
          <w:spacing w:val="1"/>
          <w:w w:val="99"/>
          <w:sz w:val="28"/>
          <w:szCs w:val="28"/>
          <w:lang w:val="kk-KZ" w:eastAsia="ru-RU"/>
        </w:rPr>
        <w:t>л</w:t>
      </w:r>
      <w:r w:rsidRPr="004106A7">
        <w:rPr>
          <w:b/>
          <w:bCs/>
          <w:spacing w:val="-1"/>
          <w:w w:val="99"/>
          <w:sz w:val="28"/>
          <w:szCs w:val="28"/>
          <w:lang w:val="kk-KZ" w:eastAsia="ru-RU"/>
        </w:rPr>
        <w:t>е</w:t>
      </w:r>
      <w:r w:rsidRPr="004106A7">
        <w:rPr>
          <w:b/>
          <w:bCs/>
          <w:w w:val="99"/>
          <w:sz w:val="28"/>
          <w:szCs w:val="28"/>
          <w:lang w:val="kk-KZ" w:eastAsia="ru-RU"/>
        </w:rPr>
        <w:t>рі</w:t>
      </w:r>
    </w:p>
    <w:p w14:paraId="2F6C8A7C" w14:textId="77777777" w:rsidR="004106A7" w:rsidRPr="004106A7" w:rsidRDefault="004106A7" w:rsidP="004106A7">
      <w:pPr>
        <w:spacing w:after="1" w:line="240" w:lineRule="exact"/>
        <w:rPr>
          <w:rFonts w:eastAsia="Segoe UI"/>
          <w:sz w:val="28"/>
          <w:szCs w:val="28"/>
          <w:lang w:val="kk-KZ" w:eastAsia="ru-RU"/>
        </w:rPr>
      </w:pPr>
    </w:p>
    <w:tbl>
      <w:tblPr>
        <w:tblW w:w="10915" w:type="dxa"/>
        <w:tblInd w:w="-696" w:type="dxa"/>
        <w:tblLayout w:type="fixed"/>
        <w:tblCellMar>
          <w:left w:w="0" w:type="dxa"/>
          <w:right w:w="0" w:type="dxa"/>
        </w:tblCellMar>
        <w:tblLook w:val="0600" w:firstRow="0" w:lastRow="0" w:firstColumn="0" w:lastColumn="0" w:noHBand="1" w:noVBand="1"/>
      </w:tblPr>
      <w:tblGrid>
        <w:gridCol w:w="1444"/>
        <w:gridCol w:w="709"/>
        <w:gridCol w:w="567"/>
        <w:gridCol w:w="567"/>
        <w:gridCol w:w="567"/>
        <w:gridCol w:w="425"/>
        <w:gridCol w:w="567"/>
        <w:gridCol w:w="567"/>
        <w:gridCol w:w="825"/>
        <w:gridCol w:w="708"/>
        <w:gridCol w:w="426"/>
        <w:gridCol w:w="567"/>
        <w:gridCol w:w="567"/>
        <w:gridCol w:w="425"/>
        <w:gridCol w:w="425"/>
        <w:gridCol w:w="709"/>
        <w:gridCol w:w="850"/>
      </w:tblGrid>
      <w:tr w:rsidR="004106A7" w:rsidRPr="004106A7" w14:paraId="61D96459" w14:textId="77777777" w:rsidTr="00250CF0">
        <w:trPr>
          <w:gridAfter w:val="1"/>
          <w:wAfter w:w="850" w:type="dxa"/>
          <w:trHeight w:val="253"/>
        </w:trPr>
        <w:tc>
          <w:tcPr>
            <w:tcW w:w="1444" w:type="dxa"/>
            <w:vMerge w:val="restart"/>
            <w:tcBorders>
              <w:top w:val="single" w:sz="8" w:space="0" w:color="000000"/>
              <w:left w:val="single" w:sz="8" w:space="0" w:color="000000"/>
              <w:bottom w:val="single" w:sz="8" w:space="0" w:color="000000"/>
              <w:right w:val="single" w:sz="4" w:space="0" w:color="000000"/>
            </w:tcBorders>
            <w:shd w:val="clear" w:color="auto" w:fill="auto"/>
            <w:tcMar>
              <w:top w:w="13" w:type="dxa"/>
              <w:left w:w="13" w:type="dxa"/>
              <w:bottom w:w="0" w:type="dxa"/>
              <w:right w:w="13" w:type="dxa"/>
            </w:tcMar>
            <w:vAlign w:val="bottom"/>
            <w:hideMark/>
          </w:tcPr>
          <w:p w14:paraId="72099574" w14:textId="77777777" w:rsidR="004106A7" w:rsidRPr="004106A7" w:rsidRDefault="004106A7" w:rsidP="00250CF0">
            <w:pPr>
              <w:spacing w:line="253" w:lineRule="atLeast"/>
              <w:jc w:val="center"/>
              <w:textAlignment w:val="bottom"/>
              <w:rPr>
                <w:sz w:val="28"/>
                <w:szCs w:val="28"/>
                <w:lang w:val="kk-KZ" w:eastAsia="ru-RU"/>
              </w:rPr>
            </w:pPr>
            <w:r w:rsidRPr="004106A7">
              <w:rPr>
                <w:rFonts w:eastAsia="Microsoft YaHei"/>
                <w:b/>
                <w:bCs/>
                <w:color w:val="000000"/>
                <w:kern w:val="24"/>
                <w:sz w:val="28"/>
                <w:szCs w:val="28"/>
                <w:lang w:val="kk-KZ" w:eastAsia="ru-RU"/>
              </w:rPr>
              <w:t>Пәні</w:t>
            </w:r>
          </w:p>
        </w:tc>
        <w:tc>
          <w:tcPr>
            <w:tcW w:w="4794" w:type="dxa"/>
            <w:gridSpan w:val="8"/>
            <w:tcBorders>
              <w:top w:val="single" w:sz="8" w:space="0" w:color="000000"/>
              <w:left w:val="single" w:sz="4" w:space="0" w:color="000000"/>
              <w:bottom w:val="single" w:sz="8" w:space="0" w:color="000000"/>
              <w:right w:val="single" w:sz="4" w:space="0" w:color="000000"/>
            </w:tcBorders>
            <w:shd w:val="clear" w:color="auto" w:fill="auto"/>
            <w:tcMar>
              <w:top w:w="13" w:type="dxa"/>
              <w:left w:w="13" w:type="dxa"/>
              <w:bottom w:w="0" w:type="dxa"/>
              <w:right w:w="13" w:type="dxa"/>
            </w:tcMar>
            <w:vAlign w:val="bottom"/>
            <w:hideMark/>
          </w:tcPr>
          <w:p w14:paraId="74B77E3F" w14:textId="77777777" w:rsidR="004106A7" w:rsidRPr="004106A7" w:rsidRDefault="004106A7" w:rsidP="00250CF0">
            <w:pPr>
              <w:spacing w:line="253" w:lineRule="atLeast"/>
              <w:jc w:val="center"/>
              <w:textAlignment w:val="bottom"/>
              <w:rPr>
                <w:sz w:val="28"/>
                <w:szCs w:val="28"/>
                <w:lang w:val="kk-KZ" w:eastAsia="ru-RU"/>
              </w:rPr>
            </w:pPr>
            <w:r w:rsidRPr="004106A7">
              <w:rPr>
                <w:rFonts w:eastAsia="Microsoft YaHei"/>
                <w:b/>
                <w:bCs/>
                <w:color w:val="000000"/>
                <w:kern w:val="24"/>
                <w:sz w:val="28"/>
                <w:szCs w:val="28"/>
                <w:lang w:eastAsia="ru-RU"/>
              </w:rPr>
              <w:t xml:space="preserve">9 </w:t>
            </w:r>
            <w:r w:rsidRPr="004106A7">
              <w:rPr>
                <w:rFonts w:eastAsia="Microsoft YaHei"/>
                <w:b/>
                <w:bCs/>
                <w:color w:val="000000"/>
                <w:kern w:val="24"/>
                <w:sz w:val="28"/>
                <w:szCs w:val="28"/>
                <w:lang w:val="kk-KZ" w:eastAsia="ru-RU"/>
              </w:rPr>
              <w:t>сынып</w:t>
            </w:r>
          </w:p>
        </w:tc>
        <w:tc>
          <w:tcPr>
            <w:tcW w:w="3827" w:type="dxa"/>
            <w:gridSpan w:val="7"/>
            <w:tcBorders>
              <w:top w:val="single" w:sz="8" w:space="0" w:color="000000"/>
              <w:left w:val="single" w:sz="4" w:space="0" w:color="000000"/>
              <w:bottom w:val="single" w:sz="8" w:space="0" w:color="000000"/>
              <w:right w:val="single" w:sz="8" w:space="0" w:color="000000"/>
            </w:tcBorders>
            <w:shd w:val="clear" w:color="auto" w:fill="auto"/>
            <w:tcMar>
              <w:top w:w="13" w:type="dxa"/>
              <w:left w:w="13" w:type="dxa"/>
              <w:bottom w:w="0" w:type="dxa"/>
              <w:right w:w="13" w:type="dxa"/>
            </w:tcMar>
            <w:vAlign w:val="bottom"/>
            <w:hideMark/>
          </w:tcPr>
          <w:p w14:paraId="3E732183" w14:textId="77777777" w:rsidR="004106A7" w:rsidRPr="004106A7" w:rsidRDefault="004106A7" w:rsidP="00250CF0">
            <w:pPr>
              <w:spacing w:line="253" w:lineRule="atLeast"/>
              <w:jc w:val="center"/>
              <w:textAlignment w:val="bottom"/>
              <w:rPr>
                <w:sz w:val="28"/>
                <w:szCs w:val="28"/>
                <w:lang w:val="kk-KZ" w:eastAsia="ru-RU"/>
              </w:rPr>
            </w:pPr>
            <w:r w:rsidRPr="004106A7">
              <w:rPr>
                <w:rFonts w:eastAsia="Microsoft YaHei"/>
                <w:b/>
                <w:bCs/>
                <w:color w:val="000000"/>
                <w:kern w:val="24"/>
                <w:sz w:val="28"/>
                <w:szCs w:val="28"/>
                <w:lang w:eastAsia="ru-RU"/>
              </w:rPr>
              <w:t xml:space="preserve">11 </w:t>
            </w:r>
            <w:r w:rsidRPr="004106A7">
              <w:rPr>
                <w:rFonts w:eastAsia="Microsoft YaHei"/>
                <w:b/>
                <w:bCs/>
                <w:color w:val="000000"/>
                <w:kern w:val="24"/>
                <w:sz w:val="28"/>
                <w:szCs w:val="28"/>
                <w:lang w:val="kk-KZ" w:eastAsia="ru-RU"/>
              </w:rPr>
              <w:t>сынып</w:t>
            </w:r>
          </w:p>
        </w:tc>
      </w:tr>
      <w:tr w:rsidR="004106A7" w:rsidRPr="004106A7" w14:paraId="5677A685" w14:textId="77777777" w:rsidTr="00250CF0">
        <w:trPr>
          <w:trHeight w:val="253"/>
        </w:trPr>
        <w:tc>
          <w:tcPr>
            <w:tcW w:w="1444" w:type="dxa"/>
            <w:vMerge/>
            <w:tcBorders>
              <w:top w:val="single" w:sz="8" w:space="0" w:color="000000"/>
              <w:left w:val="single" w:sz="8" w:space="0" w:color="000000"/>
              <w:bottom w:val="single" w:sz="8" w:space="0" w:color="000000"/>
              <w:right w:val="single" w:sz="4" w:space="0" w:color="000000"/>
            </w:tcBorders>
            <w:vAlign w:val="center"/>
            <w:hideMark/>
          </w:tcPr>
          <w:p w14:paraId="6BEB884A" w14:textId="77777777" w:rsidR="004106A7" w:rsidRPr="004106A7" w:rsidRDefault="004106A7" w:rsidP="00250CF0">
            <w:pPr>
              <w:rPr>
                <w:sz w:val="28"/>
                <w:szCs w:val="28"/>
                <w:lang w:eastAsia="ru-RU"/>
              </w:rPr>
            </w:pPr>
          </w:p>
        </w:tc>
        <w:tc>
          <w:tcPr>
            <w:tcW w:w="709" w:type="dxa"/>
            <w:tcBorders>
              <w:top w:val="single" w:sz="8" w:space="0" w:color="000000"/>
              <w:left w:val="single" w:sz="8" w:space="0" w:color="000000"/>
              <w:bottom w:val="single" w:sz="8" w:space="0" w:color="000000"/>
              <w:right w:val="single" w:sz="4" w:space="0" w:color="000000"/>
            </w:tcBorders>
            <w:shd w:val="clear" w:color="auto" w:fill="auto"/>
            <w:tcMar>
              <w:top w:w="13" w:type="dxa"/>
              <w:left w:w="13" w:type="dxa"/>
              <w:bottom w:w="0" w:type="dxa"/>
              <w:right w:w="13" w:type="dxa"/>
            </w:tcMar>
            <w:vAlign w:val="bottom"/>
            <w:hideMark/>
          </w:tcPr>
          <w:p w14:paraId="45D8768B" w14:textId="77777777" w:rsidR="004106A7" w:rsidRPr="004106A7" w:rsidRDefault="004106A7" w:rsidP="00250CF0">
            <w:pPr>
              <w:spacing w:line="253" w:lineRule="atLeast"/>
              <w:jc w:val="center"/>
              <w:textAlignment w:val="bottom"/>
              <w:rPr>
                <w:sz w:val="28"/>
                <w:szCs w:val="28"/>
                <w:lang w:val="kk-KZ" w:eastAsia="ru-RU"/>
              </w:rPr>
            </w:pPr>
            <w:r w:rsidRPr="004106A7">
              <w:rPr>
                <w:rFonts w:eastAsia="Microsoft YaHei"/>
                <w:b/>
                <w:bCs/>
                <w:color w:val="000000"/>
                <w:kern w:val="24"/>
                <w:sz w:val="28"/>
                <w:szCs w:val="28"/>
                <w:lang w:val="kk-KZ" w:eastAsia="ru-RU"/>
              </w:rPr>
              <w:t>Барлығы</w:t>
            </w:r>
          </w:p>
        </w:tc>
        <w:tc>
          <w:tcPr>
            <w:tcW w:w="567" w:type="dxa"/>
            <w:tcBorders>
              <w:top w:val="single" w:sz="8" w:space="0" w:color="000000"/>
              <w:left w:val="single" w:sz="4" w:space="0" w:color="000000"/>
              <w:bottom w:val="single" w:sz="8" w:space="0" w:color="000000"/>
              <w:right w:val="single" w:sz="4" w:space="0" w:color="000000"/>
            </w:tcBorders>
            <w:shd w:val="clear" w:color="auto" w:fill="auto"/>
            <w:tcMar>
              <w:top w:w="13" w:type="dxa"/>
              <w:left w:w="13" w:type="dxa"/>
              <w:bottom w:w="0" w:type="dxa"/>
              <w:right w:w="13" w:type="dxa"/>
            </w:tcMar>
            <w:vAlign w:val="bottom"/>
            <w:hideMark/>
          </w:tcPr>
          <w:p w14:paraId="1C488F7C" w14:textId="77777777" w:rsidR="004106A7" w:rsidRPr="004106A7" w:rsidRDefault="004106A7" w:rsidP="00250CF0">
            <w:pPr>
              <w:spacing w:line="253" w:lineRule="atLeast"/>
              <w:jc w:val="center"/>
              <w:textAlignment w:val="bottom"/>
              <w:rPr>
                <w:sz w:val="28"/>
                <w:szCs w:val="28"/>
                <w:lang w:eastAsia="ru-RU"/>
              </w:rPr>
            </w:pPr>
            <w:r w:rsidRPr="004106A7">
              <w:rPr>
                <w:rFonts w:eastAsia="Microsoft YaHei"/>
                <w:b/>
                <w:bCs/>
                <w:color w:val="000000"/>
                <w:kern w:val="24"/>
                <w:sz w:val="28"/>
                <w:szCs w:val="28"/>
                <w:lang w:eastAsia="ru-RU"/>
              </w:rPr>
              <w:t>5</w:t>
            </w:r>
          </w:p>
        </w:tc>
        <w:tc>
          <w:tcPr>
            <w:tcW w:w="567" w:type="dxa"/>
            <w:tcBorders>
              <w:top w:val="single" w:sz="8" w:space="0" w:color="000000"/>
              <w:left w:val="single" w:sz="4" w:space="0" w:color="000000"/>
              <w:bottom w:val="single" w:sz="8" w:space="0" w:color="000000"/>
              <w:right w:val="single" w:sz="4" w:space="0" w:color="000000"/>
            </w:tcBorders>
            <w:shd w:val="clear" w:color="auto" w:fill="auto"/>
            <w:tcMar>
              <w:top w:w="13" w:type="dxa"/>
              <w:left w:w="13" w:type="dxa"/>
              <w:bottom w:w="0" w:type="dxa"/>
              <w:right w:w="13" w:type="dxa"/>
            </w:tcMar>
            <w:vAlign w:val="bottom"/>
            <w:hideMark/>
          </w:tcPr>
          <w:p w14:paraId="26B54B7C" w14:textId="77777777" w:rsidR="004106A7" w:rsidRPr="004106A7" w:rsidRDefault="004106A7" w:rsidP="00250CF0">
            <w:pPr>
              <w:spacing w:line="253" w:lineRule="atLeast"/>
              <w:jc w:val="center"/>
              <w:textAlignment w:val="bottom"/>
              <w:rPr>
                <w:sz w:val="28"/>
                <w:szCs w:val="28"/>
                <w:lang w:eastAsia="ru-RU"/>
              </w:rPr>
            </w:pPr>
            <w:r w:rsidRPr="004106A7">
              <w:rPr>
                <w:rFonts w:eastAsia="Microsoft YaHei"/>
                <w:b/>
                <w:bCs/>
                <w:color w:val="000000"/>
                <w:kern w:val="24"/>
                <w:sz w:val="28"/>
                <w:szCs w:val="28"/>
                <w:lang w:eastAsia="ru-RU"/>
              </w:rPr>
              <w:t>4</w:t>
            </w:r>
          </w:p>
        </w:tc>
        <w:tc>
          <w:tcPr>
            <w:tcW w:w="567" w:type="dxa"/>
            <w:tcBorders>
              <w:top w:val="single" w:sz="8" w:space="0" w:color="000000"/>
              <w:left w:val="single" w:sz="4" w:space="0" w:color="000000"/>
              <w:bottom w:val="single" w:sz="8" w:space="0" w:color="000000"/>
              <w:right w:val="single" w:sz="4" w:space="0" w:color="000000"/>
            </w:tcBorders>
            <w:shd w:val="clear" w:color="auto" w:fill="auto"/>
            <w:tcMar>
              <w:top w:w="13" w:type="dxa"/>
              <w:left w:w="13" w:type="dxa"/>
              <w:bottom w:w="0" w:type="dxa"/>
              <w:right w:w="13" w:type="dxa"/>
            </w:tcMar>
            <w:vAlign w:val="bottom"/>
            <w:hideMark/>
          </w:tcPr>
          <w:p w14:paraId="141D99CF" w14:textId="77777777" w:rsidR="004106A7" w:rsidRPr="004106A7" w:rsidRDefault="004106A7" w:rsidP="00250CF0">
            <w:pPr>
              <w:spacing w:line="253" w:lineRule="atLeast"/>
              <w:jc w:val="center"/>
              <w:textAlignment w:val="bottom"/>
              <w:rPr>
                <w:sz w:val="28"/>
                <w:szCs w:val="28"/>
                <w:lang w:eastAsia="ru-RU"/>
              </w:rPr>
            </w:pPr>
            <w:r w:rsidRPr="004106A7">
              <w:rPr>
                <w:rFonts w:eastAsia="Microsoft YaHei"/>
                <w:b/>
                <w:bCs/>
                <w:color w:val="000000"/>
                <w:kern w:val="24"/>
                <w:sz w:val="28"/>
                <w:szCs w:val="28"/>
                <w:lang w:eastAsia="ru-RU"/>
              </w:rPr>
              <w:t>3</w:t>
            </w:r>
          </w:p>
        </w:tc>
        <w:tc>
          <w:tcPr>
            <w:tcW w:w="425" w:type="dxa"/>
            <w:tcBorders>
              <w:top w:val="single" w:sz="8" w:space="0" w:color="000000"/>
              <w:left w:val="single" w:sz="4" w:space="0" w:color="000000"/>
              <w:bottom w:val="single" w:sz="8" w:space="0" w:color="000000"/>
              <w:right w:val="single" w:sz="4" w:space="0" w:color="000000"/>
            </w:tcBorders>
            <w:shd w:val="clear" w:color="auto" w:fill="auto"/>
            <w:tcMar>
              <w:top w:w="13" w:type="dxa"/>
              <w:left w:w="13" w:type="dxa"/>
              <w:bottom w:w="0" w:type="dxa"/>
              <w:right w:w="13" w:type="dxa"/>
            </w:tcMar>
            <w:vAlign w:val="bottom"/>
            <w:hideMark/>
          </w:tcPr>
          <w:p w14:paraId="4EA251CC" w14:textId="77777777" w:rsidR="004106A7" w:rsidRPr="004106A7" w:rsidRDefault="004106A7" w:rsidP="00250CF0">
            <w:pPr>
              <w:spacing w:line="253" w:lineRule="atLeast"/>
              <w:jc w:val="center"/>
              <w:textAlignment w:val="bottom"/>
              <w:rPr>
                <w:sz w:val="28"/>
                <w:szCs w:val="28"/>
                <w:lang w:eastAsia="ru-RU"/>
              </w:rPr>
            </w:pPr>
            <w:r w:rsidRPr="004106A7">
              <w:rPr>
                <w:rFonts w:eastAsia="Microsoft YaHei"/>
                <w:b/>
                <w:bCs/>
                <w:color w:val="000000"/>
                <w:kern w:val="24"/>
                <w:sz w:val="28"/>
                <w:szCs w:val="28"/>
                <w:lang w:eastAsia="ru-RU"/>
              </w:rPr>
              <w:t>2</w:t>
            </w:r>
          </w:p>
        </w:tc>
        <w:tc>
          <w:tcPr>
            <w:tcW w:w="567" w:type="dxa"/>
            <w:tcBorders>
              <w:top w:val="single" w:sz="8" w:space="0" w:color="000000"/>
              <w:left w:val="single" w:sz="4" w:space="0" w:color="000000"/>
              <w:bottom w:val="single" w:sz="8" w:space="0" w:color="000000"/>
              <w:right w:val="single" w:sz="4" w:space="0" w:color="000000"/>
            </w:tcBorders>
            <w:shd w:val="clear" w:color="auto" w:fill="auto"/>
            <w:tcMar>
              <w:top w:w="13" w:type="dxa"/>
              <w:left w:w="13" w:type="dxa"/>
              <w:bottom w:w="0" w:type="dxa"/>
              <w:right w:w="13" w:type="dxa"/>
            </w:tcMar>
            <w:vAlign w:val="bottom"/>
            <w:hideMark/>
          </w:tcPr>
          <w:p w14:paraId="4428D068" w14:textId="77777777" w:rsidR="004106A7" w:rsidRPr="004106A7" w:rsidRDefault="004106A7" w:rsidP="00250CF0">
            <w:pPr>
              <w:spacing w:line="253" w:lineRule="atLeast"/>
              <w:jc w:val="center"/>
              <w:textAlignment w:val="bottom"/>
              <w:rPr>
                <w:sz w:val="28"/>
                <w:szCs w:val="28"/>
                <w:lang w:val="kk-KZ" w:eastAsia="ru-RU"/>
              </w:rPr>
            </w:pPr>
            <w:r w:rsidRPr="004106A7">
              <w:rPr>
                <w:rFonts w:eastAsia="Microsoft YaHei"/>
                <w:b/>
                <w:bCs/>
                <w:color w:val="000000"/>
                <w:kern w:val="24"/>
                <w:sz w:val="28"/>
                <w:szCs w:val="28"/>
                <w:lang w:val="kk-KZ" w:eastAsia="ru-RU"/>
              </w:rPr>
              <w:t>н/а</w:t>
            </w:r>
          </w:p>
        </w:tc>
        <w:tc>
          <w:tcPr>
            <w:tcW w:w="567" w:type="dxa"/>
            <w:tcBorders>
              <w:top w:val="single" w:sz="8" w:space="0" w:color="000000"/>
              <w:left w:val="single" w:sz="4" w:space="0" w:color="000000"/>
              <w:bottom w:val="single" w:sz="8" w:space="0" w:color="000000"/>
              <w:right w:val="single" w:sz="8" w:space="0" w:color="000000"/>
            </w:tcBorders>
            <w:shd w:val="clear" w:color="auto" w:fill="auto"/>
            <w:tcMar>
              <w:top w:w="13" w:type="dxa"/>
              <w:left w:w="13" w:type="dxa"/>
              <w:bottom w:w="0" w:type="dxa"/>
              <w:right w:w="13" w:type="dxa"/>
            </w:tcMar>
            <w:vAlign w:val="bottom"/>
            <w:hideMark/>
          </w:tcPr>
          <w:p w14:paraId="6CD002B1" w14:textId="77777777" w:rsidR="004106A7" w:rsidRPr="004106A7" w:rsidRDefault="004106A7" w:rsidP="00250CF0">
            <w:pPr>
              <w:spacing w:line="253" w:lineRule="atLeast"/>
              <w:jc w:val="center"/>
              <w:textAlignment w:val="bottom"/>
              <w:rPr>
                <w:sz w:val="28"/>
                <w:szCs w:val="28"/>
                <w:lang w:val="kk-KZ" w:eastAsia="ru-RU"/>
              </w:rPr>
            </w:pPr>
            <w:r w:rsidRPr="004106A7">
              <w:rPr>
                <w:rFonts w:eastAsia="Microsoft YaHei"/>
                <w:b/>
                <w:bCs/>
                <w:color w:val="000000"/>
                <w:kern w:val="24"/>
                <w:sz w:val="28"/>
                <w:szCs w:val="28"/>
                <w:lang w:eastAsia="ru-RU"/>
              </w:rPr>
              <w:t xml:space="preserve">% </w:t>
            </w:r>
            <w:r w:rsidRPr="004106A7">
              <w:rPr>
                <w:rFonts w:eastAsia="Microsoft YaHei"/>
                <w:b/>
                <w:bCs/>
                <w:color w:val="000000"/>
                <w:kern w:val="24"/>
                <w:sz w:val="28"/>
                <w:szCs w:val="28"/>
                <w:lang w:val="kk-KZ" w:eastAsia="ru-RU"/>
              </w:rPr>
              <w:t>үлг</w:t>
            </w:r>
          </w:p>
        </w:tc>
        <w:tc>
          <w:tcPr>
            <w:tcW w:w="825"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hideMark/>
          </w:tcPr>
          <w:p w14:paraId="03042323" w14:textId="77777777" w:rsidR="004106A7" w:rsidRPr="004106A7" w:rsidRDefault="004106A7" w:rsidP="00250CF0">
            <w:pPr>
              <w:spacing w:line="253" w:lineRule="atLeast"/>
              <w:jc w:val="center"/>
              <w:textAlignment w:val="bottom"/>
              <w:rPr>
                <w:sz w:val="28"/>
                <w:szCs w:val="28"/>
                <w:lang w:val="kk-KZ" w:eastAsia="ru-RU"/>
              </w:rPr>
            </w:pPr>
            <w:r w:rsidRPr="004106A7">
              <w:rPr>
                <w:rFonts w:eastAsia="Microsoft YaHei"/>
                <w:b/>
                <w:bCs/>
                <w:color w:val="000000"/>
                <w:kern w:val="24"/>
                <w:sz w:val="28"/>
                <w:szCs w:val="28"/>
                <w:lang w:eastAsia="ru-RU"/>
              </w:rPr>
              <w:t xml:space="preserve">% </w:t>
            </w:r>
            <w:r w:rsidRPr="004106A7">
              <w:rPr>
                <w:rFonts w:eastAsia="Microsoft YaHei"/>
                <w:b/>
                <w:bCs/>
                <w:color w:val="000000"/>
                <w:kern w:val="24"/>
                <w:sz w:val="28"/>
                <w:szCs w:val="28"/>
                <w:lang w:val="kk-KZ" w:eastAsia="ru-RU"/>
              </w:rPr>
              <w:t>сапа</w:t>
            </w:r>
          </w:p>
        </w:tc>
        <w:tc>
          <w:tcPr>
            <w:tcW w:w="708" w:type="dxa"/>
            <w:tcBorders>
              <w:top w:val="single" w:sz="8" w:space="0" w:color="000000"/>
              <w:left w:val="single" w:sz="8" w:space="0" w:color="000000"/>
              <w:bottom w:val="single" w:sz="8" w:space="0" w:color="000000"/>
              <w:right w:val="single" w:sz="4" w:space="0" w:color="000000"/>
            </w:tcBorders>
            <w:shd w:val="clear" w:color="auto" w:fill="auto"/>
            <w:tcMar>
              <w:top w:w="13" w:type="dxa"/>
              <w:left w:w="13" w:type="dxa"/>
              <w:bottom w:w="0" w:type="dxa"/>
              <w:right w:w="13" w:type="dxa"/>
            </w:tcMar>
            <w:vAlign w:val="bottom"/>
            <w:hideMark/>
          </w:tcPr>
          <w:p w14:paraId="50C4994E" w14:textId="77777777" w:rsidR="004106A7" w:rsidRPr="004106A7" w:rsidRDefault="004106A7" w:rsidP="00250CF0">
            <w:pPr>
              <w:spacing w:line="253" w:lineRule="atLeast"/>
              <w:jc w:val="center"/>
              <w:textAlignment w:val="bottom"/>
              <w:rPr>
                <w:sz w:val="28"/>
                <w:szCs w:val="28"/>
                <w:lang w:val="kk-KZ" w:eastAsia="ru-RU"/>
              </w:rPr>
            </w:pPr>
            <w:r w:rsidRPr="004106A7">
              <w:rPr>
                <w:rFonts w:eastAsia="Microsoft YaHei"/>
                <w:b/>
                <w:bCs/>
                <w:color w:val="000000"/>
                <w:kern w:val="24"/>
                <w:sz w:val="28"/>
                <w:szCs w:val="28"/>
                <w:lang w:val="kk-KZ" w:eastAsia="ru-RU"/>
              </w:rPr>
              <w:t>барлығы</w:t>
            </w:r>
          </w:p>
        </w:tc>
        <w:tc>
          <w:tcPr>
            <w:tcW w:w="426" w:type="dxa"/>
            <w:tcBorders>
              <w:top w:val="single" w:sz="8" w:space="0" w:color="000000"/>
              <w:left w:val="single" w:sz="4" w:space="0" w:color="000000"/>
              <w:bottom w:val="single" w:sz="8" w:space="0" w:color="000000"/>
              <w:right w:val="single" w:sz="4" w:space="0" w:color="000000"/>
            </w:tcBorders>
            <w:shd w:val="clear" w:color="auto" w:fill="auto"/>
            <w:tcMar>
              <w:top w:w="13" w:type="dxa"/>
              <w:left w:w="13" w:type="dxa"/>
              <w:bottom w:w="0" w:type="dxa"/>
              <w:right w:w="13" w:type="dxa"/>
            </w:tcMar>
            <w:vAlign w:val="bottom"/>
            <w:hideMark/>
          </w:tcPr>
          <w:p w14:paraId="213A29E5" w14:textId="77777777" w:rsidR="004106A7" w:rsidRPr="004106A7" w:rsidRDefault="004106A7" w:rsidP="00250CF0">
            <w:pPr>
              <w:spacing w:line="253" w:lineRule="atLeast"/>
              <w:jc w:val="center"/>
              <w:textAlignment w:val="bottom"/>
              <w:rPr>
                <w:sz w:val="28"/>
                <w:szCs w:val="28"/>
                <w:lang w:eastAsia="ru-RU"/>
              </w:rPr>
            </w:pPr>
            <w:r w:rsidRPr="004106A7">
              <w:rPr>
                <w:rFonts w:eastAsia="Microsoft YaHei"/>
                <w:b/>
                <w:bCs/>
                <w:color w:val="000000"/>
                <w:kern w:val="24"/>
                <w:sz w:val="28"/>
                <w:szCs w:val="28"/>
                <w:lang w:eastAsia="ru-RU"/>
              </w:rPr>
              <w:t>5</w:t>
            </w:r>
          </w:p>
        </w:tc>
        <w:tc>
          <w:tcPr>
            <w:tcW w:w="567" w:type="dxa"/>
            <w:tcBorders>
              <w:top w:val="single" w:sz="8" w:space="0" w:color="000000"/>
              <w:left w:val="single" w:sz="4" w:space="0" w:color="000000"/>
              <w:bottom w:val="single" w:sz="8" w:space="0" w:color="000000"/>
              <w:right w:val="single" w:sz="4" w:space="0" w:color="000000"/>
            </w:tcBorders>
            <w:shd w:val="clear" w:color="auto" w:fill="auto"/>
            <w:tcMar>
              <w:top w:w="13" w:type="dxa"/>
              <w:left w:w="13" w:type="dxa"/>
              <w:bottom w:w="0" w:type="dxa"/>
              <w:right w:w="13" w:type="dxa"/>
            </w:tcMar>
            <w:vAlign w:val="bottom"/>
            <w:hideMark/>
          </w:tcPr>
          <w:p w14:paraId="4F65F787" w14:textId="77777777" w:rsidR="004106A7" w:rsidRPr="004106A7" w:rsidRDefault="004106A7" w:rsidP="00250CF0">
            <w:pPr>
              <w:spacing w:line="253" w:lineRule="atLeast"/>
              <w:jc w:val="center"/>
              <w:textAlignment w:val="bottom"/>
              <w:rPr>
                <w:sz w:val="28"/>
                <w:szCs w:val="28"/>
                <w:lang w:eastAsia="ru-RU"/>
              </w:rPr>
            </w:pPr>
            <w:r w:rsidRPr="004106A7">
              <w:rPr>
                <w:rFonts w:eastAsia="Microsoft YaHei"/>
                <w:b/>
                <w:bCs/>
                <w:color w:val="000000"/>
                <w:kern w:val="24"/>
                <w:sz w:val="28"/>
                <w:szCs w:val="28"/>
                <w:lang w:eastAsia="ru-RU"/>
              </w:rPr>
              <w:t>4</w:t>
            </w:r>
          </w:p>
        </w:tc>
        <w:tc>
          <w:tcPr>
            <w:tcW w:w="567" w:type="dxa"/>
            <w:tcBorders>
              <w:top w:val="single" w:sz="8" w:space="0" w:color="000000"/>
              <w:left w:val="single" w:sz="4" w:space="0" w:color="000000"/>
              <w:bottom w:val="single" w:sz="8" w:space="0" w:color="000000"/>
              <w:right w:val="single" w:sz="4" w:space="0" w:color="000000"/>
            </w:tcBorders>
            <w:shd w:val="clear" w:color="auto" w:fill="auto"/>
            <w:tcMar>
              <w:top w:w="13" w:type="dxa"/>
              <w:left w:w="13" w:type="dxa"/>
              <w:bottom w:w="0" w:type="dxa"/>
              <w:right w:w="13" w:type="dxa"/>
            </w:tcMar>
            <w:vAlign w:val="bottom"/>
            <w:hideMark/>
          </w:tcPr>
          <w:p w14:paraId="15D5DEDF" w14:textId="77777777" w:rsidR="004106A7" w:rsidRPr="004106A7" w:rsidRDefault="004106A7" w:rsidP="00250CF0">
            <w:pPr>
              <w:spacing w:line="253" w:lineRule="atLeast"/>
              <w:ind w:right="1014"/>
              <w:jc w:val="center"/>
              <w:textAlignment w:val="bottom"/>
              <w:rPr>
                <w:sz w:val="28"/>
                <w:szCs w:val="28"/>
                <w:lang w:eastAsia="ru-RU"/>
              </w:rPr>
            </w:pPr>
            <w:r w:rsidRPr="004106A7">
              <w:rPr>
                <w:rFonts w:eastAsia="Microsoft YaHei"/>
                <w:b/>
                <w:bCs/>
                <w:color w:val="000000"/>
                <w:kern w:val="24"/>
                <w:sz w:val="28"/>
                <w:szCs w:val="28"/>
                <w:lang w:val="kk-KZ" w:eastAsia="ru-RU"/>
              </w:rPr>
              <w:t xml:space="preserve">  </w:t>
            </w:r>
            <w:r w:rsidRPr="004106A7">
              <w:rPr>
                <w:rFonts w:eastAsia="Microsoft YaHei"/>
                <w:b/>
                <w:bCs/>
                <w:color w:val="000000"/>
                <w:kern w:val="24"/>
                <w:sz w:val="28"/>
                <w:szCs w:val="28"/>
                <w:lang w:eastAsia="ru-RU"/>
              </w:rPr>
              <w:t>3</w:t>
            </w:r>
          </w:p>
        </w:tc>
        <w:tc>
          <w:tcPr>
            <w:tcW w:w="425" w:type="dxa"/>
            <w:tcBorders>
              <w:top w:val="single" w:sz="8" w:space="0" w:color="000000"/>
              <w:left w:val="single" w:sz="4" w:space="0" w:color="000000"/>
              <w:bottom w:val="single" w:sz="8" w:space="0" w:color="000000"/>
              <w:right w:val="single" w:sz="4" w:space="0" w:color="000000"/>
            </w:tcBorders>
            <w:shd w:val="clear" w:color="auto" w:fill="auto"/>
            <w:tcMar>
              <w:top w:w="13" w:type="dxa"/>
              <w:left w:w="13" w:type="dxa"/>
              <w:bottom w:w="0" w:type="dxa"/>
              <w:right w:w="13" w:type="dxa"/>
            </w:tcMar>
            <w:vAlign w:val="bottom"/>
            <w:hideMark/>
          </w:tcPr>
          <w:p w14:paraId="48D3C8E8" w14:textId="77777777" w:rsidR="004106A7" w:rsidRPr="004106A7" w:rsidRDefault="004106A7" w:rsidP="00250CF0">
            <w:pPr>
              <w:spacing w:line="253" w:lineRule="atLeast"/>
              <w:jc w:val="center"/>
              <w:textAlignment w:val="bottom"/>
              <w:rPr>
                <w:sz w:val="28"/>
                <w:szCs w:val="28"/>
                <w:lang w:eastAsia="ru-RU"/>
              </w:rPr>
            </w:pPr>
            <w:r w:rsidRPr="004106A7">
              <w:rPr>
                <w:rFonts w:eastAsia="Microsoft YaHei"/>
                <w:b/>
                <w:bCs/>
                <w:color w:val="000000"/>
                <w:kern w:val="24"/>
                <w:sz w:val="28"/>
                <w:szCs w:val="28"/>
                <w:lang w:eastAsia="ru-RU"/>
              </w:rPr>
              <w:t>2</w:t>
            </w:r>
          </w:p>
        </w:tc>
        <w:tc>
          <w:tcPr>
            <w:tcW w:w="425" w:type="dxa"/>
            <w:tcBorders>
              <w:top w:val="single" w:sz="8" w:space="0" w:color="000000"/>
              <w:left w:val="single" w:sz="4" w:space="0" w:color="000000"/>
              <w:bottom w:val="single" w:sz="8" w:space="0" w:color="000000"/>
              <w:right w:val="single" w:sz="4" w:space="0" w:color="000000"/>
            </w:tcBorders>
            <w:shd w:val="clear" w:color="auto" w:fill="auto"/>
            <w:tcMar>
              <w:top w:w="13" w:type="dxa"/>
              <w:left w:w="13" w:type="dxa"/>
              <w:bottom w:w="0" w:type="dxa"/>
              <w:right w:w="13" w:type="dxa"/>
            </w:tcMar>
            <w:vAlign w:val="bottom"/>
            <w:hideMark/>
          </w:tcPr>
          <w:p w14:paraId="7FCF5973" w14:textId="77777777" w:rsidR="004106A7" w:rsidRPr="004106A7" w:rsidRDefault="004106A7" w:rsidP="00250CF0">
            <w:pPr>
              <w:spacing w:line="253" w:lineRule="atLeast"/>
              <w:jc w:val="center"/>
              <w:textAlignment w:val="bottom"/>
              <w:rPr>
                <w:sz w:val="28"/>
                <w:szCs w:val="28"/>
                <w:lang w:eastAsia="ru-RU"/>
              </w:rPr>
            </w:pPr>
            <w:r w:rsidRPr="004106A7">
              <w:rPr>
                <w:rFonts w:eastAsia="Microsoft YaHei"/>
                <w:b/>
                <w:bCs/>
                <w:color w:val="000000"/>
                <w:kern w:val="24"/>
                <w:sz w:val="28"/>
                <w:szCs w:val="28"/>
                <w:lang w:eastAsia="ru-RU"/>
              </w:rPr>
              <w:t>н/а</w:t>
            </w:r>
          </w:p>
        </w:tc>
        <w:tc>
          <w:tcPr>
            <w:tcW w:w="709" w:type="dxa"/>
            <w:tcBorders>
              <w:top w:val="single" w:sz="8" w:space="0" w:color="000000"/>
              <w:left w:val="single" w:sz="4" w:space="0" w:color="000000"/>
              <w:bottom w:val="single" w:sz="8" w:space="0" w:color="000000"/>
              <w:right w:val="single" w:sz="8" w:space="0" w:color="000000"/>
            </w:tcBorders>
            <w:shd w:val="clear" w:color="auto" w:fill="auto"/>
            <w:tcMar>
              <w:top w:w="13" w:type="dxa"/>
              <w:left w:w="13" w:type="dxa"/>
              <w:bottom w:w="0" w:type="dxa"/>
              <w:right w:w="13" w:type="dxa"/>
            </w:tcMar>
            <w:vAlign w:val="bottom"/>
            <w:hideMark/>
          </w:tcPr>
          <w:p w14:paraId="50A78391" w14:textId="77777777" w:rsidR="004106A7" w:rsidRPr="004106A7" w:rsidRDefault="004106A7" w:rsidP="00250CF0">
            <w:pPr>
              <w:spacing w:line="253" w:lineRule="atLeast"/>
              <w:jc w:val="center"/>
              <w:textAlignment w:val="bottom"/>
              <w:rPr>
                <w:sz w:val="28"/>
                <w:szCs w:val="28"/>
                <w:lang w:val="kk-KZ" w:eastAsia="ru-RU"/>
              </w:rPr>
            </w:pPr>
            <w:r w:rsidRPr="004106A7">
              <w:rPr>
                <w:rFonts w:eastAsia="Microsoft YaHei"/>
                <w:b/>
                <w:bCs/>
                <w:color w:val="000000"/>
                <w:kern w:val="24"/>
                <w:sz w:val="28"/>
                <w:szCs w:val="28"/>
                <w:lang w:eastAsia="ru-RU"/>
              </w:rPr>
              <w:t xml:space="preserve">% </w:t>
            </w:r>
            <w:r w:rsidRPr="004106A7">
              <w:rPr>
                <w:rFonts w:eastAsia="Microsoft YaHei"/>
                <w:b/>
                <w:bCs/>
                <w:color w:val="000000"/>
                <w:kern w:val="24"/>
                <w:sz w:val="28"/>
                <w:szCs w:val="28"/>
                <w:lang w:val="kk-KZ" w:eastAsia="ru-RU"/>
              </w:rPr>
              <w:t>үлг</w:t>
            </w:r>
          </w:p>
        </w:tc>
        <w:tc>
          <w:tcPr>
            <w:tcW w:w="850" w:type="dxa"/>
            <w:tcBorders>
              <w:top w:val="single" w:sz="8"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hideMark/>
          </w:tcPr>
          <w:p w14:paraId="456F3601" w14:textId="77777777" w:rsidR="004106A7" w:rsidRPr="004106A7" w:rsidRDefault="004106A7" w:rsidP="00250CF0">
            <w:pPr>
              <w:spacing w:line="253" w:lineRule="atLeast"/>
              <w:jc w:val="center"/>
              <w:textAlignment w:val="bottom"/>
              <w:rPr>
                <w:sz w:val="28"/>
                <w:szCs w:val="28"/>
                <w:lang w:val="kk-KZ" w:eastAsia="ru-RU"/>
              </w:rPr>
            </w:pPr>
            <w:r w:rsidRPr="004106A7">
              <w:rPr>
                <w:rFonts w:eastAsia="Microsoft YaHei"/>
                <w:b/>
                <w:bCs/>
                <w:color w:val="000000"/>
                <w:kern w:val="24"/>
                <w:sz w:val="28"/>
                <w:szCs w:val="28"/>
                <w:lang w:eastAsia="ru-RU"/>
              </w:rPr>
              <w:t xml:space="preserve">% </w:t>
            </w:r>
            <w:r w:rsidRPr="004106A7">
              <w:rPr>
                <w:rFonts w:eastAsia="Microsoft YaHei"/>
                <w:b/>
                <w:bCs/>
                <w:color w:val="000000"/>
                <w:kern w:val="24"/>
                <w:sz w:val="28"/>
                <w:szCs w:val="28"/>
                <w:lang w:val="kk-KZ" w:eastAsia="ru-RU"/>
              </w:rPr>
              <w:t>сапа</w:t>
            </w:r>
          </w:p>
        </w:tc>
      </w:tr>
      <w:tr w:rsidR="004106A7" w:rsidRPr="004106A7" w14:paraId="48CC53E6" w14:textId="77777777" w:rsidTr="00A92520">
        <w:trPr>
          <w:trHeight w:val="275"/>
        </w:trPr>
        <w:tc>
          <w:tcPr>
            <w:tcW w:w="1444"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hideMark/>
          </w:tcPr>
          <w:p w14:paraId="473C1435" w14:textId="77777777" w:rsidR="004106A7" w:rsidRPr="004106A7" w:rsidRDefault="004106A7" w:rsidP="00250CF0">
            <w:pPr>
              <w:spacing w:line="275" w:lineRule="atLeast"/>
              <w:textAlignment w:val="bottom"/>
              <w:rPr>
                <w:sz w:val="28"/>
                <w:szCs w:val="28"/>
                <w:lang w:val="kk-KZ" w:eastAsia="ru-RU"/>
              </w:rPr>
            </w:pPr>
            <w:r w:rsidRPr="004106A7">
              <w:rPr>
                <w:rFonts w:eastAsia="Microsoft YaHei"/>
                <w:color w:val="000000"/>
                <w:kern w:val="24"/>
                <w:sz w:val="28"/>
                <w:szCs w:val="28"/>
                <w:lang w:val="kk-KZ" w:eastAsia="ru-RU"/>
              </w:rPr>
              <w:t>Қазақ тілі</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66E01190" w14:textId="329E160F" w:rsidR="004106A7" w:rsidRPr="004106A7" w:rsidRDefault="00A92520" w:rsidP="00250CF0">
            <w:pPr>
              <w:spacing w:line="275" w:lineRule="atLeast"/>
              <w:jc w:val="center"/>
              <w:textAlignment w:val="bottom"/>
              <w:rPr>
                <w:sz w:val="28"/>
                <w:szCs w:val="28"/>
                <w:lang w:val="kk-KZ" w:eastAsia="ru-RU"/>
              </w:rPr>
            </w:pPr>
            <w:r>
              <w:rPr>
                <w:sz w:val="28"/>
                <w:szCs w:val="28"/>
                <w:lang w:val="kk-KZ" w:eastAsia="ru-RU"/>
              </w:rPr>
              <w:t>63</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3D0EB920" w14:textId="6D47B83B" w:rsidR="004106A7" w:rsidRPr="004106A7" w:rsidRDefault="00A92520" w:rsidP="00250CF0">
            <w:pPr>
              <w:spacing w:line="275" w:lineRule="atLeast"/>
              <w:jc w:val="center"/>
              <w:textAlignment w:val="bottom"/>
              <w:rPr>
                <w:sz w:val="28"/>
                <w:szCs w:val="28"/>
                <w:lang w:val="kk-KZ" w:eastAsia="ru-RU"/>
              </w:rPr>
            </w:pPr>
            <w:r>
              <w:rPr>
                <w:sz w:val="28"/>
                <w:szCs w:val="28"/>
                <w:lang w:val="kk-KZ" w:eastAsia="ru-RU"/>
              </w:rPr>
              <w:t>5</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78E0C51B" w14:textId="3A049C61" w:rsidR="004106A7" w:rsidRPr="004106A7" w:rsidRDefault="00A92520" w:rsidP="00250CF0">
            <w:pPr>
              <w:spacing w:line="275" w:lineRule="atLeast"/>
              <w:jc w:val="center"/>
              <w:textAlignment w:val="bottom"/>
              <w:rPr>
                <w:sz w:val="28"/>
                <w:szCs w:val="28"/>
                <w:lang w:val="kk-KZ" w:eastAsia="ru-RU"/>
              </w:rPr>
            </w:pPr>
            <w:r>
              <w:rPr>
                <w:sz w:val="28"/>
                <w:szCs w:val="28"/>
                <w:lang w:val="kk-KZ" w:eastAsia="ru-RU"/>
              </w:rPr>
              <w:t>46</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61F69DC2" w14:textId="3A1228F2" w:rsidR="004106A7" w:rsidRPr="004106A7" w:rsidRDefault="00A92520" w:rsidP="00250CF0">
            <w:pPr>
              <w:spacing w:line="275" w:lineRule="atLeast"/>
              <w:jc w:val="center"/>
              <w:textAlignment w:val="bottom"/>
              <w:rPr>
                <w:sz w:val="28"/>
                <w:szCs w:val="28"/>
                <w:lang w:val="kk-KZ" w:eastAsia="ru-RU"/>
              </w:rPr>
            </w:pPr>
            <w:r>
              <w:rPr>
                <w:sz w:val="28"/>
                <w:szCs w:val="28"/>
                <w:lang w:val="kk-KZ" w:eastAsia="ru-RU"/>
              </w:rPr>
              <w:t>12</w:t>
            </w: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4D0F0C8B" w14:textId="21A53FF1" w:rsidR="004106A7" w:rsidRPr="004106A7" w:rsidRDefault="00A92520" w:rsidP="00250CF0">
            <w:pPr>
              <w:spacing w:line="275" w:lineRule="atLeast"/>
              <w:jc w:val="center"/>
              <w:textAlignment w:val="bottom"/>
              <w:rPr>
                <w:sz w:val="28"/>
                <w:szCs w:val="28"/>
                <w:lang w:val="kk-KZ" w:eastAsia="ru-RU"/>
              </w:rPr>
            </w:pPr>
            <w:r>
              <w:rPr>
                <w:sz w:val="28"/>
                <w:szCs w:val="28"/>
                <w:lang w:val="kk-KZ" w:eastAsia="ru-RU"/>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55610E01" w14:textId="58FB0E98" w:rsidR="004106A7" w:rsidRPr="004106A7" w:rsidRDefault="00A92520" w:rsidP="00250CF0">
            <w:pPr>
              <w:spacing w:line="275" w:lineRule="atLeast"/>
              <w:jc w:val="center"/>
              <w:textAlignment w:val="bottom"/>
              <w:rPr>
                <w:sz w:val="28"/>
                <w:szCs w:val="28"/>
                <w:lang w:val="kk-KZ" w:eastAsia="ru-RU"/>
              </w:rPr>
            </w:pPr>
            <w:r>
              <w:rPr>
                <w:sz w:val="28"/>
                <w:szCs w:val="28"/>
                <w:lang w:val="kk-KZ" w:eastAsia="ru-RU"/>
              </w:rPr>
              <w:t>-</w:t>
            </w:r>
          </w:p>
        </w:tc>
        <w:tc>
          <w:tcPr>
            <w:tcW w:w="567" w:type="dxa"/>
            <w:tcBorders>
              <w:top w:val="single" w:sz="4" w:space="0" w:color="000000"/>
              <w:left w:val="single" w:sz="4" w:space="0" w:color="000000"/>
              <w:bottom w:val="single" w:sz="4" w:space="0" w:color="000000"/>
              <w:right w:val="single" w:sz="8" w:space="0" w:color="000000"/>
            </w:tcBorders>
            <w:shd w:val="clear" w:color="auto" w:fill="auto"/>
            <w:tcMar>
              <w:top w:w="13" w:type="dxa"/>
              <w:left w:w="13" w:type="dxa"/>
              <w:bottom w:w="0" w:type="dxa"/>
              <w:right w:w="13" w:type="dxa"/>
            </w:tcMar>
            <w:vAlign w:val="bottom"/>
          </w:tcPr>
          <w:p w14:paraId="07633095" w14:textId="5655961D" w:rsidR="004106A7" w:rsidRPr="00A92520" w:rsidRDefault="00A92520" w:rsidP="00250CF0">
            <w:pPr>
              <w:spacing w:line="275" w:lineRule="atLeast"/>
              <w:jc w:val="center"/>
              <w:textAlignment w:val="bottom"/>
              <w:rPr>
                <w:sz w:val="28"/>
                <w:szCs w:val="28"/>
                <w:lang w:val="kk-KZ" w:eastAsia="ru-RU"/>
              </w:rPr>
            </w:pPr>
            <w:r>
              <w:rPr>
                <w:sz w:val="28"/>
                <w:szCs w:val="28"/>
                <w:lang w:val="kk-KZ" w:eastAsia="ru-RU"/>
              </w:rPr>
              <w:t>100</w:t>
            </w:r>
          </w:p>
        </w:tc>
        <w:tc>
          <w:tcPr>
            <w:tcW w:w="825" w:type="dxa"/>
            <w:tcBorders>
              <w:top w:val="single" w:sz="4" w:space="0" w:color="000000"/>
              <w:left w:val="single" w:sz="8" w:space="0" w:color="000000"/>
              <w:bottom w:val="single" w:sz="4" w:space="0" w:color="000000"/>
              <w:right w:val="single" w:sz="8" w:space="0" w:color="000000"/>
            </w:tcBorders>
            <w:shd w:val="clear" w:color="auto" w:fill="auto"/>
            <w:tcMar>
              <w:top w:w="13" w:type="dxa"/>
              <w:left w:w="13" w:type="dxa"/>
              <w:bottom w:w="0" w:type="dxa"/>
              <w:right w:w="13" w:type="dxa"/>
            </w:tcMar>
            <w:vAlign w:val="bottom"/>
            <w:hideMark/>
          </w:tcPr>
          <w:p w14:paraId="034B6D0B" w14:textId="25A8E861" w:rsidR="004106A7" w:rsidRPr="00A92520" w:rsidRDefault="00A92520" w:rsidP="00A92520">
            <w:pPr>
              <w:spacing w:line="275" w:lineRule="atLeast"/>
              <w:textAlignment w:val="bottom"/>
              <w:rPr>
                <w:sz w:val="28"/>
                <w:szCs w:val="28"/>
                <w:lang w:val="kk-KZ" w:eastAsia="ru-RU"/>
              </w:rPr>
            </w:pPr>
            <w:r>
              <w:rPr>
                <w:rFonts w:eastAsia="Microsoft YaHei"/>
                <w:b/>
                <w:bCs/>
                <w:color w:val="000000"/>
                <w:kern w:val="24"/>
                <w:sz w:val="28"/>
                <w:szCs w:val="28"/>
                <w:lang w:val="kk-KZ" w:eastAsia="ru-RU"/>
              </w:rPr>
              <w:t>80,95</w:t>
            </w:r>
          </w:p>
        </w:tc>
        <w:tc>
          <w:tcPr>
            <w:tcW w:w="708" w:type="dxa"/>
            <w:tcBorders>
              <w:top w:val="single" w:sz="4" w:space="0" w:color="000000"/>
              <w:left w:val="single" w:sz="8"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7FA2F936" w14:textId="5AA2D99B" w:rsidR="004106A7" w:rsidRPr="004106A7" w:rsidRDefault="00A92520" w:rsidP="00250CF0">
            <w:pPr>
              <w:spacing w:line="275" w:lineRule="atLeast"/>
              <w:jc w:val="center"/>
              <w:textAlignment w:val="bottom"/>
              <w:rPr>
                <w:sz w:val="28"/>
                <w:szCs w:val="28"/>
                <w:lang w:val="kk-KZ" w:eastAsia="ru-RU"/>
              </w:rPr>
            </w:pPr>
            <w:r>
              <w:rPr>
                <w:sz w:val="28"/>
                <w:szCs w:val="28"/>
                <w:lang w:val="kk-KZ" w:eastAsia="ru-RU"/>
              </w:rPr>
              <w:t>48</w:t>
            </w: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2A3F91FE" w14:textId="24F8F861" w:rsidR="004106A7" w:rsidRPr="004106A7" w:rsidRDefault="00A92520" w:rsidP="00250CF0">
            <w:pPr>
              <w:spacing w:line="275" w:lineRule="atLeast"/>
              <w:jc w:val="center"/>
              <w:textAlignment w:val="bottom"/>
              <w:rPr>
                <w:sz w:val="28"/>
                <w:szCs w:val="28"/>
                <w:lang w:val="kk-KZ" w:eastAsia="ru-RU"/>
              </w:rPr>
            </w:pPr>
            <w:r>
              <w:rPr>
                <w:sz w:val="28"/>
                <w:szCs w:val="28"/>
                <w:lang w:val="kk-KZ" w:eastAsia="ru-RU"/>
              </w:rPr>
              <w:t>14</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63D0941D" w14:textId="3A7760CA" w:rsidR="004106A7" w:rsidRPr="004106A7" w:rsidRDefault="00A92520" w:rsidP="00250CF0">
            <w:pPr>
              <w:spacing w:line="275" w:lineRule="atLeast"/>
              <w:jc w:val="center"/>
              <w:textAlignment w:val="bottom"/>
              <w:rPr>
                <w:sz w:val="28"/>
                <w:szCs w:val="28"/>
                <w:lang w:val="kk-KZ" w:eastAsia="ru-RU"/>
              </w:rPr>
            </w:pPr>
            <w:r>
              <w:rPr>
                <w:sz w:val="28"/>
                <w:szCs w:val="28"/>
                <w:lang w:val="kk-KZ" w:eastAsia="ru-RU"/>
              </w:rPr>
              <w:t>27</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53CF0A61" w14:textId="1890C1EF" w:rsidR="004106A7" w:rsidRPr="004106A7" w:rsidRDefault="00A92520" w:rsidP="00250CF0">
            <w:pPr>
              <w:spacing w:line="275" w:lineRule="atLeast"/>
              <w:jc w:val="center"/>
              <w:textAlignment w:val="bottom"/>
              <w:rPr>
                <w:sz w:val="28"/>
                <w:szCs w:val="28"/>
                <w:lang w:val="kk-KZ" w:eastAsia="ru-RU"/>
              </w:rPr>
            </w:pPr>
            <w:r>
              <w:rPr>
                <w:sz w:val="28"/>
                <w:szCs w:val="28"/>
                <w:lang w:val="kk-KZ" w:eastAsia="ru-RU"/>
              </w:rPr>
              <w:t>7</w:t>
            </w: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48CE1004" w14:textId="77777777" w:rsidR="004106A7" w:rsidRPr="004106A7" w:rsidRDefault="004106A7" w:rsidP="00250CF0">
            <w:pPr>
              <w:spacing w:line="275" w:lineRule="atLeast"/>
              <w:jc w:val="center"/>
              <w:textAlignment w:val="bottom"/>
              <w:rPr>
                <w:sz w:val="28"/>
                <w:szCs w:val="28"/>
                <w:lang w:val="kk-KZ" w:eastAsia="ru-RU"/>
              </w:rPr>
            </w:pPr>
            <w:r w:rsidRPr="004106A7">
              <w:rPr>
                <w:sz w:val="28"/>
                <w:szCs w:val="28"/>
                <w:lang w:val="kk-KZ" w:eastAsia="ru-RU"/>
              </w:rPr>
              <w:t>-</w:t>
            </w: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24494F0F" w14:textId="77777777" w:rsidR="004106A7" w:rsidRPr="004106A7" w:rsidRDefault="004106A7" w:rsidP="00250CF0">
            <w:pPr>
              <w:spacing w:line="275" w:lineRule="atLeast"/>
              <w:jc w:val="center"/>
              <w:textAlignment w:val="bottom"/>
              <w:rPr>
                <w:sz w:val="28"/>
                <w:szCs w:val="28"/>
                <w:lang w:val="kk-KZ" w:eastAsia="ru-RU"/>
              </w:rPr>
            </w:pPr>
            <w:r w:rsidRPr="004106A7">
              <w:rPr>
                <w:sz w:val="28"/>
                <w:szCs w:val="28"/>
                <w:lang w:val="kk-KZ" w:eastAsia="ru-RU"/>
              </w:rPr>
              <w:t>-</w:t>
            </w:r>
          </w:p>
        </w:tc>
        <w:tc>
          <w:tcPr>
            <w:tcW w:w="709" w:type="dxa"/>
            <w:tcBorders>
              <w:top w:val="single" w:sz="4" w:space="0" w:color="000000"/>
              <w:left w:val="single" w:sz="4" w:space="0" w:color="000000"/>
              <w:bottom w:val="single" w:sz="4" w:space="0" w:color="000000"/>
              <w:right w:val="single" w:sz="8" w:space="0" w:color="000000"/>
            </w:tcBorders>
            <w:shd w:val="clear" w:color="auto" w:fill="auto"/>
            <w:tcMar>
              <w:top w:w="13" w:type="dxa"/>
              <w:left w:w="13" w:type="dxa"/>
              <w:bottom w:w="0" w:type="dxa"/>
              <w:right w:w="13" w:type="dxa"/>
            </w:tcMar>
            <w:vAlign w:val="bottom"/>
          </w:tcPr>
          <w:p w14:paraId="2B6AB19E" w14:textId="77777777" w:rsidR="004106A7" w:rsidRPr="004106A7" w:rsidRDefault="004106A7" w:rsidP="00250CF0">
            <w:pPr>
              <w:spacing w:line="275" w:lineRule="atLeast"/>
              <w:jc w:val="center"/>
              <w:textAlignment w:val="bottom"/>
              <w:rPr>
                <w:sz w:val="28"/>
                <w:szCs w:val="28"/>
                <w:lang w:val="kk-KZ" w:eastAsia="ru-RU"/>
              </w:rPr>
            </w:pPr>
            <w:r w:rsidRPr="004106A7">
              <w:rPr>
                <w:sz w:val="28"/>
                <w:szCs w:val="28"/>
                <w:lang w:val="kk-KZ" w:eastAsia="ru-RU"/>
              </w:rPr>
              <w:t>100</w:t>
            </w:r>
          </w:p>
        </w:tc>
        <w:tc>
          <w:tcPr>
            <w:tcW w:w="850" w:type="dxa"/>
            <w:tcBorders>
              <w:top w:val="single" w:sz="4" w:space="0" w:color="000000"/>
              <w:left w:val="single" w:sz="8" w:space="0" w:color="000000"/>
              <w:bottom w:val="single" w:sz="4" w:space="0" w:color="000000"/>
              <w:right w:val="single" w:sz="8" w:space="0" w:color="000000"/>
            </w:tcBorders>
            <w:shd w:val="clear" w:color="auto" w:fill="auto"/>
            <w:tcMar>
              <w:top w:w="13" w:type="dxa"/>
              <w:left w:w="13" w:type="dxa"/>
              <w:bottom w:w="0" w:type="dxa"/>
              <w:right w:w="13" w:type="dxa"/>
            </w:tcMar>
            <w:vAlign w:val="bottom"/>
          </w:tcPr>
          <w:p w14:paraId="372CB298" w14:textId="437C3DA3" w:rsidR="004106A7" w:rsidRPr="00A92520" w:rsidRDefault="00A92520" w:rsidP="00250CF0">
            <w:pPr>
              <w:spacing w:line="275" w:lineRule="atLeast"/>
              <w:jc w:val="center"/>
              <w:textAlignment w:val="bottom"/>
              <w:rPr>
                <w:sz w:val="28"/>
                <w:szCs w:val="28"/>
                <w:lang w:val="kk-KZ" w:eastAsia="ru-RU"/>
              </w:rPr>
            </w:pPr>
            <w:r>
              <w:rPr>
                <w:sz w:val="28"/>
                <w:szCs w:val="28"/>
                <w:lang w:val="kk-KZ" w:eastAsia="ru-RU"/>
              </w:rPr>
              <w:t>85,42</w:t>
            </w:r>
          </w:p>
        </w:tc>
      </w:tr>
      <w:tr w:rsidR="004106A7" w:rsidRPr="004106A7" w14:paraId="7CEACC58" w14:textId="77777777" w:rsidTr="00A92520">
        <w:trPr>
          <w:trHeight w:val="275"/>
        </w:trPr>
        <w:tc>
          <w:tcPr>
            <w:tcW w:w="1444"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hideMark/>
          </w:tcPr>
          <w:p w14:paraId="61BB80DC" w14:textId="77777777" w:rsidR="004106A7" w:rsidRPr="004106A7" w:rsidRDefault="004106A7" w:rsidP="00250CF0">
            <w:pPr>
              <w:spacing w:line="275" w:lineRule="atLeast"/>
              <w:textAlignment w:val="bottom"/>
              <w:rPr>
                <w:sz w:val="28"/>
                <w:szCs w:val="28"/>
                <w:lang w:val="kk-KZ" w:eastAsia="ru-RU"/>
              </w:rPr>
            </w:pPr>
            <w:r w:rsidRPr="004106A7">
              <w:rPr>
                <w:rFonts w:eastAsia="Microsoft YaHei"/>
                <w:color w:val="000000"/>
                <w:kern w:val="24"/>
                <w:sz w:val="28"/>
                <w:szCs w:val="28"/>
                <w:lang w:val="kk-KZ" w:eastAsia="ru-RU"/>
              </w:rPr>
              <w:t>Орыс тілі мен әдебиеті</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714B5DBF" w14:textId="18E0B492" w:rsidR="004106A7" w:rsidRPr="004106A7" w:rsidRDefault="00A92520" w:rsidP="00250CF0">
            <w:pPr>
              <w:spacing w:line="275" w:lineRule="atLeast"/>
              <w:jc w:val="center"/>
              <w:textAlignment w:val="bottom"/>
              <w:rPr>
                <w:sz w:val="28"/>
                <w:szCs w:val="28"/>
                <w:lang w:val="kk-KZ" w:eastAsia="ru-RU"/>
              </w:rPr>
            </w:pPr>
            <w:r>
              <w:rPr>
                <w:sz w:val="28"/>
                <w:szCs w:val="28"/>
                <w:lang w:val="kk-KZ" w:eastAsia="ru-RU"/>
              </w:rPr>
              <w:t>63</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735862D1" w14:textId="7ABD2239" w:rsidR="004106A7" w:rsidRPr="004106A7" w:rsidRDefault="00A92520" w:rsidP="00250CF0">
            <w:pPr>
              <w:spacing w:line="275" w:lineRule="atLeast"/>
              <w:jc w:val="center"/>
              <w:textAlignment w:val="bottom"/>
              <w:rPr>
                <w:sz w:val="28"/>
                <w:szCs w:val="28"/>
                <w:lang w:val="kk-KZ" w:eastAsia="ru-RU"/>
              </w:rPr>
            </w:pPr>
            <w:r>
              <w:rPr>
                <w:sz w:val="28"/>
                <w:szCs w:val="28"/>
                <w:lang w:val="kk-KZ" w:eastAsia="ru-RU"/>
              </w:rPr>
              <w:t>7</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20D3E4A3" w14:textId="7A813980" w:rsidR="004106A7" w:rsidRPr="004106A7" w:rsidRDefault="00A92520" w:rsidP="00250CF0">
            <w:pPr>
              <w:spacing w:line="275" w:lineRule="atLeast"/>
              <w:jc w:val="center"/>
              <w:textAlignment w:val="bottom"/>
              <w:rPr>
                <w:sz w:val="28"/>
                <w:szCs w:val="28"/>
                <w:lang w:val="kk-KZ" w:eastAsia="ru-RU"/>
              </w:rPr>
            </w:pPr>
            <w:r>
              <w:rPr>
                <w:sz w:val="28"/>
                <w:szCs w:val="28"/>
                <w:lang w:val="kk-KZ" w:eastAsia="ru-RU"/>
              </w:rPr>
              <w:t>34</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7BF70CAA" w14:textId="632911D1" w:rsidR="004106A7" w:rsidRPr="004106A7" w:rsidRDefault="00A92520" w:rsidP="00250CF0">
            <w:pPr>
              <w:spacing w:line="275" w:lineRule="atLeast"/>
              <w:jc w:val="center"/>
              <w:textAlignment w:val="bottom"/>
              <w:rPr>
                <w:sz w:val="28"/>
                <w:szCs w:val="28"/>
                <w:lang w:val="kk-KZ" w:eastAsia="ru-RU"/>
              </w:rPr>
            </w:pPr>
            <w:r>
              <w:rPr>
                <w:sz w:val="28"/>
                <w:szCs w:val="28"/>
                <w:lang w:val="kk-KZ" w:eastAsia="ru-RU"/>
              </w:rPr>
              <w:t>22</w:t>
            </w: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4FADD296" w14:textId="550B2D1E" w:rsidR="004106A7" w:rsidRPr="004106A7" w:rsidRDefault="00A92520" w:rsidP="00250CF0">
            <w:pPr>
              <w:spacing w:line="275" w:lineRule="atLeast"/>
              <w:jc w:val="center"/>
              <w:textAlignment w:val="bottom"/>
              <w:rPr>
                <w:sz w:val="28"/>
                <w:szCs w:val="28"/>
                <w:lang w:val="kk-KZ" w:eastAsia="ru-RU"/>
              </w:rPr>
            </w:pPr>
            <w:r>
              <w:rPr>
                <w:sz w:val="28"/>
                <w:szCs w:val="28"/>
                <w:lang w:val="kk-KZ" w:eastAsia="ru-RU"/>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5A74B602" w14:textId="3CA5AF79" w:rsidR="004106A7" w:rsidRPr="004106A7" w:rsidRDefault="00A92520" w:rsidP="00250CF0">
            <w:pPr>
              <w:spacing w:line="275" w:lineRule="atLeast"/>
              <w:jc w:val="center"/>
              <w:textAlignment w:val="bottom"/>
              <w:rPr>
                <w:sz w:val="28"/>
                <w:szCs w:val="28"/>
                <w:lang w:val="kk-KZ" w:eastAsia="ru-RU"/>
              </w:rPr>
            </w:pPr>
            <w:r>
              <w:rPr>
                <w:sz w:val="28"/>
                <w:szCs w:val="28"/>
                <w:lang w:val="kk-KZ" w:eastAsia="ru-RU"/>
              </w:rPr>
              <w:t>-</w:t>
            </w:r>
          </w:p>
        </w:tc>
        <w:tc>
          <w:tcPr>
            <w:tcW w:w="567" w:type="dxa"/>
            <w:tcBorders>
              <w:top w:val="single" w:sz="4" w:space="0" w:color="000000"/>
              <w:left w:val="single" w:sz="4" w:space="0" w:color="000000"/>
              <w:bottom w:val="single" w:sz="4" w:space="0" w:color="000000"/>
              <w:right w:val="single" w:sz="8" w:space="0" w:color="000000"/>
            </w:tcBorders>
            <w:shd w:val="clear" w:color="auto" w:fill="auto"/>
            <w:tcMar>
              <w:top w:w="13" w:type="dxa"/>
              <w:left w:w="13" w:type="dxa"/>
              <w:bottom w:w="0" w:type="dxa"/>
              <w:right w:w="13" w:type="dxa"/>
            </w:tcMar>
            <w:vAlign w:val="bottom"/>
          </w:tcPr>
          <w:p w14:paraId="4A774BAF" w14:textId="7A46683E" w:rsidR="004106A7" w:rsidRPr="00A92520" w:rsidRDefault="00A92520" w:rsidP="00250CF0">
            <w:pPr>
              <w:spacing w:line="275" w:lineRule="atLeast"/>
              <w:jc w:val="center"/>
              <w:textAlignment w:val="bottom"/>
              <w:rPr>
                <w:sz w:val="28"/>
                <w:szCs w:val="28"/>
                <w:lang w:val="kk-KZ" w:eastAsia="ru-RU"/>
              </w:rPr>
            </w:pPr>
            <w:r>
              <w:rPr>
                <w:sz w:val="28"/>
                <w:szCs w:val="28"/>
                <w:lang w:val="kk-KZ" w:eastAsia="ru-RU"/>
              </w:rPr>
              <w:t>100</w:t>
            </w:r>
          </w:p>
        </w:tc>
        <w:tc>
          <w:tcPr>
            <w:tcW w:w="825" w:type="dxa"/>
            <w:tcBorders>
              <w:top w:val="single" w:sz="4" w:space="0" w:color="000000"/>
              <w:left w:val="single" w:sz="8" w:space="0" w:color="000000"/>
              <w:bottom w:val="single" w:sz="4" w:space="0" w:color="000000"/>
              <w:right w:val="single" w:sz="8" w:space="0" w:color="000000"/>
            </w:tcBorders>
            <w:shd w:val="clear" w:color="auto" w:fill="auto"/>
            <w:tcMar>
              <w:top w:w="13" w:type="dxa"/>
              <w:left w:w="13" w:type="dxa"/>
              <w:bottom w:w="0" w:type="dxa"/>
              <w:right w:w="13" w:type="dxa"/>
            </w:tcMar>
            <w:vAlign w:val="bottom"/>
            <w:hideMark/>
          </w:tcPr>
          <w:p w14:paraId="5D9F540F" w14:textId="18E9650C" w:rsidR="004106A7" w:rsidRPr="004106A7" w:rsidRDefault="00A92520" w:rsidP="00250CF0">
            <w:pPr>
              <w:spacing w:line="275" w:lineRule="atLeast"/>
              <w:jc w:val="center"/>
              <w:textAlignment w:val="bottom"/>
              <w:rPr>
                <w:sz w:val="28"/>
                <w:szCs w:val="28"/>
                <w:lang w:val="kk-KZ" w:eastAsia="ru-RU"/>
              </w:rPr>
            </w:pPr>
            <w:r>
              <w:rPr>
                <w:sz w:val="28"/>
                <w:szCs w:val="28"/>
                <w:lang w:val="kk-KZ" w:eastAsia="ru-RU"/>
              </w:rPr>
              <w:t>65,08</w:t>
            </w:r>
          </w:p>
        </w:tc>
        <w:tc>
          <w:tcPr>
            <w:tcW w:w="708" w:type="dxa"/>
            <w:tcBorders>
              <w:top w:val="single" w:sz="4" w:space="0" w:color="000000"/>
              <w:left w:val="single" w:sz="8"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4468BB56" w14:textId="64C2C672" w:rsidR="004106A7" w:rsidRPr="004106A7" w:rsidRDefault="00A92520" w:rsidP="00250CF0">
            <w:pPr>
              <w:spacing w:line="275" w:lineRule="atLeast"/>
              <w:jc w:val="center"/>
              <w:textAlignment w:val="bottom"/>
              <w:rPr>
                <w:sz w:val="28"/>
                <w:szCs w:val="28"/>
                <w:lang w:val="kk-KZ" w:eastAsia="ru-RU"/>
              </w:rPr>
            </w:pPr>
            <w:r>
              <w:rPr>
                <w:sz w:val="28"/>
                <w:szCs w:val="28"/>
                <w:lang w:val="kk-KZ" w:eastAsia="ru-RU"/>
              </w:rPr>
              <w:t>48</w:t>
            </w: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00E79DB3" w14:textId="01E0C04F" w:rsidR="004106A7" w:rsidRPr="004106A7" w:rsidRDefault="00A92520" w:rsidP="00250CF0">
            <w:pPr>
              <w:spacing w:line="275" w:lineRule="atLeast"/>
              <w:jc w:val="center"/>
              <w:textAlignment w:val="bottom"/>
              <w:rPr>
                <w:sz w:val="28"/>
                <w:szCs w:val="28"/>
                <w:lang w:val="kk-KZ" w:eastAsia="ru-RU"/>
              </w:rPr>
            </w:pPr>
            <w:r>
              <w:rPr>
                <w:sz w:val="28"/>
                <w:szCs w:val="28"/>
                <w:lang w:val="kk-KZ" w:eastAsia="ru-RU"/>
              </w:rPr>
              <w:t>13</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50998C21" w14:textId="01BC8EA1" w:rsidR="004106A7" w:rsidRPr="004106A7" w:rsidRDefault="00A92520" w:rsidP="00250CF0">
            <w:pPr>
              <w:spacing w:line="275" w:lineRule="atLeast"/>
              <w:jc w:val="center"/>
              <w:textAlignment w:val="bottom"/>
              <w:rPr>
                <w:sz w:val="28"/>
                <w:szCs w:val="28"/>
                <w:lang w:val="kk-KZ" w:eastAsia="ru-RU"/>
              </w:rPr>
            </w:pPr>
            <w:r>
              <w:rPr>
                <w:sz w:val="28"/>
                <w:szCs w:val="28"/>
                <w:lang w:val="kk-KZ" w:eastAsia="ru-RU"/>
              </w:rPr>
              <w:t>19</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2DA1BF5B" w14:textId="2F89B0DC" w:rsidR="004106A7" w:rsidRPr="004106A7" w:rsidRDefault="00A92520" w:rsidP="00250CF0">
            <w:pPr>
              <w:spacing w:line="275" w:lineRule="atLeast"/>
              <w:jc w:val="center"/>
              <w:textAlignment w:val="bottom"/>
              <w:rPr>
                <w:sz w:val="28"/>
                <w:szCs w:val="28"/>
                <w:lang w:val="kk-KZ" w:eastAsia="ru-RU"/>
              </w:rPr>
            </w:pPr>
            <w:r>
              <w:rPr>
                <w:sz w:val="28"/>
                <w:szCs w:val="28"/>
                <w:lang w:val="kk-KZ" w:eastAsia="ru-RU"/>
              </w:rPr>
              <w:t>16</w:t>
            </w: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3136E48B" w14:textId="77777777" w:rsidR="004106A7" w:rsidRPr="004106A7" w:rsidRDefault="004106A7" w:rsidP="00250CF0">
            <w:pPr>
              <w:spacing w:line="275" w:lineRule="atLeast"/>
              <w:jc w:val="center"/>
              <w:textAlignment w:val="bottom"/>
              <w:rPr>
                <w:sz w:val="28"/>
                <w:szCs w:val="28"/>
                <w:lang w:val="kk-KZ" w:eastAsia="ru-RU"/>
              </w:rPr>
            </w:pPr>
            <w:r w:rsidRPr="004106A7">
              <w:rPr>
                <w:sz w:val="28"/>
                <w:szCs w:val="28"/>
                <w:lang w:val="kk-KZ" w:eastAsia="ru-RU"/>
              </w:rPr>
              <w:t>-</w:t>
            </w: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21EA8436" w14:textId="77777777" w:rsidR="004106A7" w:rsidRPr="004106A7" w:rsidRDefault="004106A7" w:rsidP="00250CF0">
            <w:pPr>
              <w:spacing w:line="275" w:lineRule="atLeast"/>
              <w:jc w:val="center"/>
              <w:textAlignment w:val="bottom"/>
              <w:rPr>
                <w:sz w:val="28"/>
                <w:szCs w:val="28"/>
                <w:lang w:val="kk-KZ" w:eastAsia="ru-RU"/>
              </w:rPr>
            </w:pPr>
            <w:r w:rsidRPr="004106A7">
              <w:rPr>
                <w:sz w:val="28"/>
                <w:szCs w:val="28"/>
                <w:lang w:val="kk-KZ" w:eastAsia="ru-RU"/>
              </w:rPr>
              <w:t>-</w:t>
            </w:r>
          </w:p>
        </w:tc>
        <w:tc>
          <w:tcPr>
            <w:tcW w:w="709" w:type="dxa"/>
            <w:tcBorders>
              <w:top w:val="single" w:sz="4" w:space="0" w:color="000000"/>
              <w:left w:val="single" w:sz="4" w:space="0" w:color="000000"/>
              <w:bottom w:val="single" w:sz="4" w:space="0" w:color="000000"/>
              <w:right w:val="single" w:sz="8" w:space="0" w:color="000000"/>
            </w:tcBorders>
            <w:shd w:val="clear" w:color="auto" w:fill="auto"/>
            <w:tcMar>
              <w:top w:w="13" w:type="dxa"/>
              <w:left w:w="13" w:type="dxa"/>
              <w:bottom w:w="0" w:type="dxa"/>
              <w:right w:w="13" w:type="dxa"/>
            </w:tcMar>
            <w:vAlign w:val="bottom"/>
          </w:tcPr>
          <w:p w14:paraId="3CDECBAE" w14:textId="77777777" w:rsidR="004106A7" w:rsidRPr="004106A7" w:rsidRDefault="004106A7" w:rsidP="00250CF0">
            <w:pPr>
              <w:spacing w:line="275" w:lineRule="atLeast"/>
              <w:jc w:val="center"/>
              <w:textAlignment w:val="bottom"/>
              <w:rPr>
                <w:sz w:val="28"/>
                <w:szCs w:val="28"/>
                <w:lang w:val="kk-KZ" w:eastAsia="ru-RU"/>
              </w:rPr>
            </w:pPr>
            <w:r w:rsidRPr="004106A7">
              <w:rPr>
                <w:sz w:val="28"/>
                <w:szCs w:val="28"/>
                <w:lang w:val="kk-KZ" w:eastAsia="ru-RU"/>
              </w:rPr>
              <w:t>100</w:t>
            </w:r>
          </w:p>
        </w:tc>
        <w:tc>
          <w:tcPr>
            <w:tcW w:w="850" w:type="dxa"/>
            <w:tcBorders>
              <w:top w:val="single" w:sz="4" w:space="0" w:color="000000"/>
              <w:left w:val="single" w:sz="8" w:space="0" w:color="000000"/>
              <w:bottom w:val="single" w:sz="4" w:space="0" w:color="000000"/>
              <w:right w:val="single" w:sz="8" w:space="0" w:color="000000"/>
            </w:tcBorders>
            <w:shd w:val="clear" w:color="auto" w:fill="auto"/>
            <w:tcMar>
              <w:top w:w="13" w:type="dxa"/>
              <w:left w:w="13" w:type="dxa"/>
              <w:bottom w:w="0" w:type="dxa"/>
              <w:right w:w="13" w:type="dxa"/>
            </w:tcMar>
            <w:vAlign w:val="bottom"/>
          </w:tcPr>
          <w:p w14:paraId="4A38B7AA" w14:textId="38F65337" w:rsidR="004106A7" w:rsidRPr="00A92520" w:rsidRDefault="00A92520" w:rsidP="00250CF0">
            <w:pPr>
              <w:spacing w:line="275" w:lineRule="atLeast"/>
              <w:jc w:val="center"/>
              <w:textAlignment w:val="bottom"/>
              <w:rPr>
                <w:sz w:val="28"/>
                <w:szCs w:val="28"/>
                <w:lang w:val="kk-KZ" w:eastAsia="ru-RU"/>
              </w:rPr>
            </w:pPr>
            <w:r>
              <w:rPr>
                <w:sz w:val="28"/>
                <w:szCs w:val="28"/>
                <w:lang w:val="kk-KZ" w:eastAsia="ru-RU"/>
              </w:rPr>
              <w:t>66,67</w:t>
            </w:r>
          </w:p>
        </w:tc>
      </w:tr>
      <w:tr w:rsidR="004106A7" w:rsidRPr="004106A7" w14:paraId="22D98CD9" w14:textId="77777777" w:rsidTr="00250CF0">
        <w:trPr>
          <w:trHeight w:val="275"/>
        </w:trPr>
        <w:tc>
          <w:tcPr>
            <w:tcW w:w="1444"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56AE5922" w14:textId="77777777" w:rsidR="004106A7" w:rsidRPr="004106A7" w:rsidRDefault="004106A7" w:rsidP="00250CF0">
            <w:pPr>
              <w:spacing w:line="275" w:lineRule="atLeast"/>
              <w:textAlignment w:val="bottom"/>
              <w:rPr>
                <w:rFonts w:eastAsia="Microsoft YaHei"/>
                <w:color w:val="000000"/>
                <w:kern w:val="24"/>
                <w:sz w:val="28"/>
                <w:szCs w:val="28"/>
                <w:lang w:eastAsia="ru-RU"/>
              </w:rPr>
            </w:pPr>
            <w:r w:rsidRPr="004106A7">
              <w:rPr>
                <w:rFonts w:eastAsia="Microsoft YaHei"/>
                <w:color w:val="000000"/>
                <w:kern w:val="24"/>
                <w:sz w:val="28"/>
                <w:szCs w:val="28"/>
                <w:lang w:eastAsia="ru-RU"/>
              </w:rPr>
              <w:t>Алгебра</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799E4F48" w14:textId="742300BC" w:rsidR="004106A7" w:rsidRPr="004106A7" w:rsidRDefault="00A92520" w:rsidP="00250CF0">
            <w:pPr>
              <w:spacing w:line="275" w:lineRule="atLeast"/>
              <w:jc w:val="center"/>
              <w:textAlignment w:val="bottom"/>
              <w:rPr>
                <w:sz w:val="28"/>
                <w:szCs w:val="28"/>
                <w:lang w:val="kk-KZ" w:eastAsia="ru-RU"/>
              </w:rPr>
            </w:pPr>
            <w:r>
              <w:rPr>
                <w:sz w:val="28"/>
                <w:szCs w:val="28"/>
                <w:lang w:val="kk-KZ" w:eastAsia="ru-RU"/>
              </w:rPr>
              <w:t>63</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49546681" w14:textId="7F83000E" w:rsidR="004106A7" w:rsidRPr="004106A7" w:rsidRDefault="00A92520" w:rsidP="00250CF0">
            <w:pPr>
              <w:spacing w:line="275" w:lineRule="atLeast"/>
              <w:jc w:val="center"/>
              <w:textAlignment w:val="bottom"/>
              <w:rPr>
                <w:sz w:val="28"/>
                <w:szCs w:val="28"/>
                <w:lang w:val="kk-KZ" w:eastAsia="ru-RU"/>
              </w:rPr>
            </w:pPr>
            <w:r>
              <w:rPr>
                <w:sz w:val="28"/>
                <w:szCs w:val="28"/>
                <w:lang w:val="kk-KZ" w:eastAsia="ru-RU"/>
              </w:rPr>
              <w:t>3</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45ED4BB0" w14:textId="562B9C93" w:rsidR="004106A7" w:rsidRPr="004106A7" w:rsidRDefault="00A92520" w:rsidP="00250CF0">
            <w:pPr>
              <w:spacing w:line="275" w:lineRule="atLeast"/>
              <w:jc w:val="center"/>
              <w:textAlignment w:val="bottom"/>
              <w:rPr>
                <w:sz w:val="28"/>
                <w:szCs w:val="28"/>
                <w:lang w:val="kk-KZ" w:eastAsia="ru-RU"/>
              </w:rPr>
            </w:pPr>
            <w:r>
              <w:rPr>
                <w:sz w:val="28"/>
                <w:szCs w:val="28"/>
                <w:lang w:val="kk-KZ" w:eastAsia="ru-RU"/>
              </w:rPr>
              <w:t>29</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3B7D7D33" w14:textId="0B101EEE" w:rsidR="004106A7" w:rsidRPr="004106A7" w:rsidRDefault="00A92520" w:rsidP="00250CF0">
            <w:pPr>
              <w:spacing w:line="275" w:lineRule="atLeast"/>
              <w:jc w:val="center"/>
              <w:textAlignment w:val="bottom"/>
              <w:rPr>
                <w:sz w:val="28"/>
                <w:szCs w:val="28"/>
                <w:lang w:val="kk-KZ" w:eastAsia="ru-RU"/>
              </w:rPr>
            </w:pPr>
            <w:r>
              <w:rPr>
                <w:sz w:val="28"/>
                <w:szCs w:val="28"/>
                <w:lang w:val="kk-KZ" w:eastAsia="ru-RU"/>
              </w:rPr>
              <w:t>31</w:t>
            </w: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5838D455" w14:textId="1BFF446D" w:rsidR="004106A7" w:rsidRPr="004106A7" w:rsidRDefault="00A92520" w:rsidP="00250CF0">
            <w:pPr>
              <w:spacing w:line="275" w:lineRule="atLeast"/>
              <w:jc w:val="center"/>
              <w:textAlignment w:val="bottom"/>
              <w:rPr>
                <w:sz w:val="28"/>
                <w:szCs w:val="28"/>
                <w:lang w:val="kk-KZ" w:eastAsia="ru-RU"/>
              </w:rPr>
            </w:pPr>
            <w:r>
              <w:rPr>
                <w:sz w:val="28"/>
                <w:szCs w:val="28"/>
                <w:lang w:val="kk-KZ" w:eastAsia="ru-RU"/>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1736B3AC" w14:textId="3F195849" w:rsidR="004106A7" w:rsidRPr="004106A7" w:rsidRDefault="00A92520" w:rsidP="00250CF0">
            <w:pPr>
              <w:spacing w:line="275" w:lineRule="atLeast"/>
              <w:jc w:val="center"/>
              <w:textAlignment w:val="bottom"/>
              <w:rPr>
                <w:sz w:val="28"/>
                <w:szCs w:val="28"/>
                <w:lang w:val="kk-KZ" w:eastAsia="ru-RU"/>
              </w:rPr>
            </w:pPr>
            <w:r>
              <w:rPr>
                <w:sz w:val="28"/>
                <w:szCs w:val="28"/>
                <w:lang w:val="kk-KZ" w:eastAsia="ru-RU"/>
              </w:rPr>
              <w:t>-</w:t>
            </w:r>
          </w:p>
        </w:tc>
        <w:tc>
          <w:tcPr>
            <w:tcW w:w="567" w:type="dxa"/>
            <w:tcBorders>
              <w:top w:val="single" w:sz="4" w:space="0" w:color="000000"/>
              <w:left w:val="single" w:sz="4" w:space="0" w:color="000000"/>
              <w:bottom w:val="single" w:sz="4" w:space="0" w:color="000000"/>
              <w:right w:val="single" w:sz="8" w:space="0" w:color="000000"/>
            </w:tcBorders>
            <w:shd w:val="clear" w:color="auto" w:fill="auto"/>
            <w:tcMar>
              <w:top w:w="13" w:type="dxa"/>
              <w:left w:w="13" w:type="dxa"/>
              <w:bottom w:w="0" w:type="dxa"/>
              <w:right w:w="13" w:type="dxa"/>
            </w:tcMar>
            <w:vAlign w:val="bottom"/>
          </w:tcPr>
          <w:p w14:paraId="28978B74" w14:textId="3701B2B9" w:rsidR="004106A7" w:rsidRPr="004106A7" w:rsidRDefault="00A92520" w:rsidP="00250CF0">
            <w:pPr>
              <w:spacing w:line="275" w:lineRule="atLeast"/>
              <w:jc w:val="center"/>
              <w:textAlignment w:val="bottom"/>
              <w:rPr>
                <w:rFonts w:eastAsia="Microsoft YaHei"/>
                <w:color w:val="000000"/>
                <w:kern w:val="24"/>
                <w:sz w:val="28"/>
                <w:szCs w:val="28"/>
                <w:lang w:val="kk-KZ" w:eastAsia="ru-RU"/>
              </w:rPr>
            </w:pPr>
            <w:r>
              <w:rPr>
                <w:rFonts w:eastAsia="Microsoft YaHei"/>
                <w:color w:val="000000"/>
                <w:kern w:val="24"/>
                <w:sz w:val="28"/>
                <w:szCs w:val="28"/>
                <w:lang w:val="kk-KZ" w:eastAsia="ru-RU"/>
              </w:rPr>
              <w:t>100</w:t>
            </w:r>
          </w:p>
        </w:tc>
        <w:tc>
          <w:tcPr>
            <w:tcW w:w="825" w:type="dxa"/>
            <w:tcBorders>
              <w:top w:val="single" w:sz="4" w:space="0" w:color="000000"/>
              <w:left w:val="single" w:sz="8" w:space="0" w:color="000000"/>
              <w:bottom w:val="single" w:sz="4" w:space="0" w:color="000000"/>
              <w:right w:val="single" w:sz="8" w:space="0" w:color="000000"/>
            </w:tcBorders>
            <w:shd w:val="clear" w:color="auto" w:fill="auto"/>
            <w:tcMar>
              <w:top w:w="13" w:type="dxa"/>
              <w:left w:w="13" w:type="dxa"/>
              <w:bottom w:w="0" w:type="dxa"/>
              <w:right w:w="13" w:type="dxa"/>
            </w:tcMar>
            <w:vAlign w:val="bottom"/>
          </w:tcPr>
          <w:p w14:paraId="58CD9CEF" w14:textId="13CE5B3E" w:rsidR="004106A7" w:rsidRPr="004106A7" w:rsidRDefault="00A92520" w:rsidP="00250CF0">
            <w:pPr>
              <w:spacing w:line="275" w:lineRule="atLeast"/>
              <w:jc w:val="center"/>
              <w:textAlignment w:val="bottom"/>
              <w:rPr>
                <w:rFonts w:eastAsia="Microsoft YaHei"/>
                <w:b/>
                <w:bCs/>
                <w:color w:val="000000"/>
                <w:kern w:val="24"/>
                <w:sz w:val="28"/>
                <w:szCs w:val="28"/>
                <w:lang w:val="kk-KZ" w:eastAsia="ru-RU"/>
              </w:rPr>
            </w:pPr>
            <w:r>
              <w:rPr>
                <w:rFonts w:eastAsia="Microsoft YaHei"/>
                <w:b/>
                <w:bCs/>
                <w:color w:val="000000"/>
                <w:kern w:val="24"/>
                <w:sz w:val="28"/>
                <w:szCs w:val="28"/>
                <w:lang w:val="kk-KZ" w:eastAsia="ru-RU"/>
              </w:rPr>
              <w:t>50,79</w:t>
            </w:r>
          </w:p>
        </w:tc>
        <w:tc>
          <w:tcPr>
            <w:tcW w:w="708" w:type="dxa"/>
            <w:tcBorders>
              <w:top w:val="single" w:sz="4" w:space="0" w:color="000000"/>
              <w:left w:val="single" w:sz="8"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630A54B7" w14:textId="77777777" w:rsidR="004106A7" w:rsidRPr="004106A7" w:rsidRDefault="004106A7" w:rsidP="00250CF0">
            <w:pPr>
              <w:spacing w:line="275" w:lineRule="atLeast"/>
              <w:jc w:val="center"/>
              <w:textAlignment w:val="bottom"/>
              <w:rPr>
                <w:sz w:val="28"/>
                <w:szCs w:val="28"/>
                <w:lang w:eastAsia="ru-RU"/>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1E60CCCB" w14:textId="77777777" w:rsidR="004106A7" w:rsidRPr="004106A7" w:rsidRDefault="004106A7" w:rsidP="00250CF0">
            <w:pPr>
              <w:spacing w:line="275" w:lineRule="atLeast"/>
              <w:jc w:val="center"/>
              <w:textAlignment w:val="bottom"/>
              <w:rPr>
                <w:sz w:val="28"/>
                <w:szCs w:val="28"/>
                <w:lang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029D5932" w14:textId="77777777" w:rsidR="004106A7" w:rsidRPr="004106A7" w:rsidRDefault="004106A7" w:rsidP="00250CF0">
            <w:pPr>
              <w:spacing w:line="275" w:lineRule="atLeast"/>
              <w:jc w:val="center"/>
              <w:textAlignment w:val="bottom"/>
              <w:rPr>
                <w:sz w:val="28"/>
                <w:szCs w:val="28"/>
                <w:lang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697397A5" w14:textId="77777777" w:rsidR="004106A7" w:rsidRPr="004106A7" w:rsidRDefault="004106A7" w:rsidP="00250CF0">
            <w:pPr>
              <w:spacing w:line="275" w:lineRule="atLeast"/>
              <w:jc w:val="center"/>
              <w:textAlignment w:val="bottom"/>
              <w:rPr>
                <w:sz w:val="28"/>
                <w:szCs w:val="28"/>
                <w:lang w:eastAsia="ru-RU"/>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128D95E6" w14:textId="77777777" w:rsidR="004106A7" w:rsidRPr="004106A7" w:rsidRDefault="004106A7" w:rsidP="00250CF0">
            <w:pPr>
              <w:spacing w:line="275" w:lineRule="atLeast"/>
              <w:jc w:val="center"/>
              <w:textAlignment w:val="bottom"/>
              <w:rPr>
                <w:sz w:val="28"/>
                <w:szCs w:val="28"/>
                <w:lang w:eastAsia="ru-RU"/>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5CBC53D2" w14:textId="77777777" w:rsidR="004106A7" w:rsidRPr="004106A7" w:rsidRDefault="004106A7" w:rsidP="00250CF0">
            <w:pPr>
              <w:spacing w:line="275" w:lineRule="atLeast"/>
              <w:jc w:val="center"/>
              <w:textAlignment w:val="bottom"/>
              <w:rPr>
                <w:sz w:val="28"/>
                <w:szCs w:val="28"/>
                <w:lang w:eastAsia="ru-RU"/>
              </w:rPr>
            </w:pPr>
          </w:p>
        </w:tc>
        <w:tc>
          <w:tcPr>
            <w:tcW w:w="709" w:type="dxa"/>
            <w:tcBorders>
              <w:top w:val="single" w:sz="4" w:space="0" w:color="000000"/>
              <w:left w:val="single" w:sz="4" w:space="0" w:color="000000"/>
              <w:bottom w:val="single" w:sz="4" w:space="0" w:color="000000"/>
              <w:right w:val="single" w:sz="8" w:space="0" w:color="000000"/>
            </w:tcBorders>
            <w:shd w:val="clear" w:color="auto" w:fill="auto"/>
            <w:tcMar>
              <w:top w:w="13" w:type="dxa"/>
              <w:left w:w="13" w:type="dxa"/>
              <w:bottom w:w="0" w:type="dxa"/>
              <w:right w:w="13" w:type="dxa"/>
            </w:tcMar>
            <w:vAlign w:val="bottom"/>
          </w:tcPr>
          <w:p w14:paraId="3FE89321" w14:textId="77777777" w:rsidR="004106A7" w:rsidRPr="004106A7" w:rsidRDefault="004106A7" w:rsidP="00250CF0">
            <w:pPr>
              <w:spacing w:line="275" w:lineRule="atLeast"/>
              <w:jc w:val="center"/>
              <w:textAlignment w:val="bottom"/>
              <w:rPr>
                <w:sz w:val="28"/>
                <w:szCs w:val="28"/>
                <w:lang w:eastAsia="ru-RU"/>
              </w:rPr>
            </w:pPr>
          </w:p>
        </w:tc>
        <w:tc>
          <w:tcPr>
            <w:tcW w:w="850" w:type="dxa"/>
            <w:tcBorders>
              <w:top w:val="single" w:sz="4" w:space="0" w:color="000000"/>
              <w:left w:val="single" w:sz="8" w:space="0" w:color="000000"/>
              <w:bottom w:val="single" w:sz="4" w:space="0" w:color="000000"/>
              <w:right w:val="single" w:sz="8" w:space="0" w:color="000000"/>
            </w:tcBorders>
            <w:shd w:val="clear" w:color="auto" w:fill="auto"/>
            <w:tcMar>
              <w:top w:w="13" w:type="dxa"/>
              <w:left w:w="13" w:type="dxa"/>
              <w:bottom w:w="0" w:type="dxa"/>
              <w:right w:w="13" w:type="dxa"/>
            </w:tcMar>
            <w:vAlign w:val="bottom"/>
          </w:tcPr>
          <w:p w14:paraId="58612BC8" w14:textId="77777777" w:rsidR="004106A7" w:rsidRPr="004106A7" w:rsidRDefault="004106A7" w:rsidP="00250CF0">
            <w:pPr>
              <w:spacing w:line="275" w:lineRule="atLeast"/>
              <w:jc w:val="center"/>
              <w:textAlignment w:val="bottom"/>
              <w:rPr>
                <w:rFonts w:eastAsia="Microsoft YaHei"/>
                <w:b/>
                <w:bCs/>
                <w:color w:val="000000"/>
                <w:kern w:val="24"/>
                <w:sz w:val="28"/>
                <w:szCs w:val="28"/>
                <w:lang w:eastAsia="ru-RU"/>
              </w:rPr>
            </w:pPr>
          </w:p>
        </w:tc>
      </w:tr>
      <w:tr w:rsidR="004106A7" w:rsidRPr="004106A7" w14:paraId="2B18C499" w14:textId="77777777" w:rsidTr="00A92520">
        <w:trPr>
          <w:trHeight w:val="275"/>
        </w:trPr>
        <w:tc>
          <w:tcPr>
            <w:tcW w:w="1444"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0EFD179C" w14:textId="77777777" w:rsidR="004106A7" w:rsidRPr="004106A7" w:rsidRDefault="004106A7" w:rsidP="00250CF0">
            <w:pPr>
              <w:spacing w:line="275" w:lineRule="atLeast"/>
              <w:textAlignment w:val="bottom"/>
              <w:rPr>
                <w:sz w:val="28"/>
                <w:szCs w:val="28"/>
                <w:lang w:eastAsia="ru-RU"/>
              </w:rPr>
            </w:pPr>
            <w:r w:rsidRPr="004106A7">
              <w:rPr>
                <w:rFonts w:eastAsia="Microsoft YaHei"/>
                <w:color w:val="000000"/>
                <w:kern w:val="24"/>
                <w:sz w:val="28"/>
                <w:szCs w:val="28"/>
                <w:lang w:eastAsia="ru-RU"/>
              </w:rPr>
              <w:t xml:space="preserve">Казахская </w:t>
            </w:r>
            <w:r w:rsidRPr="004106A7">
              <w:rPr>
                <w:rFonts w:eastAsia="Microsoft YaHei"/>
                <w:color w:val="000000"/>
                <w:kern w:val="24"/>
                <w:sz w:val="28"/>
                <w:szCs w:val="28"/>
                <w:lang w:val="kk-KZ" w:eastAsia="ru-RU"/>
              </w:rPr>
              <w:t>әдебиеті</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1E7F66AF" w14:textId="7380863A" w:rsidR="004106A7" w:rsidRPr="004106A7" w:rsidRDefault="004106A7" w:rsidP="00250CF0">
            <w:pPr>
              <w:spacing w:line="275" w:lineRule="atLeast"/>
              <w:jc w:val="center"/>
              <w:textAlignment w:val="bottom"/>
              <w:rPr>
                <w:sz w:val="28"/>
                <w:szCs w:val="28"/>
                <w:lang w:val="kk-KZ"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18930518" w14:textId="2CF2A3BE" w:rsidR="004106A7" w:rsidRPr="004106A7" w:rsidRDefault="004106A7" w:rsidP="00250CF0">
            <w:pPr>
              <w:spacing w:line="275" w:lineRule="atLeast"/>
              <w:jc w:val="center"/>
              <w:textAlignment w:val="bottom"/>
              <w:rPr>
                <w:sz w:val="28"/>
                <w:szCs w:val="28"/>
                <w:lang w:val="kk-KZ"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5B372210" w14:textId="28A7158E" w:rsidR="004106A7" w:rsidRPr="004106A7" w:rsidRDefault="004106A7" w:rsidP="00250CF0">
            <w:pPr>
              <w:spacing w:line="275" w:lineRule="atLeast"/>
              <w:jc w:val="center"/>
              <w:textAlignment w:val="bottom"/>
              <w:rPr>
                <w:sz w:val="28"/>
                <w:szCs w:val="28"/>
                <w:lang w:val="kk-KZ"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6D22B06D" w14:textId="1E9DD953" w:rsidR="004106A7" w:rsidRPr="004106A7" w:rsidRDefault="004106A7" w:rsidP="00250CF0">
            <w:pPr>
              <w:spacing w:line="275" w:lineRule="atLeast"/>
              <w:jc w:val="center"/>
              <w:textAlignment w:val="bottom"/>
              <w:rPr>
                <w:sz w:val="28"/>
                <w:szCs w:val="28"/>
                <w:lang w:val="kk-KZ" w:eastAsia="ru-RU"/>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66D74606" w14:textId="00858DCE" w:rsidR="004106A7" w:rsidRPr="004106A7" w:rsidRDefault="004106A7" w:rsidP="00250CF0">
            <w:pPr>
              <w:spacing w:line="275" w:lineRule="atLeast"/>
              <w:jc w:val="center"/>
              <w:textAlignment w:val="bottom"/>
              <w:rPr>
                <w:sz w:val="28"/>
                <w:szCs w:val="28"/>
                <w:lang w:val="kk-KZ"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6BA63AE7" w14:textId="3A483E29" w:rsidR="004106A7" w:rsidRPr="004106A7" w:rsidRDefault="004106A7" w:rsidP="00250CF0">
            <w:pPr>
              <w:spacing w:line="275" w:lineRule="atLeast"/>
              <w:jc w:val="center"/>
              <w:textAlignment w:val="bottom"/>
              <w:rPr>
                <w:sz w:val="28"/>
                <w:szCs w:val="28"/>
                <w:lang w:val="kk-KZ" w:eastAsia="ru-RU"/>
              </w:rPr>
            </w:pPr>
          </w:p>
        </w:tc>
        <w:tc>
          <w:tcPr>
            <w:tcW w:w="567" w:type="dxa"/>
            <w:tcBorders>
              <w:top w:val="single" w:sz="4" w:space="0" w:color="000000"/>
              <w:left w:val="single" w:sz="4" w:space="0" w:color="000000"/>
              <w:bottom w:val="single" w:sz="4" w:space="0" w:color="000000"/>
              <w:right w:val="single" w:sz="8" w:space="0" w:color="000000"/>
            </w:tcBorders>
            <w:shd w:val="clear" w:color="auto" w:fill="auto"/>
            <w:tcMar>
              <w:top w:w="13" w:type="dxa"/>
              <w:left w:w="13" w:type="dxa"/>
              <w:bottom w:w="0" w:type="dxa"/>
              <w:right w:w="13" w:type="dxa"/>
            </w:tcMar>
            <w:vAlign w:val="bottom"/>
          </w:tcPr>
          <w:p w14:paraId="632EB13E" w14:textId="03324330" w:rsidR="004106A7" w:rsidRPr="004106A7" w:rsidRDefault="004106A7" w:rsidP="00250CF0">
            <w:pPr>
              <w:spacing w:line="275" w:lineRule="atLeast"/>
              <w:jc w:val="center"/>
              <w:textAlignment w:val="bottom"/>
              <w:rPr>
                <w:sz w:val="28"/>
                <w:szCs w:val="28"/>
                <w:lang w:eastAsia="ru-RU"/>
              </w:rPr>
            </w:pPr>
          </w:p>
        </w:tc>
        <w:tc>
          <w:tcPr>
            <w:tcW w:w="825" w:type="dxa"/>
            <w:tcBorders>
              <w:top w:val="single" w:sz="4" w:space="0" w:color="000000"/>
              <w:left w:val="single" w:sz="8" w:space="0" w:color="000000"/>
              <w:bottom w:val="single" w:sz="4" w:space="0" w:color="000000"/>
              <w:right w:val="single" w:sz="8" w:space="0" w:color="000000"/>
            </w:tcBorders>
            <w:shd w:val="clear" w:color="auto" w:fill="auto"/>
            <w:tcMar>
              <w:top w:w="13" w:type="dxa"/>
              <w:left w:w="13" w:type="dxa"/>
              <w:bottom w:w="0" w:type="dxa"/>
              <w:right w:w="13" w:type="dxa"/>
            </w:tcMar>
            <w:vAlign w:val="bottom"/>
            <w:hideMark/>
          </w:tcPr>
          <w:p w14:paraId="11528526" w14:textId="6BD695AD" w:rsidR="004106A7" w:rsidRPr="004106A7" w:rsidRDefault="004106A7" w:rsidP="00250CF0">
            <w:pPr>
              <w:spacing w:line="275" w:lineRule="atLeast"/>
              <w:jc w:val="center"/>
              <w:textAlignment w:val="bottom"/>
              <w:rPr>
                <w:sz w:val="28"/>
                <w:szCs w:val="28"/>
                <w:lang w:eastAsia="ru-RU"/>
              </w:rPr>
            </w:pPr>
          </w:p>
        </w:tc>
        <w:tc>
          <w:tcPr>
            <w:tcW w:w="708" w:type="dxa"/>
            <w:tcBorders>
              <w:top w:val="single" w:sz="4" w:space="0" w:color="000000"/>
              <w:left w:val="single" w:sz="8"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25CAAC51" w14:textId="2111F30E" w:rsidR="004106A7" w:rsidRPr="004106A7" w:rsidRDefault="00A92520" w:rsidP="00250CF0">
            <w:pPr>
              <w:spacing w:line="275" w:lineRule="atLeast"/>
              <w:jc w:val="center"/>
              <w:textAlignment w:val="bottom"/>
              <w:rPr>
                <w:sz w:val="28"/>
                <w:szCs w:val="28"/>
                <w:lang w:val="kk-KZ" w:eastAsia="ru-RU"/>
              </w:rPr>
            </w:pPr>
            <w:r>
              <w:rPr>
                <w:sz w:val="28"/>
                <w:szCs w:val="28"/>
                <w:lang w:val="kk-KZ" w:eastAsia="ru-RU"/>
              </w:rPr>
              <w:t>10</w:t>
            </w: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6B416B07" w14:textId="54D56430" w:rsidR="004106A7" w:rsidRPr="004106A7" w:rsidRDefault="00A92520" w:rsidP="00250CF0">
            <w:pPr>
              <w:spacing w:line="275" w:lineRule="atLeast"/>
              <w:jc w:val="center"/>
              <w:textAlignment w:val="bottom"/>
              <w:rPr>
                <w:sz w:val="28"/>
                <w:szCs w:val="28"/>
                <w:lang w:val="kk-KZ" w:eastAsia="ru-RU"/>
              </w:rPr>
            </w:pPr>
            <w:r>
              <w:rPr>
                <w:sz w:val="28"/>
                <w:szCs w:val="28"/>
                <w:lang w:val="kk-KZ" w:eastAsia="ru-RU"/>
              </w:rPr>
              <w:t>7</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47B3CFF2" w14:textId="6B018077" w:rsidR="004106A7" w:rsidRPr="004106A7" w:rsidRDefault="00A92520" w:rsidP="00250CF0">
            <w:pPr>
              <w:spacing w:line="275" w:lineRule="atLeast"/>
              <w:jc w:val="center"/>
              <w:textAlignment w:val="bottom"/>
              <w:rPr>
                <w:sz w:val="28"/>
                <w:szCs w:val="28"/>
                <w:lang w:val="kk-KZ" w:eastAsia="ru-RU"/>
              </w:rPr>
            </w:pPr>
            <w:r>
              <w:rPr>
                <w:sz w:val="28"/>
                <w:szCs w:val="28"/>
                <w:lang w:val="kk-KZ" w:eastAsia="ru-RU"/>
              </w:rPr>
              <w:t>3</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583D600A" w14:textId="7E2DD709" w:rsidR="004106A7" w:rsidRPr="004106A7" w:rsidRDefault="00A92520" w:rsidP="00250CF0">
            <w:pPr>
              <w:spacing w:line="275" w:lineRule="atLeast"/>
              <w:jc w:val="center"/>
              <w:textAlignment w:val="bottom"/>
              <w:rPr>
                <w:sz w:val="28"/>
                <w:szCs w:val="28"/>
                <w:lang w:val="kk-KZ" w:eastAsia="ru-RU"/>
              </w:rPr>
            </w:pPr>
            <w:r>
              <w:rPr>
                <w:sz w:val="28"/>
                <w:szCs w:val="28"/>
                <w:lang w:val="kk-KZ" w:eastAsia="ru-RU"/>
              </w:rPr>
              <w:t>0</w:t>
            </w: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459A3367" w14:textId="77777777" w:rsidR="004106A7" w:rsidRPr="004106A7" w:rsidRDefault="004106A7" w:rsidP="00250CF0">
            <w:pPr>
              <w:spacing w:line="275" w:lineRule="atLeast"/>
              <w:jc w:val="center"/>
              <w:textAlignment w:val="bottom"/>
              <w:rPr>
                <w:sz w:val="28"/>
                <w:szCs w:val="28"/>
                <w:lang w:val="kk-KZ" w:eastAsia="ru-RU"/>
              </w:rPr>
            </w:pPr>
            <w:r w:rsidRPr="004106A7">
              <w:rPr>
                <w:sz w:val="28"/>
                <w:szCs w:val="28"/>
                <w:lang w:val="kk-KZ" w:eastAsia="ru-RU"/>
              </w:rPr>
              <w:t>-</w:t>
            </w: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47B2D31B" w14:textId="77777777" w:rsidR="004106A7" w:rsidRPr="004106A7" w:rsidRDefault="004106A7" w:rsidP="00250CF0">
            <w:pPr>
              <w:spacing w:line="275" w:lineRule="atLeast"/>
              <w:jc w:val="center"/>
              <w:textAlignment w:val="bottom"/>
              <w:rPr>
                <w:sz w:val="28"/>
                <w:szCs w:val="28"/>
                <w:lang w:val="kk-KZ" w:eastAsia="ru-RU"/>
              </w:rPr>
            </w:pPr>
            <w:r w:rsidRPr="004106A7">
              <w:rPr>
                <w:sz w:val="28"/>
                <w:szCs w:val="28"/>
                <w:lang w:val="kk-KZ" w:eastAsia="ru-RU"/>
              </w:rPr>
              <w:t>-</w:t>
            </w:r>
          </w:p>
        </w:tc>
        <w:tc>
          <w:tcPr>
            <w:tcW w:w="709" w:type="dxa"/>
            <w:tcBorders>
              <w:top w:val="single" w:sz="4" w:space="0" w:color="000000"/>
              <w:left w:val="single" w:sz="4" w:space="0" w:color="000000"/>
              <w:bottom w:val="single" w:sz="4" w:space="0" w:color="000000"/>
              <w:right w:val="single" w:sz="8" w:space="0" w:color="000000"/>
            </w:tcBorders>
            <w:shd w:val="clear" w:color="auto" w:fill="auto"/>
            <w:tcMar>
              <w:top w:w="13" w:type="dxa"/>
              <w:left w:w="13" w:type="dxa"/>
              <w:bottom w:w="0" w:type="dxa"/>
              <w:right w:w="13" w:type="dxa"/>
            </w:tcMar>
            <w:vAlign w:val="bottom"/>
          </w:tcPr>
          <w:p w14:paraId="325980BC" w14:textId="77777777" w:rsidR="004106A7" w:rsidRPr="004106A7" w:rsidRDefault="004106A7" w:rsidP="00250CF0">
            <w:pPr>
              <w:spacing w:line="275" w:lineRule="atLeast"/>
              <w:jc w:val="center"/>
              <w:textAlignment w:val="bottom"/>
              <w:rPr>
                <w:sz w:val="28"/>
                <w:szCs w:val="28"/>
                <w:lang w:val="kk-KZ" w:eastAsia="ru-RU"/>
              </w:rPr>
            </w:pPr>
            <w:r w:rsidRPr="004106A7">
              <w:rPr>
                <w:sz w:val="28"/>
                <w:szCs w:val="28"/>
                <w:lang w:val="kk-KZ" w:eastAsia="ru-RU"/>
              </w:rPr>
              <w:t>100</w:t>
            </w:r>
          </w:p>
        </w:tc>
        <w:tc>
          <w:tcPr>
            <w:tcW w:w="850" w:type="dxa"/>
            <w:tcBorders>
              <w:top w:val="single" w:sz="4" w:space="0" w:color="000000"/>
              <w:left w:val="single" w:sz="8" w:space="0" w:color="000000"/>
              <w:bottom w:val="single" w:sz="4" w:space="0" w:color="000000"/>
              <w:right w:val="single" w:sz="8" w:space="0" w:color="000000"/>
            </w:tcBorders>
            <w:shd w:val="clear" w:color="auto" w:fill="auto"/>
            <w:tcMar>
              <w:top w:w="13" w:type="dxa"/>
              <w:left w:w="13" w:type="dxa"/>
              <w:bottom w:w="0" w:type="dxa"/>
              <w:right w:w="13" w:type="dxa"/>
            </w:tcMar>
            <w:vAlign w:val="bottom"/>
          </w:tcPr>
          <w:p w14:paraId="2EAC828A" w14:textId="2D301CFF" w:rsidR="004106A7" w:rsidRPr="00A92520" w:rsidRDefault="00A92520" w:rsidP="00250CF0">
            <w:pPr>
              <w:spacing w:line="275" w:lineRule="atLeast"/>
              <w:jc w:val="center"/>
              <w:textAlignment w:val="bottom"/>
              <w:rPr>
                <w:sz w:val="28"/>
                <w:szCs w:val="28"/>
                <w:lang w:val="kk-KZ" w:eastAsia="ru-RU"/>
              </w:rPr>
            </w:pPr>
            <w:r>
              <w:rPr>
                <w:sz w:val="28"/>
                <w:szCs w:val="28"/>
                <w:lang w:val="kk-KZ" w:eastAsia="ru-RU"/>
              </w:rPr>
              <w:t>100</w:t>
            </w:r>
          </w:p>
        </w:tc>
      </w:tr>
      <w:tr w:rsidR="004106A7" w:rsidRPr="004106A7" w14:paraId="25E1D6E6" w14:textId="77777777" w:rsidTr="00A92520">
        <w:trPr>
          <w:trHeight w:val="275"/>
        </w:trPr>
        <w:tc>
          <w:tcPr>
            <w:tcW w:w="1444"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hideMark/>
          </w:tcPr>
          <w:p w14:paraId="703ADA9A" w14:textId="77777777" w:rsidR="004106A7" w:rsidRPr="004106A7" w:rsidRDefault="004106A7" w:rsidP="00250CF0">
            <w:pPr>
              <w:spacing w:line="275" w:lineRule="atLeast"/>
              <w:textAlignment w:val="bottom"/>
              <w:rPr>
                <w:sz w:val="28"/>
                <w:szCs w:val="28"/>
                <w:lang w:val="kk-KZ" w:eastAsia="ru-RU"/>
              </w:rPr>
            </w:pPr>
            <w:r w:rsidRPr="004106A7">
              <w:rPr>
                <w:rFonts w:eastAsia="Microsoft YaHei"/>
                <w:color w:val="000000"/>
                <w:kern w:val="24"/>
                <w:sz w:val="28"/>
                <w:szCs w:val="28"/>
                <w:lang w:val="kk-KZ" w:eastAsia="ru-RU"/>
              </w:rPr>
              <w:lastRenderedPageBreak/>
              <w:t xml:space="preserve">Биология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1CE1288E" w14:textId="73F7F052" w:rsidR="004106A7" w:rsidRPr="004106A7" w:rsidRDefault="00A92520" w:rsidP="00250CF0">
            <w:pPr>
              <w:spacing w:line="275" w:lineRule="atLeast"/>
              <w:jc w:val="center"/>
              <w:textAlignment w:val="bottom"/>
              <w:rPr>
                <w:sz w:val="28"/>
                <w:szCs w:val="28"/>
                <w:lang w:val="kk-KZ" w:eastAsia="ru-RU"/>
              </w:rPr>
            </w:pPr>
            <w:r>
              <w:rPr>
                <w:sz w:val="28"/>
                <w:szCs w:val="28"/>
                <w:lang w:val="kk-KZ" w:eastAsia="ru-RU"/>
              </w:rPr>
              <w:t>44</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04DD8490" w14:textId="7A9FC11C" w:rsidR="004106A7" w:rsidRPr="004106A7" w:rsidRDefault="00A92520" w:rsidP="00250CF0">
            <w:pPr>
              <w:spacing w:line="275" w:lineRule="atLeast"/>
              <w:jc w:val="center"/>
              <w:textAlignment w:val="bottom"/>
              <w:rPr>
                <w:sz w:val="28"/>
                <w:szCs w:val="28"/>
                <w:lang w:val="kk-KZ" w:eastAsia="ru-RU"/>
              </w:rPr>
            </w:pPr>
            <w:r>
              <w:rPr>
                <w:sz w:val="28"/>
                <w:szCs w:val="28"/>
                <w:lang w:val="kk-KZ" w:eastAsia="ru-RU"/>
              </w:rPr>
              <w:t>6</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41334BE6" w14:textId="7FFD0F2D" w:rsidR="004106A7" w:rsidRPr="004106A7" w:rsidRDefault="00A92520" w:rsidP="00250CF0">
            <w:pPr>
              <w:spacing w:line="275" w:lineRule="atLeast"/>
              <w:jc w:val="center"/>
              <w:textAlignment w:val="bottom"/>
              <w:rPr>
                <w:sz w:val="28"/>
                <w:szCs w:val="28"/>
                <w:lang w:val="kk-KZ" w:eastAsia="ru-RU"/>
              </w:rPr>
            </w:pPr>
            <w:r>
              <w:rPr>
                <w:sz w:val="28"/>
                <w:szCs w:val="28"/>
                <w:lang w:val="kk-KZ" w:eastAsia="ru-RU"/>
              </w:rPr>
              <w:t>25</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67F38A3F" w14:textId="3E5E86B5" w:rsidR="004106A7" w:rsidRPr="004106A7" w:rsidRDefault="00A92520" w:rsidP="00250CF0">
            <w:pPr>
              <w:spacing w:line="275" w:lineRule="atLeast"/>
              <w:jc w:val="center"/>
              <w:textAlignment w:val="bottom"/>
              <w:rPr>
                <w:sz w:val="28"/>
                <w:szCs w:val="28"/>
                <w:lang w:val="kk-KZ" w:eastAsia="ru-RU"/>
              </w:rPr>
            </w:pPr>
            <w:r>
              <w:rPr>
                <w:sz w:val="28"/>
                <w:szCs w:val="28"/>
                <w:lang w:val="kk-KZ" w:eastAsia="ru-RU"/>
              </w:rPr>
              <w:t>13</w:t>
            </w: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050B8EF9" w14:textId="446B0FF0" w:rsidR="004106A7" w:rsidRPr="004106A7" w:rsidRDefault="00A92520" w:rsidP="00250CF0">
            <w:pPr>
              <w:spacing w:line="275" w:lineRule="atLeast"/>
              <w:jc w:val="center"/>
              <w:textAlignment w:val="bottom"/>
              <w:rPr>
                <w:sz w:val="28"/>
                <w:szCs w:val="28"/>
                <w:lang w:val="kk-KZ" w:eastAsia="ru-RU"/>
              </w:rPr>
            </w:pPr>
            <w:r>
              <w:rPr>
                <w:sz w:val="28"/>
                <w:szCs w:val="28"/>
                <w:lang w:val="kk-KZ" w:eastAsia="ru-RU"/>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27789224" w14:textId="277F60D6" w:rsidR="004106A7" w:rsidRPr="004106A7" w:rsidRDefault="00A92520" w:rsidP="00250CF0">
            <w:pPr>
              <w:spacing w:line="275" w:lineRule="atLeast"/>
              <w:jc w:val="center"/>
              <w:textAlignment w:val="bottom"/>
              <w:rPr>
                <w:sz w:val="28"/>
                <w:szCs w:val="28"/>
                <w:lang w:val="kk-KZ" w:eastAsia="ru-RU"/>
              </w:rPr>
            </w:pPr>
            <w:r>
              <w:rPr>
                <w:sz w:val="28"/>
                <w:szCs w:val="28"/>
                <w:lang w:val="kk-KZ" w:eastAsia="ru-RU"/>
              </w:rPr>
              <w:t>-</w:t>
            </w:r>
          </w:p>
        </w:tc>
        <w:tc>
          <w:tcPr>
            <w:tcW w:w="567" w:type="dxa"/>
            <w:tcBorders>
              <w:top w:val="single" w:sz="4" w:space="0" w:color="000000"/>
              <w:left w:val="single" w:sz="4" w:space="0" w:color="000000"/>
              <w:bottom w:val="single" w:sz="4" w:space="0" w:color="000000"/>
              <w:right w:val="single" w:sz="8" w:space="0" w:color="000000"/>
            </w:tcBorders>
            <w:shd w:val="clear" w:color="auto" w:fill="auto"/>
            <w:tcMar>
              <w:top w:w="13" w:type="dxa"/>
              <w:left w:w="13" w:type="dxa"/>
              <w:bottom w:w="0" w:type="dxa"/>
              <w:right w:w="13" w:type="dxa"/>
            </w:tcMar>
            <w:vAlign w:val="bottom"/>
          </w:tcPr>
          <w:p w14:paraId="578B44F2" w14:textId="1960D31E" w:rsidR="004106A7" w:rsidRPr="00A92520" w:rsidRDefault="00A92520" w:rsidP="00250CF0">
            <w:pPr>
              <w:spacing w:line="275" w:lineRule="atLeast"/>
              <w:jc w:val="center"/>
              <w:textAlignment w:val="bottom"/>
              <w:rPr>
                <w:sz w:val="28"/>
                <w:szCs w:val="28"/>
                <w:lang w:val="kk-KZ" w:eastAsia="ru-RU"/>
              </w:rPr>
            </w:pPr>
            <w:r>
              <w:rPr>
                <w:sz w:val="28"/>
                <w:szCs w:val="28"/>
                <w:lang w:val="kk-KZ" w:eastAsia="ru-RU"/>
              </w:rPr>
              <w:t>100</w:t>
            </w:r>
          </w:p>
        </w:tc>
        <w:tc>
          <w:tcPr>
            <w:tcW w:w="825" w:type="dxa"/>
            <w:tcBorders>
              <w:top w:val="single" w:sz="4" w:space="0" w:color="000000"/>
              <w:left w:val="single" w:sz="8" w:space="0" w:color="000000"/>
              <w:bottom w:val="single" w:sz="4" w:space="0" w:color="000000"/>
              <w:right w:val="single" w:sz="8" w:space="0" w:color="000000"/>
            </w:tcBorders>
            <w:shd w:val="clear" w:color="auto" w:fill="auto"/>
            <w:tcMar>
              <w:top w:w="13" w:type="dxa"/>
              <w:left w:w="13" w:type="dxa"/>
              <w:bottom w:w="0" w:type="dxa"/>
              <w:right w:w="13" w:type="dxa"/>
            </w:tcMar>
            <w:vAlign w:val="bottom"/>
            <w:hideMark/>
          </w:tcPr>
          <w:p w14:paraId="14E0D7E6" w14:textId="66E3E07B" w:rsidR="004106A7" w:rsidRPr="00A92520" w:rsidRDefault="00A92520" w:rsidP="00250CF0">
            <w:pPr>
              <w:spacing w:line="275" w:lineRule="atLeast"/>
              <w:jc w:val="center"/>
              <w:textAlignment w:val="bottom"/>
              <w:rPr>
                <w:sz w:val="28"/>
                <w:szCs w:val="28"/>
                <w:lang w:val="kk-KZ" w:eastAsia="ru-RU"/>
              </w:rPr>
            </w:pPr>
            <w:r>
              <w:rPr>
                <w:rFonts w:eastAsia="Microsoft YaHei"/>
                <w:b/>
                <w:bCs/>
                <w:color w:val="000000"/>
                <w:kern w:val="24"/>
                <w:sz w:val="28"/>
                <w:szCs w:val="28"/>
                <w:lang w:val="kk-KZ" w:eastAsia="ru-RU"/>
              </w:rPr>
              <w:t>70,45</w:t>
            </w:r>
          </w:p>
        </w:tc>
        <w:tc>
          <w:tcPr>
            <w:tcW w:w="708" w:type="dxa"/>
            <w:tcBorders>
              <w:top w:val="single" w:sz="4" w:space="0" w:color="000000"/>
              <w:left w:val="single" w:sz="8"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10C7602F" w14:textId="2E2EAA50" w:rsidR="004106A7" w:rsidRPr="004106A7" w:rsidRDefault="004106A7" w:rsidP="00250CF0">
            <w:pPr>
              <w:spacing w:line="275" w:lineRule="atLeast"/>
              <w:jc w:val="center"/>
              <w:textAlignment w:val="bottom"/>
              <w:rPr>
                <w:sz w:val="28"/>
                <w:szCs w:val="28"/>
                <w:lang w:val="kk-KZ" w:eastAsia="ru-RU"/>
              </w:rPr>
            </w:pP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4BC1A571" w14:textId="257FAD78" w:rsidR="004106A7" w:rsidRPr="004106A7" w:rsidRDefault="004106A7" w:rsidP="00250CF0">
            <w:pPr>
              <w:spacing w:line="275" w:lineRule="atLeast"/>
              <w:jc w:val="center"/>
              <w:textAlignment w:val="bottom"/>
              <w:rPr>
                <w:sz w:val="28"/>
                <w:szCs w:val="28"/>
                <w:lang w:val="kk-KZ"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5EF4CCFF" w14:textId="3EF0587E" w:rsidR="004106A7" w:rsidRPr="004106A7" w:rsidRDefault="004106A7" w:rsidP="00250CF0">
            <w:pPr>
              <w:spacing w:line="275" w:lineRule="atLeast"/>
              <w:jc w:val="center"/>
              <w:textAlignment w:val="bottom"/>
              <w:rPr>
                <w:sz w:val="28"/>
                <w:szCs w:val="28"/>
                <w:lang w:val="kk-KZ"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70693085" w14:textId="6841CA07" w:rsidR="004106A7" w:rsidRPr="004106A7" w:rsidRDefault="004106A7" w:rsidP="00250CF0">
            <w:pPr>
              <w:spacing w:line="275" w:lineRule="atLeast"/>
              <w:jc w:val="center"/>
              <w:textAlignment w:val="bottom"/>
              <w:rPr>
                <w:sz w:val="28"/>
                <w:szCs w:val="28"/>
                <w:lang w:val="kk-KZ" w:eastAsia="ru-RU"/>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0E774F03" w14:textId="77777777" w:rsidR="004106A7" w:rsidRPr="004106A7" w:rsidRDefault="004106A7" w:rsidP="00250CF0">
            <w:pPr>
              <w:spacing w:line="275" w:lineRule="atLeast"/>
              <w:jc w:val="center"/>
              <w:textAlignment w:val="bottom"/>
              <w:rPr>
                <w:sz w:val="28"/>
                <w:szCs w:val="28"/>
                <w:lang w:val="kk-KZ" w:eastAsia="ru-RU"/>
              </w:rPr>
            </w:pPr>
            <w:r w:rsidRPr="004106A7">
              <w:rPr>
                <w:sz w:val="28"/>
                <w:szCs w:val="28"/>
                <w:lang w:val="kk-KZ" w:eastAsia="ru-RU"/>
              </w:rPr>
              <w:t>-</w:t>
            </w: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121EE0C3" w14:textId="77777777" w:rsidR="004106A7" w:rsidRPr="004106A7" w:rsidRDefault="004106A7" w:rsidP="00250CF0">
            <w:pPr>
              <w:spacing w:line="275" w:lineRule="atLeast"/>
              <w:jc w:val="center"/>
              <w:textAlignment w:val="bottom"/>
              <w:rPr>
                <w:sz w:val="28"/>
                <w:szCs w:val="28"/>
                <w:lang w:val="kk-KZ" w:eastAsia="ru-RU"/>
              </w:rPr>
            </w:pPr>
            <w:r w:rsidRPr="004106A7">
              <w:rPr>
                <w:sz w:val="28"/>
                <w:szCs w:val="28"/>
                <w:lang w:val="kk-KZ" w:eastAsia="ru-RU"/>
              </w:rPr>
              <w:t>-</w:t>
            </w:r>
          </w:p>
        </w:tc>
        <w:tc>
          <w:tcPr>
            <w:tcW w:w="709" w:type="dxa"/>
            <w:tcBorders>
              <w:top w:val="single" w:sz="4" w:space="0" w:color="000000"/>
              <w:left w:val="single" w:sz="4" w:space="0" w:color="000000"/>
              <w:bottom w:val="single" w:sz="4" w:space="0" w:color="000000"/>
              <w:right w:val="single" w:sz="8" w:space="0" w:color="000000"/>
            </w:tcBorders>
            <w:shd w:val="clear" w:color="auto" w:fill="auto"/>
            <w:tcMar>
              <w:top w:w="13" w:type="dxa"/>
              <w:left w:w="13" w:type="dxa"/>
              <w:bottom w:w="0" w:type="dxa"/>
              <w:right w:w="13" w:type="dxa"/>
            </w:tcMar>
            <w:vAlign w:val="bottom"/>
          </w:tcPr>
          <w:p w14:paraId="45A154EF" w14:textId="77777777" w:rsidR="004106A7" w:rsidRPr="004106A7" w:rsidRDefault="004106A7" w:rsidP="00250CF0">
            <w:pPr>
              <w:spacing w:line="275" w:lineRule="atLeast"/>
              <w:jc w:val="center"/>
              <w:textAlignment w:val="bottom"/>
              <w:rPr>
                <w:sz w:val="28"/>
                <w:szCs w:val="28"/>
                <w:lang w:val="kk-KZ" w:eastAsia="ru-RU"/>
              </w:rPr>
            </w:pPr>
            <w:r w:rsidRPr="004106A7">
              <w:rPr>
                <w:sz w:val="28"/>
                <w:szCs w:val="28"/>
                <w:lang w:val="kk-KZ" w:eastAsia="ru-RU"/>
              </w:rPr>
              <w:t>100</w:t>
            </w:r>
          </w:p>
        </w:tc>
        <w:tc>
          <w:tcPr>
            <w:tcW w:w="850" w:type="dxa"/>
            <w:tcBorders>
              <w:top w:val="single" w:sz="4" w:space="0" w:color="000000"/>
              <w:left w:val="single" w:sz="8" w:space="0" w:color="000000"/>
              <w:bottom w:val="single" w:sz="4" w:space="0" w:color="000000"/>
              <w:right w:val="single" w:sz="8" w:space="0" w:color="000000"/>
            </w:tcBorders>
            <w:shd w:val="clear" w:color="auto" w:fill="auto"/>
            <w:tcMar>
              <w:top w:w="13" w:type="dxa"/>
              <w:left w:w="13" w:type="dxa"/>
              <w:bottom w:w="0" w:type="dxa"/>
              <w:right w:w="13" w:type="dxa"/>
            </w:tcMar>
            <w:vAlign w:val="bottom"/>
          </w:tcPr>
          <w:p w14:paraId="59442239" w14:textId="736DD0B5" w:rsidR="004106A7" w:rsidRPr="004106A7" w:rsidRDefault="004106A7" w:rsidP="00250CF0">
            <w:pPr>
              <w:spacing w:line="275" w:lineRule="atLeast"/>
              <w:jc w:val="center"/>
              <w:textAlignment w:val="bottom"/>
              <w:rPr>
                <w:sz w:val="28"/>
                <w:szCs w:val="28"/>
                <w:lang w:eastAsia="ru-RU"/>
              </w:rPr>
            </w:pPr>
          </w:p>
        </w:tc>
      </w:tr>
      <w:tr w:rsidR="004106A7" w:rsidRPr="004106A7" w14:paraId="38C8B825" w14:textId="77777777" w:rsidTr="00A92520">
        <w:trPr>
          <w:trHeight w:val="275"/>
        </w:trPr>
        <w:tc>
          <w:tcPr>
            <w:tcW w:w="1444"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hideMark/>
          </w:tcPr>
          <w:p w14:paraId="63FE0880" w14:textId="77777777" w:rsidR="004106A7" w:rsidRPr="004106A7" w:rsidRDefault="004106A7" w:rsidP="00250CF0">
            <w:pPr>
              <w:spacing w:line="275" w:lineRule="atLeast"/>
              <w:textAlignment w:val="bottom"/>
              <w:rPr>
                <w:sz w:val="28"/>
                <w:szCs w:val="28"/>
                <w:lang w:eastAsia="ru-RU"/>
              </w:rPr>
            </w:pPr>
            <w:r w:rsidRPr="004106A7">
              <w:rPr>
                <w:rFonts w:eastAsia="Microsoft YaHei"/>
                <w:color w:val="000000"/>
                <w:kern w:val="24"/>
                <w:sz w:val="28"/>
                <w:szCs w:val="28"/>
                <w:lang w:eastAsia="ru-RU"/>
              </w:rPr>
              <w:t>География</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2398F343" w14:textId="1E38E4C6" w:rsidR="004106A7" w:rsidRPr="004106A7" w:rsidRDefault="004106A7" w:rsidP="00250CF0">
            <w:pPr>
              <w:spacing w:line="275" w:lineRule="atLeast"/>
              <w:jc w:val="center"/>
              <w:textAlignment w:val="bottom"/>
              <w:rPr>
                <w:sz w:val="28"/>
                <w:szCs w:val="28"/>
                <w:lang w:val="kk-KZ"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3DB9263C" w14:textId="797525D2" w:rsidR="004106A7" w:rsidRPr="004106A7" w:rsidRDefault="004106A7" w:rsidP="00250CF0">
            <w:pPr>
              <w:spacing w:line="275" w:lineRule="atLeast"/>
              <w:jc w:val="center"/>
              <w:textAlignment w:val="bottom"/>
              <w:rPr>
                <w:sz w:val="28"/>
                <w:szCs w:val="28"/>
                <w:lang w:val="kk-KZ"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02FC9DEC" w14:textId="316E8F1D" w:rsidR="004106A7" w:rsidRPr="004106A7" w:rsidRDefault="004106A7" w:rsidP="00250CF0">
            <w:pPr>
              <w:spacing w:line="275" w:lineRule="atLeast"/>
              <w:jc w:val="center"/>
              <w:textAlignment w:val="bottom"/>
              <w:rPr>
                <w:sz w:val="28"/>
                <w:szCs w:val="28"/>
                <w:lang w:val="kk-KZ"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30431D35" w14:textId="155D2559" w:rsidR="004106A7" w:rsidRPr="004106A7" w:rsidRDefault="004106A7" w:rsidP="00250CF0">
            <w:pPr>
              <w:spacing w:line="275" w:lineRule="atLeast"/>
              <w:jc w:val="center"/>
              <w:textAlignment w:val="bottom"/>
              <w:rPr>
                <w:sz w:val="28"/>
                <w:szCs w:val="28"/>
                <w:lang w:val="kk-KZ" w:eastAsia="ru-RU"/>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19C4561F" w14:textId="41A94231" w:rsidR="004106A7" w:rsidRPr="004106A7" w:rsidRDefault="004106A7" w:rsidP="00250CF0">
            <w:pPr>
              <w:spacing w:line="275" w:lineRule="atLeast"/>
              <w:jc w:val="center"/>
              <w:textAlignment w:val="bottom"/>
              <w:rPr>
                <w:sz w:val="28"/>
                <w:szCs w:val="28"/>
                <w:lang w:val="kk-KZ"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1C28A1E7" w14:textId="4DF81778" w:rsidR="004106A7" w:rsidRPr="004106A7" w:rsidRDefault="004106A7" w:rsidP="00250CF0">
            <w:pPr>
              <w:spacing w:line="275" w:lineRule="atLeast"/>
              <w:jc w:val="center"/>
              <w:textAlignment w:val="bottom"/>
              <w:rPr>
                <w:sz w:val="28"/>
                <w:szCs w:val="28"/>
                <w:lang w:val="kk-KZ" w:eastAsia="ru-RU"/>
              </w:rPr>
            </w:pPr>
          </w:p>
        </w:tc>
        <w:tc>
          <w:tcPr>
            <w:tcW w:w="567" w:type="dxa"/>
            <w:tcBorders>
              <w:top w:val="single" w:sz="4" w:space="0" w:color="000000"/>
              <w:left w:val="single" w:sz="4" w:space="0" w:color="000000"/>
              <w:bottom w:val="single" w:sz="4" w:space="0" w:color="000000"/>
              <w:right w:val="single" w:sz="8" w:space="0" w:color="000000"/>
            </w:tcBorders>
            <w:shd w:val="clear" w:color="auto" w:fill="auto"/>
            <w:tcMar>
              <w:top w:w="13" w:type="dxa"/>
              <w:left w:w="13" w:type="dxa"/>
              <w:bottom w:w="0" w:type="dxa"/>
              <w:right w:w="13" w:type="dxa"/>
            </w:tcMar>
            <w:vAlign w:val="bottom"/>
          </w:tcPr>
          <w:p w14:paraId="5DD7EF10" w14:textId="33869B14" w:rsidR="004106A7" w:rsidRPr="004106A7" w:rsidRDefault="004106A7" w:rsidP="00250CF0">
            <w:pPr>
              <w:spacing w:line="275" w:lineRule="atLeast"/>
              <w:jc w:val="center"/>
              <w:textAlignment w:val="bottom"/>
              <w:rPr>
                <w:sz w:val="28"/>
                <w:szCs w:val="28"/>
                <w:lang w:eastAsia="ru-RU"/>
              </w:rPr>
            </w:pPr>
          </w:p>
        </w:tc>
        <w:tc>
          <w:tcPr>
            <w:tcW w:w="825" w:type="dxa"/>
            <w:tcBorders>
              <w:top w:val="single" w:sz="4" w:space="0" w:color="000000"/>
              <w:left w:val="single" w:sz="8" w:space="0" w:color="000000"/>
              <w:bottom w:val="single" w:sz="4" w:space="0" w:color="000000"/>
              <w:right w:val="single" w:sz="8" w:space="0" w:color="000000"/>
            </w:tcBorders>
            <w:shd w:val="clear" w:color="auto" w:fill="auto"/>
            <w:tcMar>
              <w:top w:w="13" w:type="dxa"/>
              <w:left w:w="13" w:type="dxa"/>
              <w:bottom w:w="0" w:type="dxa"/>
              <w:right w:w="13" w:type="dxa"/>
            </w:tcMar>
            <w:vAlign w:val="bottom"/>
            <w:hideMark/>
          </w:tcPr>
          <w:p w14:paraId="3FFB11FA" w14:textId="4CD186D2" w:rsidR="004106A7" w:rsidRPr="004106A7" w:rsidRDefault="004106A7" w:rsidP="00250CF0">
            <w:pPr>
              <w:spacing w:line="275" w:lineRule="atLeast"/>
              <w:jc w:val="center"/>
              <w:textAlignment w:val="bottom"/>
              <w:rPr>
                <w:sz w:val="28"/>
                <w:szCs w:val="28"/>
                <w:lang w:eastAsia="ru-RU"/>
              </w:rPr>
            </w:pPr>
          </w:p>
        </w:tc>
        <w:tc>
          <w:tcPr>
            <w:tcW w:w="708" w:type="dxa"/>
            <w:tcBorders>
              <w:top w:val="single" w:sz="4" w:space="0" w:color="000000"/>
              <w:left w:val="single" w:sz="8"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1DED8382" w14:textId="6BF7A0FF" w:rsidR="004106A7" w:rsidRPr="004106A7" w:rsidRDefault="00A92520" w:rsidP="00250CF0">
            <w:pPr>
              <w:spacing w:line="275" w:lineRule="atLeast"/>
              <w:jc w:val="center"/>
              <w:textAlignment w:val="bottom"/>
              <w:rPr>
                <w:sz w:val="28"/>
                <w:szCs w:val="28"/>
                <w:lang w:val="kk-KZ" w:eastAsia="ru-RU"/>
              </w:rPr>
            </w:pPr>
            <w:r>
              <w:rPr>
                <w:sz w:val="28"/>
                <w:szCs w:val="28"/>
                <w:lang w:val="kk-KZ" w:eastAsia="ru-RU"/>
              </w:rPr>
              <w:t>14</w:t>
            </w: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3BDAC3FB" w14:textId="5D50165F" w:rsidR="004106A7" w:rsidRPr="004106A7" w:rsidRDefault="00A92520" w:rsidP="00250CF0">
            <w:pPr>
              <w:spacing w:line="275" w:lineRule="atLeast"/>
              <w:jc w:val="center"/>
              <w:textAlignment w:val="bottom"/>
              <w:rPr>
                <w:sz w:val="28"/>
                <w:szCs w:val="28"/>
                <w:lang w:val="kk-KZ" w:eastAsia="ru-RU"/>
              </w:rPr>
            </w:pPr>
            <w:r>
              <w:rPr>
                <w:sz w:val="28"/>
                <w:szCs w:val="28"/>
                <w:lang w:val="kk-KZ" w:eastAsia="ru-RU"/>
              </w:rPr>
              <w:t>1</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529D3F09" w14:textId="473DD5C4" w:rsidR="004106A7" w:rsidRPr="004106A7" w:rsidRDefault="00A92520" w:rsidP="00250CF0">
            <w:pPr>
              <w:spacing w:line="275" w:lineRule="atLeast"/>
              <w:jc w:val="center"/>
              <w:textAlignment w:val="bottom"/>
              <w:rPr>
                <w:sz w:val="28"/>
                <w:szCs w:val="28"/>
                <w:lang w:val="kk-KZ" w:eastAsia="ru-RU"/>
              </w:rPr>
            </w:pPr>
            <w:r>
              <w:rPr>
                <w:sz w:val="28"/>
                <w:szCs w:val="28"/>
                <w:lang w:val="kk-KZ" w:eastAsia="ru-RU"/>
              </w:rPr>
              <w:t>12</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758827B7" w14:textId="25498F8C" w:rsidR="004106A7" w:rsidRPr="004106A7" w:rsidRDefault="00A92520" w:rsidP="00250CF0">
            <w:pPr>
              <w:spacing w:line="275" w:lineRule="atLeast"/>
              <w:jc w:val="center"/>
              <w:textAlignment w:val="bottom"/>
              <w:rPr>
                <w:sz w:val="28"/>
                <w:szCs w:val="28"/>
                <w:lang w:val="kk-KZ" w:eastAsia="ru-RU"/>
              </w:rPr>
            </w:pPr>
            <w:r>
              <w:rPr>
                <w:sz w:val="28"/>
                <w:szCs w:val="28"/>
                <w:lang w:val="kk-KZ" w:eastAsia="ru-RU"/>
              </w:rPr>
              <w:t>1</w:t>
            </w: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03688375" w14:textId="77777777" w:rsidR="004106A7" w:rsidRPr="004106A7" w:rsidRDefault="004106A7" w:rsidP="00250CF0">
            <w:pPr>
              <w:spacing w:line="275" w:lineRule="atLeast"/>
              <w:jc w:val="center"/>
              <w:textAlignment w:val="bottom"/>
              <w:rPr>
                <w:sz w:val="28"/>
                <w:szCs w:val="28"/>
                <w:lang w:val="kk-KZ" w:eastAsia="ru-RU"/>
              </w:rPr>
            </w:pPr>
            <w:r w:rsidRPr="004106A7">
              <w:rPr>
                <w:sz w:val="28"/>
                <w:szCs w:val="28"/>
                <w:lang w:val="kk-KZ" w:eastAsia="ru-RU"/>
              </w:rPr>
              <w:t>-</w:t>
            </w: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5B87C93D" w14:textId="77777777" w:rsidR="004106A7" w:rsidRPr="004106A7" w:rsidRDefault="004106A7" w:rsidP="00250CF0">
            <w:pPr>
              <w:spacing w:line="275" w:lineRule="atLeast"/>
              <w:jc w:val="center"/>
              <w:textAlignment w:val="bottom"/>
              <w:rPr>
                <w:sz w:val="28"/>
                <w:szCs w:val="28"/>
                <w:lang w:val="kk-KZ" w:eastAsia="ru-RU"/>
              </w:rPr>
            </w:pPr>
            <w:r w:rsidRPr="004106A7">
              <w:rPr>
                <w:sz w:val="28"/>
                <w:szCs w:val="28"/>
                <w:lang w:val="kk-KZ" w:eastAsia="ru-RU"/>
              </w:rPr>
              <w:t>-</w:t>
            </w:r>
          </w:p>
        </w:tc>
        <w:tc>
          <w:tcPr>
            <w:tcW w:w="709" w:type="dxa"/>
            <w:tcBorders>
              <w:top w:val="single" w:sz="4" w:space="0" w:color="000000"/>
              <w:left w:val="single" w:sz="4" w:space="0" w:color="000000"/>
              <w:bottom w:val="single" w:sz="4" w:space="0" w:color="000000"/>
              <w:right w:val="single" w:sz="8" w:space="0" w:color="000000"/>
            </w:tcBorders>
            <w:shd w:val="clear" w:color="auto" w:fill="auto"/>
            <w:tcMar>
              <w:top w:w="13" w:type="dxa"/>
              <w:left w:w="13" w:type="dxa"/>
              <w:bottom w:w="0" w:type="dxa"/>
              <w:right w:w="13" w:type="dxa"/>
            </w:tcMar>
            <w:vAlign w:val="bottom"/>
          </w:tcPr>
          <w:p w14:paraId="034009AC" w14:textId="77777777" w:rsidR="004106A7" w:rsidRPr="004106A7" w:rsidRDefault="004106A7" w:rsidP="00250CF0">
            <w:pPr>
              <w:spacing w:line="275" w:lineRule="atLeast"/>
              <w:jc w:val="center"/>
              <w:textAlignment w:val="bottom"/>
              <w:rPr>
                <w:sz w:val="28"/>
                <w:szCs w:val="28"/>
                <w:lang w:val="kk-KZ" w:eastAsia="ru-RU"/>
              </w:rPr>
            </w:pPr>
            <w:r w:rsidRPr="004106A7">
              <w:rPr>
                <w:sz w:val="28"/>
                <w:szCs w:val="28"/>
                <w:lang w:val="kk-KZ" w:eastAsia="ru-RU"/>
              </w:rPr>
              <w:t>100</w:t>
            </w:r>
          </w:p>
        </w:tc>
        <w:tc>
          <w:tcPr>
            <w:tcW w:w="850" w:type="dxa"/>
            <w:tcBorders>
              <w:top w:val="single" w:sz="4" w:space="0" w:color="000000"/>
              <w:left w:val="single" w:sz="8" w:space="0" w:color="000000"/>
              <w:bottom w:val="single" w:sz="4" w:space="0" w:color="000000"/>
              <w:right w:val="single" w:sz="8" w:space="0" w:color="000000"/>
            </w:tcBorders>
            <w:shd w:val="clear" w:color="auto" w:fill="auto"/>
            <w:tcMar>
              <w:top w:w="13" w:type="dxa"/>
              <w:left w:w="13" w:type="dxa"/>
              <w:bottom w:w="0" w:type="dxa"/>
              <w:right w:w="13" w:type="dxa"/>
            </w:tcMar>
            <w:vAlign w:val="bottom"/>
          </w:tcPr>
          <w:p w14:paraId="4ABFBD29" w14:textId="67FF1BFF" w:rsidR="004106A7" w:rsidRPr="00A92520" w:rsidRDefault="00A92520" w:rsidP="00250CF0">
            <w:pPr>
              <w:spacing w:line="275" w:lineRule="atLeast"/>
              <w:jc w:val="center"/>
              <w:textAlignment w:val="bottom"/>
              <w:rPr>
                <w:sz w:val="28"/>
                <w:szCs w:val="28"/>
                <w:lang w:val="kk-KZ" w:eastAsia="ru-RU"/>
              </w:rPr>
            </w:pPr>
            <w:r>
              <w:rPr>
                <w:sz w:val="28"/>
                <w:szCs w:val="28"/>
                <w:lang w:val="kk-KZ" w:eastAsia="ru-RU"/>
              </w:rPr>
              <w:t>92,86</w:t>
            </w:r>
          </w:p>
        </w:tc>
      </w:tr>
      <w:tr w:rsidR="004106A7" w:rsidRPr="004106A7" w14:paraId="4EC69692" w14:textId="77777777" w:rsidTr="00A92520">
        <w:trPr>
          <w:trHeight w:val="275"/>
        </w:trPr>
        <w:tc>
          <w:tcPr>
            <w:tcW w:w="1444"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hideMark/>
          </w:tcPr>
          <w:p w14:paraId="074D43A7" w14:textId="77777777" w:rsidR="004106A7" w:rsidRPr="004106A7" w:rsidRDefault="004106A7" w:rsidP="00250CF0">
            <w:pPr>
              <w:spacing w:line="275" w:lineRule="atLeast"/>
              <w:textAlignment w:val="bottom"/>
              <w:rPr>
                <w:sz w:val="28"/>
                <w:szCs w:val="28"/>
                <w:lang w:val="kk-KZ" w:eastAsia="ru-RU"/>
              </w:rPr>
            </w:pPr>
            <w:r w:rsidRPr="004106A7">
              <w:rPr>
                <w:sz w:val="28"/>
                <w:szCs w:val="28"/>
                <w:lang w:val="kk-KZ" w:eastAsia="ru-RU"/>
              </w:rPr>
              <w:t xml:space="preserve">Физика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3A2919D6" w14:textId="77777777" w:rsidR="004106A7" w:rsidRPr="004106A7" w:rsidRDefault="004106A7" w:rsidP="00250CF0">
            <w:pPr>
              <w:spacing w:line="275" w:lineRule="atLeast"/>
              <w:jc w:val="center"/>
              <w:textAlignment w:val="bottom"/>
              <w:rPr>
                <w:sz w:val="28"/>
                <w:szCs w:val="28"/>
                <w:lang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55D0FB1C" w14:textId="77777777" w:rsidR="004106A7" w:rsidRPr="004106A7" w:rsidRDefault="004106A7" w:rsidP="00250CF0">
            <w:pPr>
              <w:spacing w:line="275" w:lineRule="atLeast"/>
              <w:jc w:val="center"/>
              <w:textAlignment w:val="bottom"/>
              <w:rPr>
                <w:sz w:val="28"/>
                <w:szCs w:val="28"/>
                <w:lang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4D3E4F3E" w14:textId="77777777" w:rsidR="004106A7" w:rsidRPr="004106A7" w:rsidRDefault="004106A7" w:rsidP="00250CF0">
            <w:pPr>
              <w:spacing w:line="275" w:lineRule="atLeast"/>
              <w:jc w:val="center"/>
              <w:textAlignment w:val="bottom"/>
              <w:rPr>
                <w:sz w:val="28"/>
                <w:szCs w:val="28"/>
                <w:lang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6A72D0D7" w14:textId="77777777" w:rsidR="004106A7" w:rsidRPr="004106A7" w:rsidRDefault="004106A7" w:rsidP="00250CF0">
            <w:pPr>
              <w:spacing w:line="275" w:lineRule="atLeast"/>
              <w:jc w:val="center"/>
              <w:textAlignment w:val="bottom"/>
              <w:rPr>
                <w:sz w:val="28"/>
                <w:szCs w:val="28"/>
                <w:lang w:eastAsia="ru-RU"/>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51C2C7B5" w14:textId="77777777" w:rsidR="004106A7" w:rsidRPr="004106A7" w:rsidRDefault="004106A7" w:rsidP="00250CF0">
            <w:pPr>
              <w:spacing w:line="275" w:lineRule="atLeast"/>
              <w:jc w:val="center"/>
              <w:textAlignment w:val="bottom"/>
              <w:rPr>
                <w:sz w:val="28"/>
                <w:szCs w:val="28"/>
                <w:lang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38745168" w14:textId="77777777" w:rsidR="004106A7" w:rsidRPr="004106A7" w:rsidRDefault="004106A7" w:rsidP="00250CF0">
            <w:pPr>
              <w:spacing w:line="275" w:lineRule="atLeast"/>
              <w:jc w:val="center"/>
              <w:textAlignment w:val="bottom"/>
              <w:rPr>
                <w:sz w:val="28"/>
                <w:szCs w:val="28"/>
                <w:lang w:eastAsia="ru-RU"/>
              </w:rPr>
            </w:pPr>
          </w:p>
        </w:tc>
        <w:tc>
          <w:tcPr>
            <w:tcW w:w="567" w:type="dxa"/>
            <w:tcBorders>
              <w:top w:val="single" w:sz="4" w:space="0" w:color="000000"/>
              <w:left w:val="single" w:sz="4" w:space="0" w:color="000000"/>
              <w:bottom w:val="single" w:sz="4" w:space="0" w:color="000000"/>
              <w:right w:val="single" w:sz="8" w:space="0" w:color="000000"/>
            </w:tcBorders>
            <w:shd w:val="clear" w:color="auto" w:fill="auto"/>
            <w:tcMar>
              <w:top w:w="13" w:type="dxa"/>
              <w:left w:w="13" w:type="dxa"/>
              <w:bottom w:w="0" w:type="dxa"/>
              <w:right w:w="13" w:type="dxa"/>
            </w:tcMar>
            <w:vAlign w:val="bottom"/>
          </w:tcPr>
          <w:p w14:paraId="6163D6C6" w14:textId="07AD4099" w:rsidR="004106A7" w:rsidRPr="004106A7" w:rsidRDefault="004106A7" w:rsidP="00250CF0">
            <w:pPr>
              <w:spacing w:line="275" w:lineRule="atLeast"/>
              <w:jc w:val="center"/>
              <w:textAlignment w:val="bottom"/>
              <w:rPr>
                <w:sz w:val="28"/>
                <w:szCs w:val="28"/>
                <w:lang w:eastAsia="ru-RU"/>
              </w:rPr>
            </w:pPr>
          </w:p>
        </w:tc>
        <w:tc>
          <w:tcPr>
            <w:tcW w:w="825" w:type="dxa"/>
            <w:tcBorders>
              <w:top w:val="single" w:sz="4" w:space="0" w:color="000000"/>
              <w:left w:val="single" w:sz="8" w:space="0" w:color="000000"/>
              <w:bottom w:val="single" w:sz="4" w:space="0" w:color="000000"/>
              <w:right w:val="single" w:sz="8" w:space="0" w:color="000000"/>
            </w:tcBorders>
            <w:shd w:val="clear" w:color="auto" w:fill="auto"/>
            <w:tcMar>
              <w:top w:w="13" w:type="dxa"/>
              <w:left w:w="13" w:type="dxa"/>
              <w:bottom w:w="0" w:type="dxa"/>
              <w:right w:w="13" w:type="dxa"/>
            </w:tcMar>
            <w:vAlign w:val="bottom"/>
            <w:hideMark/>
          </w:tcPr>
          <w:p w14:paraId="4E335B85" w14:textId="77777777" w:rsidR="004106A7" w:rsidRPr="004106A7" w:rsidRDefault="004106A7" w:rsidP="00250CF0">
            <w:pPr>
              <w:spacing w:line="275" w:lineRule="atLeast"/>
              <w:jc w:val="center"/>
              <w:textAlignment w:val="bottom"/>
              <w:rPr>
                <w:sz w:val="28"/>
                <w:szCs w:val="28"/>
                <w:lang w:eastAsia="ru-RU"/>
              </w:rPr>
            </w:pPr>
            <w:r w:rsidRPr="004106A7">
              <w:rPr>
                <w:rFonts w:eastAsia="Microsoft YaHei"/>
                <w:b/>
                <w:bCs/>
                <w:color w:val="000000"/>
                <w:kern w:val="24"/>
                <w:sz w:val="28"/>
                <w:szCs w:val="28"/>
                <w:lang w:eastAsia="ru-RU"/>
              </w:rPr>
              <w:t> </w:t>
            </w:r>
          </w:p>
        </w:tc>
        <w:tc>
          <w:tcPr>
            <w:tcW w:w="708" w:type="dxa"/>
            <w:tcBorders>
              <w:top w:val="single" w:sz="4" w:space="0" w:color="000000"/>
              <w:left w:val="single" w:sz="8"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234AE53E" w14:textId="16303B92" w:rsidR="004106A7" w:rsidRPr="004106A7" w:rsidRDefault="00A92520" w:rsidP="00250CF0">
            <w:pPr>
              <w:spacing w:line="275" w:lineRule="atLeast"/>
              <w:jc w:val="center"/>
              <w:textAlignment w:val="bottom"/>
              <w:rPr>
                <w:sz w:val="28"/>
                <w:szCs w:val="28"/>
                <w:lang w:val="kk-KZ" w:eastAsia="ru-RU"/>
              </w:rPr>
            </w:pPr>
            <w:r>
              <w:rPr>
                <w:sz w:val="28"/>
                <w:szCs w:val="28"/>
                <w:lang w:val="kk-KZ" w:eastAsia="ru-RU"/>
              </w:rPr>
              <w:t>9</w:t>
            </w: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0B4952E5" w14:textId="1462C3F0" w:rsidR="004106A7" w:rsidRPr="004106A7" w:rsidRDefault="00A92520" w:rsidP="00250CF0">
            <w:pPr>
              <w:spacing w:line="275" w:lineRule="atLeast"/>
              <w:jc w:val="center"/>
              <w:textAlignment w:val="bottom"/>
              <w:rPr>
                <w:sz w:val="28"/>
                <w:szCs w:val="28"/>
                <w:lang w:val="kk-KZ" w:eastAsia="ru-RU"/>
              </w:rPr>
            </w:pPr>
            <w:r>
              <w:rPr>
                <w:sz w:val="28"/>
                <w:szCs w:val="28"/>
                <w:lang w:val="kk-KZ" w:eastAsia="ru-RU"/>
              </w:rPr>
              <w:t>4</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16FDC6BA" w14:textId="34CEF0D6" w:rsidR="004106A7" w:rsidRPr="004106A7" w:rsidRDefault="00A92520" w:rsidP="00250CF0">
            <w:pPr>
              <w:spacing w:line="275" w:lineRule="atLeast"/>
              <w:jc w:val="center"/>
              <w:textAlignment w:val="bottom"/>
              <w:rPr>
                <w:sz w:val="28"/>
                <w:szCs w:val="28"/>
                <w:lang w:val="kk-KZ" w:eastAsia="ru-RU"/>
              </w:rPr>
            </w:pPr>
            <w:r>
              <w:rPr>
                <w:sz w:val="28"/>
                <w:szCs w:val="28"/>
                <w:lang w:val="kk-KZ" w:eastAsia="ru-RU"/>
              </w:rPr>
              <w:t>5</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20BD9581" w14:textId="6BA70C51" w:rsidR="004106A7" w:rsidRPr="004106A7" w:rsidRDefault="00A92520" w:rsidP="00250CF0">
            <w:pPr>
              <w:spacing w:line="275" w:lineRule="atLeast"/>
              <w:jc w:val="center"/>
              <w:textAlignment w:val="bottom"/>
              <w:rPr>
                <w:sz w:val="28"/>
                <w:szCs w:val="28"/>
                <w:lang w:val="kk-KZ" w:eastAsia="ru-RU"/>
              </w:rPr>
            </w:pPr>
            <w:r>
              <w:rPr>
                <w:sz w:val="28"/>
                <w:szCs w:val="28"/>
                <w:lang w:val="kk-KZ" w:eastAsia="ru-RU"/>
              </w:rPr>
              <w:t>-</w:t>
            </w: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241D37BA" w14:textId="77777777" w:rsidR="004106A7" w:rsidRPr="004106A7" w:rsidRDefault="004106A7" w:rsidP="00250CF0">
            <w:pPr>
              <w:spacing w:line="275" w:lineRule="atLeast"/>
              <w:jc w:val="center"/>
              <w:textAlignment w:val="bottom"/>
              <w:rPr>
                <w:sz w:val="28"/>
                <w:szCs w:val="28"/>
                <w:lang w:val="kk-KZ" w:eastAsia="ru-RU"/>
              </w:rPr>
            </w:pPr>
            <w:r w:rsidRPr="004106A7">
              <w:rPr>
                <w:sz w:val="28"/>
                <w:szCs w:val="28"/>
                <w:lang w:val="kk-KZ" w:eastAsia="ru-RU"/>
              </w:rPr>
              <w:t>-</w:t>
            </w: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0FEFA773" w14:textId="77777777" w:rsidR="004106A7" w:rsidRPr="004106A7" w:rsidRDefault="004106A7" w:rsidP="00250CF0">
            <w:pPr>
              <w:spacing w:line="275" w:lineRule="atLeast"/>
              <w:jc w:val="center"/>
              <w:textAlignment w:val="bottom"/>
              <w:rPr>
                <w:sz w:val="28"/>
                <w:szCs w:val="28"/>
                <w:lang w:val="kk-KZ" w:eastAsia="ru-RU"/>
              </w:rPr>
            </w:pPr>
            <w:r w:rsidRPr="004106A7">
              <w:rPr>
                <w:sz w:val="28"/>
                <w:szCs w:val="28"/>
                <w:lang w:val="kk-KZ" w:eastAsia="ru-RU"/>
              </w:rPr>
              <w:t>-</w:t>
            </w:r>
          </w:p>
        </w:tc>
        <w:tc>
          <w:tcPr>
            <w:tcW w:w="709" w:type="dxa"/>
            <w:tcBorders>
              <w:top w:val="single" w:sz="4" w:space="0" w:color="000000"/>
              <w:left w:val="single" w:sz="4" w:space="0" w:color="000000"/>
              <w:bottom w:val="single" w:sz="4" w:space="0" w:color="000000"/>
              <w:right w:val="single" w:sz="8" w:space="0" w:color="000000"/>
            </w:tcBorders>
            <w:shd w:val="clear" w:color="auto" w:fill="auto"/>
            <w:tcMar>
              <w:top w:w="13" w:type="dxa"/>
              <w:left w:w="13" w:type="dxa"/>
              <w:bottom w:w="0" w:type="dxa"/>
              <w:right w:w="13" w:type="dxa"/>
            </w:tcMar>
            <w:vAlign w:val="bottom"/>
          </w:tcPr>
          <w:p w14:paraId="77F7A830" w14:textId="77777777" w:rsidR="004106A7" w:rsidRPr="004106A7" w:rsidRDefault="004106A7" w:rsidP="00250CF0">
            <w:pPr>
              <w:spacing w:line="275" w:lineRule="atLeast"/>
              <w:jc w:val="center"/>
              <w:textAlignment w:val="bottom"/>
              <w:rPr>
                <w:sz w:val="28"/>
                <w:szCs w:val="28"/>
                <w:lang w:val="kk-KZ" w:eastAsia="ru-RU"/>
              </w:rPr>
            </w:pPr>
            <w:r w:rsidRPr="004106A7">
              <w:rPr>
                <w:sz w:val="28"/>
                <w:szCs w:val="28"/>
                <w:lang w:val="kk-KZ" w:eastAsia="ru-RU"/>
              </w:rPr>
              <w:t>100</w:t>
            </w:r>
          </w:p>
        </w:tc>
        <w:tc>
          <w:tcPr>
            <w:tcW w:w="850" w:type="dxa"/>
            <w:tcBorders>
              <w:top w:val="single" w:sz="4" w:space="0" w:color="000000"/>
              <w:left w:val="single" w:sz="8" w:space="0" w:color="000000"/>
              <w:bottom w:val="single" w:sz="4" w:space="0" w:color="000000"/>
              <w:right w:val="single" w:sz="8" w:space="0" w:color="000000"/>
            </w:tcBorders>
            <w:shd w:val="clear" w:color="auto" w:fill="auto"/>
            <w:tcMar>
              <w:top w:w="13" w:type="dxa"/>
              <w:left w:w="13" w:type="dxa"/>
              <w:bottom w:w="0" w:type="dxa"/>
              <w:right w:w="13" w:type="dxa"/>
            </w:tcMar>
            <w:vAlign w:val="bottom"/>
          </w:tcPr>
          <w:p w14:paraId="72FC293A" w14:textId="18C4C3F4" w:rsidR="004106A7" w:rsidRPr="00A92520" w:rsidRDefault="00A92520" w:rsidP="00250CF0">
            <w:pPr>
              <w:spacing w:line="275" w:lineRule="atLeast"/>
              <w:jc w:val="center"/>
              <w:textAlignment w:val="bottom"/>
              <w:rPr>
                <w:sz w:val="28"/>
                <w:szCs w:val="28"/>
                <w:lang w:val="kk-KZ" w:eastAsia="ru-RU"/>
              </w:rPr>
            </w:pPr>
            <w:r>
              <w:rPr>
                <w:sz w:val="28"/>
                <w:szCs w:val="28"/>
                <w:lang w:val="kk-KZ" w:eastAsia="ru-RU"/>
              </w:rPr>
              <w:t>100</w:t>
            </w:r>
          </w:p>
        </w:tc>
      </w:tr>
      <w:tr w:rsidR="004106A7" w:rsidRPr="004106A7" w14:paraId="3E37E7A5" w14:textId="77777777" w:rsidTr="00A92520">
        <w:trPr>
          <w:trHeight w:val="275"/>
        </w:trPr>
        <w:tc>
          <w:tcPr>
            <w:tcW w:w="1444"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hideMark/>
          </w:tcPr>
          <w:p w14:paraId="338B4CA9" w14:textId="77777777" w:rsidR="004106A7" w:rsidRPr="004106A7" w:rsidRDefault="004106A7" w:rsidP="00250CF0">
            <w:pPr>
              <w:spacing w:line="275" w:lineRule="atLeast"/>
              <w:textAlignment w:val="bottom"/>
              <w:rPr>
                <w:sz w:val="28"/>
                <w:szCs w:val="28"/>
                <w:lang w:val="kk-KZ" w:eastAsia="ru-RU"/>
              </w:rPr>
            </w:pPr>
            <w:r w:rsidRPr="004106A7">
              <w:rPr>
                <w:rFonts w:eastAsia="Microsoft YaHei"/>
                <w:color w:val="000000"/>
                <w:kern w:val="24"/>
                <w:sz w:val="28"/>
                <w:szCs w:val="28"/>
                <w:lang w:val="kk-KZ" w:eastAsia="ru-RU"/>
              </w:rPr>
              <w:t>Қазақстан тарихы</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0208BF46" w14:textId="4CF74E71" w:rsidR="004106A7" w:rsidRPr="004106A7" w:rsidRDefault="00A92520" w:rsidP="00250CF0">
            <w:pPr>
              <w:spacing w:line="275" w:lineRule="atLeast"/>
              <w:jc w:val="center"/>
              <w:textAlignment w:val="bottom"/>
              <w:rPr>
                <w:sz w:val="28"/>
                <w:szCs w:val="28"/>
                <w:lang w:val="kk-KZ" w:eastAsia="ru-RU"/>
              </w:rPr>
            </w:pPr>
            <w:r>
              <w:rPr>
                <w:sz w:val="28"/>
                <w:szCs w:val="28"/>
                <w:lang w:val="kk-KZ" w:eastAsia="ru-RU"/>
              </w:rPr>
              <w:t>19</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249E85AC" w14:textId="7FF8FD3C" w:rsidR="004106A7" w:rsidRPr="004106A7" w:rsidRDefault="00A92520" w:rsidP="00250CF0">
            <w:pPr>
              <w:spacing w:line="275" w:lineRule="atLeast"/>
              <w:jc w:val="center"/>
              <w:textAlignment w:val="bottom"/>
              <w:rPr>
                <w:sz w:val="28"/>
                <w:szCs w:val="28"/>
                <w:lang w:val="kk-KZ" w:eastAsia="ru-RU"/>
              </w:rPr>
            </w:pPr>
            <w:r>
              <w:rPr>
                <w:sz w:val="28"/>
                <w:szCs w:val="28"/>
                <w:lang w:val="kk-KZ" w:eastAsia="ru-RU"/>
              </w:rPr>
              <w:t>4</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707AD586" w14:textId="658869B4" w:rsidR="004106A7" w:rsidRPr="004106A7" w:rsidRDefault="00A92520" w:rsidP="00250CF0">
            <w:pPr>
              <w:spacing w:line="275" w:lineRule="atLeast"/>
              <w:jc w:val="center"/>
              <w:textAlignment w:val="bottom"/>
              <w:rPr>
                <w:sz w:val="28"/>
                <w:szCs w:val="28"/>
                <w:lang w:val="kk-KZ" w:eastAsia="ru-RU"/>
              </w:rPr>
            </w:pPr>
            <w:r>
              <w:rPr>
                <w:sz w:val="28"/>
                <w:szCs w:val="28"/>
                <w:lang w:val="kk-KZ" w:eastAsia="ru-RU"/>
              </w:rPr>
              <w:t>12</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335E75CF" w14:textId="20263223" w:rsidR="004106A7" w:rsidRPr="004106A7" w:rsidRDefault="00A92520" w:rsidP="00250CF0">
            <w:pPr>
              <w:spacing w:line="275" w:lineRule="atLeast"/>
              <w:jc w:val="center"/>
              <w:textAlignment w:val="bottom"/>
              <w:rPr>
                <w:sz w:val="28"/>
                <w:szCs w:val="28"/>
                <w:lang w:val="kk-KZ" w:eastAsia="ru-RU"/>
              </w:rPr>
            </w:pPr>
            <w:r>
              <w:rPr>
                <w:sz w:val="28"/>
                <w:szCs w:val="28"/>
                <w:lang w:val="kk-KZ" w:eastAsia="ru-RU"/>
              </w:rPr>
              <w:t>3</w:t>
            </w: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49DA510D" w14:textId="2F21B6BF" w:rsidR="004106A7" w:rsidRPr="004106A7" w:rsidRDefault="00A92520" w:rsidP="00250CF0">
            <w:pPr>
              <w:spacing w:line="275" w:lineRule="atLeast"/>
              <w:jc w:val="center"/>
              <w:textAlignment w:val="bottom"/>
              <w:rPr>
                <w:sz w:val="28"/>
                <w:szCs w:val="28"/>
                <w:lang w:val="kk-KZ" w:eastAsia="ru-RU"/>
              </w:rPr>
            </w:pPr>
            <w:r>
              <w:rPr>
                <w:sz w:val="28"/>
                <w:szCs w:val="28"/>
                <w:lang w:val="kk-KZ" w:eastAsia="ru-RU"/>
              </w:rPr>
              <w: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57644B2B" w14:textId="5238B342" w:rsidR="004106A7" w:rsidRPr="004106A7" w:rsidRDefault="00A92520" w:rsidP="00250CF0">
            <w:pPr>
              <w:spacing w:line="275" w:lineRule="atLeast"/>
              <w:jc w:val="center"/>
              <w:textAlignment w:val="bottom"/>
              <w:rPr>
                <w:sz w:val="28"/>
                <w:szCs w:val="28"/>
                <w:lang w:val="kk-KZ" w:eastAsia="ru-RU"/>
              </w:rPr>
            </w:pPr>
            <w:r>
              <w:rPr>
                <w:sz w:val="28"/>
                <w:szCs w:val="28"/>
                <w:lang w:val="kk-KZ" w:eastAsia="ru-RU"/>
              </w:rPr>
              <w:t>-</w:t>
            </w:r>
          </w:p>
        </w:tc>
        <w:tc>
          <w:tcPr>
            <w:tcW w:w="567" w:type="dxa"/>
            <w:tcBorders>
              <w:top w:val="single" w:sz="4" w:space="0" w:color="000000"/>
              <w:left w:val="single" w:sz="4" w:space="0" w:color="000000"/>
              <w:bottom w:val="single" w:sz="4" w:space="0" w:color="000000"/>
              <w:right w:val="single" w:sz="8" w:space="0" w:color="000000"/>
            </w:tcBorders>
            <w:shd w:val="clear" w:color="auto" w:fill="auto"/>
            <w:tcMar>
              <w:top w:w="13" w:type="dxa"/>
              <w:left w:w="13" w:type="dxa"/>
              <w:bottom w:w="0" w:type="dxa"/>
              <w:right w:w="13" w:type="dxa"/>
            </w:tcMar>
            <w:vAlign w:val="bottom"/>
          </w:tcPr>
          <w:p w14:paraId="3DA49C98" w14:textId="10076348" w:rsidR="004106A7" w:rsidRPr="00A92520" w:rsidRDefault="00A92520" w:rsidP="00250CF0">
            <w:pPr>
              <w:spacing w:line="275" w:lineRule="atLeast"/>
              <w:jc w:val="center"/>
              <w:textAlignment w:val="bottom"/>
              <w:rPr>
                <w:sz w:val="28"/>
                <w:szCs w:val="28"/>
                <w:lang w:val="kk-KZ" w:eastAsia="ru-RU"/>
              </w:rPr>
            </w:pPr>
            <w:r>
              <w:rPr>
                <w:sz w:val="28"/>
                <w:szCs w:val="28"/>
                <w:lang w:val="kk-KZ" w:eastAsia="ru-RU"/>
              </w:rPr>
              <w:t>100</w:t>
            </w:r>
          </w:p>
        </w:tc>
        <w:tc>
          <w:tcPr>
            <w:tcW w:w="825" w:type="dxa"/>
            <w:tcBorders>
              <w:top w:val="single" w:sz="4" w:space="0" w:color="000000"/>
              <w:left w:val="single" w:sz="8" w:space="0" w:color="000000"/>
              <w:bottom w:val="single" w:sz="4" w:space="0" w:color="000000"/>
              <w:right w:val="single" w:sz="8" w:space="0" w:color="000000"/>
            </w:tcBorders>
            <w:shd w:val="clear" w:color="auto" w:fill="auto"/>
            <w:tcMar>
              <w:top w:w="13" w:type="dxa"/>
              <w:left w:w="13" w:type="dxa"/>
              <w:bottom w:w="0" w:type="dxa"/>
              <w:right w:w="13" w:type="dxa"/>
            </w:tcMar>
            <w:vAlign w:val="bottom"/>
            <w:hideMark/>
          </w:tcPr>
          <w:p w14:paraId="6F18433D" w14:textId="6C29512E" w:rsidR="004106A7" w:rsidRPr="00A92520" w:rsidRDefault="00A92520" w:rsidP="00250CF0">
            <w:pPr>
              <w:spacing w:line="275" w:lineRule="atLeast"/>
              <w:jc w:val="center"/>
              <w:textAlignment w:val="bottom"/>
              <w:rPr>
                <w:sz w:val="28"/>
                <w:szCs w:val="28"/>
                <w:lang w:val="kk-KZ" w:eastAsia="ru-RU"/>
              </w:rPr>
            </w:pPr>
            <w:r>
              <w:rPr>
                <w:sz w:val="28"/>
                <w:szCs w:val="28"/>
                <w:lang w:val="kk-KZ" w:eastAsia="ru-RU"/>
              </w:rPr>
              <w:t>84,21</w:t>
            </w:r>
          </w:p>
        </w:tc>
        <w:tc>
          <w:tcPr>
            <w:tcW w:w="708" w:type="dxa"/>
            <w:tcBorders>
              <w:top w:val="single" w:sz="4" w:space="0" w:color="000000"/>
              <w:left w:val="single" w:sz="8"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10D87B11" w14:textId="7AA4B109" w:rsidR="004106A7" w:rsidRPr="004106A7" w:rsidRDefault="00A92520" w:rsidP="00250CF0">
            <w:pPr>
              <w:spacing w:line="275" w:lineRule="atLeast"/>
              <w:jc w:val="center"/>
              <w:textAlignment w:val="bottom"/>
              <w:rPr>
                <w:sz w:val="28"/>
                <w:szCs w:val="28"/>
                <w:lang w:val="kk-KZ" w:eastAsia="ru-RU"/>
              </w:rPr>
            </w:pPr>
            <w:r>
              <w:rPr>
                <w:sz w:val="28"/>
                <w:szCs w:val="28"/>
                <w:lang w:val="kk-KZ" w:eastAsia="ru-RU"/>
              </w:rPr>
              <w:t>48</w:t>
            </w: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5BF5F10C" w14:textId="7DE2293F" w:rsidR="004106A7" w:rsidRPr="004106A7" w:rsidRDefault="00A92520" w:rsidP="00250CF0">
            <w:pPr>
              <w:spacing w:line="275" w:lineRule="atLeast"/>
              <w:jc w:val="center"/>
              <w:textAlignment w:val="bottom"/>
              <w:rPr>
                <w:sz w:val="28"/>
                <w:szCs w:val="28"/>
                <w:lang w:val="kk-KZ" w:eastAsia="ru-RU"/>
              </w:rPr>
            </w:pPr>
            <w:r>
              <w:rPr>
                <w:sz w:val="28"/>
                <w:szCs w:val="28"/>
                <w:lang w:val="kk-KZ" w:eastAsia="ru-RU"/>
              </w:rPr>
              <w:t>13</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052D4A35" w14:textId="18BE4F83" w:rsidR="004106A7" w:rsidRPr="004106A7" w:rsidRDefault="00A92520" w:rsidP="00250CF0">
            <w:pPr>
              <w:spacing w:line="275" w:lineRule="atLeast"/>
              <w:jc w:val="center"/>
              <w:textAlignment w:val="bottom"/>
              <w:rPr>
                <w:sz w:val="28"/>
                <w:szCs w:val="28"/>
                <w:lang w:val="kk-KZ" w:eastAsia="ru-RU"/>
              </w:rPr>
            </w:pPr>
            <w:r>
              <w:rPr>
                <w:sz w:val="28"/>
                <w:szCs w:val="28"/>
                <w:lang w:val="kk-KZ" w:eastAsia="ru-RU"/>
              </w:rPr>
              <w:t>26</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3584757F" w14:textId="21583F55" w:rsidR="004106A7" w:rsidRPr="004106A7" w:rsidRDefault="00A92520" w:rsidP="00250CF0">
            <w:pPr>
              <w:spacing w:line="275" w:lineRule="atLeast"/>
              <w:jc w:val="center"/>
              <w:textAlignment w:val="bottom"/>
              <w:rPr>
                <w:sz w:val="28"/>
                <w:szCs w:val="28"/>
                <w:lang w:val="kk-KZ" w:eastAsia="ru-RU"/>
              </w:rPr>
            </w:pPr>
            <w:r>
              <w:rPr>
                <w:sz w:val="28"/>
                <w:szCs w:val="28"/>
                <w:lang w:val="kk-KZ" w:eastAsia="ru-RU"/>
              </w:rPr>
              <w:t>9</w:t>
            </w: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359C635A" w14:textId="77777777" w:rsidR="004106A7" w:rsidRPr="004106A7" w:rsidRDefault="004106A7" w:rsidP="00250CF0">
            <w:pPr>
              <w:spacing w:line="275" w:lineRule="atLeast"/>
              <w:jc w:val="center"/>
              <w:textAlignment w:val="bottom"/>
              <w:rPr>
                <w:sz w:val="28"/>
                <w:szCs w:val="28"/>
                <w:lang w:val="kk-KZ" w:eastAsia="ru-RU"/>
              </w:rPr>
            </w:pPr>
            <w:r w:rsidRPr="004106A7">
              <w:rPr>
                <w:sz w:val="28"/>
                <w:szCs w:val="28"/>
                <w:lang w:val="kk-KZ" w:eastAsia="ru-RU"/>
              </w:rPr>
              <w:t>-</w:t>
            </w: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4B9C41D8" w14:textId="77777777" w:rsidR="004106A7" w:rsidRPr="004106A7" w:rsidRDefault="004106A7" w:rsidP="00250CF0">
            <w:pPr>
              <w:spacing w:line="275" w:lineRule="atLeast"/>
              <w:jc w:val="center"/>
              <w:textAlignment w:val="bottom"/>
              <w:rPr>
                <w:sz w:val="28"/>
                <w:szCs w:val="28"/>
                <w:lang w:val="kk-KZ" w:eastAsia="ru-RU"/>
              </w:rPr>
            </w:pPr>
            <w:r w:rsidRPr="004106A7">
              <w:rPr>
                <w:sz w:val="28"/>
                <w:szCs w:val="28"/>
                <w:lang w:val="kk-KZ" w:eastAsia="ru-RU"/>
              </w:rPr>
              <w:t>-</w:t>
            </w:r>
          </w:p>
        </w:tc>
        <w:tc>
          <w:tcPr>
            <w:tcW w:w="709" w:type="dxa"/>
            <w:tcBorders>
              <w:top w:val="single" w:sz="4" w:space="0" w:color="000000"/>
              <w:left w:val="single" w:sz="4" w:space="0" w:color="000000"/>
              <w:bottom w:val="single" w:sz="4" w:space="0" w:color="000000"/>
              <w:right w:val="single" w:sz="8" w:space="0" w:color="000000"/>
            </w:tcBorders>
            <w:shd w:val="clear" w:color="auto" w:fill="auto"/>
            <w:tcMar>
              <w:top w:w="13" w:type="dxa"/>
              <w:left w:w="13" w:type="dxa"/>
              <w:bottom w:w="0" w:type="dxa"/>
              <w:right w:w="13" w:type="dxa"/>
            </w:tcMar>
            <w:vAlign w:val="bottom"/>
          </w:tcPr>
          <w:p w14:paraId="4496E69E" w14:textId="77777777" w:rsidR="004106A7" w:rsidRPr="004106A7" w:rsidRDefault="004106A7" w:rsidP="00250CF0">
            <w:pPr>
              <w:spacing w:line="275" w:lineRule="atLeast"/>
              <w:jc w:val="center"/>
              <w:textAlignment w:val="bottom"/>
              <w:rPr>
                <w:sz w:val="28"/>
                <w:szCs w:val="28"/>
                <w:lang w:val="kk-KZ" w:eastAsia="ru-RU"/>
              </w:rPr>
            </w:pPr>
            <w:r w:rsidRPr="004106A7">
              <w:rPr>
                <w:sz w:val="28"/>
                <w:szCs w:val="28"/>
                <w:lang w:val="kk-KZ" w:eastAsia="ru-RU"/>
              </w:rPr>
              <w:t>100</w:t>
            </w:r>
          </w:p>
        </w:tc>
        <w:tc>
          <w:tcPr>
            <w:tcW w:w="850" w:type="dxa"/>
            <w:tcBorders>
              <w:top w:val="single" w:sz="4" w:space="0" w:color="000000"/>
              <w:left w:val="single" w:sz="8" w:space="0" w:color="000000"/>
              <w:bottom w:val="single" w:sz="4" w:space="0" w:color="000000"/>
              <w:right w:val="single" w:sz="8" w:space="0" w:color="000000"/>
            </w:tcBorders>
            <w:shd w:val="clear" w:color="auto" w:fill="auto"/>
            <w:tcMar>
              <w:top w:w="13" w:type="dxa"/>
              <w:left w:w="13" w:type="dxa"/>
              <w:bottom w:w="0" w:type="dxa"/>
              <w:right w:w="13" w:type="dxa"/>
            </w:tcMar>
            <w:vAlign w:val="bottom"/>
          </w:tcPr>
          <w:p w14:paraId="6C1A0B7F" w14:textId="3BEFDAAB" w:rsidR="004106A7" w:rsidRPr="00A92520" w:rsidRDefault="00A92520" w:rsidP="00250CF0">
            <w:pPr>
              <w:spacing w:line="275" w:lineRule="atLeast"/>
              <w:jc w:val="center"/>
              <w:textAlignment w:val="bottom"/>
              <w:rPr>
                <w:sz w:val="28"/>
                <w:szCs w:val="28"/>
                <w:lang w:val="kk-KZ" w:eastAsia="ru-RU"/>
              </w:rPr>
            </w:pPr>
            <w:r>
              <w:rPr>
                <w:sz w:val="28"/>
                <w:szCs w:val="28"/>
                <w:lang w:val="kk-KZ" w:eastAsia="ru-RU"/>
              </w:rPr>
              <w:t>81,25</w:t>
            </w:r>
          </w:p>
        </w:tc>
      </w:tr>
      <w:tr w:rsidR="004106A7" w:rsidRPr="004106A7" w14:paraId="5F782EB4" w14:textId="77777777" w:rsidTr="00A92520">
        <w:trPr>
          <w:trHeight w:val="275"/>
        </w:trPr>
        <w:tc>
          <w:tcPr>
            <w:tcW w:w="1444"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hideMark/>
          </w:tcPr>
          <w:p w14:paraId="01BE7CFC" w14:textId="77777777" w:rsidR="004106A7" w:rsidRPr="004106A7" w:rsidRDefault="004106A7" w:rsidP="00250CF0">
            <w:pPr>
              <w:spacing w:line="275" w:lineRule="atLeast"/>
              <w:textAlignment w:val="bottom"/>
              <w:rPr>
                <w:sz w:val="28"/>
                <w:szCs w:val="28"/>
                <w:lang w:val="kk-KZ" w:eastAsia="ru-RU"/>
              </w:rPr>
            </w:pPr>
            <w:r w:rsidRPr="004106A7">
              <w:rPr>
                <w:rFonts w:eastAsia="Microsoft YaHei"/>
                <w:color w:val="000000"/>
                <w:kern w:val="24"/>
                <w:sz w:val="28"/>
                <w:szCs w:val="28"/>
                <w:lang w:eastAsia="ru-RU"/>
              </w:rPr>
              <w:t>Алгебра</w:t>
            </w:r>
            <w:r w:rsidRPr="004106A7">
              <w:rPr>
                <w:rFonts w:eastAsia="Microsoft YaHei"/>
                <w:color w:val="000000"/>
                <w:kern w:val="24"/>
                <w:sz w:val="28"/>
                <w:szCs w:val="28"/>
                <w:lang w:val="kk-KZ" w:eastAsia="ru-RU"/>
              </w:rPr>
              <w:t xml:space="preserve"> және анализ бастамалары</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03CD9370" w14:textId="77777777" w:rsidR="004106A7" w:rsidRPr="004106A7" w:rsidRDefault="004106A7" w:rsidP="00250CF0">
            <w:pPr>
              <w:spacing w:line="275" w:lineRule="atLeast"/>
              <w:jc w:val="center"/>
              <w:textAlignment w:val="bottom"/>
              <w:rPr>
                <w:sz w:val="28"/>
                <w:szCs w:val="28"/>
                <w:lang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009DD289" w14:textId="77777777" w:rsidR="004106A7" w:rsidRPr="004106A7" w:rsidRDefault="004106A7" w:rsidP="00250CF0">
            <w:pPr>
              <w:spacing w:line="275" w:lineRule="atLeast"/>
              <w:jc w:val="center"/>
              <w:textAlignment w:val="bottom"/>
              <w:rPr>
                <w:sz w:val="28"/>
                <w:szCs w:val="28"/>
                <w:lang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41A287A2" w14:textId="77777777" w:rsidR="004106A7" w:rsidRPr="004106A7" w:rsidRDefault="004106A7" w:rsidP="00250CF0">
            <w:pPr>
              <w:spacing w:line="275" w:lineRule="atLeast"/>
              <w:jc w:val="center"/>
              <w:textAlignment w:val="bottom"/>
              <w:rPr>
                <w:sz w:val="28"/>
                <w:szCs w:val="28"/>
                <w:lang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133A3371" w14:textId="77777777" w:rsidR="004106A7" w:rsidRPr="004106A7" w:rsidRDefault="004106A7" w:rsidP="00250CF0">
            <w:pPr>
              <w:spacing w:line="275" w:lineRule="atLeast"/>
              <w:jc w:val="center"/>
              <w:textAlignment w:val="bottom"/>
              <w:rPr>
                <w:sz w:val="28"/>
                <w:szCs w:val="28"/>
                <w:lang w:eastAsia="ru-RU"/>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3AD42914" w14:textId="77777777" w:rsidR="004106A7" w:rsidRPr="004106A7" w:rsidRDefault="004106A7" w:rsidP="00250CF0">
            <w:pPr>
              <w:spacing w:line="275" w:lineRule="atLeast"/>
              <w:jc w:val="center"/>
              <w:textAlignment w:val="bottom"/>
              <w:rPr>
                <w:sz w:val="28"/>
                <w:szCs w:val="28"/>
                <w:lang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7838B27D" w14:textId="77777777" w:rsidR="004106A7" w:rsidRPr="004106A7" w:rsidRDefault="004106A7" w:rsidP="00250CF0">
            <w:pPr>
              <w:spacing w:line="275" w:lineRule="atLeast"/>
              <w:jc w:val="center"/>
              <w:textAlignment w:val="bottom"/>
              <w:rPr>
                <w:sz w:val="28"/>
                <w:szCs w:val="28"/>
                <w:lang w:eastAsia="ru-RU"/>
              </w:rPr>
            </w:pPr>
          </w:p>
        </w:tc>
        <w:tc>
          <w:tcPr>
            <w:tcW w:w="567" w:type="dxa"/>
            <w:tcBorders>
              <w:top w:val="single" w:sz="4" w:space="0" w:color="000000"/>
              <w:left w:val="single" w:sz="4" w:space="0" w:color="000000"/>
              <w:bottom w:val="single" w:sz="4" w:space="0" w:color="000000"/>
              <w:right w:val="single" w:sz="8" w:space="0" w:color="000000"/>
            </w:tcBorders>
            <w:shd w:val="clear" w:color="auto" w:fill="auto"/>
            <w:tcMar>
              <w:top w:w="13" w:type="dxa"/>
              <w:left w:w="13" w:type="dxa"/>
              <w:bottom w:w="0" w:type="dxa"/>
              <w:right w:w="13" w:type="dxa"/>
            </w:tcMar>
            <w:vAlign w:val="bottom"/>
            <w:hideMark/>
          </w:tcPr>
          <w:p w14:paraId="32245787" w14:textId="77777777" w:rsidR="004106A7" w:rsidRPr="004106A7" w:rsidRDefault="004106A7" w:rsidP="00250CF0">
            <w:pPr>
              <w:spacing w:line="275" w:lineRule="atLeast"/>
              <w:jc w:val="center"/>
              <w:textAlignment w:val="bottom"/>
              <w:rPr>
                <w:sz w:val="28"/>
                <w:szCs w:val="28"/>
                <w:lang w:eastAsia="ru-RU"/>
              </w:rPr>
            </w:pPr>
            <w:r w:rsidRPr="004106A7">
              <w:rPr>
                <w:rFonts w:eastAsia="Microsoft YaHei"/>
                <w:color w:val="000000"/>
                <w:kern w:val="24"/>
                <w:sz w:val="28"/>
                <w:szCs w:val="28"/>
                <w:lang w:eastAsia="ru-RU"/>
              </w:rPr>
              <w:t> </w:t>
            </w:r>
          </w:p>
        </w:tc>
        <w:tc>
          <w:tcPr>
            <w:tcW w:w="825" w:type="dxa"/>
            <w:tcBorders>
              <w:top w:val="single" w:sz="4" w:space="0" w:color="000000"/>
              <w:left w:val="single" w:sz="8" w:space="0" w:color="000000"/>
              <w:bottom w:val="single" w:sz="4" w:space="0" w:color="000000"/>
              <w:right w:val="single" w:sz="8" w:space="0" w:color="000000"/>
            </w:tcBorders>
            <w:shd w:val="clear" w:color="auto" w:fill="auto"/>
            <w:tcMar>
              <w:top w:w="13" w:type="dxa"/>
              <w:left w:w="13" w:type="dxa"/>
              <w:bottom w:w="0" w:type="dxa"/>
              <w:right w:w="13" w:type="dxa"/>
            </w:tcMar>
            <w:vAlign w:val="bottom"/>
            <w:hideMark/>
          </w:tcPr>
          <w:p w14:paraId="373EA219" w14:textId="77777777" w:rsidR="004106A7" w:rsidRPr="004106A7" w:rsidRDefault="004106A7" w:rsidP="00250CF0">
            <w:pPr>
              <w:spacing w:line="275" w:lineRule="atLeast"/>
              <w:jc w:val="center"/>
              <w:textAlignment w:val="bottom"/>
              <w:rPr>
                <w:sz w:val="28"/>
                <w:szCs w:val="28"/>
                <w:lang w:eastAsia="ru-RU"/>
              </w:rPr>
            </w:pPr>
            <w:r w:rsidRPr="004106A7">
              <w:rPr>
                <w:rFonts w:eastAsia="Microsoft YaHei"/>
                <w:b/>
                <w:bCs/>
                <w:color w:val="000000"/>
                <w:kern w:val="24"/>
                <w:sz w:val="28"/>
                <w:szCs w:val="28"/>
                <w:lang w:eastAsia="ru-RU"/>
              </w:rPr>
              <w:t> </w:t>
            </w:r>
          </w:p>
        </w:tc>
        <w:tc>
          <w:tcPr>
            <w:tcW w:w="708" w:type="dxa"/>
            <w:tcBorders>
              <w:top w:val="single" w:sz="4" w:space="0" w:color="000000"/>
              <w:left w:val="single" w:sz="8"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78DD5A91" w14:textId="5E3D318F" w:rsidR="004106A7" w:rsidRPr="004106A7" w:rsidRDefault="00A92520" w:rsidP="00250CF0">
            <w:pPr>
              <w:spacing w:line="275" w:lineRule="atLeast"/>
              <w:jc w:val="center"/>
              <w:textAlignment w:val="bottom"/>
              <w:rPr>
                <w:sz w:val="28"/>
                <w:szCs w:val="28"/>
                <w:lang w:val="kk-KZ" w:eastAsia="ru-RU"/>
              </w:rPr>
            </w:pPr>
            <w:r>
              <w:rPr>
                <w:sz w:val="28"/>
                <w:szCs w:val="28"/>
                <w:lang w:val="kk-KZ" w:eastAsia="ru-RU"/>
              </w:rPr>
              <w:t>48</w:t>
            </w: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5EE86370" w14:textId="43F8D366" w:rsidR="004106A7" w:rsidRPr="004106A7" w:rsidRDefault="00A92520" w:rsidP="00250CF0">
            <w:pPr>
              <w:spacing w:line="275" w:lineRule="atLeast"/>
              <w:jc w:val="center"/>
              <w:textAlignment w:val="bottom"/>
              <w:rPr>
                <w:sz w:val="28"/>
                <w:szCs w:val="28"/>
                <w:lang w:val="kk-KZ" w:eastAsia="ru-RU"/>
              </w:rPr>
            </w:pPr>
            <w:r>
              <w:rPr>
                <w:sz w:val="28"/>
                <w:szCs w:val="28"/>
                <w:lang w:val="kk-KZ" w:eastAsia="ru-RU"/>
              </w:rPr>
              <w:t>8</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143B95C8" w14:textId="0AD8E92F" w:rsidR="004106A7" w:rsidRPr="004106A7" w:rsidRDefault="00A92520" w:rsidP="00250CF0">
            <w:pPr>
              <w:spacing w:line="275" w:lineRule="atLeast"/>
              <w:jc w:val="center"/>
              <w:textAlignment w:val="bottom"/>
              <w:rPr>
                <w:sz w:val="28"/>
                <w:szCs w:val="28"/>
                <w:lang w:val="kk-KZ" w:eastAsia="ru-RU"/>
              </w:rPr>
            </w:pPr>
            <w:r>
              <w:rPr>
                <w:sz w:val="28"/>
                <w:szCs w:val="28"/>
                <w:lang w:val="kk-KZ" w:eastAsia="ru-RU"/>
              </w:rPr>
              <w:t>17</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4CEDE82E" w14:textId="429FB06D" w:rsidR="004106A7" w:rsidRPr="004106A7" w:rsidRDefault="00A92520" w:rsidP="00250CF0">
            <w:pPr>
              <w:spacing w:line="275" w:lineRule="atLeast"/>
              <w:jc w:val="center"/>
              <w:textAlignment w:val="bottom"/>
              <w:rPr>
                <w:sz w:val="28"/>
                <w:szCs w:val="28"/>
                <w:lang w:val="kk-KZ" w:eastAsia="ru-RU"/>
              </w:rPr>
            </w:pPr>
            <w:r>
              <w:rPr>
                <w:sz w:val="28"/>
                <w:szCs w:val="28"/>
                <w:lang w:val="kk-KZ" w:eastAsia="ru-RU"/>
              </w:rPr>
              <w:t>23</w:t>
            </w: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5DF11456" w14:textId="77777777" w:rsidR="004106A7" w:rsidRPr="004106A7" w:rsidRDefault="004106A7" w:rsidP="00250CF0">
            <w:pPr>
              <w:spacing w:line="275" w:lineRule="atLeast"/>
              <w:jc w:val="center"/>
              <w:textAlignment w:val="bottom"/>
              <w:rPr>
                <w:sz w:val="28"/>
                <w:szCs w:val="28"/>
                <w:lang w:val="kk-KZ" w:eastAsia="ru-RU"/>
              </w:rPr>
            </w:pPr>
            <w:r w:rsidRPr="004106A7">
              <w:rPr>
                <w:sz w:val="28"/>
                <w:szCs w:val="28"/>
                <w:lang w:val="kk-KZ" w:eastAsia="ru-RU"/>
              </w:rPr>
              <w:t>-</w:t>
            </w: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04A6091A" w14:textId="77777777" w:rsidR="004106A7" w:rsidRPr="004106A7" w:rsidRDefault="004106A7" w:rsidP="00250CF0">
            <w:pPr>
              <w:spacing w:line="275" w:lineRule="atLeast"/>
              <w:jc w:val="center"/>
              <w:textAlignment w:val="bottom"/>
              <w:rPr>
                <w:sz w:val="28"/>
                <w:szCs w:val="28"/>
                <w:lang w:val="kk-KZ" w:eastAsia="ru-RU"/>
              </w:rPr>
            </w:pPr>
            <w:r w:rsidRPr="004106A7">
              <w:rPr>
                <w:sz w:val="28"/>
                <w:szCs w:val="28"/>
                <w:lang w:val="kk-KZ" w:eastAsia="ru-RU"/>
              </w:rPr>
              <w:t>-</w:t>
            </w:r>
          </w:p>
        </w:tc>
        <w:tc>
          <w:tcPr>
            <w:tcW w:w="709" w:type="dxa"/>
            <w:tcBorders>
              <w:top w:val="single" w:sz="4" w:space="0" w:color="000000"/>
              <w:left w:val="single" w:sz="4" w:space="0" w:color="000000"/>
              <w:bottom w:val="single" w:sz="4" w:space="0" w:color="000000"/>
              <w:right w:val="single" w:sz="8" w:space="0" w:color="000000"/>
            </w:tcBorders>
            <w:shd w:val="clear" w:color="auto" w:fill="auto"/>
            <w:tcMar>
              <w:top w:w="13" w:type="dxa"/>
              <w:left w:w="13" w:type="dxa"/>
              <w:bottom w:w="0" w:type="dxa"/>
              <w:right w:w="13" w:type="dxa"/>
            </w:tcMar>
            <w:vAlign w:val="bottom"/>
          </w:tcPr>
          <w:p w14:paraId="70B7E676" w14:textId="77777777" w:rsidR="004106A7" w:rsidRPr="004106A7" w:rsidRDefault="004106A7" w:rsidP="00250CF0">
            <w:pPr>
              <w:spacing w:line="275" w:lineRule="atLeast"/>
              <w:jc w:val="center"/>
              <w:textAlignment w:val="bottom"/>
              <w:rPr>
                <w:sz w:val="28"/>
                <w:szCs w:val="28"/>
                <w:lang w:val="kk-KZ" w:eastAsia="ru-RU"/>
              </w:rPr>
            </w:pPr>
            <w:r w:rsidRPr="004106A7">
              <w:rPr>
                <w:sz w:val="28"/>
                <w:szCs w:val="28"/>
                <w:lang w:val="kk-KZ" w:eastAsia="ru-RU"/>
              </w:rPr>
              <w:t>100</w:t>
            </w:r>
          </w:p>
        </w:tc>
        <w:tc>
          <w:tcPr>
            <w:tcW w:w="850" w:type="dxa"/>
            <w:tcBorders>
              <w:top w:val="single" w:sz="4" w:space="0" w:color="000000"/>
              <w:left w:val="single" w:sz="8" w:space="0" w:color="000000"/>
              <w:bottom w:val="single" w:sz="4" w:space="0" w:color="000000"/>
              <w:right w:val="single" w:sz="8" w:space="0" w:color="000000"/>
            </w:tcBorders>
            <w:shd w:val="clear" w:color="auto" w:fill="auto"/>
            <w:tcMar>
              <w:top w:w="13" w:type="dxa"/>
              <w:left w:w="13" w:type="dxa"/>
              <w:bottom w:w="0" w:type="dxa"/>
              <w:right w:w="13" w:type="dxa"/>
            </w:tcMar>
            <w:vAlign w:val="bottom"/>
          </w:tcPr>
          <w:p w14:paraId="5A1129A9" w14:textId="3ED73351" w:rsidR="004106A7" w:rsidRPr="004106A7" w:rsidRDefault="00A92520" w:rsidP="00250CF0">
            <w:pPr>
              <w:spacing w:line="275" w:lineRule="atLeast"/>
              <w:textAlignment w:val="bottom"/>
              <w:rPr>
                <w:sz w:val="28"/>
                <w:szCs w:val="28"/>
                <w:lang w:val="kk-KZ" w:eastAsia="ru-RU"/>
              </w:rPr>
            </w:pPr>
            <w:r>
              <w:rPr>
                <w:sz w:val="28"/>
                <w:szCs w:val="28"/>
                <w:lang w:val="kk-KZ" w:eastAsia="ru-RU"/>
              </w:rPr>
              <w:t>52,08</w:t>
            </w:r>
          </w:p>
        </w:tc>
      </w:tr>
      <w:tr w:rsidR="004106A7" w:rsidRPr="004106A7" w14:paraId="449DBE54" w14:textId="77777777" w:rsidTr="00A92520">
        <w:trPr>
          <w:trHeight w:val="275"/>
        </w:trPr>
        <w:tc>
          <w:tcPr>
            <w:tcW w:w="1444"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hideMark/>
          </w:tcPr>
          <w:p w14:paraId="20A4A854" w14:textId="5FB172C4" w:rsidR="004106A7" w:rsidRPr="004106A7" w:rsidRDefault="00A92520" w:rsidP="00250CF0">
            <w:pPr>
              <w:spacing w:line="275" w:lineRule="atLeast"/>
              <w:textAlignment w:val="bottom"/>
              <w:rPr>
                <w:sz w:val="28"/>
                <w:szCs w:val="28"/>
                <w:lang w:val="kk-KZ" w:eastAsia="ru-RU"/>
              </w:rPr>
            </w:pPr>
            <w:r>
              <w:rPr>
                <w:rFonts w:eastAsia="Microsoft YaHei"/>
                <w:color w:val="000000"/>
                <w:kern w:val="24"/>
                <w:sz w:val="28"/>
                <w:szCs w:val="28"/>
                <w:lang w:val="kk-KZ" w:eastAsia="ru-RU"/>
              </w:rPr>
              <w:t>Дүниежүзі тарихы</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67DA586F" w14:textId="4AC0F032" w:rsidR="004106A7" w:rsidRPr="004106A7" w:rsidRDefault="004106A7" w:rsidP="00250CF0">
            <w:pPr>
              <w:spacing w:line="275" w:lineRule="atLeast"/>
              <w:jc w:val="center"/>
              <w:textAlignment w:val="bottom"/>
              <w:rPr>
                <w:sz w:val="28"/>
                <w:szCs w:val="28"/>
                <w:lang w:val="kk-KZ"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3E7F83D3" w14:textId="618F1FB9" w:rsidR="004106A7" w:rsidRPr="004106A7" w:rsidRDefault="004106A7" w:rsidP="00250CF0">
            <w:pPr>
              <w:spacing w:line="275" w:lineRule="atLeast"/>
              <w:jc w:val="center"/>
              <w:textAlignment w:val="bottom"/>
              <w:rPr>
                <w:sz w:val="28"/>
                <w:szCs w:val="28"/>
                <w:lang w:val="kk-KZ"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3CF105E7" w14:textId="0BAC06D7" w:rsidR="004106A7" w:rsidRPr="004106A7" w:rsidRDefault="004106A7" w:rsidP="00250CF0">
            <w:pPr>
              <w:spacing w:line="275" w:lineRule="atLeast"/>
              <w:jc w:val="center"/>
              <w:textAlignment w:val="bottom"/>
              <w:rPr>
                <w:sz w:val="28"/>
                <w:szCs w:val="28"/>
                <w:lang w:val="kk-KZ"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057C3701" w14:textId="2797F558" w:rsidR="004106A7" w:rsidRPr="004106A7" w:rsidRDefault="004106A7" w:rsidP="00250CF0">
            <w:pPr>
              <w:spacing w:line="275" w:lineRule="atLeast"/>
              <w:jc w:val="center"/>
              <w:textAlignment w:val="bottom"/>
              <w:rPr>
                <w:sz w:val="28"/>
                <w:szCs w:val="28"/>
                <w:lang w:val="kk-KZ" w:eastAsia="ru-RU"/>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0956CACD" w14:textId="486D63BC" w:rsidR="004106A7" w:rsidRPr="004106A7" w:rsidRDefault="004106A7" w:rsidP="00250CF0">
            <w:pPr>
              <w:spacing w:line="275" w:lineRule="atLeast"/>
              <w:jc w:val="center"/>
              <w:textAlignment w:val="bottom"/>
              <w:rPr>
                <w:sz w:val="28"/>
                <w:szCs w:val="28"/>
                <w:lang w:val="kk-KZ" w:eastAsia="ru-RU"/>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tcPr>
          <w:p w14:paraId="61AEDF1B" w14:textId="65855DD3" w:rsidR="004106A7" w:rsidRPr="004106A7" w:rsidRDefault="004106A7" w:rsidP="00250CF0">
            <w:pPr>
              <w:spacing w:line="275" w:lineRule="atLeast"/>
              <w:jc w:val="center"/>
              <w:textAlignment w:val="bottom"/>
              <w:rPr>
                <w:sz w:val="28"/>
                <w:szCs w:val="28"/>
                <w:lang w:val="kk-KZ" w:eastAsia="ru-RU"/>
              </w:rPr>
            </w:pPr>
          </w:p>
        </w:tc>
        <w:tc>
          <w:tcPr>
            <w:tcW w:w="567" w:type="dxa"/>
            <w:tcBorders>
              <w:top w:val="single" w:sz="4" w:space="0" w:color="000000"/>
              <w:left w:val="single" w:sz="4" w:space="0" w:color="000000"/>
              <w:bottom w:val="single" w:sz="4" w:space="0" w:color="000000"/>
              <w:right w:val="single" w:sz="8" w:space="0" w:color="000000"/>
            </w:tcBorders>
            <w:shd w:val="clear" w:color="auto" w:fill="auto"/>
            <w:tcMar>
              <w:top w:w="13" w:type="dxa"/>
              <w:left w:w="13" w:type="dxa"/>
              <w:bottom w:w="0" w:type="dxa"/>
              <w:right w:w="13" w:type="dxa"/>
            </w:tcMar>
            <w:vAlign w:val="bottom"/>
          </w:tcPr>
          <w:p w14:paraId="0CB1F756" w14:textId="42AC42A4" w:rsidR="004106A7" w:rsidRPr="004106A7" w:rsidRDefault="004106A7" w:rsidP="00250CF0">
            <w:pPr>
              <w:spacing w:line="275" w:lineRule="atLeast"/>
              <w:jc w:val="center"/>
              <w:textAlignment w:val="bottom"/>
              <w:rPr>
                <w:sz w:val="28"/>
                <w:szCs w:val="28"/>
                <w:lang w:eastAsia="ru-RU"/>
              </w:rPr>
            </w:pPr>
          </w:p>
        </w:tc>
        <w:tc>
          <w:tcPr>
            <w:tcW w:w="825" w:type="dxa"/>
            <w:tcBorders>
              <w:top w:val="single" w:sz="4"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tcPr>
          <w:p w14:paraId="226A60A1" w14:textId="00186375" w:rsidR="004106A7" w:rsidRPr="004106A7" w:rsidRDefault="004106A7" w:rsidP="00250CF0">
            <w:pPr>
              <w:spacing w:line="275" w:lineRule="atLeast"/>
              <w:jc w:val="center"/>
              <w:textAlignment w:val="bottom"/>
              <w:rPr>
                <w:sz w:val="28"/>
                <w:szCs w:val="28"/>
                <w:lang w:eastAsia="ru-RU"/>
              </w:rPr>
            </w:pPr>
          </w:p>
        </w:tc>
        <w:tc>
          <w:tcPr>
            <w:tcW w:w="708" w:type="dxa"/>
            <w:tcBorders>
              <w:top w:val="single" w:sz="4" w:space="0" w:color="000000"/>
              <w:left w:val="single" w:sz="8" w:space="0" w:color="000000"/>
              <w:bottom w:val="single" w:sz="4" w:space="0" w:color="000000"/>
              <w:right w:val="single" w:sz="4" w:space="0" w:color="000000"/>
            </w:tcBorders>
            <w:shd w:val="clear" w:color="auto" w:fill="auto"/>
            <w:tcMar>
              <w:top w:w="13" w:type="dxa"/>
              <w:left w:w="13" w:type="dxa"/>
              <w:bottom w:w="0" w:type="dxa"/>
              <w:right w:w="13" w:type="dxa"/>
            </w:tcMar>
            <w:vAlign w:val="bottom"/>
            <w:hideMark/>
          </w:tcPr>
          <w:p w14:paraId="6609D7C7" w14:textId="3E82B56F" w:rsidR="004106A7" w:rsidRPr="00A92520" w:rsidRDefault="00A92520" w:rsidP="00250CF0">
            <w:pPr>
              <w:spacing w:line="275" w:lineRule="atLeast"/>
              <w:jc w:val="center"/>
              <w:textAlignment w:val="bottom"/>
              <w:rPr>
                <w:sz w:val="28"/>
                <w:szCs w:val="28"/>
                <w:lang w:val="kk-KZ" w:eastAsia="ru-RU"/>
              </w:rPr>
            </w:pPr>
            <w:r>
              <w:rPr>
                <w:rFonts w:eastAsia="Microsoft YaHei"/>
                <w:color w:val="000000"/>
                <w:kern w:val="24"/>
                <w:sz w:val="28"/>
                <w:szCs w:val="28"/>
                <w:lang w:val="kk-KZ" w:eastAsia="ru-RU"/>
              </w:rPr>
              <w:t>15</w:t>
            </w:r>
            <w:r w:rsidR="004106A7" w:rsidRPr="004106A7">
              <w:rPr>
                <w:rFonts w:eastAsia="Microsoft YaHei"/>
                <w:color w:val="000000"/>
                <w:kern w:val="24"/>
                <w:sz w:val="28"/>
                <w:szCs w:val="28"/>
                <w:lang w:eastAsia="ru-RU"/>
              </w:rPr>
              <w:t> </w:t>
            </w:r>
          </w:p>
        </w:tc>
        <w:tc>
          <w:tcPr>
            <w:tcW w:w="426"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hideMark/>
          </w:tcPr>
          <w:p w14:paraId="22A7DE96" w14:textId="313B3EBC" w:rsidR="004106A7" w:rsidRPr="00A92520" w:rsidRDefault="00A92520" w:rsidP="00250CF0">
            <w:pPr>
              <w:spacing w:line="275" w:lineRule="atLeast"/>
              <w:jc w:val="center"/>
              <w:textAlignment w:val="bottom"/>
              <w:rPr>
                <w:sz w:val="28"/>
                <w:szCs w:val="28"/>
                <w:lang w:val="kk-KZ" w:eastAsia="ru-RU"/>
              </w:rPr>
            </w:pPr>
            <w:r>
              <w:rPr>
                <w:rFonts w:eastAsia="Microsoft YaHei"/>
                <w:color w:val="000000"/>
                <w:kern w:val="24"/>
                <w:sz w:val="28"/>
                <w:szCs w:val="28"/>
                <w:lang w:val="kk-KZ" w:eastAsia="ru-RU"/>
              </w:rPr>
              <w:t>1</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hideMark/>
          </w:tcPr>
          <w:p w14:paraId="1D12EC8C" w14:textId="69F82D84" w:rsidR="004106A7" w:rsidRPr="004106A7" w:rsidRDefault="00A92520" w:rsidP="00250CF0">
            <w:pPr>
              <w:spacing w:line="275" w:lineRule="atLeast"/>
              <w:jc w:val="center"/>
              <w:textAlignment w:val="bottom"/>
              <w:rPr>
                <w:sz w:val="28"/>
                <w:szCs w:val="28"/>
                <w:lang w:eastAsia="ru-RU"/>
              </w:rPr>
            </w:pPr>
            <w:r>
              <w:rPr>
                <w:rFonts w:eastAsia="Microsoft YaHei"/>
                <w:color w:val="000000"/>
                <w:kern w:val="24"/>
                <w:sz w:val="28"/>
                <w:szCs w:val="28"/>
                <w:lang w:val="kk-KZ" w:eastAsia="ru-RU"/>
              </w:rPr>
              <w:t>11</w:t>
            </w:r>
            <w:r w:rsidR="004106A7" w:rsidRPr="004106A7">
              <w:rPr>
                <w:rFonts w:eastAsia="Microsoft YaHei"/>
                <w:color w:val="000000"/>
                <w:kern w:val="24"/>
                <w:sz w:val="28"/>
                <w:szCs w:val="28"/>
                <w:lang w:eastAsia="ru-RU"/>
              </w:rPr>
              <w:t> </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hideMark/>
          </w:tcPr>
          <w:p w14:paraId="7A097858" w14:textId="10F6966B" w:rsidR="004106A7" w:rsidRPr="004106A7" w:rsidRDefault="00A92520" w:rsidP="00250CF0">
            <w:pPr>
              <w:spacing w:line="275" w:lineRule="atLeast"/>
              <w:jc w:val="center"/>
              <w:textAlignment w:val="bottom"/>
              <w:rPr>
                <w:sz w:val="28"/>
                <w:szCs w:val="28"/>
                <w:lang w:eastAsia="ru-RU"/>
              </w:rPr>
            </w:pPr>
            <w:r>
              <w:rPr>
                <w:rFonts w:eastAsia="Microsoft YaHei"/>
                <w:color w:val="000000"/>
                <w:kern w:val="24"/>
                <w:sz w:val="28"/>
                <w:szCs w:val="28"/>
                <w:lang w:val="kk-KZ" w:eastAsia="ru-RU"/>
              </w:rPr>
              <w:t>3</w:t>
            </w:r>
            <w:r w:rsidR="004106A7" w:rsidRPr="004106A7">
              <w:rPr>
                <w:rFonts w:eastAsia="Microsoft YaHei"/>
                <w:color w:val="000000"/>
                <w:kern w:val="24"/>
                <w:sz w:val="28"/>
                <w:szCs w:val="28"/>
                <w:lang w:eastAsia="ru-RU"/>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hideMark/>
          </w:tcPr>
          <w:p w14:paraId="585ABEBB" w14:textId="457EA8E7" w:rsidR="004106A7" w:rsidRPr="004106A7" w:rsidRDefault="00A92520" w:rsidP="00250CF0">
            <w:pPr>
              <w:spacing w:line="275" w:lineRule="atLeast"/>
              <w:jc w:val="center"/>
              <w:textAlignment w:val="bottom"/>
              <w:rPr>
                <w:sz w:val="28"/>
                <w:szCs w:val="28"/>
                <w:lang w:eastAsia="ru-RU"/>
              </w:rPr>
            </w:pPr>
            <w:r>
              <w:rPr>
                <w:rFonts w:eastAsia="Microsoft YaHei"/>
                <w:color w:val="000000"/>
                <w:kern w:val="24"/>
                <w:sz w:val="28"/>
                <w:szCs w:val="28"/>
                <w:lang w:val="kk-KZ" w:eastAsia="ru-RU"/>
              </w:rPr>
              <w:t>-</w:t>
            </w:r>
            <w:r w:rsidR="004106A7" w:rsidRPr="004106A7">
              <w:rPr>
                <w:rFonts w:eastAsia="Microsoft YaHei"/>
                <w:color w:val="000000"/>
                <w:kern w:val="24"/>
                <w:sz w:val="28"/>
                <w:szCs w:val="28"/>
                <w:lang w:eastAsia="ru-RU"/>
              </w:rPr>
              <w:t> </w:t>
            </w: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13" w:type="dxa"/>
              <w:left w:w="13" w:type="dxa"/>
              <w:bottom w:w="0" w:type="dxa"/>
              <w:right w:w="13" w:type="dxa"/>
            </w:tcMar>
            <w:vAlign w:val="bottom"/>
            <w:hideMark/>
          </w:tcPr>
          <w:p w14:paraId="2C53E207" w14:textId="509DF4D8" w:rsidR="004106A7" w:rsidRPr="004106A7" w:rsidRDefault="00A92520" w:rsidP="00250CF0">
            <w:pPr>
              <w:spacing w:line="275" w:lineRule="atLeast"/>
              <w:jc w:val="center"/>
              <w:textAlignment w:val="bottom"/>
              <w:rPr>
                <w:sz w:val="28"/>
                <w:szCs w:val="28"/>
                <w:lang w:eastAsia="ru-RU"/>
              </w:rPr>
            </w:pPr>
            <w:r>
              <w:rPr>
                <w:rFonts w:eastAsia="Microsoft YaHei"/>
                <w:color w:val="000000"/>
                <w:kern w:val="24"/>
                <w:sz w:val="28"/>
                <w:szCs w:val="28"/>
                <w:lang w:val="kk-KZ" w:eastAsia="ru-RU"/>
              </w:rPr>
              <w:t>-</w:t>
            </w:r>
            <w:r w:rsidR="004106A7" w:rsidRPr="004106A7">
              <w:rPr>
                <w:rFonts w:eastAsia="Microsoft YaHei"/>
                <w:color w:val="000000"/>
                <w:kern w:val="24"/>
                <w:sz w:val="28"/>
                <w:szCs w:val="28"/>
                <w:lang w:eastAsia="ru-RU"/>
              </w:rPr>
              <w:t> </w:t>
            </w:r>
          </w:p>
        </w:tc>
        <w:tc>
          <w:tcPr>
            <w:tcW w:w="709" w:type="dxa"/>
            <w:tcBorders>
              <w:top w:val="single" w:sz="4" w:space="0" w:color="000000"/>
              <w:left w:val="single" w:sz="4" w:space="0" w:color="000000"/>
              <w:bottom w:val="single" w:sz="4" w:space="0" w:color="000000"/>
              <w:right w:val="single" w:sz="8" w:space="0" w:color="000000"/>
            </w:tcBorders>
            <w:shd w:val="clear" w:color="auto" w:fill="auto"/>
            <w:tcMar>
              <w:top w:w="13" w:type="dxa"/>
              <w:left w:w="13" w:type="dxa"/>
              <w:bottom w:w="0" w:type="dxa"/>
              <w:right w:w="13" w:type="dxa"/>
            </w:tcMar>
            <w:vAlign w:val="bottom"/>
            <w:hideMark/>
          </w:tcPr>
          <w:p w14:paraId="2912F512" w14:textId="45EEB0D1" w:rsidR="004106A7" w:rsidRPr="004106A7" w:rsidRDefault="00A92520" w:rsidP="00250CF0">
            <w:pPr>
              <w:spacing w:line="275" w:lineRule="atLeast"/>
              <w:jc w:val="center"/>
              <w:textAlignment w:val="bottom"/>
              <w:rPr>
                <w:sz w:val="28"/>
                <w:szCs w:val="28"/>
                <w:lang w:eastAsia="ru-RU"/>
              </w:rPr>
            </w:pPr>
            <w:r>
              <w:rPr>
                <w:rFonts w:eastAsia="Microsoft YaHei"/>
                <w:color w:val="000000"/>
                <w:kern w:val="24"/>
                <w:sz w:val="28"/>
                <w:szCs w:val="28"/>
                <w:lang w:val="kk-KZ" w:eastAsia="ru-RU"/>
              </w:rPr>
              <w:t>100</w:t>
            </w:r>
            <w:r w:rsidR="004106A7" w:rsidRPr="004106A7">
              <w:rPr>
                <w:rFonts w:eastAsia="Microsoft YaHei"/>
                <w:color w:val="000000"/>
                <w:kern w:val="24"/>
                <w:sz w:val="28"/>
                <w:szCs w:val="28"/>
                <w:lang w:eastAsia="ru-RU"/>
              </w:rPr>
              <w:t> </w:t>
            </w:r>
          </w:p>
        </w:tc>
        <w:tc>
          <w:tcPr>
            <w:tcW w:w="850" w:type="dxa"/>
            <w:tcBorders>
              <w:top w:val="single" w:sz="4" w:space="0" w:color="000000"/>
              <w:left w:val="single" w:sz="8" w:space="0" w:color="000000"/>
              <w:bottom w:val="single" w:sz="8" w:space="0" w:color="000000"/>
              <w:right w:val="single" w:sz="8" w:space="0" w:color="000000"/>
            </w:tcBorders>
            <w:shd w:val="clear" w:color="auto" w:fill="auto"/>
            <w:tcMar>
              <w:top w:w="13" w:type="dxa"/>
              <w:left w:w="13" w:type="dxa"/>
              <w:bottom w:w="0" w:type="dxa"/>
              <w:right w:w="13" w:type="dxa"/>
            </w:tcMar>
            <w:vAlign w:val="bottom"/>
            <w:hideMark/>
          </w:tcPr>
          <w:p w14:paraId="575074CD" w14:textId="690C533A" w:rsidR="004106A7" w:rsidRPr="004106A7" w:rsidRDefault="00A92520" w:rsidP="00250CF0">
            <w:pPr>
              <w:spacing w:line="275" w:lineRule="atLeast"/>
              <w:jc w:val="center"/>
              <w:textAlignment w:val="bottom"/>
              <w:rPr>
                <w:sz w:val="28"/>
                <w:szCs w:val="28"/>
                <w:lang w:eastAsia="ru-RU"/>
              </w:rPr>
            </w:pPr>
            <w:r>
              <w:rPr>
                <w:rFonts w:eastAsia="Microsoft YaHei"/>
                <w:b/>
                <w:bCs/>
                <w:color w:val="000000"/>
                <w:kern w:val="24"/>
                <w:sz w:val="28"/>
                <w:szCs w:val="28"/>
                <w:lang w:val="kk-KZ" w:eastAsia="ru-RU"/>
              </w:rPr>
              <w:t>80</w:t>
            </w:r>
            <w:r w:rsidR="004106A7" w:rsidRPr="004106A7">
              <w:rPr>
                <w:rFonts w:eastAsia="Microsoft YaHei"/>
                <w:b/>
                <w:bCs/>
                <w:color w:val="000000"/>
                <w:kern w:val="24"/>
                <w:sz w:val="28"/>
                <w:szCs w:val="28"/>
                <w:lang w:eastAsia="ru-RU"/>
              </w:rPr>
              <w:t> </w:t>
            </w:r>
          </w:p>
        </w:tc>
      </w:tr>
    </w:tbl>
    <w:p w14:paraId="55AB4F38" w14:textId="77777777" w:rsidR="004106A7" w:rsidRPr="004106A7" w:rsidRDefault="004106A7" w:rsidP="00E8435A">
      <w:pPr>
        <w:rPr>
          <w:sz w:val="28"/>
          <w:szCs w:val="28"/>
          <w:lang w:val="kk-KZ"/>
        </w:rPr>
      </w:pPr>
    </w:p>
    <w:p w14:paraId="24E15D71" w14:textId="77777777" w:rsidR="00E8435A" w:rsidRPr="00E8435A" w:rsidRDefault="00E8435A" w:rsidP="00E8435A">
      <w:pPr>
        <w:rPr>
          <w:sz w:val="24"/>
          <w:szCs w:val="24"/>
          <w:lang w:val="kk-KZ"/>
        </w:rPr>
      </w:pPr>
    </w:p>
    <w:p w14:paraId="74CA7198" w14:textId="474A59C2" w:rsidR="00E8435A" w:rsidRPr="005E53B7" w:rsidRDefault="005E53B7" w:rsidP="00E8435A">
      <w:pPr>
        <w:ind w:left="-567" w:firstLine="708"/>
        <w:jc w:val="both"/>
        <w:rPr>
          <w:sz w:val="28"/>
          <w:szCs w:val="28"/>
          <w:lang w:val="kk-KZ"/>
        </w:rPr>
      </w:pPr>
      <w:r w:rsidRPr="005E53B7">
        <w:rPr>
          <w:sz w:val="28"/>
          <w:szCs w:val="28"/>
          <w:lang w:val="kk-KZ"/>
        </w:rPr>
        <w:t>2025-2026</w:t>
      </w:r>
      <w:r w:rsidR="00E8435A" w:rsidRPr="005E53B7">
        <w:rPr>
          <w:sz w:val="28"/>
          <w:szCs w:val="28"/>
          <w:lang w:val="kk-KZ"/>
        </w:rPr>
        <w:t xml:space="preserve"> оқу жылында 9 және 11 сыныптардағы қорытынды аттестаттау нәтижелері бойынша   төмен сапаны -  </w:t>
      </w:r>
      <w:r w:rsidRPr="005E53B7">
        <w:rPr>
          <w:sz w:val="28"/>
          <w:szCs w:val="28"/>
          <w:lang w:val="kk-KZ"/>
        </w:rPr>
        <w:t xml:space="preserve">алгебра пәні 52,08 % </w:t>
      </w:r>
      <w:r w:rsidR="00E8435A" w:rsidRPr="005E53B7">
        <w:rPr>
          <w:sz w:val="28"/>
          <w:szCs w:val="28"/>
          <w:lang w:val="kk-KZ"/>
        </w:rPr>
        <w:t xml:space="preserve"> көрсетіп отыр.Жылдық бағамен салыстырғанда пәндер бойынша сапа  айырмашылығы  алшақ емес</w:t>
      </w:r>
      <w:r w:rsidRPr="005E53B7">
        <w:rPr>
          <w:sz w:val="28"/>
          <w:szCs w:val="28"/>
          <w:lang w:val="kk-KZ"/>
        </w:rPr>
        <w:t>.</w:t>
      </w:r>
    </w:p>
    <w:p w14:paraId="1574C13E" w14:textId="77777777" w:rsidR="00E8435A" w:rsidRPr="00E8435A" w:rsidRDefault="00E8435A" w:rsidP="00E8435A">
      <w:pPr>
        <w:rPr>
          <w:rFonts w:eastAsia="Calibri"/>
          <w:w w:val="98"/>
          <w:sz w:val="28"/>
          <w:szCs w:val="28"/>
          <w:lang w:val="kk-KZ" w:eastAsia="ru-RU"/>
        </w:rPr>
      </w:pPr>
      <w:r w:rsidRPr="00E8435A">
        <w:rPr>
          <w:spacing w:val="-1"/>
          <w:w w:val="99"/>
          <w:lang w:val="kk-KZ" w:eastAsia="ru-RU"/>
        </w:rPr>
        <w:t xml:space="preserve">      </w:t>
      </w:r>
    </w:p>
    <w:p w14:paraId="3B262617" w14:textId="7EE7AF98" w:rsidR="00E8435A" w:rsidRPr="007B1EE4" w:rsidRDefault="008D1D0B" w:rsidP="00EA68D9">
      <w:pPr>
        <w:widowControl/>
        <w:autoSpaceDE/>
        <w:autoSpaceDN/>
        <w:rPr>
          <w:rFonts w:eastAsiaTheme="minorHAnsi"/>
          <w:b/>
          <w:sz w:val="28"/>
          <w:szCs w:val="28"/>
          <w:lang w:val="kk-KZ"/>
        </w:rPr>
      </w:pPr>
      <w:hyperlink r:id="rId34" w:history="1">
        <w:r w:rsidR="001E4A6B" w:rsidRPr="007B1EE4">
          <w:rPr>
            <w:rFonts w:eastAsiaTheme="minorHAnsi"/>
            <w:b/>
            <w:sz w:val="28"/>
            <w:szCs w:val="28"/>
            <w:lang w:val="kk-KZ"/>
          </w:rPr>
          <w:t>9,11</w:t>
        </w:r>
      </w:hyperlink>
      <w:r w:rsidR="001E4A6B" w:rsidRPr="007B1EE4">
        <w:rPr>
          <w:rFonts w:eastAsiaTheme="minorHAnsi"/>
          <w:b/>
          <w:sz w:val="28"/>
          <w:szCs w:val="28"/>
          <w:lang w:val="kk-KZ"/>
        </w:rPr>
        <w:t xml:space="preserve"> сынып қорытынды аттестаттау </w:t>
      </w:r>
      <w:r w:rsidR="00EA68D9" w:rsidRPr="007B1EE4">
        <w:rPr>
          <w:rFonts w:eastAsiaTheme="minorHAnsi"/>
          <w:b/>
          <w:sz w:val="28"/>
          <w:szCs w:val="28"/>
          <w:lang w:val="kk-KZ"/>
        </w:rPr>
        <w:t>хаттамалары қоса ұсынылды</w:t>
      </w:r>
    </w:p>
    <w:p w14:paraId="62B47D48" w14:textId="77777777" w:rsidR="00EA68D9" w:rsidRDefault="00EA68D9" w:rsidP="00EA68D9">
      <w:pPr>
        <w:widowControl/>
        <w:autoSpaceDE/>
        <w:autoSpaceDN/>
        <w:rPr>
          <w:rFonts w:eastAsiaTheme="minorHAnsi"/>
          <w:sz w:val="28"/>
          <w:szCs w:val="28"/>
          <w:lang w:val="kk-KZ"/>
        </w:rPr>
      </w:pPr>
    </w:p>
    <w:p w14:paraId="07E79534" w14:textId="77777777" w:rsidR="00A40AE7" w:rsidRPr="00EA68D9" w:rsidRDefault="00A40AE7" w:rsidP="00EA68D9">
      <w:pPr>
        <w:widowControl/>
        <w:autoSpaceDE/>
        <w:autoSpaceDN/>
        <w:rPr>
          <w:rFonts w:eastAsiaTheme="minorHAnsi"/>
          <w:sz w:val="24"/>
          <w:szCs w:val="24"/>
          <w:lang w:val="kk-KZ"/>
        </w:rPr>
      </w:pPr>
    </w:p>
    <w:p w14:paraId="4F62DE34" w14:textId="3372DFE5" w:rsidR="0022389C" w:rsidRPr="0022389C" w:rsidRDefault="0022389C" w:rsidP="001E4A6B">
      <w:pPr>
        <w:pStyle w:val="a8"/>
        <w:ind w:left="-426"/>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9. </w:t>
      </w:r>
      <w:r w:rsidRPr="0022389C">
        <w:rPr>
          <w:rFonts w:ascii="Times New Roman" w:hAnsi="Times New Roman" w:cs="Times New Roman"/>
          <w:b/>
          <w:bCs/>
          <w:sz w:val="28"/>
          <w:szCs w:val="28"/>
          <w:lang w:val="kk-KZ"/>
        </w:rPr>
        <w:t>Білім беру сапасының ішкі мониторингі және мектепішілік бақылау жүйесінің жұмыс істеуі</w:t>
      </w:r>
    </w:p>
    <w:p w14:paraId="7680F9DC" w14:textId="7320FB35" w:rsidR="0022389C" w:rsidRPr="0022389C" w:rsidRDefault="0022389C" w:rsidP="001E4A6B">
      <w:pPr>
        <w:pStyle w:val="a8"/>
        <w:ind w:left="-426"/>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         </w:t>
      </w:r>
      <w:r w:rsidRPr="0022389C">
        <w:rPr>
          <w:rFonts w:ascii="Times New Roman" w:hAnsi="Times New Roman" w:cs="Times New Roman"/>
          <w:bCs/>
          <w:sz w:val="28"/>
          <w:szCs w:val="28"/>
          <w:lang w:val="kk-KZ"/>
        </w:rPr>
        <w:t>Мектепте білім беру сапасының ішкі мониторингі және мектепішілік бақылау жүйесі Қазақстан Республикасы Білім және ғылым министрінің 2020 жылғы 6 сәуірдегі №130 бұйрығымен бекітілген педагогтер жүргізуге міндетті құжаттардың тізбесіне, Қазақстан Республикасы Оқу-ағарту министрінің 2022 жылғы 3 тамыздағы №348 бұйрығымен бекітілген мемлекеттік жалпыға міндетті білім беру стандарттарына және үлгілік оқу бағдарламаларына сәйкес ұйымдастырылады.</w:t>
      </w:r>
    </w:p>
    <w:p w14:paraId="4CFE74EB" w14:textId="088AD42D" w:rsidR="0022389C" w:rsidRPr="0022389C" w:rsidRDefault="0022389C" w:rsidP="001E4A6B">
      <w:pPr>
        <w:pStyle w:val="a8"/>
        <w:ind w:left="-426"/>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          </w:t>
      </w:r>
      <w:r w:rsidRPr="0022389C">
        <w:rPr>
          <w:rFonts w:ascii="Times New Roman" w:hAnsi="Times New Roman" w:cs="Times New Roman"/>
          <w:bCs/>
          <w:sz w:val="28"/>
          <w:szCs w:val="28"/>
          <w:lang w:val="kk-KZ"/>
        </w:rPr>
        <w:t>Мектепішілік бақылаудың негізгі мақсаты – білім беру үдерісінің сапасын арттыру, білім алушылардың оқу жетістіктерін жүйелі бақылау, мемлекеттік жалпыға міндетті білім беру стандарттарының орындалуын қамтамасыз ету, педагогтердің кәсіби қызметінің тиімділігін зерделеу және анықталған кемшіліктерді жою бойынша басқарушылық шешімдер қабылдау.</w:t>
      </w:r>
    </w:p>
    <w:p w14:paraId="58D828EC" w14:textId="4517CB1E" w:rsidR="0022389C" w:rsidRPr="0022389C" w:rsidRDefault="0022389C" w:rsidP="001E4A6B">
      <w:pPr>
        <w:pStyle w:val="a8"/>
        <w:ind w:left="-426"/>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          </w:t>
      </w:r>
      <w:r w:rsidRPr="0022389C">
        <w:rPr>
          <w:rFonts w:ascii="Times New Roman" w:hAnsi="Times New Roman" w:cs="Times New Roman"/>
          <w:bCs/>
          <w:sz w:val="28"/>
          <w:szCs w:val="28"/>
          <w:lang w:val="kk-KZ"/>
        </w:rPr>
        <w:t>Мектепте әр оқу жылына арналған мектепішілік бақылау жоспары әзірленіп, мектеп директорымен бекітіледі. Жоспарға сәйкес оқу-тәрбие үдерісінің негізгі бағыттары бойынша бақылау жұмыстары жүзеге асырылады.</w:t>
      </w:r>
    </w:p>
    <w:p w14:paraId="77A6BF7F" w14:textId="4FE5E134" w:rsidR="0022389C" w:rsidRPr="0022389C" w:rsidRDefault="0022389C" w:rsidP="001E4A6B">
      <w:pPr>
        <w:pStyle w:val="a8"/>
        <w:ind w:left="-426"/>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          </w:t>
      </w:r>
      <w:r w:rsidRPr="0022389C">
        <w:rPr>
          <w:rFonts w:ascii="Times New Roman" w:hAnsi="Times New Roman" w:cs="Times New Roman"/>
          <w:bCs/>
          <w:sz w:val="28"/>
          <w:szCs w:val="28"/>
          <w:lang w:val="kk-KZ"/>
        </w:rPr>
        <w:t>Мектепішілік бақылау барысында оқу бағдарламаларының орындалуы, күнтізбелік-тақырыптық жоспарлардың сәйкестігі, электрондық журналдардың жүргізілуі, білім алушылардың оқу жетістіктері, қалыптастырушы және жиынтық бағалаудың ұйымдастырылуы, педагогтердің сабақ беру сапасы және білім алушылардың біліміндегі олқылықтарды жою жұмыстары зерделенеді.</w:t>
      </w:r>
    </w:p>
    <w:p w14:paraId="530D5C34" w14:textId="04A1112D" w:rsidR="0022389C" w:rsidRPr="0022389C" w:rsidRDefault="0022389C" w:rsidP="001E4A6B">
      <w:pPr>
        <w:pStyle w:val="a8"/>
        <w:ind w:left="-426"/>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          </w:t>
      </w:r>
      <w:r w:rsidRPr="0022389C">
        <w:rPr>
          <w:rFonts w:ascii="Times New Roman" w:hAnsi="Times New Roman" w:cs="Times New Roman"/>
          <w:bCs/>
          <w:sz w:val="28"/>
          <w:szCs w:val="28"/>
          <w:lang w:val="kk-KZ"/>
        </w:rPr>
        <w:t>Білім беру сапасының ішкі мониторингі бастауыш, негізгі орта және жалпы орта білім беру деңгейлері бойынша жүргізіледі.</w:t>
      </w:r>
    </w:p>
    <w:p w14:paraId="4297147A" w14:textId="77777777" w:rsidR="0022389C" w:rsidRPr="0022389C" w:rsidRDefault="0022389C" w:rsidP="001E4A6B">
      <w:pPr>
        <w:pStyle w:val="a8"/>
        <w:ind w:left="-426"/>
        <w:jc w:val="both"/>
        <w:rPr>
          <w:rFonts w:ascii="Times New Roman" w:hAnsi="Times New Roman" w:cs="Times New Roman"/>
          <w:bCs/>
          <w:sz w:val="28"/>
          <w:szCs w:val="28"/>
          <w:lang w:val="kk-KZ"/>
        </w:rPr>
      </w:pPr>
      <w:r w:rsidRPr="0022389C">
        <w:rPr>
          <w:rFonts w:ascii="Times New Roman" w:hAnsi="Times New Roman" w:cs="Times New Roman"/>
          <w:bCs/>
          <w:sz w:val="28"/>
          <w:szCs w:val="28"/>
          <w:lang w:val="kk-KZ"/>
        </w:rPr>
        <w:lastRenderedPageBreak/>
        <w:t>Білім алушылардың дайындық деңгейі мемлекеттік жалпыға міндетті білім беру стандарттарында белгіленген күтілетін оқу нәтижелеріне және үлгілік оқу бағдарламаларындағы оқу мақсаттарына сәйкес бағаланады.</w:t>
      </w:r>
    </w:p>
    <w:p w14:paraId="38F96124" w14:textId="4EC9623B" w:rsidR="0022389C" w:rsidRPr="0022389C" w:rsidRDefault="0022389C" w:rsidP="001E4A6B">
      <w:pPr>
        <w:pStyle w:val="a8"/>
        <w:ind w:left="-426"/>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           </w:t>
      </w:r>
      <w:r w:rsidRPr="0022389C">
        <w:rPr>
          <w:rFonts w:ascii="Times New Roman" w:hAnsi="Times New Roman" w:cs="Times New Roman"/>
          <w:bCs/>
          <w:sz w:val="28"/>
          <w:szCs w:val="28"/>
          <w:lang w:val="kk-KZ"/>
        </w:rPr>
        <w:t>Бастауыш білім беру деңгейінде білім алушылардың тілдік дағдылары, математикалық сауаттылығы, дүниетанымы, шығармашылық қабілеттері және оқу бағдарламаларын меңгеру деңгейі бақыланады.</w:t>
      </w:r>
    </w:p>
    <w:p w14:paraId="52106D3B" w14:textId="1EDF9224" w:rsidR="0022389C" w:rsidRPr="0022389C" w:rsidRDefault="001E4A6B" w:rsidP="00EA68D9">
      <w:pPr>
        <w:pStyle w:val="a8"/>
        <w:ind w:left="-426"/>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         </w:t>
      </w:r>
      <w:r w:rsidR="0022389C" w:rsidRPr="0022389C">
        <w:rPr>
          <w:rFonts w:ascii="Times New Roman" w:hAnsi="Times New Roman" w:cs="Times New Roman"/>
          <w:bCs/>
          <w:sz w:val="28"/>
          <w:szCs w:val="28"/>
          <w:lang w:val="kk-KZ"/>
        </w:rPr>
        <w:t>Негізгі орта білім беру деңгейінде білім алушылардың пәндік білімдері, функционалдық сауаттылығы, сыни ойлау қабілеттері, практикалық дағдылары және оқу жетістіктері талданады.</w:t>
      </w:r>
    </w:p>
    <w:p w14:paraId="5B3B5164" w14:textId="4765C736" w:rsidR="0022389C" w:rsidRPr="0022389C" w:rsidRDefault="001E4A6B" w:rsidP="00EA68D9">
      <w:pPr>
        <w:pStyle w:val="a8"/>
        <w:ind w:left="-426"/>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        </w:t>
      </w:r>
      <w:r w:rsidR="0022389C" w:rsidRPr="0022389C">
        <w:rPr>
          <w:rFonts w:ascii="Times New Roman" w:hAnsi="Times New Roman" w:cs="Times New Roman"/>
          <w:bCs/>
          <w:sz w:val="28"/>
          <w:szCs w:val="28"/>
          <w:lang w:val="kk-KZ"/>
        </w:rPr>
        <w:t>Жалпы орта білім беру деңгейінде білім алушылардың бейіндік пәндер бойынша дайындық деңгейі, білім сапасы, қорытынды аттестаттау нәтижелері және білім беру бағдарламаларын меңгеру көрсеткіштері зерделенеді.</w:t>
      </w:r>
    </w:p>
    <w:p w14:paraId="5A235892" w14:textId="77777777" w:rsidR="001E4A6B" w:rsidRDefault="0022389C" w:rsidP="00EA68D9">
      <w:pPr>
        <w:pStyle w:val="a8"/>
        <w:ind w:left="-426" w:firstLine="426"/>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        </w:t>
      </w:r>
      <w:r w:rsidRPr="0022389C">
        <w:rPr>
          <w:rFonts w:ascii="Times New Roman" w:hAnsi="Times New Roman" w:cs="Times New Roman"/>
          <w:bCs/>
          <w:sz w:val="28"/>
          <w:szCs w:val="28"/>
          <w:lang w:val="kk-KZ"/>
        </w:rPr>
        <w:t>Білім беру сапасының мониторингі тоқсандық, жартыжылдық және жылдық оқу нәтижелері негізінде жүргізіледі. Мониторинг қорытындылары бойынша білім сапасының динамикасы анықталып, пәндер мен сыныптар бойынша салыстырмалы талдау жасалады.</w:t>
      </w:r>
    </w:p>
    <w:p w14:paraId="7192D772" w14:textId="1A0B83E7" w:rsidR="0022389C" w:rsidRPr="0022389C" w:rsidRDefault="001E4A6B" w:rsidP="00EA68D9">
      <w:pPr>
        <w:pStyle w:val="a8"/>
        <w:ind w:left="-426"/>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        </w:t>
      </w:r>
      <w:r w:rsidR="0022389C" w:rsidRPr="0022389C">
        <w:rPr>
          <w:rFonts w:ascii="Times New Roman" w:hAnsi="Times New Roman" w:cs="Times New Roman"/>
          <w:bCs/>
          <w:sz w:val="28"/>
          <w:szCs w:val="28"/>
          <w:lang w:val="kk-KZ"/>
        </w:rPr>
        <w:t>Мектеп әкімшілігі тарапынан жоспарлы және тақырыптық бақылаулар ұйымдастырылып, сабақтарға қатысу, оқу құжаттамаларын тексеру, бақылау жұмыстарын талдау және педагогтерге әдістемелік көмек көрсету жұмыстары жүргізіледі.</w:t>
      </w:r>
    </w:p>
    <w:p w14:paraId="2960223B" w14:textId="2BF02AEA" w:rsidR="0022389C" w:rsidRPr="0022389C" w:rsidRDefault="0022389C" w:rsidP="00EA68D9">
      <w:pPr>
        <w:pStyle w:val="a8"/>
        <w:ind w:left="-426"/>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       </w:t>
      </w:r>
      <w:r w:rsidRPr="0022389C">
        <w:rPr>
          <w:rFonts w:ascii="Times New Roman" w:hAnsi="Times New Roman" w:cs="Times New Roman"/>
          <w:bCs/>
          <w:sz w:val="28"/>
          <w:szCs w:val="28"/>
          <w:lang w:val="kk-KZ"/>
        </w:rPr>
        <w:t>Бақылау нәтижелері бойынша анықтамалар әзірленіп, директор жанындағы кеңестерде, педагогикалық кеңестерде және әдістемелік бірлестіктер отырыстарында қарастырылады. Анықталған мәселелер бойынша тиісті ұсыныстар беріліп, олардың орындалуына қайта бақылау жүргізіледі.</w:t>
      </w:r>
    </w:p>
    <w:p w14:paraId="1B87D7CD" w14:textId="77777777" w:rsidR="00613BD4" w:rsidRPr="00814238" w:rsidRDefault="00613BD4" w:rsidP="00811D2F">
      <w:pPr>
        <w:pStyle w:val="a8"/>
        <w:ind w:left="720"/>
        <w:jc w:val="both"/>
        <w:rPr>
          <w:rFonts w:ascii="Times New Roman" w:hAnsi="Times New Roman" w:cs="Times New Roman"/>
          <w:bCs/>
          <w:sz w:val="28"/>
          <w:szCs w:val="28"/>
          <w:lang w:val="kk-KZ"/>
        </w:rPr>
      </w:pPr>
    </w:p>
    <w:p w14:paraId="3C550609" w14:textId="23E2065F" w:rsidR="0022389C" w:rsidRPr="0022389C" w:rsidRDefault="0022389C" w:rsidP="001E4A6B">
      <w:pPr>
        <w:pStyle w:val="a8"/>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10. </w:t>
      </w:r>
      <w:r w:rsidRPr="0022389C">
        <w:rPr>
          <w:rFonts w:ascii="Times New Roman" w:hAnsi="Times New Roman" w:cs="Times New Roman"/>
          <w:b/>
          <w:bCs/>
          <w:sz w:val="28"/>
          <w:szCs w:val="28"/>
          <w:lang w:val="kk-KZ"/>
        </w:rPr>
        <w:t>Білім алушылардың жеке ерекшеліктерін, оның ішінде ерекше білім беру қажеттіліктері бар білім алушылардың қажеттіліктерін ескере отырып, білім беру үдерісін ұйымдастырудың сәйкестігі</w:t>
      </w:r>
    </w:p>
    <w:p w14:paraId="29F55598" w14:textId="5656ABDB" w:rsidR="0022389C" w:rsidRPr="0022389C" w:rsidRDefault="0022389C" w:rsidP="00EA68D9">
      <w:pPr>
        <w:pStyle w:val="a8"/>
        <w:ind w:left="-426"/>
        <w:jc w:val="both"/>
        <w:rPr>
          <w:rFonts w:ascii="Times New Roman" w:hAnsi="Times New Roman" w:cs="Times New Roman"/>
          <w:bCs/>
          <w:sz w:val="28"/>
          <w:szCs w:val="28"/>
          <w:lang w:val="kk-KZ"/>
        </w:rPr>
      </w:pPr>
      <w:r>
        <w:rPr>
          <w:rFonts w:ascii="Times New Roman" w:hAnsi="Times New Roman" w:cs="Times New Roman"/>
          <w:b/>
          <w:bCs/>
          <w:sz w:val="28"/>
          <w:szCs w:val="28"/>
          <w:lang w:val="kk-KZ"/>
        </w:rPr>
        <w:t xml:space="preserve">       </w:t>
      </w:r>
      <w:r w:rsidRPr="0022389C">
        <w:rPr>
          <w:rFonts w:ascii="Times New Roman" w:hAnsi="Times New Roman" w:cs="Times New Roman"/>
          <w:bCs/>
          <w:sz w:val="28"/>
          <w:szCs w:val="28"/>
          <w:lang w:val="kk-KZ"/>
        </w:rPr>
        <w:t>Мектепте ерекше білім беру қажеттіліктері бар білім алушыларды оқыту Қазақстан Республикасы Оқу-ағарту министрінің 2022 жылғы 3 тамыздағы №348 бұйрығымен бекітілген бастауыш, негізгі орта және жалпы орта білім берудің мемлекеттік жалпыға міндетті стандарттарына, Қазақстан Республикасының «Білім туралы» Заңына және инклюзивті білім беруді ұйымдастыруға қатысты нормативтік құқықтық актілерге сәйкес жүзеге асырылады.</w:t>
      </w:r>
    </w:p>
    <w:p w14:paraId="43E17459" w14:textId="4D34426F" w:rsidR="0022389C" w:rsidRPr="0022389C" w:rsidRDefault="005351BD" w:rsidP="00EA68D9">
      <w:pPr>
        <w:pStyle w:val="a8"/>
        <w:ind w:left="-426"/>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         </w:t>
      </w:r>
      <w:r w:rsidR="0022389C" w:rsidRPr="0022389C">
        <w:rPr>
          <w:rFonts w:ascii="Times New Roman" w:hAnsi="Times New Roman" w:cs="Times New Roman"/>
          <w:bCs/>
          <w:sz w:val="28"/>
          <w:szCs w:val="28"/>
          <w:lang w:val="kk-KZ"/>
        </w:rPr>
        <w:t>Мектепте білім алушылардың жеке ерекшеліктерін, психофизиологиялық даму деңгейін, білім алу мүмкіндіктері мен қажеттіліктерін ескере отырып, білім беру үдерісін ұйымдастыруға жағдай жасалған.</w:t>
      </w:r>
    </w:p>
    <w:p w14:paraId="4684D32F" w14:textId="07F05FAA" w:rsidR="005351BD" w:rsidRPr="0022389C" w:rsidRDefault="005351BD" w:rsidP="00EA68D9">
      <w:pPr>
        <w:pStyle w:val="a8"/>
        <w:ind w:left="-426"/>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          </w:t>
      </w:r>
      <w:r w:rsidR="0022389C" w:rsidRPr="0022389C">
        <w:rPr>
          <w:rFonts w:ascii="Times New Roman" w:hAnsi="Times New Roman" w:cs="Times New Roman"/>
          <w:bCs/>
          <w:sz w:val="28"/>
          <w:szCs w:val="28"/>
          <w:lang w:val="kk-KZ"/>
        </w:rPr>
        <w:t>Инклюзивті білім берудің негізгі мақсаты – ерекше білім беру қажеттіліктері бар білім алушылардың сапалы білім алуға тең қолжетімділігін қамтамасыз ету, олардың жеке мүмкіндіктерін дамыту, әлеуметтік бейімделуіне ықпал ету және білім беру ортасына толыққанды қатысуына жағдай жасау.</w:t>
      </w:r>
    </w:p>
    <w:p w14:paraId="1EC40BAA" w14:textId="3F488954" w:rsidR="0022389C" w:rsidRPr="0022389C" w:rsidRDefault="005351BD" w:rsidP="00EA68D9">
      <w:pPr>
        <w:pStyle w:val="a8"/>
        <w:ind w:left="-426"/>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          Мектепте </w:t>
      </w:r>
      <w:r w:rsidR="0022389C" w:rsidRPr="0022389C">
        <w:rPr>
          <w:rFonts w:ascii="Times New Roman" w:hAnsi="Times New Roman" w:cs="Times New Roman"/>
          <w:bCs/>
          <w:sz w:val="28"/>
          <w:szCs w:val="28"/>
          <w:lang w:val="kk-KZ"/>
        </w:rPr>
        <w:t>психологиялық</w:t>
      </w:r>
      <w:r>
        <w:rPr>
          <w:rFonts w:ascii="Times New Roman" w:hAnsi="Times New Roman" w:cs="Times New Roman"/>
          <w:bCs/>
          <w:sz w:val="28"/>
          <w:szCs w:val="28"/>
          <w:lang w:val="kk-KZ"/>
        </w:rPr>
        <w:t xml:space="preserve"> – </w:t>
      </w:r>
      <w:r w:rsidR="0022389C" w:rsidRPr="0022389C">
        <w:rPr>
          <w:rFonts w:ascii="Times New Roman" w:hAnsi="Times New Roman" w:cs="Times New Roman"/>
          <w:bCs/>
          <w:sz w:val="28"/>
          <w:szCs w:val="28"/>
          <w:lang w:val="kk-KZ"/>
        </w:rPr>
        <w:t>медициналық</w:t>
      </w:r>
      <w:r>
        <w:rPr>
          <w:rFonts w:ascii="Times New Roman" w:hAnsi="Times New Roman" w:cs="Times New Roman"/>
          <w:bCs/>
          <w:sz w:val="28"/>
          <w:szCs w:val="28"/>
          <w:lang w:val="kk-KZ"/>
        </w:rPr>
        <w:t xml:space="preserve"> </w:t>
      </w:r>
      <w:r w:rsidR="0022389C" w:rsidRPr="0022389C">
        <w:rPr>
          <w:rFonts w:ascii="Times New Roman" w:hAnsi="Times New Roman" w:cs="Times New Roman"/>
          <w:bCs/>
          <w:sz w:val="28"/>
          <w:szCs w:val="28"/>
          <w:lang w:val="kk-KZ"/>
        </w:rPr>
        <w:t>-</w:t>
      </w:r>
      <w:r>
        <w:rPr>
          <w:rFonts w:ascii="Times New Roman" w:hAnsi="Times New Roman" w:cs="Times New Roman"/>
          <w:bCs/>
          <w:sz w:val="28"/>
          <w:szCs w:val="28"/>
          <w:lang w:val="kk-KZ"/>
        </w:rPr>
        <w:t xml:space="preserve"> </w:t>
      </w:r>
      <w:r w:rsidR="0022389C" w:rsidRPr="0022389C">
        <w:rPr>
          <w:rFonts w:ascii="Times New Roman" w:hAnsi="Times New Roman" w:cs="Times New Roman"/>
          <w:bCs/>
          <w:sz w:val="28"/>
          <w:szCs w:val="28"/>
          <w:lang w:val="kk-KZ"/>
        </w:rPr>
        <w:t>педагогикалық консультацияның (ПМПК) қорытындысы бар 21 білім алушы тіркелген. Олардың 13-і үшін инклюзивті сыныптар ашылған. 8 білім алушыға логопед және дефектолог мамандар тарапынан түзету-дамыту көмегі көрсетіледі. Бір білім алушы үшін жеке оқу бағдарламасы қарастырылған.</w:t>
      </w:r>
    </w:p>
    <w:p w14:paraId="620028C9" w14:textId="77777777" w:rsidR="0022389C" w:rsidRPr="0022389C" w:rsidRDefault="0022389C" w:rsidP="00EA68D9">
      <w:pPr>
        <w:pStyle w:val="a8"/>
        <w:ind w:left="-426"/>
        <w:jc w:val="both"/>
        <w:rPr>
          <w:rFonts w:ascii="Times New Roman" w:hAnsi="Times New Roman" w:cs="Times New Roman"/>
          <w:bCs/>
          <w:sz w:val="28"/>
          <w:szCs w:val="28"/>
          <w:lang w:val="kk-KZ"/>
        </w:rPr>
      </w:pPr>
      <w:r w:rsidRPr="0022389C">
        <w:rPr>
          <w:rFonts w:ascii="Times New Roman" w:hAnsi="Times New Roman" w:cs="Times New Roman"/>
          <w:bCs/>
          <w:sz w:val="28"/>
          <w:szCs w:val="28"/>
          <w:lang w:val="kk-KZ"/>
        </w:rPr>
        <w:lastRenderedPageBreak/>
        <w:t>Ерекше білім беру қажеттіліктері бар білім алушыларды оқыту ПМПК ұсынымдары, білім алушылардың жеке мүмкіндіктері және психологиялық-педагогикалық қолдау қызметінің шешімдері негізінде ұйымдастырылады.</w:t>
      </w:r>
    </w:p>
    <w:p w14:paraId="3B29916B" w14:textId="77777777" w:rsidR="0022389C" w:rsidRPr="0022389C" w:rsidRDefault="0022389C" w:rsidP="00EA68D9">
      <w:pPr>
        <w:pStyle w:val="a8"/>
        <w:ind w:left="-426" w:firstLine="578"/>
        <w:jc w:val="both"/>
        <w:rPr>
          <w:rFonts w:ascii="Times New Roman" w:hAnsi="Times New Roman" w:cs="Times New Roman"/>
          <w:bCs/>
          <w:sz w:val="28"/>
          <w:szCs w:val="28"/>
          <w:lang w:val="kk-KZ"/>
        </w:rPr>
      </w:pPr>
      <w:r w:rsidRPr="0022389C">
        <w:rPr>
          <w:rFonts w:ascii="Times New Roman" w:hAnsi="Times New Roman" w:cs="Times New Roman"/>
          <w:bCs/>
          <w:sz w:val="28"/>
          <w:szCs w:val="28"/>
          <w:lang w:val="kk-KZ"/>
        </w:rPr>
        <w:t>Мектепте ерекше білім беру қажеттіліктері бар білім алушыларға психологиялық-педагогикалық қолдау көрсету мақсатында педагог-психолог, логопед, дефектолог және пән мұғалімдерінің өзара бірлескен жұмысы жүзеге асырылады.</w:t>
      </w:r>
    </w:p>
    <w:p w14:paraId="44BC8D03" w14:textId="0636BCA4" w:rsidR="0022389C" w:rsidRPr="0022389C" w:rsidRDefault="00BA5CF4" w:rsidP="00EA68D9">
      <w:pPr>
        <w:pStyle w:val="a8"/>
        <w:ind w:left="-426"/>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         </w:t>
      </w:r>
      <w:r w:rsidR="0022389C" w:rsidRPr="0022389C">
        <w:rPr>
          <w:rFonts w:ascii="Times New Roman" w:hAnsi="Times New Roman" w:cs="Times New Roman"/>
          <w:bCs/>
          <w:sz w:val="28"/>
          <w:szCs w:val="28"/>
          <w:lang w:val="kk-KZ"/>
        </w:rPr>
        <w:t>Мамандар тарапынан білім алушылардың танымдық қабілеттерін дамыту, сөйлеу тіліндегі бұзылыстарды түзету, оқу материалдарын меңгеруіне қолдау көрсету, коммуникативтік дағдыларын қалыптастыру және әлеуметтік ортаға бейімдеу бағытында түзету-дамыту сабақтары жүргізіледі.</w:t>
      </w:r>
    </w:p>
    <w:p w14:paraId="0A138B06" w14:textId="77777777" w:rsidR="00EA68D9" w:rsidRDefault="00BA5CF4" w:rsidP="00EA68D9">
      <w:pPr>
        <w:pStyle w:val="a8"/>
        <w:ind w:left="-426"/>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        </w:t>
      </w:r>
      <w:r w:rsidR="0022389C" w:rsidRPr="0022389C">
        <w:rPr>
          <w:rFonts w:ascii="Times New Roman" w:hAnsi="Times New Roman" w:cs="Times New Roman"/>
          <w:bCs/>
          <w:sz w:val="28"/>
          <w:szCs w:val="28"/>
          <w:lang w:val="kk-KZ"/>
        </w:rPr>
        <w:t>Білім алушылардың жеке ерекшеліктерін ескере отырып, қажет болған жағдайда оқу тапсырмалары сараланады, оқу материалдары бейімделеді және оқыту әдістері мен бағалау тәсілдері олардың білім алу мүмкіндіктеріне сәйкес таңдалады.</w:t>
      </w:r>
    </w:p>
    <w:p w14:paraId="48DDDCB5" w14:textId="6B31B6E7" w:rsidR="0022389C" w:rsidRPr="0022389C" w:rsidRDefault="00EA68D9" w:rsidP="007D789B">
      <w:pPr>
        <w:pStyle w:val="a8"/>
        <w:ind w:left="-426"/>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        </w:t>
      </w:r>
      <w:r w:rsidR="0022389C" w:rsidRPr="0022389C">
        <w:rPr>
          <w:rFonts w:ascii="Times New Roman" w:hAnsi="Times New Roman" w:cs="Times New Roman"/>
          <w:bCs/>
          <w:sz w:val="28"/>
          <w:szCs w:val="28"/>
          <w:lang w:val="kk-KZ"/>
        </w:rPr>
        <w:t>Ерекше білім беру қажеттіліктері бар білім алушылардың оқу жетістіктерін бағалау кезінде олардың жеке мүмкіндіктері, оқу бағдарламасын меңгеру деңгейі және психологиялық-педагогикалық қолдау мамандарының ұсынымдары ескеріледі.</w:t>
      </w:r>
    </w:p>
    <w:p w14:paraId="0268F2DC" w14:textId="75647A6E" w:rsidR="0022389C" w:rsidRPr="0022389C" w:rsidRDefault="00BA5CF4" w:rsidP="007D789B">
      <w:pPr>
        <w:pStyle w:val="a8"/>
        <w:ind w:left="-426"/>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        </w:t>
      </w:r>
      <w:r w:rsidR="0022389C" w:rsidRPr="0022389C">
        <w:rPr>
          <w:rFonts w:ascii="Times New Roman" w:hAnsi="Times New Roman" w:cs="Times New Roman"/>
          <w:bCs/>
          <w:sz w:val="28"/>
          <w:szCs w:val="28"/>
          <w:lang w:val="kk-KZ"/>
        </w:rPr>
        <w:t>Мектепте ерекше білім беру қажеттіліктері бар білім алушылар қажетті оқулықтармен және оқу-әдістемелік кешендермен қамтамасыз етілген.</w:t>
      </w:r>
    </w:p>
    <w:p w14:paraId="0F399301" w14:textId="77777777" w:rsidR="0022389C" w:rsidRPr="0022389C" w:rsidRDefault="0022389C" w:rsidP="007D789B">
      <w:pPr>
        <w:pStyle w:val="a8"/>
        <w:ind w:left="-426" w:firstLine="426"/>
        <w:jc w:val="both"/>
        <w:rPr>
          <w:rFonts w:ascii="Times New Roman" w:hAnsi="Times New Roman" w:cs="Times New Roman"/>
          <w:bCs/>
          <w:sz w:val="28"/>
          <w:szCs w:val="28"/>
          <w:lang w:val="kk-KZ"/>
        </w:rPr>
      </w:pPr>
      <w:r w:rsidRPr="0022389C">
        <w:rPr>
          <w:rFonts w:ascii="Times New Roman" w:hAnsi="Times New Roman" w:cs="Times New Roman"/>
          <w:bCs/>
          <w:sz w:val="28"/>
          <w:szCs w:val="28"/>
          <w:lang w:val="kk-KZ"/>
        </w:rPr>
        <w:t>Инклюзивті білім беруді ұйымдастыру барысында ата-аналармен, сынып жетекшілерімен, пән мұғалімдерімен және психологиялық-педагогикалық қолдау мамандарымен өзара байланыс орнатылып, білім алушылардың оқу жетістіктері мен даму динамикасына бақылау жүргізіледі.</w:t>
      </w:r>
    </w:p>
    <w:p w14:paraId="56E5FEC7" w14:textId="77777777" w:rsidR="005351BD" w:rsidRDefault="005351BD" w:rsidP="005351BD">
      <w:pPr>
        <w:pStyle w:val="a8"/>
        <w:rPr>
          <w:rFonts w:ascii="Times New Roman" w:hAnsi="Times New Roman" w:cs="Times New Roman"/>
          <w:bCs/>
          <w:sz w:val="28"/>
          <w:szCs w:val="28"/>
          <w:lang w:val="kk-KZ"/>
        </w:rPr>
      </w:pPr>
    </w:p>
    <w:p w14:paraId="56529573" w14:textId="2389CD78" w:rsidR="00A73157" w:rsidRDefault="005351BD" w:rsidP="005351BD">
      <w:pPr>
        <w:pStyle w:val="a8"/>
        <w:rPr>
          <w:rFonts w:ascii="Times New Roman" w:hAnsi="Times New Roman" w:cs="Times New Roman"/>
          <w:b/>
          <w:sz w:val="28"/>
          <w:szCs w:val="28"/>
          <w:lang w:val="kk-KZ"/>
        </w:rPr>
      </w:pPr>
      <w:r>
        <w:rPr>
          <w:rFonts w:ascii="Times New Roman" w:hAnsi="Times New Roman" w:cs="Times New Roman"/>
          <w:b/>
          <w:sz w:val="28"/>
          <w:szCs w:val="28"/>
          <w:lang w:val="kk-KZ"/>
        </w:rPr>
        <w:t>2024–2025, 2025–2026 және 2026–2027</w:t>
      </w:r>
      <w:r w:rsidRPr="005351BD">
        <w:rPr>
          <w:rFonts w:ascii="Times New Roman" w:hAnsi="Times New Roman" w:cs="Times New Roman"/>
          <w:b/>
          <w:sz w:val="28"/>
          <w:szCs w:val="28"/>
          <w:lang w:val="kk-KZ"/>
        </w:rPr>
        <w:t xml:space="preserve"> оқу жылдарындағы ерекше білім беру қажеттіліктері бар білім алушылар саны туралы статистикалық мәліметтер</w:t>
      </w:r>
    </w:p>
    <w:p w14:paraId="45C9B949" w14:textId="77777777" w:rsidR="005351BD" w:rsidRPr="005351BD" w:rsidRDefault="005351BD" w:rsidP="005351BD">
      <w:pPr>
        <w:pStyle w:val="a8"/>
        <w:rPr>
          <w:rFonts w:ascii="Times New Roman" w:hAnsi="Times New Roman" w:cs="Times New Roman"/>
          <w:b/>
          <w:bCs/>
          <w:i/>
          <w:sz w:val="28"/>
          <w:szCs w:val="28"/>
          <w:lang w:val="kk-KZ"/>
        </w:rPr>
      </w:pPr>
    </w:p>
    <w:tbl>
      <w:tblPr>
        <w:tblStyle w:val="a7"/>
        <w:tblW w:w="0" w:type="auto"/>
        <w:jc w:val="center"/>
        <w:tblLook w:val="04A0" w:firstRow="1" w:lastRow="0" w:firstColumn="1" w:lastColumn="0" w:noHBand="0" w:noVBand="1"/>
      </w:tblPr>
      <w:tblGrid>
        <w:gridCol w:w="2427"/>
        <w:gridCol w:w="4694"/>
      </w:tblGrid>
      <w:tr w:rsidR="00A73157" w:rsidRPr="00F060A1" w14:paraId="73C9B894" w14:textId="77777777" w:rsidTr="00F851B8">
        <w:trPr>
          <w:jc w:val="center"/>
        </w:trPr>
        <w:tc>
          <w:tcPr>
            <w:tcW w:w="2427" w:type="dxa"/>
          </w:tcPr>
          <w:p w14:paraId="397FD03B" w14:textId="75555303" w:rsidR="00A73157" w:rsidRPr="005351BD" w:rsidRDefault="005351BD" w:rsidP="00F851B8">
            <w:pPr>
              <w:pStyle w:val="a8"/>
              <w:jc w:val="center"/>
              <w:rPr>
                <w:rFonts w:ascii="Times New Roman" w:hAnsi="Times New Roman" w:cs="Times New Roman"/>
                <w:b/>
                <w:color w:val="000000" w:themeColor="text1"/>
                <w:sz w:val="28"/>
                <w:szCs w:val="28"/>
                <w:lang w:val="kk-KZ"/>
              </w:rPr>
            </w:pPr>
            <w:r w:rsidRPr="005351BD">
              <w:rPr>
                <w:rFonts w:ascii="Times New Roman" w:hAnsi="Times New Roman" w:cs="Times New Roman"/>
                <w:b/>
                <w:color w:val="000000" w:themeColor="text1"/>
                <w:sz w:val="28"/>
                <w:szCs w:val="28"/>
                <w:lang w:val="kk-KZ"/>
              </w:rPr>
              <w:t>Оқу жылы</w:t>
            </w:r>
          </w:p>
        </w:tc>
        <w:tc>
          <w:tcPr>
            <w:tcW w:w="4694" w:type="dxa"/>
          </w:tcPr>
          <w:p w14:paraId="5C318BB6" w14:textId="76C1DE43" w:rsidR="00A73157" w:rsidRPr="005351BD" w:rsidRDefault="005351BD" w:rsidP="00F851B8">
            <w:pPr>
              <w:pStyle w:val="a8"/>
              <w:jc w:val="center"/>
              <w:rPr>
                <w:rFonts w:ascii="Times New Roman" w:hAnsi="Times New Roman" w:cs="Times New Roman"/>
                <w:b/>
                <w:color w:val="000000" w:themeColor="text1"/>
                <w:sz w:val="28"/>
                <w:szCs w:val="28"/>
                <w:lang w:val="kk-KZ"/>
              </w:rPr>
            </w:pPr>
            <w:r w:rsidRPr="005351BD">
              <w:rPr>
                <w:rFonts w:ascii="Times New Roman" w:hAnsi="Times New Roman" w:cs="Times New Roman"/>
                <w:b/>
                <w:sz w:val="28"/>
                <w:szCs w:val="28"/>
                <w:lang w:val="kk-KZ"/>
              </w:rPr>
              <w:t>Ерекше білім беру қажеттіліктері бар білім алушылар (ЕБҚ).</w:t>
            </w:r>
          </w:p>
        </w:tc>
      </w:tr>
      <w:tr w:rsidR="00A73157" w:rsidRPr="004D438A" w14:paraId="6EDC94E4" w14:textId="77777777" w:rsidTr="00F851B8">
        <w:trPr>
          <w:jc w:val="center"/>
        </w:trPr>
        <w:tc>
          <w:tcPr>
            <w:tcW w:w="2427" w:type="dxa"/>
          </w:tcPr>
          <w:p w14:paraId="0FF8D635" w14:textId="1DED916D" w:rsidR="00A73157" w:rsidRPr="004D438A" w:rsidRDefault="00A73157" w:rsidP="00F851B8">
            <w:pPr>
              <w:pStyle w:val="a8"/>
              <w:jc w:val="both"/>
              <w:rPr>
                <w:rFonts w:ascii="Times New Roman" w:hAnsi="Times New Roman" w:cs="Times New Roman"/>
                <w:color w:val="000000" w:themeColor="text1"/>
                <w:sz w:val="28"/>
                <w:szCs w:val="28"/>
              </w:rPr>
            </w:pPr>
            <w:r w:rsidRPr="004D438A">
              <w:rPr>
                <w:rFonts w:ascii="Times New Roman" w:hAnsi="Times New Roman" w:cs="Times New Roman"/>
                <w:color w:val="000000" w:themeColor="text1"/>
                <w:sz w:val="28"/>
                <w:szCs w:val="28"/>
              </w:rPr>
              <w:t>2</w:t>
            </w:r>
            <w:r w:rsidR="00C856EF">
              <w:rPr>
                <w:rFonts w:ascii="Times New Roman" w:hAnsi="Times New Roman" w:cs="Times New Roman"/>
                <w:color w:val="000000" w:themeColor="text1"/>
                <w:sz w:val="28"/>
                <w:szCs w:val="28"/>
              </w:rPr>
              <w:t>024-2025</w:t>
            </w:r>
          </w:p>
        </w:tc>
        <w:tc>
          <w:tcPr>
            <w:tcW w:w="4694" w:type="dxa"/>
          </w:tcPr>
          <w:p w14:paraId="583E735D" w14:textId="1B9F3399" w:rsidR="00A73157" w:rsidRPr="004D438A" w:rsidRDefault="00C856EF" w:rsidP="00F851B8">
            <w:pPr>
              <w:pStyle w:val="a8"/>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k-KZ"/>
              </w:rPr>
              <w:t>3 (0,3</w:t>
            </w:r>
            <w:r w:rsidR="00A73157" w:rsidRPr="004D438A">
              <w:rPr>
                <w:rFonts w:ascii="Times New Roman" w:hAnsi="Times New Roman" w:cs="Times New Roman"/>
                <w:color w:val="000000" w:themeColor="text1"/>
                <w:sz w:val="28"/>
                <w:szCs w:val="28"/>
                <w:lang w:val="kk-KZ"/>
              </w:rPr>
              <w:t>%)</w:t>
            </w:r>
          </w:p>
        </w:tc>
      </w:tr>
      <w:tr w:rsidR="00043ABD" w:rsidRPr="004D438A" w14:paraId="2CDEB943" w14:textId="77777777" w:rsidTr="00F851B8">
        <w:trPr>
          <w:jc w:val="center"/>
        </w:trPr>
        <w:tc>
          <w:tcPr>
            <w:tcW w:w="2427" w:type="dxa"/>
          </w:tcPr>
          <w:p w14:paraId="0F1D2FC3" w14:textId="6F5022F9" w:rsidR="00043ABD" w:rsidRPr="004D438A" w:rsidRDefault="0034407D" w:rsidP="00F851B8">
            <w:pPr>
              <w:pStyle w:val="a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2025-2026</w:t>
            </w:r>
          </w:p>
        </w:tc>
        <w:tc>
          <w:tcPr>
            <w:tcW w:w="4694" w:type="dxa"/>
          </w:tcPr>
          <w:p w14:paraId="6DBDFEA4" w14:textId="3D6B829A" w:rsidR="00043ABD" w:rsidRPr="004D438A" w:rsidRDefault="00C856EF" w:rsidP="00F851B8">
            <w:pPr>
              <w:pStyle w:val="a8"/>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11</w:t>
            </w:r>
            <w:r w:rsidR="00B855DF" w:rsidRPr="004D438A">
              <w:rPr>
                <w:rFonts w:ascii="Times New Roman" w:hAnsi="Times New Roman" w:cs="Times New Roman"/>
                <w:color w:val="000000" w:themeColor="text1"/>
                <w:sz w:val="28"/>
                <w:szCs w:val="28"/>
                <w:lang w:val="kk-KZ"/>
              </w:rPr>
              <w:t xml:space="preserve"> </w:t>
            </w:r>
            <w:r w:rsidR="00EF5307">
              <w:rPr>
                <w:color w:val="000000" w:themeColor="text1"/>
                <w:sz w:val="28"/>
                <w:szCs w:val="28"/>
                <w:lang w:val="kk-KZ"/>
              </w:rPr>
              <w:t>(1,</w:t>
            </w:r>
            <w:r>
              <w:rPr>
                <w:color w:val="000000" w:themeColor="text1"/>
                <w:sz w:val="28"/>
                <w:szCs w:val="28"/>
                <w:lang w:val="kk-KZ"/>
              </w:rPr>
              <w:t>14</w:t>
            </w:r>
            <w:r w:rsidR="00B855DF" w:rsidRPr="004D438A">
              <w:rPr>
                <w:color w:val="000000" w:themeColor="text1"/>
                <w:sz w:val="28"/>
                <w:szCs w:val="28"/>
                <w:lang w:val="kk-KZ"/>
              </w:rPr>
              <w:t>%)</w:t>
            </w:r>
          </w:p>
        </w:tc>
      </w:tr>
      <w:tr w:rsidR="00043ABD" w:rsidRPr="004D438A" w14:paraId="26CDDD23" w14:textId="77777777" w:rsidTr="00F851B8">
        <w:trPr>
          <w:jc w:val="center"/>
        </w:trPr>
        <w:tc>
          <w:tcPr>
            <w:tcW w:w="2427" w:type="dxa"/>
          </w:tcPr>
          <w:p w14:paraId="076A2E66" w14:textId="6ECD2572" w:rsidR="00043ABD" w:rsidRPr="004D438A" w:rsidRDefault="0034407D" w:rsidP="00F851B8">
            <w:pPr>
              <w:pStyle w:val="a8"/>
              <w:jc w:val="both"/>
              <w:rPr>
                <w:rFonts w:ascii="Times New Roman" w:hAnsi="Times New Roman" w:cs="Times New Roman"/>
                <w:sz w:val="28"/>
                <w:szCs w:val="28"/>
              </w:rPr>
            </w:pPr>
            <w:r>
              <w:rPr>
                <w:rFonts w:ascii="Times New Roman" w:hAnsi="Times New Roman" w:cs="Times New Roman"/>
                <w:sz w:val="28"/>
                <w:szCs w:val="28"/>
              </w:rPr>
              <w:t>2026-2027</w:t>
            </w:r>
          </w:p>
        </w:tc>
        <w:tc>
          <w:tcPr>
            <w:tcW w:w="4694" w:type="dxa"/>
          </w:tcPr>
          <w:p w14:paraId="0F82C50A" w14:textId="35DCCFF7" w:rsidR="00043ABD" w:rsidRPr="004D438A" w:rsidRDefault="00C856EF" w:rsidP="00F851B8">
            <w:pPr>
              <w:pStyle w:val="a8"/>
              <w:jc w:val="center"/>
              <w:rPr>
                <w:rFonts w:ascii="Times New Roman" w:hAnsi="Times New Roman" w:cs="Times New Roman"/>
                <w:sz w:val="28"/>
                <w:szCs w:val="28"/>
                <w:lang w:val="kk-KZ"/>
              </w:rPr>
            </w:pPr>
            <w:r>
              <w:rPr>
                <w:rFonts w:ascii="Times New Roman" w:hAnsi="Times New Roman" w:cs="Times New Roman"/>
                <w:sz w:val="28"/>
                <w:szCs w:val="28"/>
                <w:lang w:val="kk-KZ"/>
              </w:rPr>
              <w:t>11 (1,14</w:t>
            </w:r>
            <w:r w:rsidR="00B855DF" w:rsidRPr="004D438A">
              <w:rPr>
                <w:rFonts w:ascii="Times New Roman" w:hAnsi="Times New Roman" w:cs="Times New Roman"/>
                <w:sz w:val="28"/>
                <w:szCs w:val="28"/>
                <w:lang w:val="kk-KZ"/>
              </w:rPr>
              <w:t>%)</w:t>
            </w:r>
          </w:p>
        </w:tc>
      </w:tr>
    </w:tbl>
    <w:p w14:paraId="4F8E5636" w14:textId="17AC2E16" w:rsidR="004616A2" w:rsidRPr="004616A2" w:rsidRDefault="004616A2" w:rsidP="00C856EF">
      <w:pPr>
        <w:pStyle w:val="1"/>
        <w:jc w:val="center"/>
        <w:rPr>
          <w:sz w:val="28"/>
          <w:szCs w:val="28"/>
          <w:lang w:val="kk-KZ"/>
        </w:rPr>
      </w:pPr>
      <w:r w:rsidRPr="004616A2">
        <w:rPr>
          <w:sz w:val="28"/>
          <w:szCs w:val="28"/>
          <w:lang w:val="kk-KZ"/>
        </w:rPr>
        <w:t>Инклюзивті білім бойынша дефектолог, логопедтің жұмыстары</w:t>
      </w:r>
      <w:r>
        <w:rPr>
          <w:sz w:val="28"/>
          <w:szCs w:val="28"/>
          <w:lang w:val="kk-KZ"/>
        </w:rPr>
        <w:t xml:space="preserve"> және жеке оқу бағдарламалары </w:t>
      </w:r>
      <w:r w:rsidRPr="004616A2">
        <w:rPr>
          <w:sz w:val="28"/>
          <w:szCs w:val="28"/>
          <w:lang w:val="kk-KZ"/>
        </w:rPr>
        <w:t xml:space="preserve"> ұсынылды</w:t>
      </w:r>
    </w:p>
    <w:p w14:paraId="2BFC1193" w14:textId="77777777" w:rsidR="00F060A1" w:rsidRDefault="00F060A1" w:rsidP="00C856EF">
      <w:pPr>
        <w:pStyle w:val="1"/>
        <w:jc w:val="center"/>
      </w:pPr>
    </w:p>
    <w:p w14:paraId="53DD41C0" w14:textId="400F74AE" w:rsidR="00BB6EBB" w:rsidRPr="00C856EF" w:rsidRDefault="0034407D" w:rsidP="00C856EF">
      <w:pPr>
        <w:pStyle w:val="1"/>
        <w:jc w:val="center"/>
        <w:rPr>
          <w:rFonts w:eastAsia="DengXian"/>
          <w:sz w:val="28"/>
          <w:szCs w:val="28"/>
          <w:lang w:val="kk-KZ"/>
        </w:rPr>
      </w:pPr>
      <w:r w:rsidRPr="0034407D">
        <w:rPr>
          <w:sz w:val="28"/>
          <w:szCs w:val="28"/>
          <w:lang w:val="kk-KZ"/>
        </w:rPr>
        <w:t>Ерекше білім беру қажеттіліктері бар білім алушылар туралы мәлімет</w:t>
      </w:r>
    </w:p>
    <w:tbl>
      <w:tblPr>
        <w:tblStyle w:val="a7"/>
        <w:tblW w:w="10774" w:type="dxa"/>
        <w:tblInd w:w="-318" w:type="dxa"/>
        <w:tblLayout w:type="fixed"/>
        <w:tblLook w:val="04A0" w:firstRow="1" w:lastRow="0" w:firstColumn="1" w:lastColumn="0" w:noHBand="0" w:noVBand="1"/>
      </w:tblPr>
      <w:tblGrid>
        <w:gridCol w:w="1985"/>
        <w:gridCol w:w="1843"/>
        <w:gridCol w:w="1559"/>
        <w:gridCol w:w="1698"/>
        <w:gridCol w:w="2045"/>
        <w:gridCol w:w="1644"/>
      </w:tblGrid>
      <w:tr w:rsidR="004E154C" w:rsidRPr="00B53B38" w14:paraId="6AE07688" w14:textId="77777777" w:rsidTr="00EA68D9">
        <w:trPr>
          <w:trHeight w:val="1371"/>
        </w:trPr>
        <w:tc>
          <w:tcPr>
            <w:tcW w:w="1985" w:type="dxa"/>
          </w:tcPr>
          <w:p w14:paraId="26C36B02" w14:textId="08EAE1AF" w:rsidR="004E154C" w:rsidRPr="00B53B38" w:rsidRDefault="00C856EF" w:rsidP="00E16230">
            <w:pPr>
              <w:pStyle w:val="1"/>
              <w:outlineLvl w:val="0"/>
              <w:rPr>
                <w:sz w:val="28"/>
                <w:szCs w:val="28"/>
              </w:rPr>
            </w:pPr>
            <w:r w:rsidRPr="00B53B38">
              <w:rPr>
                <w:kern w:val="24"/>
                <w:sz w:val="28"/>
                <w:szCs w:val="28"/>
                <w:lang w:val="kk-KZ"/>
              </w:rPr>
              <w:t>Оқу жылы</w:t>
            </w:r>
          </w:p>
        </w:tc>
        <w:tc>
          <w:tcPr>
            <w:tcW w:w="1843" w:type="dxa"/>
          </w:tcPr>
          <w:p w14:paraId="31ECE3B3" w14:textId="105DF1AF" w:rsidR="004E154C" w:rsidRPr="00B53B38" w:rsidRDefault="00C856EF" w:rsidP="00E16230">
            <w:pPr>
              <w:pStyle w:val="1"/>
              <w:outlineLvl w:val="0"/>
              <w:rPr>
                <w:sz w:val="28"/>
                <w:szCs w:val="28"/>
              </w:rPr>
            </w:pPr>
            <w:r w:rsidRPr="00B53B38">
              <w:rPr>
                <w:sz w:val="28"/>
                <w:szCs w:val="28"/>
              </w:rPr>
              <w:t xml:space="preserve">Жалпы білім беретін сыныптардағы ЕБҚ бар оқушылар </w:t>
            </w:r>
            <w:r w:rsidRPr="00B53B38">
              <w:rPr>
                <w:sz w:val="28"/>
                <w:szCs w:val="28"/>
              </w:rPr>
              <w:lastRenderedPageBreak/>
              <w:t>саны</w:t>
            </w:r>
          </w:p>
        </w:tc>
        <w:tc>
          <w:tcPr>
            <w:tcW w:w="1559" w:type="dxa"/>
          </w:tcPr>
          <w:p w14:paraId="67E817CD" w14:textId="3A48EB84" w:rsidR="004E154C" w:rsidRPr="00B53B38" w:rsidRDefault="00BB6EBB" w:rsidP="00E16230">
            <w:pPr>
              <w:pStyle w:val="1"/>
              <w:outlineLvl w:val="0"/>
              <w:rPr>
                <w:sz w:val="28"/>
                <w:szCs w:val="28"/>
              </w:rPr>
            </w:pPr>
            <w:r w:rsidRPr="00B53B38">
              <w:rPr>
                <w:kern w:val="24"/>
                <w:sz w:val="28"/>
                <w:szCs w:val="28"/>
                <w:lang w:val="kk-KZ"/>
              </w:rPr>
              <w:lastRenderedPageBreak/>
              <w:t>Жеке оқу бағдарламасы</w:t>
            </w:r>
            <w:r w:rsidR="00C856EF" w:rsidRPr="00B53B38">
              <w:rPr>
                <w:kern w:val="24"/>
                <w:sz w:val="28"/>
                <w:szCs w:val="28"/>
                <w:lang w:val="kk-KZ"/>
              </w:rPr>
              <w:t xml:space="preserve"> бойынша</w:t>
            </w:r>
          </w:p>
        </w:tc>
        <w:tc>
          <w:tcPr>
            <w:tcW w:w="1698" w:type="dxa"/>
          </w:tcPr>
          <w:p w14:paraId="4DE60224" w14:textId="092D9355" w:rsidR="004E154C" w:rsidRPr="00B53B38" w:rsidRDefault="00C856EF" w:rsidP="00E16230">
            <w:pPr>
              <w:pStyle w:val="1"/>
              <w:outlineLvl w:val="0"/>
              <w:rPr>
                <w:sz w:val="28"/>
                <w:szCs w:val="28"/>
              </w:rPr>
            </w:pPr>
            <w:r w:rsidRPr="00B53B38">
              <w:rPr>
                <w:sz w:val="28"/>
                <w:szCs w:val="28"/>
              </w:rPr>
              <w:t>Бейімделген оқу бағдарламасы бойынша</w:t>
            </w:r>
          </w:p>
        </w:tc>
        <w:tc>
          <w:tcPr>
            <w:tcW w:w="2045" w:type="dxa"/>
          </w:tcPr>
          <w:p w14:paraId="0BED03C9" w14:textId="239ACBB8" w:rsidR="004E154C" w:rsidRPr="00B53B38" w:rsidRDefault="00C856EF" w:rsidP="00E16230">
            <w:pPr>
              <w:pStyle w:val="1"/>
              <w:outlineLvl w:val="0"/>
              <w:rPr>
                <w:sz w:val="28"/>
                <w:szCs w:val="28"/>
              </w:rPr>
            </w:pPr>
            <w:r w:rsidRPr="00B53B38">
              <w:rPr>
                <w:sz w:val="28"/>
                <w:szCs w:val="28"/>
              </w:rPr>
              <w:t>Жалпы білім беретін оқу бағдарламасы бойынша</w:t>
            </w:r>
          </w:p>
        </w:tc>
        <w:tc>
          <w:tcPr>
            <w:tcW w:w="1644" w:type="dxa"/>
          </w:tcPr>
          <w:p w14:paraId="1EB6EE4B" w14:textId="73BE98BD" w:rsidR="004E154C" w:rsidRPr="00B53B38" w:rsidRDefault="00C856EF" w:rsidP="00E16230">
            <w:pPr>
              <w:rPr>
                <w:b/>
                <w:sz w:val="28"/>
                <w:szCs w:val="28"/>
              </w:rPr>
            </w:pPr>
            <w:r w:rsidRPr="00B53B38">
              <w:rPr>
                <w:b/>
                <w:sz w:val="28"/>
                <w:szCs w:val="28"/>
              </w:rPr>
              <w:t xml:space="preserve">Педагог-ассистенттің сүйемелдеуімен оқитын </w:t>
            </w:r>
            <w:r w:rsidRPr="00B53B38">
              <w:rPr>
                <w:b/>
                <w:sz w:val="28"/>
                <w:szCs w:val="28"/>
              </w:rPr>
              <w:lastRenderedPageBreak/>
              <w:t>балалар саны</w:t>
            </w:r>
          </w:p>
        </w:tc>
      </w:tr>
      <w:tr w:rsidR="004E154C" w:rsidRPr="00B53B38" w14:paraId="01DD7B44" w14:textId="77777777" w:rsidTr="00EA68D9">
        <w:trPr>
          <w:trHeight w:val="1086"/>
        </w:trPr>
        <w:tc>
          <w:tcPr>
            <w:tcW w:w="1985" w:type="dxa"/>
          </w:tcPr>
          <w:p w14:paraId="40301D97" w14:textId="1E72DB6B" w:rsidR="004E154C" w:rsidRPr="00B53B38" w:rsidRDefault="00C856EF" w:rsidP="00E16230">
            <w:pPr>
              <w:pStyle w:val="1"/>
              <w:outlineLvl w:val="0"/>
              <w:rPr>
                <w:b w:val="0"/>
                <w:sz w:val="28"/>
                <w:szCs w:val="28"/>
                <w:lang w:val="kk-KZ"/>
              </w:rPr>
            </w:pPr>
            <w:r w:rsidRPr="00B53B38">
              <w:rPr>
                <w:b w:val="0"/>
                <w:sz w:val="28"/>
                <w:szCs w:val="28"/>
                <w:lang w:val="kk-KZ"/>
              </w:rPr>
              <w:lastRenderedPageBreak/>
              <w:t>2024-2025 о.ж</w:t>
            </w:r>
          </w:p>
        </w:tc>
        <w:tc>
          <w:tcPr>
            <w:tcW w:w="1843" w:type="dxa"/>
          </w:tcPr>
          <w:p w14:paraId="10EC1023" w14:textId="318C16C1" w:rsidR="004E154C" w:rsidRPr="00B53B38" w:rsidRDefault="00C856EF" w:rsidP="00E16230">
            <w:pPr>
              <w:rPr>
                <w:sz w:val="28"/>
                <w:szCs w:val="28"/>
              </w:rPr>
            </w:pPr>
            <w:r w:rsidRPr="00B53B38">
              <w:rPr>
                <w:sz w:val="28"/>
                <w:szCs w:val="28"/>
              </w:rPr>
              <w:t>3</w:t>
            </w:r>
          </w:p>
        </w:tc>
        <w:tc>
          <w:tcPr>
            <w:tcW w:w="1559" w:type="dxa"/>
          </w:tcPr>
          <w:p w14:paraId="4B33BFDE" w14:textId="23A77C75" w:rsidR="004E154C" w:rsidRPr="00B53B38" w:rsidRDefault="00C856EF" w:rsidP="00E16230">
            <w:pPr>
              <w:rPr>
                <w:sz w:val="28"/>
                <w:szCs w:val="28"/>
                <w:lang w:val="kk-KZ"/>
              </w:rPr>
            </w:pPr>
            <w:r w:rsidRPr="00B53B38">
              <w:rPr>
                <w:sz w:val="28"/>
                <w:szCs w:val="28"/>
                <w:lang w:val="kk-KZ"/>
              </w:rPr>
              <w:t>3</w:t>
            </w:r>
          </w:p>
        </w:tc>
        <w:tc>
          <w:tcPr>
            <w:tcW w:w="1698" w:type="dxa"/>
          </w:tcPr>
          <w:p w14:paraId="1B54877C" w14:textId="77777777" w:rsidR="004E154C" w:rsidRPr="00B53B38" w:rsidRDefault="004E154C" w:rsidP="00E16230">
            <w:pPr>
              <w:rPr>
                <w:color w:val="000000" w:themeColor="dark1"/>
                <w:kern w:val="24"/>
                <w:sz w:val="28"/>
                <w:szCs w:val="28"/>
              </w:rPr>
            </w:pPr>
            <w:r w:rsidRPr="00B53B38">
              <w:rPr>
                <w:color w:val="000000" w:themeColor="dark1"/>
                <w:kern w:val="24"/>
                <w:sz w:val="28"/>
                <w:szCs w:val="28"/>
              </w:rPr>
              <w:t>-</w:t>
            </w:r>
          </w:p>
        </w:tc>
        <w:tc>
          <w:tcPr>
            <w:tcW w:w="2045" w:type="dxa"/>
          </w:tcPr>
          <w:p w14:paraId="14DE5FBD" w14:textId="3222CD40" w:rsidR="004E154C" w:rsidRPr="00B53B38" w:rsidRDefault="00C856EF" w:rsidP="00E16230">
            <w:pPr>
              <w:rPr>
                <w:color w:val="000000" w:themeColor="dark1"/>
                <w:kern w:val="24"/>
                <w:sz w:val="28"/>
                <w:szCs w:val="28"/>
              </w:rPr>
            </w:pPr>
            <w:r w:rsidRPr="00B53B38">
              <w:rPr>
                <w:color w:val="000000" w:themeColor="dark1"/>
                <w:kern w:val="24"/>
                <w:sz w:val="28"/>
                <w:szCs w:val="28"/>
              </w:rPr>
              <w:t>-</w:t>
            </w:r>
          </w:p>
        </w:tc>
        <w:tc>
          <w:tcPr>
            <w:tcW w:w="1644" w:type="dxa"/>
          </w:tcPr>
          <w:p w14:paraId="320B9846" w14:textId="77777777" w:rsidR="004E154C" w:rsidRPr="00B53B38" w:rsidRDefault="004E154C" w:rsidP="00E16230">
            <w:pPr>
              <w:rPr>
                <w:color w:val="000000" w:themeColor="dark1"/>
                <w:kern w:val="24"/>
                <w:sz w:val="28"/>
                <w:szCs w:val="28"/>
              </w:rPr>
            </w:pPr>
            <w:r w:rsidRPr="00B53B38">
              <w:rPr>
                <w:color w:val="000000" w:themeColor="dark1"/>
                <w:kern w:val="24"/>
                <w:sz w:val="28"/>
                <w:szCs w:val="28"/>
              </w:rPr>
              <w:t>1</w:t>
            </w:r>
          </w:p>
        </w:tc>
      </w:tr>
      <w:tr w:rsidR="004E154C" w:rsidRPr="00B53B38" w14:paraId="395C24F4" w14:textId="77777777" w:rsidTr="00EA68D9">
        <w:trPr>
          <w:trHeight w:val="271"/>
        </w:trPr>
        <w:tc>
          <w:tcPr>
            <w:tcW w:w="1985" w:type="dxa"/>
          </w:tcPr>
          <w:p w14:paraId="28CE9E45" w14:textId="6CDD1312" w:rsidR="004E154C" w:rsidRPr="00B53B38" w:rsidRDefault="00C856EF" w:rsidP="00E16230">
            <w:pPr>
              <w:pStyle w:val="1"/>
              <w:outlineLvl w:val="0"/>
              <w:rPr>
                <w:b w:val="0"/>
                <w:sz w:val="28"/>
                <w:szCs w:val="28"/>
                <w:lang w:val="kk-KZ"/>
              </w:rPr>
            </w:pPr>
            <w:r w:rsidRPr="00B53B38">
              <w:rPr>
                <w:b w:val="0"/>
                <w:sz w:val="28"/>
                <w:szCs w:val="28"/>
                <w:lang w:val="kk-KZ"/>
              </w:rPr>
              <w:t>2025-2026 о.ж</w:t>
            </w:r>
          </w:p>
        </w:tc>
        <w:tc>
          <w:tcPr>
            <w:tcW w:w="1843" w:type="dxa"/>
          </w:tcPr>
          <w:p w14:paraId="199A8A3F" w14:textId="7DCE7D4C" w:rsidR="004E154C" w:rsidRPr="00B53B38" w:rsidRDefault="00C856EF" w:rsidP="00E16230">
            <w:pPr>
              <w:pStyle w:val="1"/>
              <w:outlineLvl w:val="0"/>
              <w:rPr>
                <w:b w:val="0"/>
                <w:sz w:val="28"/>
                <w:szCs w:val="28"/>
                <w:lang w:val="kk-KZ"/>
              </w:rPr>
            </w:pPr>
            <w:r w:rsidRPr="00B53B38">
              <w:rPr>
                <w:b w:val="0"/>
                <w:sz w:val="28"/>
                <w:szCs w:val="28"/>
                <w:lang w:val="kk-KZ"/>
              </w:rPr>
              <w:t>11</w:t>
            </w:r>
          </w:p>
        </w:tc>
        <w:tc>
          <w:tcPr>
            <w:tcW w:w="1559" w:type="dxa"/>
          </w:tcPr>
          <w:p w14:paraId="58B660D0" w14:textId="2488908C" w:rsidR="004E154C" w:rsidRPr="00B53B38" w:rsidRDefault="00B53B38" w:rsidP="00E16230">
            <w:pPr>
              <w:pStyle w:val="1"/>
              <w:outlineLvl w:val="0"/>
              <w:rPr>
                <w:b w:val="0"/>
                <w:sz w:val="28"/>
                <w:szCs w:val="28"/>
                <w:lang w:val="kk-KZ"/>
              </w:rPr>
            </w:pPr>
            <w:r w:rsidRPr="00B53B38">
              <w:rPr>
                <w:b w:val="0"/>
                <w:sz w:val="28"/>
                <w:szCs w:val="28"/>
                <w:lang w:val="kk-KZ"/>
              </w:rPr>
              <w:t>1</w:t>
            </w:r>
          </w:p>
        </w:tc>
        <w:tc>
          <w:tcPr>
            <w:tcW w:w="1698" w:type="dxa"/>
          </w:tcPr>
          <w:p w14:paraId="67ACE1CE" w14:textId="652ADC8F" w:rsidR="004E154C" w:rsidRPr="00B53B38" w:rsidRDefault="00B53B38" w:rsidP="00E16230">
            <w:pPr>
              <w:pStyle w:val="1"/>
              <w:outlineLvl w:val="0"/>
              <w:rPr>
                <w:b w:val="0"/>
                <w:sz w:val="28"/>
                <w:szCs w:val="28"/>
                <w:lang w:val="kk-KZ"/>
              </w:rPr>
            </w:pPr>
            <w:r w:rsidRPr="00B53B38">
              <w:rPr>
                <w:b w:val="0"/>
                <w:sz w:val="28"/>
                <w:szCs w:val="28"/>
                <w:lang w:val="kk-KZ"/>
              </w:rPr>
              <w:t>6</w:t>
            </w:r>
          </w:p>
        </w:tc>
        <w:tc>
          <w:tcPr>
            <w:tcW w:w="2045" w:type="dxa"/>
          </w:tcPr>
          <w:p w14:paraId="6E5F784C" w14:textId="4D7322EE" w:rsidR="004E154C" w:rsidRPr="00B53B38" w:rsidRDefault="00B53B38" w:rsidP="00E16230">
            <w:pPr>
              <w:pStyle w:val="1"/>
              <w:outlineLvl w:val="0"/>
              <w:rPr>
                <w:b w:val="0"/>
                <w:sz w:val="28"/>
                <w:szCs w:val="28"/>
                <w:lang w:val="kk-KZ"/>
              </w:rPr>
            </w:pPr>
            <w:r w:rsidRPr="00B53B38">
              <w:rPr>
                <w:b w:val="0"/>
                <w:sz w:val="28"/>
                <w:szCs w:val="28"/>
                <w:lang w:val="kk-KZ"/>
              </w:rPr>
              <w:t>4</w:t>
            </w:r>
          </w:p>
        </w:tc>
        <w:tc>
          <w:tcPr>
            <w:tcW w:w="1644" w:type="dxa"/>
          </w:tcPr>
          <w:p w14:paraId="5F96DAFE" w14:textId="3EF64ADD" w:rsidR="004E154C" w:rsidRPr="00B53B38" w:rsidRDefault="00B53B38" w:rsidP="00E16230">
            <w:pPr>
              <w:pStyle w:val="1"/>
              <w:outlineLvl w:val="0"/>
              <w:rPr>
                <w:b w:val="0"/>
                <w:sz w:val="28"/>
                <w:szCs w:val="28"/>
                <w:lang w:val="kk-KZ"/>
              </w:rPr>
            </w:pPr>
            <w:r w:rsidRPr="00B53B38">
              <w:rPr>
                <w:b w:val="0"/>
                <w:sz w:val="28"/>
                <w:szCs w:val="28"/>
                <w:lang w:val="kk-KZ"/>
              </w:rPr>
              <w:t>1</w:t>
            </w:r>
          </w:p>
        </w:tc>
      </w:tr>
      <w:tr w:rsidR="00C856EF" w:rsidRPr="00B53B38" w14:paraId="2CA880A1" w14:textId="77777777" w:rsidTr="00EA68D9">
        <w:trPr>
          <w:trHeight w:val="271"/>
        </w:trPr>
        <w:tc>
          <w:tcPr>
            <w:tcW w:w="1985" w:type="dxa"/>
          </w:tcPr>
          <w:p w14:paraId="2387EE92" w14:textId="71A11197" w:rsidR="00C856EF" w:rsidRPr="00B53B38" w:rsidRDefault="00C856EF" w:rsidP="00E16230">
            <w:pPr>
              <w:pStyle w:val="1"/>
              <w:outlineLvl w:val="0"/>
              <w:rPr>
                <w:b w:val="0"/>
                <w:sz w:val="28"/>
                <w:szCs w:val="28"/>
                <w:lang w:val="kk-KZ"/>
              </w:rPr>
            </w:pPr>
            <w:r w:rsidRPr="00B53B38">
              <w:rPr>
                <w:b w:val="0"/>
                <w:sz w:val="28"/>
                <w:szCs w:val="28"/>
                <w:lang w:val="kk-KZ"/>
              </w:rPr>
              <w:t>2026-2027 о.ж</w:t>
            </w:r>
          </w:p>
        </w:tc>
        <w:tc>
          <w:tcPr>
            <w:tcW w:w="1843" w:type="dxa"/>
          </w:tcPr>
          <w:p w14:paraId="30D81F1F" w14:textId="61610325" w:rsidR="00C856EF" w:rsidRPr="00B53B38" w:rsidRDefault="00C856EF" w:rsidP="00E16230">
            <w:pPr>
              <w:pStyle w:val="1"/>
              <w:outlineLvl w:val="0"/>
              <w:rPr>
                <w:b w:val="0"/>
                <w:sz w:val="28"/>
                <w:szCs w:val="28"/>
                <w:lang w:val="kk-KZ"/>
              </w:rPr>
            </w:pPr>
            <w:r w:rsidRPr="00B53B38">
              <w:rPr>
                <w:b w:val="0"/>
                <w:sz w:val="28"/>
                <w:szCs w:val="28"/>
                <w:lang w:val="kk-KZ"/>
              </w:rPr>
              <w:t>11</w:t>
            </w:r>
          </w:p>
        </w:tc>
        <w:tc>
          <w:tcPr>
            <w:tcW w:w="1559" w:type="dxa"/>
          </w:tcPr>
          <w:p w14:paraId="6E2EB80F" w14:textId="228753E0" w:rsidR="00C856EF" w:rsidRPr="00B53B38" w:rsidRDefault="00B53B38" w:rsidP="00E16230">
            <w:pPr>
              <w:pStyle w:val="1"/>
              <w:outlineLvl w:val="0"/>
              <w:rPr>
                <w:b w:val="0"/>
                <w:sz w:val="28"/>
                <w:szCs w:val="28"/>
                <w:lang w:val="kk-KZ"/>
              </w:rPr>
            </w:pPr>
            <w:r w:rsidRPr="00B53B38">
              <w:rPr>
                <w:b w:val="0"/>
                <w:sz w:val="28"/>
                <w:szCs w:val="28"/>
                <w:lang w:val="kk-KZ"/>
              </w:rPr>
              <w:t>1</w:t>
            </w:r>
          </w:p>
        </w:tc>
        <w:tc>
          <w:tcPr>
            <w:tcW w:w="1698" w:type="dxa"/>
          </w:tcPr>
          <w:p w14:paraId="11580273" w14:textId="57C0067C" w:rsidR="00C856EF" w:rsidRPr="00B53B38" w:rsidRDefault="00B53B38" w:rsidP="00E16230">
            <w:pPr>
              <w:pStyle w:val="1"/>
              <w:outlineLvl w:val="0"/>
              <w:rPr>
                <w:b w:val="0"/>
                <w:sz w:val="28"/>
                <w:szCs w:val="28"/>
                <w:lang w:val="kk-KZ"/>
              </w:rPr>
            </w:pPr>
            <w:r w:rsidRPr="00B53B38">
              <w:rPr>
                <w:b w:val="0"/>
                <w:sz w:val="28"/>
                <w:szCs w:val="28"/>
                <w:lang w:val="kk-KZ"/>
              </w:rPr>
              <w:t>8</w:t>
            </w:r>
          </w:p>
        </w:tc>
        <w:tc>
          <w:tcPr>
            <w:tcW w:w="2045" w:type="dxa"/>
          </w:tcPr>
          <w:p w14:paraId="7862B7F0" w14:textId="3772B5A5" w:rsidR="00C856EF" w:rsidRPr="00B53B38" w:rsidRDefault="00B53B38" w:rsidP="00E16230">
            <w:pPr>
              <w:pStyle w:val="1"/>
              <w:outlineLvl w:val="0"/>
              <w:rPr>
                <w:b w:val="0"/>
                <w:sz w:val="28"/>
                <w:szCs w:val="28"/>
                <w:lang w:val="kk-KZ"/>
              </w:rPr>
            </w:pPr>
            <w:r w:rsidRPr="00B53B38">
              <w:rPr>
                <w:b w:val="0"/>
                <w:sz w:val="28"/>
                <w:szCs w:val="28"/>
                <w:lang w:val="kk-KZ"/>
              </w:rPr>
              <w:t>2</w:t>
            </w:r>
          </w:p>
        </w:tc>
        <w:tc>
          <w:tcPr>
            <w:tcW w:w="1644" w:type="dxa"/>
          </w:tcPr>
          <w:p w14:paraId="7E375AEF" w14:textId="7F09EA51" w:rsidR="00C856EF" w:rsidRPr="00B53B38" w:rsidRDefault="00B53B38" w:rsidP="00E16230">
            <w:pPr>
              <w:pStyle w:val="1"/>
              <w:outlineLvl w:val="0"/>
              <w:rPr>
                <w:b w:val="0"/>
                <w:sz w:val="28"/>
                <w:szCs w:val="28"/>
                <w:lang w:val="kk-KZ"/>
              </w:rPr>
            </w:pPr>
            <w:r w:rsidRPr="00B53B38">
              <w:rPr>
                <w:b w:val="0"/>
                <w:sz w:val="28"/>
                <w:szCs w:val="28"/>
                <w:lang w:val="kk-KZ"/>
              </w:rPr>
              <w:t>1</w:t>
            </w:r>
          </w:p>
        </w:tc>
      </w:tr>
    </w:tbl>
    <w:p w14:paraId="1F0286F3" w14:textId="77777777" w:rsidR="004E154C" w:rsidRPr="004E154C" w:rsidRDefault="004E154C" w:rsidP="004E154C">
      <w:pPr>
        <w:pStyle w:val="a5"/>
        <w:ind w:right="523"/>
        <w:rPr>
          <w:sz w:val="22"/>
          <w:szCs w:val="22"/>
          <w:lang w:val="kk-KZ"/>
        </w:rPr>
      </w:pPr>
    </w:p>
    <w:p w14:paraId="671BA03B" w14:textId="3D5D7DFE" w:rsidR="00B53B38" w:rsidRPr="00B53B38" w:rsidRDefault="00B53B38" w:rsidP="00B53B38">
      <w:pPr>
        <w:pStyle w:val="TableParagraph"/>
        <w:jc w:val="both"/>
        <w:rPr>
          <w:sz w:val="28"/>
          <w:szCs w:val="28"/>
          <w:lang w:val="kk-KZ" w:eastAsia="ru-RU"/>
        </w:rPr>
      </w:pPr>
      <w:r>
        <w:rPr>
          <w:sz w:val="28"/>
          <w:szCs w:val="28"/>
          <w:lang w:val="kk-KZ" w:eastAsia="ru-RU"/>
        </w:rPr>
        <w:t xml:space="preserve">       </w:t>
      </w:r>
      <w:r w:rsidRPr="00B53B38">
        <w:rPr>
          <w:sz w:val="28"/>
          <w:szCs w:val="28"/>
          <w:lang w:val="kk-KZ" w:eastAsia="ru-RU"/>
        </w:rPr>
        <w:t>2024–2025 оқу жылында ПМПК қорытындысы негізінде ерекше білім беру қажеттіліктері бар 3 білім алушы тіркеліп, мектептегі жалпы оқушылар санының 0,3%-ын құрады. Аталған 3 оқушы жеке оқу бағдарламасы бойынша білім алды. Бір білім алушы педагог-ассистенттің сүйемелдеуімен қамтылды.</w:t>
      </w:r>
    </w:p>
    <w:p w14:paraId="29DEE5BB" w14:textId="036869B2" w:rsidR="00B53B38" w:rsidRPr="00B53B38" w:rsidRDefault="00B53B38" w:rsidP="00B53B38">
      <w:pPr>
        <w:pStyle w:val="TableParagraph"/>
        <w:jc w:val="both"/>
        <w:rPr>
          <w:sz w:val="28"/>
          <w:szCs w:val="28"/>
          <w:lang w:val="kk-KZ" w:eastAsia="ru-RU"/>
        </w:rPr>
      </w:pPr>
      <w:r>
        <w:rPr>
          <w:sz w:val="28"/>
          <w:szCs w:val="28"/>
          <w:lang w:val="kk-KZ" w:eastAsia="ru-RU"/>
        </w:rPr>
        <w:t xml:space="preserve">       </w:t>
      </w:r>
      <w:r w:rsidRPr="00B53B38">
        <w:rPr>
          <w:sz w:val="28"/>
          <w:szCs w:val="28"/>
          <w:lang w:val="kk-KZ" w:eastAsia="ru-RU"/>
        </w:rPr>
        <w:t>2025–2026 оқу жылында ЕБҚ бар білім алушылар саны 11 оқушыға жетіп, жалпы оқушылардың 1,14%-ын құрады. Бұл алдыңғы оқу жылымен салыстырғанда 8 оқушыға артқанын көрсетеді. Оның ішінде 1 оқушы жеке оқу бағдарламасы, 6 оқушы бейімделген оқу бағдарламасы, 4 оқушы жалпы білім беретін оқу бағдарламасы бойынша білім алды. Бір оқушы педагог-ассистенттің қолдауымен қамтылды.</w:t>
      </w:r>
    </w:p>
    <w:p w14:paraId="671FF8CB" w14:textId="69A1BB02" w:rsidR="00B53B38" w:rsidRPr="00B53B38" w:rsidRDefault="00B53B38" w:rsidP="00B53B38">
      <w:pPr>
        <w:pStyle w:val="TableParagraph"/>
        <w:jc w:val="both"/>
        <w:rPr>
          <w:sz w:val="28"/>
          <w:szCs w:val="28"/>
          <w:lang w:val="kk-KZ" w:eastAsia="ru-RU"/>
        </w:rPr>
      </w:pPr>
      <w:r>
        <w:rPr>
          <w:sz w:val="28"/>
          <w:szCs w:val="28"/>
          <w:lang w:val="kk-KZ" w:eastAsia="ru-RU"/>
        </w:rPr>
        <w:t xml:space="preserve">      </w:t>
      </w:r>
      <w:r w:rsidRPr="00B53B38">
        <w:rPr>
          <w:sz w:val="28"/>
          <w:szCs w:val="28"/>
          <w:lang w:val="kk-KZ" w:eastAsia="ru-RU"/>
        </w:rPr>
        <w:t>2026–2027 оқу жылында ЕБҚ бар білім алушылар саны 11 оқушыны (1,14%) құрап, алдыңғы оқу жылындағы көрсеткіш сақталды. Оның ішінде 1 оқушы жеке оқу бағдарламасы, 8 оқушы бейімделген оқу бағдарламасы, 2 оқушы жалпы білім беретін оқу бағдарламасы бойынша білім алуда. Бір білім алушы педагог-ассистенттің сүйемелдеуімен қамтамасыз етілген.</w:t>
      </w:r>
    </w:p>
    <w:p w14:paraId="509876FC" w14:textId="77777777" w:rsidR="00B53B38" w:rsidRPr="00B53B38" w:rsidRDefault="00B53B38" w:rsidP="00B53B38">
      <w:pPr>
        <w:pStyle w:val="TableParagraph"/>
        <w:jc w:val="both"/>
        <w:rPr>
          <w:b/>
          <w:bCs/>
          <w:sz w:val="28"/>
          <w:szCs w:val="28"/>
          <w:lang w:val="kk-KZ" w:eastAsia="ru-RU"/>
        </w:rPr>
      </w:pPr>
      <w:r w:rsidRPr="00B53B38">
        <w:rPr>
          <w:b/>
          <w:bCs/>
          <w:sz w:val="28"/>
          <w:szCs w:val="28"/>
          <w:lang w:val="kk-KZ" w:eastAsia="ru-RU"/>
        </w:rPr>
        <w:t>Қорытынды</w:t>
      </w:r>
    </w:p>
    <w:p w14:paraId="04198954" w14:textId="77777777" w:rsidR="00B53B38" w:rsidRPr="00B53B38" w:rsidRDefault="00B53B38" w:rsidP="00B53B38">
      <w:pPr>
        <w:pStyle w:val="TableParagraph"/>
        <w:jc w:val="both"/>
        <w:rPr>
          <w:sz w:val="28"/>
          <w:szCs w:val="28"/>
          <w:lang w:val="kk-KZ" w:eastAsia="ru-RU"/>
        </w:rPr>
      </w:pPr>
      <w:r w:rsidRPr="00B53B38">
        <w:rPr>
          <w:sz w:val="28"/>
          <w:szCs w:val="28"/>
          <w:lang w:val="kk-KZ" w:eastAsia="ru-RU"/>
        </w:rPr>
        <w:t>Үш оқу жылының көрсеткіштерін салыстыру нәтижесінде ерекше білім беру қажеттіліктері бар білім алушылар санының 3-тен 11-ге дейін артқаны байқалады. Сонымен қатар бейімделген оқу бағдарламасы бойынша білім алушылар саны 2025–2026 оқу жылындағы 6 оқушыдан 2026–2027 оқу жылында 8 оқушыға көбейген.</w:t>
      </w:r>
    </w:p>
    <w:p w14:paraId="62B5FE95" w14:textId="37FCD9A4" w:rsidR="00B53B38" w:rsidRPr="00B53B38" w:rsidRDefault="00B53B38" w:rsidP="00B53B38">
      <w:pPr>
        <w:pStyle w:val="TableParagraph"/>
        <w:jc w:val="both"/>
        <w:rPr>
          <w:sz w:val="28"/>
          <w:szCs w:val="28"/>
          <w:lang w:val="kk-KZ" w:eastAsia="ru-RU"/>
        </w:rPr>
      </w:pPr>
      <w:r>
        <w:rPr>
          <w:sz w:val="28"/>
          <w:szCs w:val="28"/>
          <w:lang w:val="kk-KZ" w:eastAsia="ru-RU"/>
        </w:rPr>
        <w:t xml:space="preserve">      </w:t>
      </w:r>
      <w:r w:rsidRPr="00B53B38">
        <w:rPr>
          <w:sz w:val="28"/>
          <w:szCs w:val="28"/>
          <w:lang w:val="kk-KZ" w:eastAsia="ru-RU"/>
        </w:rPr>
        <w:t>Мектепте ерекше білім беру қажеттіліктері бар оқушылардың жеке ерекшеліктері мен білім алу қажеттіліктерін ескере отырып, оқу процесін ұйымдастыруға басымдық берілген. Білім алушыларды психологиялық-педагогикалық қолдау, жеке және бейімделген оқу бағдарламаларын іске асыру, педагог-ассистенттің сүйемелдеуін қамтамасыз ету бағытындағы жұмыстар жалғастырылуда.</w:t>
      </w:r>
    </w:p>
    <w:p w14:paraId="3EFFD7BE" w14:textId="77777777" w:rsidR="004E154C" w:rsidRPr="00B53B38" w:rsidRDefault="004E154C" w:rsidP="00B53B38">
      <w:pPr>
        <w:pStyle w:val="a8"/>
        <w:jc w:val="both"/>
        <w:rPr>
          <w:rFonts w:ascii="Times New Roman" w:hAnsi="Times New Roman" w:cs="Times New Roman"/>
          <w:b/>
          <w:bCs/>
          <w:i/>
          <w:lang w:val="kk-KZ"/>
        </w:rPr>
      </w:pPr>
    </w:p>
    <w:p w14:paraId="2E97DF0B" w14:textId="656A23CC" w:rsidR="00C856EF" w:rsidRPr="00C856EF" w:rsidRDefault="00C856EF" w:rsidP="00C856EF">
      <w:pPr>
        <w:pStyle w:val="1"/>
        <w:jc w:val="center"/>
        <w:rPr>
          <w:rFonts w:eastAsia="DengXian"/>
          <w:sz w:val="28"/>
          <w:szCs w:val="28"/>
          <w:lang w:val="kk-KZ"/>
        </w:rPr>
      </w:pPr>
      <w:r w:rsidRPr="00C856EF">
        <w:rPr>
          <w:rFonts w:eastAsia="DengXian"/>
          <w:sz w:val="28"/>
          <w:szCs w:val="28"/>
          <w:lang w:val="kk-KZ"/>
        </w:rPr>
        <w:t>2024-2025 оқу жылы</w:t>
      </w:r>
    </w:p>
    <w:tbl>
      <w:tblPr>
        <w:tblStyle w:val="12"/>
        <w:tblW w:w="10999" w:type="dxa"/>
        <w:tblInd w:w="-572" w:type="dxa"/>
        <w:tblLayout w:type="fixed"/>
        <w:tblLook w:val="04A0" w:firstRow="1" w:lastRow="0" w:firstColumn="1" w:lastColumn="0" w:noHBand="0" w:noVBand="1"/>
      </w:tblPr>
      <w:tblGrid>
        <w:gridCol w:w="425"/>
        <w:gridCol w:w="1531"/>
        <w:gridCol w:w="851"/>
        <w:gridCol w:w="992"/>
        <w:gridCol w:w="1417"/>
        <w:gridCol w:w="2381"/>
        <w:gridCol w:w="1701"/>
        <w:gridCol w:w="1701"/>
      </w:tblGrid>
      <w:tr w:rsidR="0034407D" w:rsidRPr="00B53B38" w14:paraId="3D23FE4C" w14:textId="77777777" w:rsidTr="0034407D">
        <w:tc>
          <w:tcPr>
            <w:tcW w:w="425" w:type="dxa"/>
            <w:tcBorders>
              <w:top w:val="single" w:sz="4" w:space="0" w:color="auto"/>
              <w:left w:val="single" w:sz="4" w:space="0" w:color="auto"/>
              <w:bottom w:val="single" w:sz="4" w:space="0" w:color="auto"/>
              <w:right w:val="single" w:sz="4" w:space="0" w:color="auto"/>
            </w:tcBorders>
          </w:tcPr>
          <w:p w14:paraId="59FD390D" w14:textId="77777777" w:rsidR="0034407D" w:rsidRPr="00B53B38" w:rsidRDefault="0034407D" w:rsidP="00417480">
            <w:pPr>
              <w:rPr>
                <w:rFonts w:eastAsia="Calibri"/>
                <w:b/>
                <w:sz w:val="28"/>
                <w:szCs w:val="28"/>
                <w:lang w:val="kk-KZ"/>
              </w:rPr>
            </w:pPr>
            <w:r w:rsidRPr="00B53B38">
              <w:rPr>
                <w:rFonts w:eastAsia="Calibri"/>
                <w:b/>
                <w:sz w:val="28"/>
                <w:szCs w:val="28"/>
                <w:lang w:val="kk-KZ"/>
              </w:rPr>
              <w:t>№</w:t>
            </w:r>
          </w:p>
        </w:tc>
        <w:tc>
          <w:tcPr>
            <w:tcW w:w="1531" w:type="dxa"/>
            <w:tcBorders>
              <w:top w:val="single" w:sz="4" w:space="0" w:color="auto"/>
              <w:left w:val="single" w:sz="4" w:space="0" w:color="auto"/>
              <w:bottom w:val="single" w:sz="4" w:space="0" w:color="auto"/>
              <w:right w:val="single" w:sz="4" w:space="0" w:color="auto"/>
            </w:tcBorders>
          </w:tcPr>
          <w:p w14:paraId="62829976" w14:textId="77777777" w:rsidR="0034407D" w:rsidRPr="00B53B38" w:rsidRDefault="0034407D" w:rsidP="00417480">
            <w:pPr>
              <w:jc w:val="center"/>
              <w:rPr>
                <w:b/>
                <w:sz w:val="28"/>
                <w:szCs w:val="28"/>
                <w:lang w:val="kk-KZ"/>
              </w:rPr>
            </w:pPr>
            <w:r w:rsidRPr="00B53B38">
              <w:rPr>
                <w:b/>
                <w:sz w:val="28"/>
                <w:szCs w:val="28"/>
                <w:lang w:val="kk-KZ"/>
              </w:rPr>
              <w:t xml:space="preserve">Оқушының </w:t>
            </w:r>
          </w:p>
          <w:p w14:paraId="474639BB" w14:textId="77777777" w:rsidR="0034407D" w:rsidRPr="00B53B38" w:rsidRDefault="0034407D" w:rsidP="00417480">
            <w:pPr>
              <w:jc w:val="center"/>
              <w:rPr>
                <w:rFonts w:eastAsia="Calibri"/>
                <w:b/>
                <w:sz w:val="28"/>
                <w:szCs w:val="28"/>
                <w:lang w:val="kk-KZ"/>
              </w:rPr>
            </w:pPr>
            <w:r w:rsidRPr="00B53B38">
              <w:rPr>
                <w:b/>
                <w:sz w:val="28"/>
                <w:szCs w:val="28"/>
                <w:lang w:val="kk-KZ"/>
              </w:rPr>
              <w:t>аты-жөні</w:t>
            </w:r>
          </w:p>
        </w:tc>
        <w:tc>
          <w:tcPr>
            <w:tcW w:w="851" w:type="dxa"/>
            <w:tcBorders>
              <w:top w:val="single" w:sz="4" w:space="0" w:color="auto"/>
              <w:left w:val="single" w:sz="4" w:space="0" w:color="auto"/>
              <w:bottom w:val="single" w:sz="4" w:space="0" w:color="auto"/>
              <w:right w:val="single" w:sz="4" w:space="0" w:color="auto"/>
            </w:tcBorders>
          </w:tcPr>
          <w:p w14:paraId="6C218A0E" w14:textId="77777777" w:rsidR="0034407D" w:rsidRPr="00B53B38" w:rsidRDefault="0034407D" w:rsidP="00417480">
            <w:pPr>
              <w:jc w:val="center"/>
              <w:rPr>
                <w:rFonts w:eastAsia="Calibri"/>
                <w:b/>
                <w:sz w:val="28"/>
                <w:szCs w:val="28"/>
                <w:lang w:val="kk-KZ"/>
              </w:rPr>
            </w:pPr>
            <w:r w:rsidRPr="00B53B38">
              <w:rPr>
                <w:rFonts w:eastAsia="Calibri"/>
                <w:b/>
                <w:sz w:val="28"/>
                <w:szCs w:val="28"/>
                <w:lang w:val="kk-KZ"/>
              </w:rPr>
              <w:t>Сыныбы</w:t>
            </w:r>
          </w:p>
        </w:tc>
        <w:tc>
          <w:tcPr>
            <w:tcW w:w="992" w:type="dxa"/>
            <w:tcBorders>
              <w:top w:val="single" w:sz="4" w:space="0" w:color="auto"/>
              <w:left w:val="single" w:sz="4" w:space="0" w:color="auto"/>
              <w:bottom w:val="single" w:sz="4" w:space="0" w:color="auto"/>
              <w:right w:val="single" w:sz="4" w:space="0" w:color="auto"/>
            </w:tcBorders>
          </w:tcPr>
          <w:p w14:paraId="5DBA3418" w14:textId="77777777" w:rsidR="0034407D" w:rsidRPr="00B53B38" w:rsidRDefault="0034407D" w:rsidP="00417480">
            <w:pPr>
              <w:spacing w:after="200" w:line="276" w:lineRule="auto"/>
              <w:jc w:val="center"/>
              <w:rPr>
                <w:rFonts w:eastAsia="Calibri"/>
                <w:b/>
                <w:sz w:val="28"/>
                <w:szCs w:val="28"/>
                <w:lang w:val="kk-KZ"/>
              </w:rPr>
            </w:pPr>
            <w:r w:rsidRPr="00B53B38">
              <w:rPr>
                <w:rFonts w:eastAsia="Calibri"/>
                <w:b/>
                <w:sz w:val="28"/>
                <w:szCs w:val="28"/>
                <w:lang w:val="kk-KZ"/>
              </w:rPr>
              <w:t>Оқу  тілі</w:t>
            </w:r>
          </w:p>
          <w:p w14:paraId="4B6D640B" w14:textId="77777777" w:rsidR="0034407D" w:rsidRPr="00B53B38" w:rsidRDefault="0034407D" w:rsidP="00417480">
            <w:pPr>
              <w:jc w:val="center"/>
              <w:rPr>
                <w:b/>
                <w:sz w:val="28"/>
                <w:szCs w:val="28"/>
                <w:lang w:val="kk-KZ"/>
              </w:rPr>
            </w:pPr>
          </w:p>
          <w:p w14:paraId="3EA3E658" w14:textId="77777777" w:rsidR="0034407D" w:rsidRPr="00B53B38" w:rsidRDefault="0034407D" w:rsidP="00417480">
            <w:pPr>
              <w:jc w:val="center"/>
              <w:rPr>
                <w:b/>
                <w:sz w:val="28"/>
                <w:szCs w:val="28"/>
                <w:lang w:val="kk-KZ"/>
              </w:rPr>
            </w:pPr>
            <w:r w:rsidRPr="00B53B38">
              <w:rPr>
                <w:b/>
                <w:sz w:val="28"/>
                <w:szCs w:val="28"/>
                <w:lang w:val="kk-KZ"/>
              </w:rPr>
              <w:t xml:space="preserve">              </w:t>
            </w:r>
          </w:p>
        </w:tc>
        <w:tc>
          <w:tcPr>
            <w:tcW w:w="1417" w:type="dxa"/>
            <w:tcBorders>
              <w:top w:val="single" w:sz="4" w:space="0" w:color="auto"/>
              <w:left w:val="single" w:sz="4" w:space="0" w:color="auto"/>
              <w:bottom w:val="single" w:sz="4" w:space="0" w:color="auto"/>
              <w:right w:val="single" w:sz="4" w:space="0" w:color="auto"/>
            </w:tcBorders>
          </w:tcPr>
          <w:p w14:paraId="30C88A79" w14:textId="77777777" w:rsidR="0034407D" w:rsidRPr="00B53B38" w:rsidRDefault="0034407D" w:rsidP="00417480">
            <w:pPr>
              <w:ind w:left="42"/>
              <w:jc w:val="center"/>
              <w:rPr>
                <w:b/>
                <w:sz w:val="28"/>
                <w:szCs w:val="28"/>
                <w:lang w:val="kk-KZ"/>
              </w:rPr>
            </w:pPr>
            <w:r w:rsidRPr="00B53B38">
              <w:rPr>
                <w:b/>
                <w:sz w:val="28"/>
                <w:szCs w:val="28"/>
                <w:lang w:val="kk-KZ"/>
              </w:rPr>
              <w:t xml:space="preserve">ПМПК кеңес </w:t>
            </w:r>
          </w:p>
          <w:p w14:paraId="187508E5" w14:textId="77777777" w:rsidR="0034407D" w:rsidRPr="00B53B38" w:rsidRDefault="0034407D" w:rsidP="00417480">
            <w:pPr>
              <w:jc w:val="center"/>
              <w:rPr>
                <w:b/>
                <w:sz w:val="28"/>
                <w:szCs w:val="28"/>
                <w:lang w:val="kk-KZ"/>
              </w:rPr>
            </w:pPr>
            <w:r w:rsidRPr="00B53B38">
              <w:rPr>
                <w:b/>
                <w:sz w:val="28"/>
                <w:szCs w:val="28"/>
                <w:lang w:val="kk-KZ"/>
              </w:rPr>
              <w:t>алған күні</w:t>
            </w:r>
          </w:p>
        </w:tc>
        <w:tc>
          <w:tcPr>
            <w:tcW w:w="2381" w:type="dxa"/>
            <w:tcBorders>
              <w:top w:val="single" w:sz="4" w:space="0" w:color="auto"/>
              <w:left w:val="single" w:sz="4" w:space="0" w:color="auto"/>
              <w:bottom w:val="single" w:sz="4" w:space="0" w:color="auto"/>
              <w:right w:val="single" w:sz="4" w:space="0" w:color="auto"/>
            </w:tcBorders>
          </w:tcPr>
          <w:p w14:paraId="5CE2F0DD" w14:textId="77777777" w:rsidR="0034407D" w:rsidRPr="00B53B38" w:rsidRDefault="0034407D" w:rsidP="00417480">
            <w:pPr>
              <w:jc w:val="center"/>
              <w:rPr>
                <w:rFonts w:eastAsia="Calibri"/>
                <w:b/>
                <w:sz w:val="28"/>
                <w:szCs w:val="28"/>
                <w:lang w:val="kk-KZ"/>
              </w:rPr>
            </w:pPr>
            <w:r w:rsidRPr="00B53B38">
              <w:rPr>
                <w:rFonts w:eastAsia="Calibri"/>
                <w:b/>
                <w:sz w:val="28"/>
                <w:szCs w:val="28"/>
                <w:lang w:val="kk-KZ"/>
              </w:rPr>
              <w:t>ПМПК қорытындысы</w:t>
            </w:r>
          </w:p>
        </w:tc>
        <w:tc>
          <w:tcPr>
            <w:tcW w:w="1701" w:type="dxa"/>
            <w:tcBorders>
              <w:top w:val="single" w:sz="4" w:space="0" w:color="auto"/>
              <w:left w:val="single" w:sz="4" w:space="0" w:color="auto"/>
              <w:bottom w:val="single" w:sz="4" w:space="0" w:color="auto"/>
              <w:right w:val="single" w:sz="4" w:space="0" w:color="auto"/>
            </w:tcBorders>
          </w:tcPr>
          <w:p w14:paraId="093F268E" w14:textId="77777777" w:rsidR="0034407D" w:rsidRPr="00B53B38" w:rsidRDefault="0034407D" w:rsidP="00417480">
            <w:pPr>
              <w:spacing w:after="200" w:line="276" w:lineRule="auto"/>
              <w:jc w:val="center"/>
              <w:rPr>
                <w:rFonts w:eastAsia="Calibri"/>
                <w:b/>
                <w:sz w:val="28"/>
                <w:szCs w:val="28"/>
                <w:lang w:val="kk-KZ"/>
              </w:rPr>
            </w:pPr>
            <w:r w:rsidRPr="00B53B38">
              <w:rPr>
                <w:rFonts w:eastAsia="Calibri"/>
                <w:b/>
                <w:sz w:val="28"/>
                <w:szCs w:val="28"/>
                <w:lang w:val="kk-KZ"/>
              </w:rPr>
              <w:t xml:space="preserve">ПМПК ұсынысы </w:t>
            </w:r>
          </w:p>
        </w:tc>
        <w:tc>
          <w:tcPr>
            <w:tcW w:w="1701" w:type="dxa"/>
            <w:tcBorders>
              <w:top w:val="single" w:sz="4" w:space="0" w:color="auto"/>
              <w:left w:val="single" w:sz="4" w:space="0" w:color="auto"/>
              <w:bottom w:val="single" w:sz="4" w:space="0" w:color="auto"/>
              <w:right w:val="single" w:sz="4" w:space="0" w:color="auto"/>
            </w:tcBorders>
          </w:tcPr>
          <w:p w14:paraId="56B6C803" w14:textId="77777777" w:rsidR="0034407D" w:rsidRPr="00B53B38" w:rsidRDefault="0034407D" w:rsidP="00417480">
            <w:pPr>
              <w:rPr>
                <w:rFonts w:eastAsia="Calibri"/>
                <w:b/>
                <w:sz w:val="28"/>
                <w:szCs w:val="28"/>
                <w:lang w:val="kk-KZ"/>
              </w:rPr>
            </w:pPr>
            <w:r w:rsidRPr="00B53B38">
              <w:rPr>
                <w:rFonts w:eastAsia="Calibri"/>
                <w:b/>
                <w:sz w:val="28"/>
                <w:szCs w:val="28"/>
                <w:lang w:val="kk-KZ"/>
              </w:rPr>
              <w:t>Арнайы маман</w:t>
            </w:r>
          </w:p>
        </w:tc>
      </w:tr>
      <w:tr w:rsidR="0034407D" w:rsidRPr="00B53B38" w14:paraId="24662D43" w14:textId="77777777" w:rsidTr="0034407D">
        <w:trPr>
          <w:trHeight w:val="1338"/>
        </w:trPr>
        <w:tc>
          <w:tcPr>
            <w:tcW w:w="425" w:type="dxa"/>
            <w:tcBorders>
              <w:top w:val="single" w:sz="4" w:space="0" w:color="auto"/>
              <w:left w:val="single" w:sz="4" w:space="0" w:color="auto"/>
              <w:bottom w:val="single" w:sz="4" w:space="0" w:color="auto"/>
              <w:right w:val="single" w:sz="4" w:space="0" w:color="auto"/>
            </w:tcBorders>
          </w:tcPr>
          <w:p w14:paraId="6CE4BCCD" w14:textId="4A2A52CF" w:rsidR="0034407D" w:rsidRPr="00B53B38" w:rsidRDefault="00BE019F" w:rsidP="00417480">
            <w:pPr>
              <w:rPr>
                <w:rFonts w:eastAsia="Calibri"/>
                <w:bCs/>
                <w:sz w:val="28"/>
                <w:szCs w:val="28"/>
                <w:lang w:val="kk-KZ"/>
              </w:rPr>
            </w:pPr>
            <w:r w:rsidRPr="00B53B38">
              <w:rPr>
                <w:rFonts w:eastAsia="Calibri"/>
                <w:bCs/>
                <w:sz w:val="28"/>
                <w:szCs w:val="28"/>
                <w:lang w:val="kk-KZ"/>
              </w:rPr>
              <w:lastRenderedPageBreak/>
              <w:t>1</w:t>
            </w:r>
          </w:p>
        </w:tc>
        <w:tc>
          <w:tcPr>
            <w:tcW w:w="1531" w:type="dxa"/>
            <w:tcBorders>
              <w:top w:val="single" w:sz="4" w:space="0" w:color="auto"/>
              <w:left w:val="single" w:sz="4" w:space="0" w:color="auto"/>
              <w:bottom w:val="single" w:sz="4" w:space="0" w:color="auto"/>
              <w:right w:val="single" w:sz="4" w:space="0" w:color="auto"/>
            </w:tcBorders>
          </w:tcPr>
          <w:p w14:paraId="1E2BFE29" w14:textId="77777777" w:rsidR="0034407D" w:rsidRPr="00B53B38" w:rsidRDefault="0034407D" w:rsidP="00417480">
            <w:pPr>
              <w:rPr>
                <w:sz w:val="28"/>
                <w:szCs w:val="28"/>
                <w:lang w:val="kk-KZ"/>
              </w:rPr>
            </w:pPr>
            <w:r w:rsidRPr="00B53B38">
              <w:rPr>
                <w:sz w:val="28"/>
                <w:szCs w:val="28"/>
                <w:lang w:val="kk-KZ"/>
              </w:rPr>
              <w:t>Бекболат Інжу Ержанкызы</w:t>
            </w:r>
          </w:p>
          <w:p w14:paraId="18C21DC6" w14:textId="77777777" w:rsidR="0034407D" w:rsidRPr="00B53B38" w:rsidRDefault="0034407D" w:rsidP="00417480">
            <w:pPr>
              <w:rPr>
                <w:rFonts w:eastAsia="Calibri"/>
                <w:bCs/>
                <w:sz w:val="28"/>
                <w:szCs w:val="28"/>
                <w:lang w:val="kk-KZ"/>
              </w:rPr>
            </w:pPr>
            <w:r w:rsidRPr="00B53B38">
              <w:rPr>
                <w:sz w:val="28"/>
                <w:szCs w:val="28"/>
                <w:lang w:val="kk-KZ"/>
              </w:rPr>
              <w:t>27.06.2016</w:t>
            </w:r>
          </w:p>
        </w:tc>
        <w:tc>
          <w:tcPr>
            <w:tcW w:w="851" w:type="dxa"/>
            <w:tcBorders>
              <w:top w:val="single" w:sz="4" w:space="0" w:color="auto"/>
              <w:left w:val="single" w:sz="4" w:space="0" w:color="auto"/>
              <w:bottom w:val="single" w:sz="4" w:space="0" w:color="auto"/>
              <w:right w:val="single" w:sz="4" w:space="0" w:color="auto"/>
            </w:tcBorders>
          </w:tcPr>
          <w:p w14:paraId="69FCF537" w14:textId="77777777" w:rsidR="0034407D" w:rsidRPr="00B53B38" w:rsidRDefault="0034407D" w:rsidP="00417480">
            <w:pPr>
              <w:rPr>
                <w:rFonts w:eastAsia="Calibri"/>
                <w:bCs/>
                <w:sz w:val="28"/>
                <w:szCs w:val="28"/>
                <w:lang w:val="kk-KZ"/>
              </w:rPr>
            </w:pPr>
            <w:r w:rsidRPr="00B53B38">
              <w:rPr>
                <w:rFonts w:eastAsia="Calibri"/>
                <w:sz w:val="28"/>
                <w:szCs w:val="28"/>
                <w:lang w:val="kk-KZ"/>
              </w:rPr>
              <w:t xml:space="preserve">2 </w:t>
            </w:r>
            <w:r w:rsidRPr="00B53B38">
              <w:rPr>
                <w:rFonts w:eastAsia="Calibri"/>
                <w:sz w:val="28"/>
                <w:szCs w:val="28"/>
              </w:rPr>
              <w:t>«Г»</w:t>
            </w:r>
          </w:p>
        </w:tc>
        <w:tc>
          <w:tcPr>
            <w:tcW w:w="992" w:type="dxa"/>
            <w:tcBorders>
              <w:top w:val="single" w:sz="4" w:space="0" w:color="auto"/>
              <w:left w:val="single" w:sz="4" w:space="0" w:color="auto"/>
              <w:bottom w:val="single" w:sz="4" w:space="0" w:color="auto"/>
              <w:right w:val="single" w:sz="4" w:space="0" w:color="auto"/>
            </w:tcBorders>
          </w:tcPr>
          <w:p w14:paraId="28583957" w14:textId="77777777" w:rsidR="0034407D" w:rsidRPr="00B53B38" w:rsidRDefault="0034407D" w:rsidP="00417480">
            <w:pPr>
              <w:rPr>
                <w:rFonts w:eastAsia="Calibri"/>
                <w:bCs/>
                <w:sz w:val="28"/>
                <w:szCs w:val="28"/>
                <w:lang w:val="kk-KZ"/>
              </w:rPr>
            </w:pPr>
            <w:r w:rsidRPr="00B53B38">
              <w:rPr>
                <w:rFonts w:eastAsia="Calibri"/>
                <w:bCs/>
                <w:sz w:val="28"/>
                <w:szCs w:val="28"/>
                <w:lang w:val="kk-KZ"/>
              </w:rPr>
              <w:t>Қазақ тілі</w:t>
            </w:r>
          </w:p>
        </w:tc>
        <w:tc>
          <w:tcPr>
            <w:tcW w:w="1417" w:type="dxa"/>
            <w:tcBorders>
              <w:top w:val="single" w:sz="4" w:space="0" w:color="auto"/>
              <w:left w:val="single" w:sz="4" w:space="0" w:color="auto"/>
              <w:bottom w:val="single" w:sz="4" w:space="0" w:color="auto"/>
              <w:right w:val="single" w:sz="4" w:space="0" w:color="auto"/>
            </w:tcBorders>
          </w:tcPr>
          <w:p w14:paraId="5B9C89D5" w14:textId="22A54DEC" w:rsidR="0034407D" w:rsidRPr="00B53B38" w:rsidRDefault="00BE019F" w:rsidP="00417480">
            <w:pPr>
              <w:rPr>
                <w:rFonts w:eastAsia="Calibri"/>
                <w:bCs/>
                <w:sz w:val="28"/>
                <w:szCs w:val="28"/>
                <w:lang w:val="kk-KZ"/>
              </w:rPr>
            </w:pPr>
            <w:r w:rsidRPr="00B53B38">
              <w:rPr>
                <w:sz w:val="28"/>
                <w:szCs w:val="28"/>
                <w:lang w:val="kk-KZ"/>
              </w:rPr>
              <w:t>27.01.2025</w:t>
            </w:r>
          </w:p>
        </w:tc>
        <w:tc>
          <w:tcPr>
            <w:tcW w:w="2381" w:type="dxa"/>
            <w:tcBorders>
              <w:top w:val="single" w:sz="4" w:space="0" w:color="auto"/>
              <w:left w:val="single" w:sz="4" w:space="0" w:color="auto"/>
              <w:bottom w:val="single" w:sz="4" w:space="0" w:color="auto"/>
              <w:right w:val="single" w:sz="4" w:space="0" w:color="auto"/>
            </w:tcBorders>
          </w:tcPr>
          <w:p w14:paraId="1F60984F" w14:textId="77777777" w:rsidR="0034407D" w:rsidRPr="00B53B38" w:rsidRDefault="0034407D" w:rsidP="00417480">
            <w:pPr>
              <w:rPr>
                <w:rFonts w:eastAsia="Calibri"/>
                <w:sz w:val="28"/>
                <w:szCs w:val="28"/>
                <w:lang w:val="kk-KZ"/>
              </w:rPr>
            </w:pPr>
            <w:r w:rsidRPr="00B53B38">
              <w:rPr>
                <w:rFonts w:eastAsia="Calibri"/>
                <w:sz w:val="28"/>
                <w:szCs w:val="28"/>
                <w:lang w:val="kk-KZ"/>
              </w:rPr>
              <w:t xml:space="preserve">Зиятының жеңіл бұзылуы. </w:t>
            </w:r>
          </w:p>
          <w:p w14:paraId="57BFBFB4" w14:textId="77777777" w:rsidR="0034407D" w:rsidRPr="00B53B38" w:rsidRDefault="0034407D" w:rsidP="00417480">
            <w:pPr>
              <w:rPr>
                <w:rFonts w:eastAsia="Calibri"/>
                <w:bCs/>
                <w:color w:val="000000"/>
                <w:sz w:val="28"/>
                <w:szCs w:val="28"/>
                <w:lang w:val="kk-KZ"/>
              </w:rPr>
            </w:pPr>
            <w:r w:rsidRPr="00B53B38">
              <w:rPr>
                <w:rFonts w:eastAsia="Calibri"/>
                <w:bCs/>
                <w:sz w:val="28"/>
                <w:szCs w:val="28"/>
                <w:lang w:val="kk-KZ"/>
              </w:rPr>
              <w:t>Жалпы сөйлеу тілінің дамымауының 2 – деңгейі.</w:t>
            </w:r>
          </w:p>
        </w:tc>
        <w:tc>
          <w:tcPr>
            <w:tcW w:w="1701" w:type="dxa"/>
            <w:tcBorders>
              <w:top w:val="single" w:sz="4" w:space="0" w:color="auto"/>
              <w:left w:val="single" w:sz="4" w:space="0" w:color="auto"/>
              <w:bottom w:val="single" w:sz="4" w:space="0" w:color="auto"/>
              <w:right w:val="single" w:sz="4" w:space="0" w:color="auto"/>
            </w:tcBorders>
          </w:tcPr>
          <w:p w14:paraId="722A2E49" w14:textId="77777777" w:rsidR="0034407D" w:rsidRPr="00B53B38" w:rsidRDefault="0034407D" w:rsidP="00417480">
            <w:pPr>
              <w:jc w:val="both"/>
              <w:rPr>
                <w:rFonts w:eastAsia="Calibri"/>
                <w:sz w:val="28"/>
                <w:szCs w:val="28"/>
                <w:lang w:val="kk-KZ"/>
              </w:rPr>
            </w:pPr>
            <w:r w:rsidRPr="00B53B38">
              <w:rPr>
                <w:rFonts w:eastAsia="Calibri"/>
                <w:sz w:val="28"/>
                <w:szCs w:val="28"/>
                <w:lang w:val="kk-KZ"/>
              </w:rPr>
              <w:t xml:space="preserve">Жалпы білім беретін мектептің </w:t>
            </w:r>
          </w:p>
          <w:p w14:paraId="573E94D0" w14:textId="77777777" w:rsidR="0034407D" w:rsidRPr="00B53B38" w:rsidRDefault="0034407D" w:rsidP="00417480">
            <w:pPr>
              <w:jc w:val="both"/>
              <w:rPr>
                <w:rFonts w:eastAsia="Calibri"/>
                <w:bCs/>
                <w:sz w:val="28"/>
                <w:szCs w:val="28"/>
                <w:lang w:val="kk-KZ"/>
              </w:rPr>
            </w:pPr>
            <w:r w:rsidRPr="00B53B38">
              <w:rPr>
                <w:rFonts w:eastAsia="Calibri"/>
                <w:sz w:val="28"/>
                <w:szCs w:val="28"/>
                <w:lang w:val="kk-KZ"/>
              </w:rPr>
              <w:t>жеке оку бағдарламасы бойынша бастауыш білім беретін жалпы сыныбы жағдайында окыту.</w:t>
            </w:r>
          </w:p>
        </w:tc>
        <w:tc>
          <w:tcPr>
            <w:tcW w:w="1701" w:type="dxa"/>
            <w:tcBorders>
              <w:top w:val="single" w:sz="4" w:space="0" w:color="auto"/>
              <w:left w:val="single" w:sz="4" w:space="0" w:color="auto"/>
              <w:bottom w:val="single" w:sz="4" w:space="0" w:color="auto"/>
              <w:right w:val="single" w:sz="4" w:space="0" w:color="auto"/>
            </w:tcBorders>
          </w:tcPr>
          <w:p w14:paraId="16DFD7CA" w14:textId="77777777" w:rsidR="0034407D" w:rsidRPr="00B53B38" w:rsidRDefault="0034407D" w:rsidP="00417480">
            <w:pPr>
              <w:ind w:left="177"/>
              <w:jc w:val="both"/>
              <w:rPr>
                <w:rFonts w:eastAsia="Calibri"/>
                <w:bCs/>
                <w:sz w:val="28"/>
                <w:szCs w:val="28"/>
                <w:lang w:val="kk-KZ"/>
              </w:rPr>
            </w:pPr>
            <w:r w:rsidRPr="00B53B38">
              <w:rPr>
                <w:rFonts w:eastAsia="Calibri"/>
                <w:bCs/>
                <w:sz w:val="28"/>
                <w:szCs w:val="28"/>
                <w:lang w:val="kk-KZ"/>
              </w:rPr>
              <w:t>Дефектолог -логопед</w:t>
            </w:r>
          </w:p>
        </w:tc>
      </w:tr>
      <w:tr w:rsidR="0034407D" w:rsidRPr="00B53B38" w14:paraId="39E07EC4" w14:textId="77777777" w:rsidTr="0034407D">
        <w:trPr>
          <w:trHeight w:val="1010"/>
        </w:trPr>
        <w:tc>
          <w:tcPr>
            <w:tcW w:w="425" w:type="dxa"/>
            <w:tcBorders>
              <w:top w:val="single" w:sz="4" w:space="0" w:color="auto"/>
              <w:left w:val="single" w:sz="4" w:space="0" w:color="auto"/>
              <w:bottom w:val="single" w:sz="4" w:space="0" w:color="auto"/>
              <w:right w:val="single" w:sz="4" w:space="0" w:color="auto"/>
            </w:tcBorders>
          </w:tcPr>
          <w:p w14:paraId="7EE324C0" w14:textId="3D614B9B" w:rsidR="0034407D" w:rsidRPr="00B53B38" w:rsidRDefault="00BE019F" w:rsidP="00417480">
            <w:pPr>
              <w:rPr>
                <w:rFonts w:eastAsia="Calibri"/>
                <w:bCs/>
                <w:sz w:val="28"/>
                <w:szCs w:val="28"/>
                <w:lang w:val="kk-KZ"/>
              </w:rPr>
            </w:pPr>
            <w:r w:rsidRPr="00B53B38">
              <w:rPr>
                <w:rFonts w:eastAsia="Calibri"/>
                <w:bCs/>
                <w:sz w:val="28"/>
                <w:szCs w:val="28"/>
                <w:lang w:val="kk-KZ"/>
              </w:rPr>
              <w:t>2</w:t>
            </w:r>
          </w:p>
        </w:tc>
        <w:tc>
          <w:tcPr>
            <w:tcW w:w="1531" w:type="dxa"/>
            <w:tcBorders>
              <w:top w:val="single" w:sz="4" w:space="0" w:color="auto"/>
              <w:left w:val="single" w:sz="4" w:space="0" w:color="auto"/>
              <w:bottom w:val="single" w:sz="4" w:space="0" w:color="auto"/>
              <w:right w:val="single" w:sz="4" w:space="0" w:color="auto"/>
            </w:tcBorders>
          </w:tcPr>
          <w:p w14:paraId="6B05C98A" w14:textId="77777777" w:rsidR="0034407D" w:rsidRPr="00B53B38" w:rsidRDefault="0034407D" w:rsidP="00417480">
            <w:pPr>
              <w:rPr>
                <w:rFonts w:eastAsia="Calibri"/>
                <w:bCs/>
                <w:sz w:val="28"/>
                <w:szCs w:val="28"/>
                <w:lang w:val="en-US"/>
              </w:rPr>
            </w:pPr>
            <w:r w:rsidRPr="00B53B38">
              <w:rPr>
                <w:rFonts w:eastAsia="Calibri"/>
                <w:bCs/>
                <w:sz w:val="28"/>
                <w:szCs w:val="28"/>
                <w:lang w:val="kk-KZ"/>
              </w:rPr>
              <w:t>Ермаханбет Ернұр Ерғалиұлы</w:t>
            </w:r>
          </w:p>
          <w:p w14:paraId="5811B3A2" w14:textId="77777777" w:rsidR="0034407D" w:rsidRPr="00B53B38" w:rsidRDefault="0034407D" w:rsidP="00417480">
            <w:pPr>
              <w:rPr>
                <w:rFonts w:eastAsia="Calibri"/>
                <w:bCs/>
                <w:sz w:val="28"/>
                <w:szCs w:val="28"/>
                <w:lang w:val="en-US"/>
              </w:rPr>
            </w:pPr>
            <w:r w:rsidRPr="00B53B38">
              <w:rPr>
                <w:rFonts w:eastAsia="Calibri"/>
                <w:bCs/>
                <w:sz w:val="28"/>
                <w:szCs w:val="28"/>
                <w:lang w:val="kk-KZ"/>
              </w:rPr>
              <w:t>06,12,2014</w:t>
            </w:r>
          </w:p>
        </w:tc>
        <w:tc>
          <w:tcPr>
            <w:tcW w:w="851" w:type="dxa"/>
            <w:tcBorders>
              <w:top w:val="single" w:sz="4" w:space="0" w:color="auto"/>
              <w:left w:val="single" w:sz="4" w:space="0" w:color="auto"/>
              <w:bottom w:val="single" w:sz="4" w:space="0" w:color="auto"/>
              <w:right w:val="single" w:sz="4" w:space="0" w:color="auto"/>
            </w:tcBorders>
          </w:tcPr>
          <w:p w14:paraId="416760D5" w14:textId="2F1C5BAB" w:rsidR="0034407D" w:rsidRPr="00B53B38" w:rsidRDefault="00BE019F" w:rsidP="00BE019F">
            <w:pPr>
              <w:rPr>
                <w:rFonts w:eastAsia="Calibri"/>
                <w:bCs/>
                <w:sz w:val="28"/>
                <w:szCs w:val="28"/>
                <w:lang w:val="kk-KZ"/>
              </w:rPr>
            </w:pPr>
            <w:r w:rsidRPr="00B53B38">
              <w:rPr>
                <w:rFonts w:eastAsia="Calibri"/>
                <w:bCs/>
                <w:sz w:val="28"/>
                <w:szCs w:val="28"/>
                <w:lang w:val="kk-KZ"/>
              </w:rPr>
              <w:t>4</w:t>
            </w:r>
            <w:r w:rsidR="0034407D" w:rsidRPr="00B53B38">
              <w:rPr>
                <w:rFonts w:eastAsia="Calibri"/>
                <w:bCs/>
                <w:sz w:val="28"/>
                <w:szCs w:val="28"/>
                <w:lang w:val="kk-KZ"/>
              </w:rPr>
              <w:t xml:space="preserve"> </w:t>
            </w:r>
            <w:r w:rsidRPr="00B53B38">
              <w:rPr>
                <w:rFonts w:eastAsia="Calibri"/>
                <w:bCs/>
                <w:sz w:val="28"/>
                <w:szCs w:val="28"/>
                <w:lang w:val="kk-KZ"/>
              </w:rPr>
              <w:t>«Б»</w:t>
            </w:r>
          </w:p>
        </w:tc>
        <w:tc>
          <w:tcPr>
            <w:tcW w:w="992" w:type="dxa"/>
            <w:tcBorders>
              <w:top w:val="single" w:sz="4" w:space="0" w:color="auto"/>
              <w:left w:val="single" w:sz="4" w:space="0" w:color="auto"/>
              <w:bottom w:val="single" w:sz="4" w:space="0" w:color="auto"/>
              <w:right w:val="single" w:sz="4" w:space="0" w:color="auto"/>
            </w:tcBorders>
          </w:tcPr>
          <w:p w14:paraId="35FA96FC" w14:textId="77777777" w:rsidR="0034407D" w:rsidRPr="00B53B38" w:rsidRDefault="0034407D" w:rsidP="00417480">
            <w:pPr>
              <w:rPr>
                <w:rFonts w:eastAsia="Calibri"/>
                <w:bCs/>
                <w:sz w:val="28"/>
                <w:szCs w:val="28"/>
                <w:lang w:val="kk-KZ"/>
              </w:rPr>
            </w:pPr>
            <w:r w:rsidRPr="00B53B38">
              <w:rPr>
                <w:rFonts w:eastAsia="Calibri"/>
                <w:bCs/>
                <w:sz w:val="28"/>
                <w:szCs w:val="28"/>
                <w:lang w:val="kk-KZ"/>
              </w:rPr>
              <w:t>Қазақ тілі</w:t>
            </w:r>
          </w:p>
        </w:tc>
        <w:tc>
          <w:tcPr>
            <w:tcW w:w="1417" w:type="dxa"/>
            <w:tcBorders>
              <w:top w:val="single" w:sz="4" w:space="0" w:color="auto"/>
              <w:left w:val="single" w:sz="4" w:space="0" w:color="auto"/>
              <w:bottom w:val="single" w:sz="4" w:space="0" w:color="auto"/>
              <w:right w:val="single" w:sz="4" w:space="0" w:color="auto"/>
            </w:tcBorders>
          </w:tcPr>
          <w:p w14:paraId="697EFF96" w14:textId="061C92BA" w:rsidR="0034407D" w:rsidRPr="00B53B38" w:rsidRDefault="00BE019F" w:rsidP="00417480">
            <w:pPr>
              <w:rPr>
                <w:rFonts w:eastAsia="Calibri"/>
                <w:bCs/>
                <w:sz w:val="28"/>
                <w:szCs w:val="28"/>
                <w:lang w:val="kk-KZ"/>
              </w:rPr>
            </w:pPr>
            <w:r w:rsidRPr="00B53B38">
              <w:rPr>
                <w:rFonts w:eastAsia="Calibri"/>
                <w:bCs/>
                <w:sz w:val="28"/>
                <w:szCs w:val="28"/>
                <w:lang w:val="kk-KZ"/>
              </w:rPr>
              <w:t>21.10.2021</w:t>
            </w:r>
          </w:p>
        </w:tc>
        <w:tc>
          <w:tcPr>
            <w:tcW w:w="2381" w:type="dxa"/>
            <w:tcBorders>
              <w:top w:val="single" w:sz="4" w:space="0" w:color="auto"/>
              <w:left w:val="single" w:sz="4" w:space="0" w:color="auto"/>
              <w:bottom w:val="single" w:sz="4" w:space="0" w:color="auto"/>
              <w:right w:val="single" w:sz="4" w:space="0" w:color="auto"/>
            </w:tcBorders>
          </w:tcPr>
          <w:p w14:paraId="4820069E" w14:textId="77777777" w:rsidR="0034407D" w:rsidRPr="00B53B38" w:rsidRDefault="0034407D" w:rsidP="00417480">
            <w:pPr>
              <w:rPr>
                <w:rFonts w:eastAsia="Calibri"/>
                <w:bCs/>
                <w:color w:val="000000"/>
                <w:sz w:val="28"/>
                <w:szCs w:val="28"/>
                <w:lang w:val="kk-KZ"/>
              </w:rPr>
            </w:pPr>
            <w:r w:rsidRPr="00B53B38">
              <w:rPr>
                <w:rFonts w:eastAsia="Calibri"/>
                <w:bCs/>
                <w:color w:val="000000"/>
                <w:sz w:val="28"/>
                <w:szCs w:val="28"/>
                <w:lang w:val="kk-KZ"/>
              </w:rPr>
              <w:t>Жеңіл түрде зияттың бұзылысы.</w:t>
            </w:r>
          </w:p>
          <w:p w14:paraId="0FAAAF2C" w14:textId="77777777" w:rsidR="0034407D" w:rsidRPr="00B53B38" w:rsidRDefault="0034407D" w:rsidP="00417480">
            <w:pPr>
              <w:rPr>
                <w:rFonts w:eastAsia="Calibri"/>
                <w:bCs/>
                <w:color w:val="000000"/>
                <w:sz w:val="28"/>
                <w:szCs w:val="28"/>
                <w:lang w:val="kk-KZ"/>
              </w:rPr>
            </w:pPr>
            <w:r w:rsidRPr="00B53B38">
              <w:rPr>
                <w:rFonts w:eastAsia="Calibri"/>
                <w:bCs/>
                <w:color w:val="000000"/>
                <w:sz w:val="28"/>
                <w:szCs w:val="28"/>
                <w:lang w:val="kk-KZ"/>
              </w:rPr>
              <w:t>Орташа түрде зияттың бұзылысы.</w:t>
            </w:r>
          </w:p>
          <w:p w14:paraId="220EE14F" w14:textId="77777777" w:rsidR="0034407D" w:rsidRPr="00B53B38" w:rsidRDefault="0034407D" w:rsidP="00417480">
            <w:pPr>
              <w:rPr>
                <w:rFonts w:eastAsia="Calibri"/>
                <w:bCs/>
                <w:color w:val="000000"/>
                <w:sz w:val="28"/>
                <w:szCs w:val="28"/>
                <w:lang w:val="kk-KZ"/>
              </w:rPr>
            </w:pPr>
            <w:r w:rsidRPr="00B53B38">
              <w:rPr>
                <w:rFonts w:eastAsia="Calibri"/>
                <w:bCs/>
                <w:color w:val="000000"/>
                <w:sz w:val="28"/>
                <w:szCs w:val="28"/>
                <w:lang w:val="kk-KZ"/>
              </w:rPr>
              <w:t>Мінез-құлық қиындықтары.</w:t>
            </w:r>
            <w:r w:rsidRPr="00B53B38">
              <w:rPr>
                <w:rFonts w:eastAsia="Calibri"/>
                <w:bCs/>
                <w:sz w:val="28"/>
                <w:szCs w:val="28"/>
                <w:lang w:val="kk-KZ"/>
              </w:rPr>
              <w:t xml:space="preserve"> Жалпы сөйлеу тілінің дамымауының 2 деңгейі.</w:t>
            </w:r>
          </w:p>
        </w:tc>
        <w:tc>
          <w:tcPr>
            <w:tcW w:w="1701" w:type="dxa"/>
            <w:tcBorders>
              <w:top w:val="single" w:sz="4" w:space="0" w:color="auto"/>
              <w:left w:val="single" w:sz="4" w:space="0" w:color="auto"/>
              <w:bottom w:val="single" w:sz="4" w:space="0" w:color="auto"/>
              <w:right w:val="single" w:sz="4" w:space="0" w:color="auto"/>
            </w:tcBorders>
          </w:tcPr>
          <w:p w14:paraId="2FE661A0" w14:textId="77777777" w:rsidR="0034407D" w:rsidRPr="00B53B38" w:rsidRDefault="0034407D" w:rsidP="00417480">
            <w:pPr>
              <w:jc w:val="both"/>
              <w:rPr>
                <w:rFonts w:eastAsia="Calibri"/>
                <w:bCs/>
                <w:sz w:val="28"/>
                <w:szCs w:val="28"/>
                <w:lang w:val="kk-KZ"/>
              </w:rPr>
            </w:pPr>
            <w:r w:rsidRPr="00B53B38">
              <w:rPr>
                <w:rFonts w:eastAsia="Calibri"/>
                <w:bCs/>
                <w:sz w:val="28"/>
                <w:szCs w:val="28"/>
                <w:lang w:val="kk-KZ"/>
              </w:rPr>
              <w:t xml:space="preserve">Жеке оку бағдарламасы бойынша негізгі орта білім беретін жалпы мектептің жалпы сыныбы жағдайында окыту№ Окыту нәтижелерін бағалау әдістері мен критерийлерін өзгерту.                                                             </w:t>
            </w:r>
          </w:p>
          <w:p w14:paraId="343C0D5E" w14:textId="77777777" w:rsidR="0034407D" w:rsidRPr="00B53B38" w:rsidRDefault="0034407D" w:rsidP="00417480">
            <w:pPr>
              <w:jc w:val="both"/>
              <w:rPr>
                <w:rFonts w:eastAsia="Calibri"/>
                <w:bCs/>
                <w:sz w:val="28"/>
                <w:szCs w:val="28"/>
                <w:lang w:val="kk-KZ"/>
              </w:rPr>
            </w:pPr>
          </w:p>
        </w:tc>
        <w:tc>
          <w:tcPr>
            <w:tcW w:w="1701" w:type="dxa"/>
            <w:tcBorders>
              <w:top w:val="single" w:sz="4" w:space="0" w:color="auto"/>
              <w:left w:val="single" w:sz="4" w:space="0" w:color="auto"/>
              <w:bottom w:val="single" w:sz="4" w:space="0" w:color="auto"/>
              <w:right w:val="single" w:sz="4" w:space="0" w:color="auto"/>
            </w:tcBorders>
          </w:tcPr>
          <w:p w14:paraId="7ED9AB9B" w14:textId="77777777" w:rsidR="0034407D" w:rsidRPr="00B53B38" w:rsidRDefault="0034407D" w:rsidP="00417480">
            <w:pPr>
              <w:jc w:val="both"/>
              <w:rPr>
                <w:rFonts w:eastAsia="Calibri"/>
                <w:bCs/>
                <w:sz w:val="28"/>
                <w:szCs w:val="28"/>
                <w:lang w:val="kk-KZ"/>
              </w:rPr>
            </w:pPr>
            <w:r w:rsidRPr="00B53B38">
              <w:rPr>
                <w:rFonts w:eastAsia="Calibri"/>
                <w:bCs/>
                <w:sz w:val="28"/>
                <w:szCs w:val="28"/>
                <w:lang w:val="kk-KZ"/>
              </w:rPr>
              <w:t>Мұғалім- ассисент</w:t>
            </w:r>
          </w:p>
          <w:p w14:paraId="7F995F0D" w14:textId="77777777" w:rsidR="0034407D" w:rsidRPr="00B53B38" w:rsidRDefault="0034407D" w:rsidP="00417480">
            <w:pPr>
              <w:jc w:val="both"/>
              <w:rPr>
                <w:rFonts w:eastAsia="Calibri"/>
                <w:bCs/>
                <w:sz w:val="28"/>
                <w:szCs w:val="28"/>
                <w:lang w:val="kk-KZ"/>
              </w:rPr>
            </w:pPr>
            <w:r w:rsidRPr="00B53B38">
              <w:rPr>
                <w:rFonts w:eastAsia="Calibri"/>
                <w:bCs/>
                <w:sz w:val="28"/>
                <w:szCs w:val="28"/>
                <w:lang w:val="kk-KZ"/>
              </w:rPr>
              <w:t xml:space="preserve">Дефектолог–логопед                                                                               </w:t>
            </w:r>
          </w:p>
        </w:tc>
      </w:tr>
      <w:tr w:rsidR="0034407D" w:rsidRPr="00E2396C" w14:paraId="2002B518" w14:textId="77777777" w:rsidTr="0034407D">
        <w:trPr>
          <w:trHeight w:val="1010"/>
        </w:trPr>
        <w:tc>
          <w:tcPr>
            <w:tcW w:w="425" w:type="dxa"/>
            <w:tcBorders>
              <w:top w:val="single" w:sz="4" w:space="0" w:color="auto"/>
              <w:left w:val="single" w:sz="4" w:space="0" w:color="auto"/>
              <w:bottom w:val="single" w:sz="4" w:space="0" w:color="auto"/>
              <w:right w:val="single" w:sz="4" w:space="0" w:color="auto"/>
            </w:tcBorders>
          </w:tcPr>
          <w:p w14:paraId="746C0795" w14:textId="733C7B74" w:rsidR="0034407D" w:rsidRPr="00B53B38" w:rsidRDefault="00BE019F" w:rsidP="00417480">
            <w:pPr>
              <w:rPr>
                <w:rFonts w:eastAsia="Calibri"/>
                <w:bCs/>
                <w:sz w:val="28"/>
                <w:szCs w:val="28"/>
                <w:lang w:val="kk-KZ"/>
              </w:rPr>
            </w:pPr>
            <w:r w:rsidRPr="00B53B38">
              <w:rPr>
                <w:rFonts w:eastAsia="Calibri"/>
                <w:bCs/>
                <w:sz w:val="28"/>
                <w:szCs w:val="28"/>
                <w:lang w:val="kk-KZ"/>
              </w:rPr>
              <w:t>3</w:t>
            </w:r>
          </w:p>
        </w:tc>
        <w:tc>
          <w:tcPr>
            <w:tcW w:w="1531" w:type="dxa"/>
            <w:tcBorders>
              <w:top w:val="single" w:sz="4" w:space="0" w:color="auto"/>
              <w:left w:val="single" w:sz="4" w:space="0" w:color="auto"/>
              <w:bottom w:val="single" w:sz="4" w:space="0" w:color="auto"/>
              <w:right w:val="single" w:sz="4" w:space="0" w:color="auto"/>
            </w:tcBorders>
          </w:tcPr>
          <w:p w14:paraId="6F6BCBEC" w14:textId="77777777" w:rsidR="0034407D" w:rsidRPr="00B53B38" w:rsidRDefault="0034407D" w:rsidP="00417480">
            <w:pPr>
              <w:rPr>
                <w:rFonts w:eastAsia="Calibri"/>
                <w:bCs/>
                <w:sz w:val="28"/>
                <w:szCs w:val="28"/>
                <w:lang w:val="kk-KZ"/>
              </w:rPr>
            </w:pPr>
            <w:r w:rsidRPr="00B53B38">
              <w:rPr>
                <w:rFonts w:eastAsia="Calibri"/>
                <w:bCs/>
                <w:sz w:val="28"/>
                <w:szCs w:val="28"/>
                <w:lang w:val="kk-KZ"/>
              </w:rPr>
              <w:t>Социалова Еркеназ Кайыргельдиевна</w:t>
            </w:r>
          </w:p>
          <w:p w14:paraId="157B130D" w14:textId="77777777" w:rsidR="0034407D" w:rsidRPr="00B53B38" w:rsidRDefault="0034407D" w:rsidP="00417480">
            <w:pPr>
              <w:rPr>
                <w:rFonts w:eastAsia="Calibri"/>
                <w:bCs/>
                <w:sz w:val="28"/>
                <w:szCs w:val="28"/>
                <w:lang w:val="kk-KZ"/>
              </w:rPr>
            </w:pPr>
            <w:r w:rsidRPr="00B53B38">
              <w:rPr>
                <w:rFonts w:eastAsia="Calibri"/>
                <w:bCs/>
                <w:sz w:val="28"/>
                <w:szCs w:val="28"/>
                <w:lang w:val="kk-KZ"/>
              </w:rPr>
              <w:t>15.12.2009</w:t>
            </w:r>
          </w:p>
        </w:tc>
        <w:tc>
          <w:tcPr>
            <w:tcW w:w="851" w:type="dxa"/>
            <w:tcBorders>
              <w:top w:val="single" w:sz="4" w:space="0" w:color="auto"/>
              <w:left w:val="single" w:sz="4" w:space="0" w:color="auto"/>
              <w:bottom w:val="single" w:sz="4" w:space="0" w:color="auto"/>
              <w:right w:val="single" w:sz="4" w:space="0" w:color="auto"/>
            </w:tcBorders>
          </w:tcPr>
          <w:p w14:paraId="2D968602" w14:textId="77777777" w:rsidR="0034407D" w:rsidRPr="00B53B38" w:rsidRDefault="0034407D" w:rsidP="00417480">
            <w:pPr>
              <w:rPr>
                <w:rFonts w:eastAsia="Calibri"/>
                <w:bCs/>
                <w:sz w:val="28"/>
                <w:szCs w:val="28"/>
              </w:rPr>
            </w:pPr>
            <w:r w:rsidRPr="00B53B38">
              <w:rPr>
                <w:rFonts w:eastAsia="Calibri"/>
                <w:bCs/>
                <w:sz w:val="28"/>
                <w:szCs w:val="28"/>
                <w:lang w:val="kk-KZ"/>
              </w:rPr>
              <w:t xml:space="preserve">9 </w:t>
            </w:r>
            <w:r w:rsidRPr="00B53B38">
              <w:rPr>
                <w:rFonts w:eastAsia="Calibri"/>
                <w:bCs/>
                <w:sz w:val="28"/>
                <w:szCs w:val="28"/>
              </w:rPr>
              <w:t>«Б»</w:t>
            </w:r>
          </w:p>
        </w:tc>
        <w:tc>
          <w:tcPr>
            <w:tcW w:w="992" w:type="dxa"/>
            <w:tcBorders>
              <w:top w:val="single" w:sz="4" w:space="0" w:color="auto"/>
              <w:left w:val="single" w:sz="4" w:space="0" w:color="auto"/>
              <w:bottom w:val="single" w:sz="4" w:space="0" w:color="auto"/>
              <w:right w:val="single" w:sz="4" w:space="0" w:color="auto"/>
            </w:tcBorders>
          </w:tcPr>
          <w:p w14:paraId="029FBB9E" w14:textId="77777777" w:rsidR="0034407D" w:rsidRPr="00B53B38" w:rsidRDefault="0034407D" w:rsidP="00417480">
            <w:pPr>
              <w:rPr>
                <w:rFonts w:eastAsia="Calibri"/>
                <w:bCs/>
                <w:sz w:val="28"/>
                <w:szCs w:val="28"/>
                <w:lang w:val="kk-KZ"/>
              </w:rPr>
            </w:pPr>
            <w:r w:rsidRPr="00B53B38">
              <w:rPr>
                <w:rFonts w:eastAsia="Calibri"/>
                <w:bCs/>
                <w:sz w:val="28"/>
                <w:szCs w:val="28"/>
                <w:lang w:val="kk-KZ"/>
              </w:rPr>
              <w:t>Қазақ тілі</w:t>
            </w:r>
          </w:p>
        </w:tc>
        <w:tc>
          <w:tcPr>
            <w:tcW w:w="1417" w:type="dxa"/>
            <w:tcBorders>
              <w:top w:val="single" w:sz="4" w:space="0" w:color="auto"/>
              <w:left w:val="single" w:sz="4" w:space="0" w:color="auto"/>
              <w:bottom w:val="single" w:sz="4" w:space="0" w:color="auto"/>
              <w:right w:val="single" w:sz="4" w:space="0" w:color="auto"/>
            </w:tcBorders>
          </w:tcPr>
          <w:p w14:paraId="44ED5B6A" w14:textId="77777777" w:rsidR="0034407D" w:rsidRPr="00B53B38" w:rsidRDefault="0034407D" w:rsidP="00417480">
            <w:pPr>
              <w:rPr>
                <w:rFonts w:eastAsia="Calibri"/>
                <w:bCs/>
                <w:sz w:val="28"/>
                <w:szCs w:val="28"/>
                <w:lang w:val="kk-KZ"/>
              </w:rPr>
            </w:pPr>
            <w:r w:rsidRPr="00B53B38">
              <w:rPr>
                <w:rFonts w:eastAsia="Calibri"/>
                <w:bCs/>
                <w:sz w:val="28"/>
                <w:szCs w:val="28"/>
                <w:lang w:val="kk-KZ"/>
              </w:rPr>
              <w:t>09.11.2022</w:t>
            </w:r>
          </w:p>
        </w:tc>
        <w:tc>
          <w:tcPr>
            <w:tcW w:w="2381" w:type="dxa"/>
            <w:tcBorders>
              <w:top w:val="single" w:sz="4" w:space="0" w:color="auto"/>
              <w:left w:val="single" w:sz="4" w:space="0" w:color="auto"/>
              <w:bottom w:val="single" w:sz="4" w:space="0" w:color="auto"/>
              <w:right w:val="single" w:sz="4" w:space="0" w:color="auto"/>
            </w:tcBorders>
          </w:tcPr>
          <w:p w14:paraId="60D8C222" w14:textId="77777777" w:rsidR="0034407D" w:rsidRPr="00B53B38" w:rsidRDefault="0034407D" w:rsidP="00417480">
            <w:pPr>
              <w:rPr>
                <w:rFonts w:eastAsia="Calibri"/>
                <w:bCs/>
                <w:color w:val="000000"/>
                <w:sz w:val="28"/>
                <w:szCs w:val="28"/>
                <w:lang w:val="kk-KZ"/>
              </w:rPr>
            </w:pPr>
            <w:r w:rsidRPr="00B53B38">
              <w:rPr>
                <w:rFonts w:eastAsia="Calibri"/>
                <w:bCs/>
                <w:color w:val="000000"/>
                <w:sz w:val="28"/>
                <w:szCs w:val="28"/>
                <w:lang w:val="kk-KZ"/>
              </w:rPr>
              <w:t>Жеңіл түрде зияттың бұзылысы.</w:t>
            </w:r>
          </w:p>
          <w:p w14:paraId="769C6DE9" w14:textId="77777777" w:rsidR="0034407D" w:rsidRPr="00B53B38" w:rsidRDefault="0034407D" w:rsidP="00417480">
            <w:pPr>
              <w:rPr>
                <w:rFonts w:eastAsia="Calibri"/>
                <w:bCs/>
                <w:color w:val="000000"/>
                <w:sz w:val="28"/>
                <w:szCs w:val="28"/>
                <w:lang w:val="kk-KZ"/>
              </w:rPr>
            </w:pPr>
          </w:p>
        </w:tc>
        <w:tc>
          <w:tcPr>
            <w:tcW w:w="1701" w:type="dxa"/>
            <w:tcBorders>
              <w:top w:val="single" w:sz="4" w:space="0" w:color="auto"/>
              <w:left w:val="single" w:sz="4" w:space="0" w:color="auto"/>
              <w:bottom w:val="single" w:sz="4" w:space="0" w:color="auto"/>
              <w:right w:val="single" w:sz="4" w:space="0" w:color="auto"/>
            </w:tcBorders>
          </w:tcPr>
          <w:p w14:paraId="6A31827F" w14:textId="6CCA4536" w:rsidR="0034407D" w:rsidRPr="00B53B38" w:rsidRDefault="0034407D" w:rsidP="00417480">
            <w:pPr>
              <w:jc w:val="both"/>
              <w:rPr>
                <w:rFonts w:eastAsia="Calibri"/>
                <w:bCs/>
                <w:sz w:val="28"/>
                <w:szCs w:val="28"/>
                <w:lang w:val="kk-KZ"/>
              </w:rPr>
            </w:pPr>
            <w:r w:rsidRPr="00B53B38">
              <w:rPr>
                <w:rFonts w:eastAsia="Calibri"/>
                <w:bCs/>
                <w:sz w:val="28"/>
                <w:szCs w:val="28"/>
                <w:lang w:val="kk-KZ"/>
              </w:rPr>
              <w:t>Жеке оку бағдарламасы бойынша негізгі орта білім беретін жалпы мектептің</w:t>
            </w:r>
            <w:r w:rsidR="00E2396C">
              <w:rPr>
                <w:rFonts w:eastAsia="Calibri"/>
                <w:bCs/>
                <w:sz w:val="28"/>
                <w:szCs w:val="28"/>
                <w:lang w:val="kk-KZ"/>
              </w:rPr>
              <w:t xml:space="preserve"> жалпы сыныбы жағдайында окыту. </w:t>
            </w:r>
            <w:r w:rsidRPr="00B53B38">
              <w:rPr>
                <w:rFonts w:eastAsia="Calibri"/>
                <w:bCs/>
                <w:sz w:val="28"/>
                <w:szCs w:val="28"/>
                <w:lang w:val="kk-KZ"/>
              </w:rPr>
              <w:t xml:space="preserve">Окыту </w:t>
            </w:r>
            <w:r w:rsidRPr="00B53B38">
              <w:rPr>
                <w:rFonts w:eastAsia="Calibri"/>
                <w:bCs/>
                <w:sz w:val="28"/>
                <w:szCs w:val="28"/>
                <w:lang w:val="kk-KZ"/>
              </w:rPr>
              <w:lastRenderedPageBreak/>
              <w:t>нәтижелерін бағалау әдістері мен критерийлерін өзгерту</w:t>
            </w:r>
          </w:p>
        </w:tc>
        <w:tc>
          <w:tcPr>
            <w:tcW w:w="1701" w:type="dxa"/>
            <w:tcBorders>
              <w:top w:val="single" w:sz="4" w:space="0" w:color="auto"/>
              <w:left w:val="single" w:sz="4" w:space="0" w:color="auto"/>
              <w:bottom w:val="single" w:sz="4" w:space="0" w:color="auto"/>
              <w:right w:val="single" w:sz="4" w:space="0" w:color="auto"/>
            </w:tcBorders>
          </w:tcPr>
          <w:p w14:paraId="08682FE9" w14:textId="77777777" w:rsidR="0034407D" w:rsidRPr="00B53B38" w:rsidRDefault="0034407D" w:rsidP="00417480">
            <w:pPr>
              <w:jc w:val="both"/>
              <w:rPr>
                <w:rFonts w:eastAsia="Calibri"/>
                <w:bCs/>
                <w:sz w:val="28"/>
                <w:szCs w:val="28"/>
                <w:lang w:val="kk-KZ"/>
              </w:rPr>
            </w:pPr>
            <w:r w:rsidRPr="00B53B38">
              <w:rPr>
                <w:rFonts w:eastAsia="Calibri"/>
                <w:bCs/>
                <w:sz w:val="28"/>
                <w:szCs w:val="28"/>
                <w:lang w:val="kk-KZ"/>
              </w:rPr>
              <w:lastRenderedPageBreak/>
              <w:t>Дефектолог -логопед</w:t>
            </w:r>
          </w:p>
        </w:tc>
      </w:tr>
    </w:tbl>
    <w:p w14:paraId="1C8ED0D8" w14:textId="026BD166" w:rsidR="0034407D" w:rsidRPr="00E2396C" w:rsidRDefault="0034407D" w:rsidP="004E154C">
      <w:pPr>
        <w:pStyle w:val="a8"/>
        <w:jc w:val="both"/>
        <w:rPr>
          <w:rFonts w:ascii="Times New Roman" w:hAnsi="Times New Roman" w:cs="Times New Roman"/>
          <w:sz w:val="28"/>
          <w:szCs w:val="28"/>
          <w:lang w:val="kk-KZ"/>
        </w:rPr>
      </w:pPr>
    </w:p>
    <w:p w14:paraId="7D4CE0FC" w14:textId="009AE2AE" w:rsidR="0034407D" w:rsidRPr="00C856EF" w:rsidRDefault="001F7B41" w:rsidP="004E154C">
      <w:pPr>
        <w:pStyle w:val="a8"/>
        <w:jc w:val="both"/>
        <w:rPr>
          <w:rFonts w:ascii="Times New Roman" w:hAnsi="Times New Roman" w:cs="Times New Roman"/>
          <w:sz w:val="28"/>
          <w:szCs w:val="28"/>
          <w:lang w:val="kk-KZ"/>
        </w:rPr>
      </w:pPr>
      <w:r w:rsidRPr="00C856EF">
        <w:rPr>
          <w:rFonts w:ascii="Times New Roman" w:hAnsi="Times New Roman" w:cs="Times New Roman"/>
          <w:sz w:val="28"/>
          <w:szCs w:val="28"/>
          <w:lang w:val="kk-KZ"/>
        </w:rPr>
        <w:t>2025-2026 оқу жылы</w:t>
      </w:r>
    </w:p>
    <w:tbl>
      <w:tblPr>
        <w:tblStyle w:val="12"/>
        <w:tblW w:w="11028" w:type="dxa"/>
        <w:tblInd w:w="-572" w:type="dxa"/>
        <w:tblLayout w:type="fixed"/>
        <w:tblLook w:val="04A0" w:firstRow="1" w:lastRow="0" w:firstColumn="1" w:lastColumn="0" w:noHBand="0" w:noVBand="1"/>
      </w:tblPr>
      <w:tblGrid>
        <w:gridCol w:w="396"/>
        <w:gridCol w:w="1702"/>
        <w:gridCol w:w="1134"/>
        <w:gridCol w:w="850"/>
        <w:gridCol w:w="1134"/>
        <w:gridCol w:w="1985"/>
        <w:gridCol w:w="2126"/>
        <w:gridCol w:w="1701"/>
      </w:tblGrid>
      <w:tr w:rsidR="00C856EF" w:rsidRPr="00B53B38" w14:paraId="12AE8654" w14:textId="77777777" w:rsidTr="00C856EF">
        <w:tc>
          <w:tcPr>
            <w:tcW w:w="396" w:type="dxa"/>
            <w:tcBorders>
              <w:top w:val="single" w:sz="4" w:space="0" w:color="auto"/>
              <w:left w:val="single" w:sz="4" w:space="0" w:color="auto"/>
              <w:bottom w:val="single" w:sz="4" w:space="0" w:color="auto"/>
              <w:right w:val="single" w:sz="4" w:space="0" w:color="auto"/>
            </w:tcBorders>
          </w:tcPr>
          <w:p w14:paraId="3723B1AF" w14:textId="77777777" w:rsidR="00C856EF" w:rsidRPr="00B53B38" w:rsidRDefault="00C856EF" w:rsidP="00D86F60">
            <w:pPr>
              <w:rPr>
                <w:rFonts w:eastAsia="Calibri"/>
                <w:b/>
                <w:sz w:val="28"/>
                <w:szCs w:val="28"/>
                <w:lang w:val="kk-KZ"/>
              </w:rPr>
            </w:pPr>
            <w:r w:rsidRPr="00B53B38">
              <w:rPr>
                <w:rFonts w:eastAsia="Calibri"/>
                <w:b/>
                <w:sz w:val="28"/>
                <w:szCs w:val="28"/>
                <w:lang w:val="kk-KZ"/>
              </w:rPr>
              <w:t>№</w:t>
            </w:r>
          </w:p>
        </w:tc>
        <w:tc>
          <w:tcPr>
            <w:tcW w:w="1702" w:type="dxa"/>
            <w:tcBorders>
              <w:top w:val="single" w:sz="4" w:space="0" w:color="auto"/>
              <w:left w:val="single" w:sz="4" w:space="0" w:color="auto"/>
              <w:bottom w:val="single" w:sz="4" w:space="0" w:color="auto"/>
              <w:right w:val="single" w:sz="4" w:space="0" w:color="auto"/>
            </w:tcBorders>
          </w:tcPr>
          <w:p w14:paraId="6F6454F2" w14:textId="77777777" w:rsidR="00C856EF" w:rsidRPr="00B53B38" w:rsidRDefault="00C856EF" w:rsidP="00D86F60">
            <w:pPr>
              <w:jc w:val="center"/>
              <w:rPr>
                <w:b/>
                <w:sz w:val="28"/>
                <w:szCs w:val="28"/>
                <w:lang w:val="kk-KZ"/>
              </w:rPr>
            </w:pPr>
            <w:r w:rsidRPr="00B53B38">
              <w:rPr>
                <w:b/>
                <w:sz w:val="28"/>
                <w:szCs w:val="28"/>
                <w:lang w:val="kk-KZ"/>
              </w:rPr>
              <w:t xml:space="preserve">Оқушының </w:t>
            </w:r>
          </w:p>
          <w:p w14:paraId="771BC7F7" w14:textId="77777777" w:rsidR="00C856EF" w:rsidRPr="00B53B38" w:rsidRDefault="00C856EF" w:rsidP="00D86F60">
            <w:pPr>
              <w:jc w:val="center"/>
              <w:rPr>
                <w:rFonts w:eastAsia="Calibri"/>
                <w:b/>
                <w:sz w:val="28"/>
                <w:szCs w:val="28"/>
                <w:lang w:val="kk-KZ"/>
              </w:rPr>
            </w:pPr>
            <w:r w:rsidRPr="00B53B38">
              <w:rPr>
                <w:b/>
                <w:sz w:val="28"/>
                <w:szCs w:val="28"/>
                <w:lang w:val="kk-KZ"/>
              </w:rPr>
              <w:t>аты-жөні</w:t>
            </w:r>
          </w:p>
        </w:tc>
        <w:tc>
          <w:tcPr>
            <w:tcW w:w="1134" w:type="dxa"/>
            <w:tcBorders>
              <w:top w:val="single" w:sz="4" w:space="0" w:color="auto"/>
              <w:left w:val="single" w:sz="4" w:space="0" w:color="auto"/>
              <w:bottom w:val="single" w:sz="4" w:space="0" w:color="auto"/>
              <w:right w:val="single" w:sz="4" w:space="0" w:color="auto"/>
            </w:tcBorders>
          </w:tcPr>
          <w:p w14:paraId="7FD338E6" w14:textId="77777777" w:rsidR="00C856EF" w:rsidRPr="00B53B38" w:rsidRDefault="00C856EF" w:rsidP="00D86F60">
            <w:pPr>
              <w:jc w:val="center"/>
              <w:rPr>
                <w:rFonts w:eastAsia="Calibri"/>
                <w:b/>
                <w:sz w:val="28"/>
                <w:szCs w:val="28"/>
                <w:lang w:val="kk-KZ"/>
              </w:rPr>
            </w:pPr>
            <w:r w:rsidRPr="00B53B38">
              <w:rPr>
                <w:rFonts w:eastAsia="Calibri"/>
                <w:b/>
                <w:sz w:val="28"/>
                <w:szCs w:val="28"/>
                <w:lang w:val="kk-KZ"/>
              </w:rPr>
              <w:t>Сыныбы</w:t>
            </w:r>
          </w:p>
        </w:tc>
        <w:tc>
          <w:tcPr>
            <w:tcW w:w="850" w:type="dxa"/>
            <w:tcBorders>
              <w:top w:val="single" w:sz="4" w:space="0" w:color="auto"/>
              <w:left w:val="single" w:sz="4" w:space="0" w:color="auto"/>
              <w:bottom w:val="single" w:sz="4" w:space="0" w:color="auto"/>
              <w:right w:val="single" w:sz="4" w:space="0" w:color="auto"/>
            </w:tcBorders>
          </w:tcPr>
          <w:p w14:paraId="653ADE97" w14:textId="77777777" w:rsidR="00C856EF" w:rsidRPr="00B53B38" w:rsidRDefault="00C856EF" w:rsidP="00D86F60">
            <w:pPr>
              <w:spacing w:after="200" w:line="276" w:lineRule="auto"/>
              <w:jc w:val="center"/>
              <w:rPr>
                <w:rFonts w:eastAsia="Calibri"/>
                <w:b/>
                <w:sz w:val="28"/>
                <w:szCs w:val="28"/>
                <w:lang w:val="kk-KZ"/>
              </w:rPr>
            </w:pPr>
            <w:r w:rsidRPr="00B53B38">
              <w:rPr>
                <w:rFonts w:eastAsia="Calibri"/>
                <w:b/>
                <w:sz w:val="28"/>
                <w:szCs w:val="28"/>
                <w:lang w:val="kk-KZ"/>
              </w:rPr>
              <w:t>Оқу  тілі</w:t>
            </w:r>
          </w:p>
          <w:p w14:paraId="1E7A3D9F" w14:textId="77777777" w:rsidR="00C856EF" w:rsidRPr="00B53B38" w:rsidRDefault="00C856EF" w:rsidP="00D86F60">
            <w:pPr>
              <w:jc w:val="center"/>
              <w:rPr>
                <w:b/>
                <w:sz w:val="28"/>
                <w:szCs w:val="28"/>
                <w:lang w:val="kk-KZ"/>
              </w:rPr>
            </w:pPr>
          </w:p>
          <w:p w14:paraId="529AAC6A" w14:textId="77777777" w:rsidR="00C856EF" w:rsidRPr="00B53B38" w:rsidRDefault="00C856EF" w:rsidP="00D86F60">
            <w:pPr>
              <w:jc w:val="center"/>
              <w:rPr>
                <w:b/>
                <w:sz w:val="28"/>
                <w:szCs w:val="28"/>
                <w:lang w:val="kk-KZ"/>
              </w:rPr>
            </w:pPr>
            <w:r w:rsidRPr="00B53B38">
              <w:rPr>
                <w:b/>
                <w:sz w:val="28"/>
                <w:szCs w:val="28"/>
                <w:lang w:val="kk-KZ"/>
              </w:rPr>
              <w:t xml:space="preserve">              </w:t>
            </w:r>
          </w:p>
        </w:tc>
        <w:tc>
          <w:tcPr>
            <w:tcW w:w="1134" w:type="dxa"/>
            <w:tcBorders>
              <w:top w:val="single" w:sz="4" w:space="0" w:color="auto"/>
              <w:left w:val="single" w:sz="4" w:space="0" w:color="auto"/>
              <w:bottom w:val="single" w:sz="4" w:space="0" w:color="auto"/>
              <w:right w:val="single" w:sz="4" w:space="0" w:color="auto"/>
            </w:tcBorders>
          </w:tcPr>
          <w:p w14:paraId="12D54C6E" w14:textId="77777777" w:rsidR="00C856EF" w:rsidRPr="00B53B38" w:rsidRDefault="00C856EF" w:rsidP="00D86F60">
            <w:pPr>
              <w:ind w:left="42"/>
              <w:jc w:val="center"/>
              <w:rPr>
                <w:b/>
                <w:sz w:val="28"/>
                <w:szCs w:val="28"/>
                <w:lang w:val="kk-KZ"/>
              </w:rPr>
            </w:pPr>
            <w:r w:rsidRPr="00B53B38">
              <w:rPr>
                <w:b/>
                <w:sz w:val="28"/>
                <w:szCs w:val="28"/>
                <w:lang w:val="kk-KZ"/>
              </w:rPr>
              <w:t xml:space="preserve">ПМПК кеңес </w:t>
            </w:r>
          </w:p>
          <w:p w14:paraId="1BE1DD59" w14:textId="77777777" w:rsidR="00C856EF" w:rsidRPr="00B53B38" w:rsidRDefault="00C856EF" w:rsidP="00D86F60">
            <w:pPr>
              <w:jc w:val="center"/>
              <w:rPr>
                <w:b/>
                <w:sz w:val="28"/>
                <w:szCs w:val="28"/>
                <w:lang w:val="kk-KZ"/>
              </w:rPr>
            </w:pPr>
            <w:r w:rsidRPr="00B53B38">
              <w:rPr>
                <w:b/>
                <w:sz w:val="28"/>
                <w:szCs w:val="28"/>
                <w:lang w:val="kk-KZ"/>
              </w:rPr>
              <w:t>алған күні</w:t>
            </w:r>
          </w:p>
        </w:tc>
        <w:tc>
          <w:tcPr>
            <w:tcW w:w="1985" w:type="dxa"/>
            <w:tcBorders>
              <w:top w:val="single" w:sz="4" w:space="0" w:color="auto"/>
              <w:left w:val="single" w:sz="4" w:space="0" w:color="auto"/>
              <w:bottom w:val="single" w:sz="4" w:space="0" w:color="auto"/>
              <w:right w:val="single" w:sz="4" w:space="0" w:color="auto"/>
            </w:tcBorders>
          </w:tcPr>
          <w:p w14:paraId="42F55A73" w14:textId="77777777" w:rsidR="00C856EF" w:rsidRPr="00B53B38" w:rsidRDefault="00C856EF" w:rsidP="00D86F60">
            <w:pPr>
              <w:jc w:val="center"/>
              <w:rPr>
                <w:rFonts w:eastAsia="Calibri"/>
                <w:b/>
                <w:sz w:val="28"/>
                <w:szCs w:val="28"/>
                <w:lang w:val="kk-KZ"/>
              </w:rPr>
            </w:pPr>
            <w:r w:rsidRPr="00B53B38">
              <w:rPr>
                <w:rFonts w:eastAsia="Calibri"/>
                <w:b/>
                <w:sz w:val="28"/>
                <w:szCs w:val="28"/>
                <w:lang w:val="kk-KZ"/>
              </w:rPr>
              <w:t>ПМПК қорытындысы</w:t>
            </w:r>
          </w:p>
        </w:tc>
        <w:tc>
          <w:tcPr>
            <w:tcW w:w="2126" w:type="dxa"/>
            <w:tcBorders>
              <w:top w:val="single" w:sz="4" w:space="0" w:color="auto"/>
              <w:left w:val="single" w:sz="4" w:space="0" w:color="auto"/>
              <w:bottom w:val="single" w:sz="4" w:space="0" w:color="auto"/>
              <w:right w:val="single" w:sz="4" w:space="0" w:color="auto"/>
            </w:tcBorders>
          </w:tcPr>
          <w:p w14:paraId="599BD3AE" w14:textId="77777777" w:rsidR="00C856EF" w:rsidRPr="00B53B38" w:rsidRDefault="00C856EF" w:rsidP="00D86F60">
            <w:pPr>
              <w:spacing w:after="200" w:line="276" w:lineRule="auto"/>
              <w:jc w:val="center"/>
              <w:rPr>
                <w:rFonts w:eastAsia="Calibri"/>
                <w:b/>
                <w:sz w:val="28"/>
                <w:szCs w:val="28"/>
                <w:lang w:val="kk-KZ"/>
              </w:rPr>
            </w:pPr>
            <w:r w:rsidRPr="00B53B38">
              <w:rPr>
                <w:rFonts w:eastAsia="Calibri"/>
                <w:b/>
                <w:sz w:val="28"/>
                <w:szCs w:val="28"/>
                <w:lang w:val="kk-KZ"/>
              </w:rPr>
              <w:t xml:space="preserve">ПМПК ұсынысы </w:t>
            </w:r>
          </w:p>
        </w:tc>
        <w:tc>
          <w:tcPr>
            <w:tcW w:w="1701" w:type="dxa"/>
            <w:tcBorders>
              <w:top w:val="single" w:sz="4" w:space="0" w:color="auto"/>
              <w:left w:val="single" w:sz="4" w:space="0" w:color="auto"/>
              <w:bottom w:val="single" w:sz="4" w:space="0" w:color="auto"/>
              <w:right w:val="single" w:sz="4" w:space="0" w:color="auto"/>
            </w:tcBorders>
          </w:tcPr>
          <w:p w14:paraId="4A149540" w14:textId="77777777" w:rsidR="00C856EF" w:rsidRPr="00B53B38" w:rsidRDefault="00C856EF" w:rsidP="00D86F60">
            <w:pPr>
              <w:rPr>
                <w:rFonts w:eastAsia="Calibri"/>
                <w:b/>
                <w:sz w:val="28"/>
                <w:szCs w:val="28"/>
                <w:lang w:val="kk-KZ"/>
              </w:rPr>
            </w:pPr>
            <w:r w:rsidRPr="00B53B38">
              <w:rPr>
                <w:rFonts w:eastAsia="Calibri"/>
                <w:b/>
                <w:sz w:val="28"/>
                <w:szCs w:val="28"/>
                <w:lang w:val="kk-KZ"/>
              </w:rPr>
              <w:t>Арнайы маман</w:t>
            </w:r>
          </w:p>
        </w:tc>
      </w:tr>
      <w:tr w:rsidR="00C856EF" w:rsidRPr="00B53B38" w14:paraId="6E805AFD" w14:textId="77777777" w:rsidTr="00C856EF">
        <w:trPr>
          <w:trHeight w:val="604"/>
        </w:trPr>
        <w:tc>
          <w:tcPr>
            <w:tcW w:w="396" w:type="dxa"/>
            <w:tcBorders>
              <w:top w:val="single" w:sz="4" w:space="0" w:color="auto"/>
              <w:left w:val="single" w:sz="4" w:space="0" w:color="auto"/>
              <w:bottom w:val="single" w:sz="4" w:space="0" w:color="auto"/>
              <w:right w:val="single" w:sz="4" w:space="0" w:color="auto"/>
            </w:tcBorders>
          </w:tcPr>
          <w:p w14:paraId="4C640255" w14:textId="77777777" w:rsidR="00C856EF" w:rsidRPr="00B53B38" w:rsidRDefault="00C856EF" w:rsidP="00D86F60">
            <w:pPr>
              <w:rPr>
                <w:rFonts w:eastAsia="Calibri"/>
                <w:bCs/>
                <w:sz w:val="28"/>
                <w:szCs w:val="28"/>
                <w:lang w:val="kk-KZ"/>
              </w:rPr>
            </w:pPr>
            <w:r w:rsidRPr="00B53B38">
              <w:rPr>
                <w:rFonts w:eastAsia="Calibri"/>
                <w:bCs/>
                <w:sz w:val="28"/>
                <w:szCs w:val="28"/>
                <w:lang w:val="kk-KZ"/>
              </w:rPr>
              <w:t>1</w:t>
            </w:r>
          </w:p>
        </w:tc>
        <w:tc>
          <w:tcPr>
            <w:tcW w:w="1702" w:type="dxa"/>
            <w:tcBorders>
              <w:top w:val="single" w:sz="4" w:space="0" w:color="auto"/>
              <w:left w:val="single" w:sz="4" w:space="0" w:color="auto"/>
              <w:bottom w:val="single" w:sz="4" w:space="0" w:color="auto"/>
              <w:right w:val="single" w:sz="4" w:space="0" w:color="auto"/>
            </w:tcBorders>
          </w:tcPr>
          <w:p w14:paraId="33BA4B19" w14:textId="77777777" w:rsidR="00C856EF" w:rsidRPr="00B53B38" w:rsidRDefault="00C856EF" w:rsidP="00D86F60">
            <w:pPr>
              <w:rPr>
                <w:rFonts w:eastAsia="Calibri"/>
                <w:bCs/>
                <w:sz w:val="28"/>
                <w:szCs w:val="28"/>
                <w:lang w:val="en-US"/>
              </w:rPr>
            </w:pPr>
            <w:r w:rsidRPr="00B53B38">
              <w:rPr>
                <w:rFonts w:eastAsia="Calibri"/>
                <w:bCs/>
                <w:sz w:val="28"/>
                <w:szCs w:val="28"/>
                <w:lang w:val="kk-KZ"/>
              </w:rPr>
              <w:t>Сериков Бексултан Төлеубекович</w:t>
            </w:r>
          </w:p>
          <w:p w14:paraId="0CDFDE38" w14:textId="77777777" w:rsidR="00C856EF" w:rsidRPr="00B53B38" w:rsidRDefault="00C856EF" w:rsidP="00D86F60">
            <w:pPr>
              <w:rPr>
                <w:rFonts w:eastAsia="Calibri"/>
                <w:bCs/>
                <w:sz w:val="28"/>
                <w:szCs w:val="28"/>
                <w:lang w:val="en-US"/>
              </w:rPr>
            </w:pPr>
            <w:r w:rsidRPr="00B53B38">
              <w:rPr>
                <w:rFonts w:eastAsia="Calibri"/>
                <w:bCs/>
                <w:sz w:val="28"/>
                <w:szCs w:val="28"/>
                <w:lang w:val="kk-KZ"/>
              </w:rPr>
              <w:t xml:space="preserve">16,09, 2019                  </w:t>
            </w:r>
          </w:p>
        </w:tc>
        <w:tc>
          <w:tcPr>
            <w:tcW w:w="1134" w:type="dxa"/>
            <w:tcBorders>
              <w:top w:val="single" w:sz="4" w:space="0" w:color="auto"/>
              <w:left w:val="single" w:sz="4" w:space="0" w:color="auto"/>
              <w:bottom w:val="single" w:sz="4" w:space="0" w:color="auto"/>
              <w:right w:val="single" w:sz="4" w:space="0" w:color="auto"/>
            </w:tcBorders>
          </w:tcPr>
          <w:p w14:paraId="035CBF8C" w14:textId="77777777" w:rsidR="00C856EF" w:rsidRPr="00B53B38" w:rsidRDefault="00C856EF" w:rsidP="00D86F60">
            <w:pPr>
              <w:rPr>
                <w:rFonts w:eastAsia="Calibri"/>
                <w:bCs/>
                <w:sz w:val="28"/>
                <w:szCs w:val="28"/>
              </w:rPr>
            </w:pPr>
            <w:r w:rsidRPr="00B53B38">
              <w:rPr>
                <w:rFonts w:eastAsia="Calibri"/>
                <w:bCs/>
                <w:sz w:val="28"/>
                <w:szCs w:val="28"/>
                <w:lang w:val="kk-KZ"/>
              </w:rPr>
              <w:t xml:space="preserve">1сынып </w:t>
            </w:r>
            <w:r w:rsidRPr="00B53B38">
              <w:rPr>
                <w:rFonts w:eastAsia="Calibri"/>
                <w:bCs/>
                <w:sz w:val="28"/>
                <w:szCs w:val="28"/>
              </w:rPr>
              <w:t>Жалпы сынып</w:t>
            </w:r>
          </w:p>
          <w:p w14:paraId="182D0FFD" w14:textId="77777777" w:rsidR="00C856EF" w:rsidRPr="00B53B38" w:rsidRDefault="00C856EF" w:rsidP="00D86F60">
            <w:pPr>
              <w:rPr>
                <w:rFonts w:eastAsia="Calibri"/>
                <w:bCs/>
                <w:sz w:val="28"/>
                <w:szCs w:val="28"/>
                <w:lang w:val="kk-KZ"/>
              </w:rPr>
            </w:pPr>
          </w:p>
        </w:tc>
        <w:tc>
          <w:tcPr>
            <w:tcW w:w="850" w:type="dxa"/>
            <w:tcBorders>
              <w:top w:val="single" w:sz="4" w:space="0" w:color="auto"/>
              <w:left w:val="single" w:sz="4" w:space="0" w:color="auto"/>
              <w:bottom w:val="single" w:sz="4" w:space="0" w:color="auto"/>
              <w:right w:val="single" w:sz="4" w:space="0" w:color="auto"/>
            </w:tcBorders>
          </w:tcPr>
          <w:p w14:paraId="13CB243F" w14:textId="77777777" w:rsidR="00C856EF" w:rsidRPr="00B53B38" w:rsidRDefault="00C856EF" w:rsidP="00D86F60">
            <w:pPr>
              <w:rPr>
                <w:rFonts w:eastAsia="Calibri"/>
                <w:bCs/>
                <w:sz w:val="28"/>
                <w:szCs w:val="28"/>
                <w:lang w:val="kk-KZ"/>
              </w:rPr>
            </w:pPr>
            <w:r w:rsidRPr="00B53B38">
              <w:rPr>
                <w:rFonts w:eastAsia="Calibri"/>
                <w:bCs/>
                <w:sz w:val="28"/>
                <w:szCs w:val="28"/>
                <w:lang w:val="kk-KZ"/>
              </w:rPr>
              <w:t>Қазақ тілі</w:t>
            </w:r>
          </w:p>
        </w:tc>
        <w:tc>
          <w:tcPr>
            <w:tcW w:w="1134" w:type="dxa"/>
            <w:tcBorders>
              <w:top w:val="single" w:sz="4" w:space="0" w:color="auto"/>
              <w:left w:val="single" w:sz="4" w:space="0" w:color="auto"/>
              <w:bottom w:val="single" w:sz="4" w:space="0" w:color="auto"/>
              <w:right w:val="single" w:sz="4" w:space="0" w:color="auto"/>
            </w:tcBorders>
          </w:tcPr>
          <w:p w14:paraId="733A355D" w14:textId="77777777" w:rsidR="00C856EF" w:rsidRPr="00B53B38" w:rsidRDefault="00C856EF" w:rsidP="00D86F60">
            <w:pPr>
              <w:rPr>
                <w:rFonts w:eastAsia="Calibri"/>
                <w:bCs/>
                <w:sz w:val="28"/>
                <w:szCs w:val="28"/>
                <w:lang w:val="kk-KZ"/>
              </w:rPr>
            </w:pPr>
            <w:r w:rsidRPr="00B53B38">
              <w:rPr>
                <w:rFonts w:eastAsia="Calibri"/>
                <w:bCs/>
                <w:sz w:val="28"/>
                <w:szCs w:val="28"/>
                <w:lang w:val="kk-KZ"/>
              </w:rPr>
              <w:t>03,02,2026</w:t>
            </w:r>
          </w:p>
        </w:tc>
        <w:tc>
          <w:tcPr>
            <w:tcW w:w="1985" w:type="dxa"/>
            <w:tcBorders>
              <w:top w:val="single" w:sz="4" w:space="0" w:color="auto"/>
              <w:left w:val="single" w:sz="4" w:space="0" w:color="auto"/>
              <w:bottom w:val="single" w:sz="4" w:space="0" w:color="auto"/>
              <w:right w:val="single" w:sz="4" w:space="0" w:color="auto"/>
            </w:tcBorders>
          </w:tcPr>
          <w:p w14:paraId="1B1E1EA2" w14:textId="77777777" w:rsidR="00C856EF" w:rsidRPr="00B53B38" w:rsidRDefault="00C856EF" w:rsidP="00D86F60">
            <w:pPr>
              <w:rPr>
                <w:rFonts w:eastAsia="Calibri"/>
                <w:bCs/>
                <w:sz w:val="28"/>
                <w:szCs w:val="28"/>
                <w:lang w:val="kk-KZ"/>
              </w:rPr>
            </w:pPr>
            <w:r w:rsidRPr="00B53B38">
              <w:rPr>
                <w:rFonts w:eastAsia="Calibri"/>
                <w:bCs/>
                <w:color w:val="000000"/>
                <w:sz w:val="28"/>
                <w:szCs w:val="28"/>
                <w:lang w:val="kk-KZ"/>
              </w:rPr>
              <w:t>Психикалық дамуы тежелген.</w:t>
            </w:r>
          </w:p>
          <w:p w14:paraId="6D89EB6A" w14:textId="77777777" w:rsidR="00C856EF" w:rsidRPr="00B53B38" w:rsidRDefault="00C856EF" w:rsidP="00D86F60">
            <w:pPr>
              <w:rPr>
                <w:rFonts w:eastAsia="Calibri"/>
                <w:bCs/>
                <w:color w:val="000000"/>
                <w:sz w:val="28"/>
                <w:szCs w:val="28"/>
                <w:lang w:val="kk-KZ"/>
              </w:rPr>
            </w:pPr>
            <w:r w:rsidRPr="00B53B38">
              <w:rPr>
                <w:rFonts w:eastAsia="Calibri"/>
                <w:bCs/>
                <w:sz w:val="28"/>
                <w:szCs w:val="28"/>
                <w:lang w:val="kk-KZ"/>
              </w:rPr>
              <w:t>Сөйлеу тілінің бұзылуы; жалпы сөйлеутілінің дамымауының 3 деңгейі. Жазу мен оқу қиындықтары</w:t>
            </w:r>
          </w:p>
        </w:tc>
        <w:tc>
          <w:tcPr>
            <w:tcW w:w="2126" w:type="dxa"/>
            <w:tcBorders>
              <w:top w:val="single" w:sz="4" w:space="0" w:color="auto"/>
              <w:left w:val="single" w:sz="4" w:space="0" w:color="auto"/>
              <w:bottom w:val="single" w:sz="4" w:space="0" w:color="auto"/>
              <w:right w:val="single" w:sz="4" w:space="0" w:color="auto"/>
            </w:tcBorders>
          </w:tcPr>
          <w:p w14:paraId="5F19350C" w14:textId="77777777" w:rsidR="00C856EF" w:rsidRPr="00B53B38" w:rsidRDefault="00C856EF" w:rsidP="00D86F60">
            <w:pPr>
              <w:jc w:val="both"/>
              <w:rPr>
                <w:rFonts w:eastAsia="Calibri"/>
                <w:bCs/>
                <w:sz w:val="28"/>
                <w:szCs w:val="28"/>
                <w:lang w:val="kk-KZ"/>
              </w:rPr>
            </w:pPr>
            <w:r w:rsidRPr="00B53B38">
              <w:rPr>
                <w:rFonts w:eastAsia="Calibri"/>
                <w:bCs/>
                <w:sz w:val="28"/>
                <w:szCs w:val="28"/>
                <w:lang w:val="kk-KZ"/>
              </w:rPr>
              <w:t>Жалпы білім беретін мектептің жалпы сыныбы жағдайында бастауыш білімнің жалпы білім беру бағдарламасын бейімдеу.</w:t>
            </w:r>
          </w:p>
        </w:tc>
        <w:tc>
          <w:tcPr>
            <w:tcW w:w="1701" w:type="dxa"/>
            <w:tcBorders>
              <w:top w:val="single" w:sz="4" w:space="0" w:color="auto"/>
              <w:left w:val="single" w:sz="4" w:space="0" w:color="auto"/>
              <w:bottom w:val="single" w:sz="4" w:space="0" w:color="auto"/>
              <w:right w:val="single" w:sz="4" w:space="0" w:color="auto"/>
            </w:tcBorders>
          </w:tcPr>
          <w:p w14:paraId="6514EACB" w14:textId="77777777" w:rsidR="00C856EF" w:rsidRPr="00B53B38" w:rsidRDefault="00C856EF" w:rsidP="00D86F60">
            <w:pPr>
              <w:jc w:val="both"/>
              <w:rPr>
                <w:rFonts w:eastAsia="Calibri"/>
                <w:bCs/>
                <w:sz w:val="28"/>
                <w:szCs w:val="28"/>
                <w:lang w:val="kk-KZ"/>
              </w:rPr>
            </w:pPr>
            <w:r w:rsidRPr="00B53B38">
              <w:rPr>
                <w:rFonts w:eastAsia="Calibri"/>
                <w:bCs/>
                <w:sz w:val="28"/>
                <w:szCs w:val="28"/>
                <w:lang w:val="kk-KZ"/>
              </w:rPr>
              <w:t>Дефектолог -логопед</w:t>
            </w:r>
          </w:p>
        </w:tc>
      </w:tr>
      <w:tr w:rsidR="00C856EF" w:rsidRPr="00B53B38" w14:paraId="1B2DBFAE" w14:textId="77777777" w:rsidTr="00C856EF">
        <w:trPr>
          <w:trHeight w:val="604"/>
        </w:trPr>
        <w:tc>
          <w:tcPr>
            <w:tcW w:w="396" w:type="dxa"/>
            <w:tcBorders>
              <w:top w:val="single" w:sz="4" w:space="0" w:color="auto"/>
              <w:left w:val="single" w:sz="4" w:space="0" w:color="auto"/>
              <w:bottom w:val="single" w:sz="4" w:space="0" w:color="auto"/>
              <w:right w:val="single" w:sz="4" w:space="0" w:color="auto"/>
            </w:tcBorders>
          </w:tcPr>
          <w:p w14:paraId="4D2F95AB" w14:textId="77777777" w:rsidR="00C856EF" w:rsidRPr="00B53B38" w:rsidRDefault="00C856EF" w:rsidP="00D86F60">
            <w:pPr>
              <w:rPr>
                <w:rFonts w:eastAsia="Calibri"/>
                <w:bCs/>
                <w:sz w:val="28"/>
                <w:szCs w:val="28"/>
                <w:lang w:val="kk-KZ"/>
              </w:rPr>
            </w:pPr>
            <w:r w:rsidRPr="00B53B38">
              <w:rPr>
                <w:rFonts w:eastAsia="Calibri"/>
                <w:bCs/>
                <w:sz w:val="28"/>
                <w:szCs w:val="28"/>
                <w:lang w:val="kk-KZ"/>
              </w:rPr>
              <w:t>2</w:t>
            </w:r>
          </w:p>
        </w:tc>
        <w:tc>
          <w:tcPr>
            <w:tcW w:w="1702" w:type="dxa"/>
            <w:tcBorders>
              <w:top w:val="single" w:sz="4" w:space="0" w:color="auto"/>
              <w:left w:val="single" w:sz="4" w:space="0" w:color="auto"/>
              <w:bottom w:val="single" w:sz="4" w:space="0" w:color="auto"/>
              <w:right w:val="single" w:sz="4" w:space="0" w:color="auto"/>
            </w:tcBorders>
          </w:tcPr>
          <w:p w14:paraId="358DA168" w14:textId="77777777" w:rsidR="00C856EF" w:rsidRPr="00B53B38" w:rsidRDefault="00C856EF" w:rsidP="00D86F60">
            <w:pPr>
              <w:rPr>
                <w:rFonts w:eastAsia="Calibri"/>
                <w:bCs/>
                <w:sz w:val="28"/>
                <w:szCs w:val="28"/>
                <w:lang w:val="en-US"/>
              </w:rPr>
            </w:pPr>
            <w:r w:rsidRPr="00B53B38">
              <w:rPr>
                <w:rFonts w:eastAsia="Calibri"/>
                <w:bCs/>
                <w:sz w:val="28"/>
                <w:szCs w:val="28"/>
                <w:lang w:val="kk-KZ"/>
              </w:rPr>
              <w:t>Аманжол Абдурахман  Асыланұлы</w:t>
            </w:r>
          </w:p>
          <w:p w14:paraId="1575D5EC" w14:textId="77777777" w:rsidR="00C856EF" w:rsidRPr="00B53B38" w:rsidRDefault="00C856EF" w:rsidP="00D86F60">
            <w:pPr>
              <w:rPr>
                <w:rFonts w:eastAsia="Calibri"/>
                <w:bCs/>
                <w:sz w:val="28"/>
                <w:szCs w:val="28"/>
                <w:lang w:val="en-US"/>
              </w:rPr>
            </w:pPr>
            <w:r w:rsidRPr="00B53B38">
              <w:rPr>
                <w:rFonts w:eastAsia="Calibri"/>
                <w:bCs/>
                <w:sz w:val="28"/>
                <w:szCs w:val="28"/>
                <w:lang w:val="kk-KZ"/>
              </w:rPr>
              <w:t>04,07, 2018</w:t>
            </w:r>
          </w:p>
        </w:tc>
        <w:tc>
          <w:tcPr>
            <w:tcW w:w="1134" w:type="dxa"/>
            <w:tcBorders>
              <w:top w:val="single" w:sz="4" w:space="0" w:color="auto"/>
              <w:left w:val="single" w:sz="4" w:space="0" w:color="auto"/>
              <w:bottom w:val="single" w:sz="4" w:space="0" w:color="auto"/>
              <w:right w:val="single" w:sz="4" w:space="0" w:color="auto"/>
            </w:tcBorders>
          </w:tcPr>
          <w:p w14:paraId="649C689E" w14:textId="77777777" w:rsidR="00C856EF" w:rsidRPr="00B53B38" w:rsidRDefault="00C856EF" w:rsidP="00D86F60">
            <w:pPr>
              <w:rPr>
                <w:rFonts w:eastAsia="Calibri"/>
                <w:bCs/>
                <w:sz w:val="28"/>
                <w:szCs w:val="28"/>
              </w:rPr>
            </w:pPr>
            <w:r w:rsidRPr="00B53B38">
              <w:rPr>
                <w:rFonts w:eastAsia="Calibri"/>
                <w:bCs/>
                <w:sz w:val="28"/>
                <w:szCs w:val="28"/>
                <w:lang w:val="kk-KZ"/>
              </w:rPr>
              <w:t>1сынып</w:t>
            </w:r>
            <w:r w:rsidRPr="00B53B38">
              <w:rPr>
                <w:rFonts w:eastAsia="Calibri"/>
                <w:bCs/>
                <w:sz w:val="28"/>
                <w:szCs w:val="28"/>
              </w:rPr>
              <w:t xml:space="preserve"> Жалпы сынып</w:t>
            </w:r>
          </w:p>
          <w:p w14:paraId="5F6663D7" w14:textId="77777777" w:rsidR="00C856EF" w:rsidRPr="00B53B38" w:rsidRDefault="00C856EF" w:rsidP="00D86F60">
            <w:pPr>
              <w:rPr>
                <w:rFonts w:eastAsia="Calibri"/>
                <w:bCs/>
                <w:sz w:val="28"/>
                <w:szCs w:val="28"/>
                <w:lang w:val="kk-KZ"/>
              </w:rPr>
            </w:pPr>
          </w:p>
        </w:tc>
        <w:tc>
          <w:tcPr>
            <w:tcW w:w="850" w:type="dxa"/>
            <w:tcBorders>
              <w:top w:val="single" w:sz="4" w:space="0" w:color="auto"/>
              <w:left w:val="single" w:sz="4" w:space="0" w:color="auto"/>
              <w:bottom w:val="single" w:sz="4" w:space="0" w:color="auto"/>
              <w:right w:val="single" w:sz="4" w:space="0" w:color="auto"/>
            </w:tcBorders>
          </w:tcPr>
          <w:p w14:paraId="76112544" w14:textId="77777777" w:rsidR="00C856EF" w:rsidRPr="00B53B38" w:rsidRDefault="00C856EF" w:rsidP="00D86F60">
            <w:pPr>
              <w:rPr>
                <w:rFonts w:eastAsia="Calibri"/>
                <w:bCs/>
                <w:sz w:val="28"/>
                <w:szCs w:val="28"/>
                <w:lang w:val="kk-KZ"/>
              </w:rPr>
            </w:pPr>
            <w:r w:rsidRPr="00B53B38">
              <w:rPr>
                <w:rFonts w:eastAsia="Calibri"/>
                <w:bCs/>
                <w:sz w:val="28"/>
                <w:szCs w:val="28"/>
                <w:lang w:val="kk-KZ"/>
              </w:rPr>
              <w:t>Қазақ тілі</w:t>
            </w:r>
          </w:p>
        </w:tc>
        <w:tc>
          <w:tcPr>
            <w:tcW w:w="1134" w:type="dxa"/>
            <w:tcBorders>
              <w:top w:val="single" w:sz="4" w:space="0" w:color="auto"/>
              <w:left w:val="single" w:sz="4" w:space="0" w:color="auto"/>
              <w:bottom w:val="single" w:sz="4" w:space="0" w:color="auto"/>
              <w:right w:val="single" w:sz="4" w:space="0" w:color="auto"/>
            </w:tcBorders>
          </w:tcPr>
          <w:p w14:paraId="0ACF8CB4" w14:textId="77777777" w:rsidR="00C856EF" w:rsidRPr="00B53B38" w:rsidRDefault="00C856EF" w:rsidP="00D86F60">
            <w:pPr>
              <w:rPr>
                <w:rFonts w:eastAsia="Calibri"/>
                <w:bCs/>
                <w:sz w:val="28"/>
                <w:szCs w:val="28"/>
                <w:lang w:val="kk-KZ"/>
              </w:rPr>
            </w:pPr>
            <w:r w:rsidRPr="00B53B38">
              <w:rPr>
                <w:rFonts w:eastAsia="Calibri"/>
                <w:bCs/>
                <w:sz w:val="28"/>
                <w:szCs w:val="28"/>
                <w:lang w:val="kk-KZ"/>
              </w:rPr>
              <w:t>31.07.2025</w:t>
            </w:r>
          </w:p>
        </w:tc>
        <w:tc>
          <w:tcPr>
            <w:tcW w:w="1985" w:type="dxa"/>
            <w:tcBorders>
              <w:top w:val="single" w:sz="4" w:space="0" w:color="auto"/>
              <w:left w:val="single" w:sz="4" w:space="0" w:color="auto"/>
              <w:bottom w:val="single" w:sz="4" w:space="0" w:color="auto"/>
              <w:right w:val="single" w:sz="4" w:space="0" w:color="auto"/>
            </w:tcBorders>
          </w:tcPr>
          <w:p w14:paraId="5755978D" w14:textId="77777777" w:rsidR="00C856EF" w:rsidRPr="00B53B38" w:rsidRDefault="00C856EF" w:rsidP="00D86F60">
            <w:pPr>
              <w:rPr>
                <w:rFonts w:eastAsia="Calibri"/>
                <w:bCs/>
                <w:color w:val="000000"/>
                <w:sz w:val="28"/>
                <w:szCs w:val="28"/>
                <w:lang w:val="kk-KZ"/>
              </w:rPr>
            </w:pPr>
            <w:r w:rsidRPr="00B53B38">
              <w:rPr>
                <w:rFonts w:eastAsia="Calibri"/>
                <w:bCs/>
                <w:color w:val="000000"/>
                <w:sz w:val="28"/>
                <w:szCs w:val="28"/>
                <w:lang w:val="kk-KZ"/>
              </w:rPr>
              <w:t>Психикалық дамудың айқын  тежелуі.</w:t>
            </w:r>
            <w:r w:rsidRPr="00B53B38">
              <w:rPr>
                <w:rFonts w:eastAsia="Calibri"/>
                <w:bCs/>
                <w:sz w:val="28"/>
                <w:szCs w:val="28"/>
                <w:lang w:val="kk-KZ"/>
              </w:rPr>
              <w:t xml:space="preserve"> Жалпы сөйлеу тілінің дамымауының 2-3 деңгейі</w:t>
            </w:r>
          </w:p>
        </w:tc>
        <w:tc>
          <w:tcPr>
            <w:tcW w:w="2126" w:type="dxa"/>
            <w:tcBorders>
              <w:top w:val="single" w:sz="4" w:space="0" w:color="auto"/>
              <w:left w:val="single" w:sz="4" w:space="0" w:color="auto"/>
              <w:bottom w:val="single" w:sz="4" w:space="0" w:color="auto"/>
              <w:right w:val="single" w:sz="4" w:space="0" w:color="auto"/>
            </w:tcBorders>
          </w:tcPr>
          <w:p w14:paraId="09A3E4FA" w14:textId="77777777" w:rsidR="00C856EF" w:rsidRPr="00B53B38" w:rsidRDefault="00C856EF" w:rsidP="00D86F60">
            <w:pPr>
              <w:jc w:val="both"/>
              <w:rPr>
                <w:rFonts w:eastAsia="Calibri"/>
                <w:bCs/>
                <w:sz w:val="28"/>
                <w:szCs w:val="28"/>
                <w:lang w:val="kk-KZ"/>
              </w:rPr>
            </w:pPr>
            <w:r w:rsidRPr="00B53B38">
              <w:rPr>
                <w:rFonts w:eastAsia="Calibri"/>
                <w:bCs/>
                <w:sz w:val="28"/>
                <w:szCs w:val="28"/>
                <w:lang w:val="kk-KZ"/>
              </w:rPr>
              <w:t>Жалпы білім беретін мектептің жалпы сыныбы жағдайында бастауыш білімнің жалпы білім беру бағдарламасын бейімдеу.</w:t>
            </w:r>
          </w:p>
        </w:tc>
        <w:tc>
          <w:tcPr>
            <w:tcW w:w="1701" w:type="dxa"/>
            <w:tcBorders>
              <w:top w:val="single" w:sz="4" w:space="0" w:color="auto"/>
              <w:left w:val="single" w:sz="4" w:space="0" w:color="auto"/>
              <w:bottom w:val="single" w:sz="4" w:space="0" w:color="auto"/>
              <w:right w:val="single" w:sz="4" w:space="0" w:color="auto"/>
            </w:tcBorders>
          </w:tcPr>
          <w:p w14:paraId="6F93FBBF" w14:textId="77777777" w:rsidR="00C856EF" w:rsidRPr="00B53B38" w:rsidRDefault="00C856EF" w:rsidP="00D86F60">
            <w:pPr>
              <w:ind w:left="57"/>
              <w:jc w:val="both"/>
              <w:rPr>
                <w:rFonts w:eastAsia="Calibri"/>
                <w:bCs/>
                <w:sz w:val="28"/>
                <w:szCs w:val="28"/>
                <w:lang w:val="kk-KZ"/>
              </w:rPr>
            </w:pPr>
            <w:r w:rsidRPr="00B53B38">
              <w:rPr>
                <w:rFonts w:eastAsia="Calibri"/>
                <w:bCs/>
                <w:sz w:val="28"/>
                <w:szCs w:val="28"/>
                <w:lang w:val="kk-KZ"/>
              </w:rPr>
              <w:t>Дефектолог -логопед</w:t>
            </w:r>
          </w:p>
        </w:tc>
      </w:tr>
      <w:tr w:rsidR="00C856EF" w:rsidRPr="00B53B38" w14:paraId="0EDBA055" w14:textId="77777777" w:rsidTr="00C856EF">
        <w:trPr>
          <w:trHeight w:val="604"/>
        </w:trPr>
        <w:tc>
          <w:tcPr>
            <w:tcW w:w="396" w:type="dxa"/>
            <w:tcBorders>
              <w:top w:val="single" w:sz="4" w:space="0" w:color="auto"/>
              <w:left w:val="single" w:sz="4" w:space="0" w:color="auto"/>
              <w:bottom w:val="single" w:sz="4" w:space="0" w:color="auto"/>
              <w:right w:val="single" w:sz="4" w:space="0" w:color="auto"/>
            </w:tcBorders>
          </w:tcPr>
          <w:p w14:paraId="451F4243" w14:textId="77777777" w:rsidR="00C856EF" w:rsidRPr="00B53B38" w:rsidRDefault="00C856EF" w:rsidP="00D86F60">
            <w:pPr>
              <w:rPr>
                <w:rFonts w:eastAsia="Calibri"/>
                <w:bCs/>
                <w:sz w:val="28"/>
                <w:szCs w:val="28"/>
                <w:lang w:val="kk-KZ"/>
              </w:rPr>
            </w:pPr>
            <w:r w:rsidRPr="00B53B38">
              <w:rPr>
                <w:rFonts w:eastAsia="Calibri"/>
                <w:bCs/>
                <w:sz w:val="28"/>
                <w:szCs w:val="28"/>
                <w:lang w:val="kk-KZ"/>
              </w:rPr>
              <w:t>3</w:t>
            </w:r>
          </w:p>
        </w:tc>
        <w:tc>
          <w:tcPr>
            <w:tcW w:w="1702" w:type="dxa"/>
            <w:tcBorders>
              <w:top w:val="single" w:sz="4" w:space="0" w:color="auto"/>
              <w:left w:val="single" w:sz="4" w:space="0" w:color="auto"/>
              <w:bottom w:val="single" w:sz="4" w:space="0" w:color="auto"/>
              <w:right w:val="single" w:sz="4" w:space="0" w:color="auto"/>
            </w:tcBorders>
          </w:tcPr>
          <w:p w14:paraId="5B3DEC30" w14:textId="77777777" w:rsidR="00C856EF" w:rsidRPr="00B53B38" w:rsidRDefault="00C856EF" w:rsidP="00D86F60">
            <w:pPr>
              <w:rPr>
                <w:rFonts w:eastAsia="Calibri"/>
                <w:bCs/>
                <w:sz w:val="28"/>
                <w:szCs w:val="28"/>
                <w:lang w:val="kk-KZ"/>
              </w:rPr>
            </w:pPr>
            <w:r w:rsidRPr="00B53B38">
              <w:rPr>
                <w:rFonts w:eastAsia="Calibri"/>
                <w:bCs/>
                <w:sz w:val="28"/>
                <w:szCs w:val="28"/>
                <w:lang w:val="kk-KZ"/>
              </w:rPr>
              <w:t>Маканов Шахназар</w:t>
            </w:r>
          </w:p>
          <w:p w14:paraId="719AE432" w14:textId="77777777" w:rsidR="00C856EF" w:rsidRPr="00B53B38" w:rsidRDefault="00C856EF" w:rsidP="00D86F60">
            <w:pPr>
              <w:rPr>
                <w:rFonts w:eastAsia="Calibri"/>
                <w:bCs/>
                <w:sz w:val="28"/>
                <w:szCs w:val="28"/>
                <w:lang w:val="kk-KZ"/>
              </w:rPr>
            </w:pPr>
            <w:r w:rsidRPr="00B53B38">
              <w:rPr>
                <w:rFonts w:eastAsia="Calibri"/>
                <w:bCs/>
                <w:sz w:val="28"/>
                <w:szCs w:val="28"/>
                <w:lang w:val="kk-KZ"/>
              </w:rPr>
              <w:t>Серикович</w:t>
            </w:r>
          </w:p>
          <w:p w14:paraId="5E314E8B" w14:textId="77777777" w:rsidR="00C856EF" w:rsidRPr="00B53B38" w:rsidRDefault="00C856EF" w:rsidP="00D86F60">
            <w:pPr>
              <w:rPr>
                <w:rFonts w:eastAsia="Calibri"/>
                <w:bCs/>
                <w:sz w:val="28"/>
                <w:szCs w:val="28"/>
                <w:lang w:val="kk-KZ"/>
              </w:rPr>
            </w:pPr>
            <w:r w:rsidRPr="00B53B38">
              <w:rPr>
                <w:rFonts w:eastAsia="Calibri"/>
                <w:bCs/>
                <w:sz w:val="28"/>
                <w:szCs w:val="28"/>
                <w:lang w:val="kk-KZ"/>
              </w:rPr>
              <w:t>02.07.2019</w:t>
            </w:r>
          </w:p>
        </w:tc>
        <w:tc>
          <w:tcPr>
            <w:tcW w:w="1134" w:type="dxa"/>
            <w:tcBorders>
              <w:top w:val="single" w:sz="4" w:space="0" w:color="auto"/>
              <w:left w:val="single" w:sz="4" w:space="0" w:color="auto"/>
              <w:bottom w:val="single" w:sz="4" w:space="0" w:color="auto"/>
              <w:right w:val="single" w:sz="4" w:space="0" w:color="auto"/>
            </w:tcBorders>
          </w:tcPr>
          <w:p w14:paraId="249F186B" w14:textId="77777777" w:rsidR="00C856EF" w:rsidRPr="00B53B38" w:rsidRDefault="00C856EF" w:rsidP="00D86F60">
            <w:pPr>
              <w:rPr>
                <w:rFonts w:eastAsia="Calibri"/>
                <w:bCs/>
                <w:sz w:val="28"/>
                <w:szCs w:val="28"/>
              </w:rPr>
            </w:pPr>
            <w:r w:rsidRPr="00B53B38">
              <w:rPr>
                <w:rFonts w:eastAsia="Calibri"/>
                <w:bCs/>
                <w:sz w:val="28"/>
                <w:szCs w:val="28"/>
                <w:lang w:val="kk-KZ"/>
              </w:rPr>
              <w:t>1сынып</w:t>
            </w:r>
            <w:r w:rsidRPr="00B53B38">
              <w:rPr>
                <w:rFonts w:eastAsia="Calibri"/>
                <w:bCs/>
                <w:sz w:val="28"/>
                <w:szCs w:val="28"/>
              </w:rPr>
              <w:t xml:space="preserve"> Жалпы сынып</w:t>
            </w:r>
          </w:p>
          <w:p w14:paraId="06788642" w14:textId="77777777" w:rsidR="00C856EF" w:rsidRPr="00B53B38" w:rsidRDefault="00C856EF" w:rsidP="00D86F60">
            <w:pPr>
              <w:rPr>
                <w:rFonts w:eastAsia="Calibri"/>
                <w:bCs/>
                <w:sz w:val="28"/>
                <w:szCs w:val="28"/>
                <w:lang w:val="kk-KZ"/>
              </w:rPr>
            </w:pPr>
          </w:p>
        </w:tc>
        <w:tc>
          <w:tcPr>
            <w:tcW w:w="850" w:type="dxa"/>
            <w:tcBorders>
              <w:top w:val="single" w:sz="4" w:space="0" w:color="auto"/>
              <w:left w:val="single" w:sz="4" w:space="0" w:color="auto"/>
              <w:bottom w:val="single" w:sz="4" w:space="0" w:color="auto"/>
              <w:right w:val="single" w:sz="4" w:space="0" w:color="auto"/>
            </w:tcBorders>
          </w:tcPr>
          <w:p w14:paraId="58C34D18" w14:textId="77777777" w:rsidR="00C856EF" w:rsidRPr="00B53B38" w:rsidRDefault="00C856EF" w:rsidP="00D86F60">
            <w:pPr>
              <w:rPr>
                <w:rFonts w:eastAsia="Calibri"/>
                <w:bCs/>
                <w:sz w:val="28"/>
                <w:szCs w:val="28"/>
                <w:lang w:val="kk-KZ"/>
              </w:rPr>
            </w:pPr>
            <w:r w:rsidRPr="00B53B38">
              <w:rPr>
                <w:rFonts w:eastAsia="Calibri"/>
                <w:bCs/>
                <w:sz w:val="28"/>
                <w:szCs w:val="28"/>
                <w:lang w:val="kk-KZ"/>
              </w:rPr>
              <w:t>Қазақ тілі</w:t>
            </w:r>
          </w:p>
        </w:tc>
        <w:tc>
          <w:tcPr>
            <w:tcW w:w="1134" w:type="dxa"/>
            <w:tcBorders>
              <w:top w:val="single" w:sz="4" w:space="0" w:color="auto"/>
              <w:left w:val="single" w:sz="4" w:space="0" w:color="auto"/>
              <w:bottom w:val="single" w:sz="4" w:space="0" w:color="auto"/>
              <w:right w:val="single" w:sz="4" w:space="0" w:color="auto"/>
            </w:tcBorders>
          </w:tcPr>
          <w:p w14:paraId="5771779F" w14:textId="77777777" w:rsidR="00C856EF" w:rsidRPr="00B53B38" w:rsidRDefault="00C856EF" w:rsidP="00D86F60">
            <w:pPr>
              <w:rPr>
                <w:rFonts w:eastAsia="Calibri"/>
                <w:bCs/>
                <w:sz w:val="28"/>
                <w:szCs w:val="28"/>
                <w:lang w:val="kk-KZ"/>
              </w:rPr>
            </w:pPr>
            <w:r w:rsidRPr="00B53B38">
              <w:rPr>
                <w:rFonts w:eastAsia="Calibri"/>
                <w:bCs/>
                <w:sz w:val="28"/>
                <w:szCs w:val="28"/>
                <w:lang w:val="kk-KZ"/>
              </w:rPr>
              <w:t>08.10.2025</w:t>
            </w:r>
          </w:p>
        </w:tc>
        <w:tc>
          <w:tcPr>
            <w:tcW w:w="1985" w:type="dxa"/>
            <w:tcBorders>
              <w:top w:val="single" w:sz="4" w:space="0" w:color="auto"/>
              <w:left w:val="single" w:sz="4" w:space="0" w:color="auto"/>
              <w:bottom w:val="single" w:sz="4" w:space="0" w:color="auto"/>
              <w:right w:val="single" w:sz="4" w:space="0" w:color="auto"/>
            </w:tcBorders>
          </w:tcPr>
          <w:p w14:paraId="3706E9CD" w14:textId="77777777" w:rsidR="00C856EF" w:rsidRPr="00B53B38" w:rsidRDefault="00C856EF" w:rsidP="00D86F60">
            <w:pPr>
              <w:rPr>
                <w:rFonts w:eastAsia="Calibri"/>
                <w:bCs/>
                <w:color w:val="000000"/>
                <w:sz w:val="28"/>
                <w:szCs w:val="28"/>
                <w:lang w:val="kk-KZ"/>
              </w:rPr>
            </w:pPr>
            <w:r w:rsidRPr="00B53B38">
              <w:rPr>
                <w:rFonts w:eastAsia="Calibri"/>
                <w:bCs/>
                <w:sz w:val="28"/>
                <w:szCs w:val="28"/>
                <w:lang w:val="kk-KZ"/>
              </w:rPr>
              <w:t>Жалпы сөйлеу тілі дамымауының 3 деңгейі</w:t>
            </w:r>
          </w:p>
        </w:tc>
        <w:tc>
          <w:tcPr>
            <w:tcW w:w="2126" w:type="dxa"/>
            <w:tcBorders>
              <w:top w:val="single" w:sz="4" w:space="0" w:color="auto"/>
              <w:left w:val="single" w:sz="4" w:space="0" w:color="auto"/>
              <w:bottom w:val="single" w:sz="4" w:space="0" w:color="auto"/>
              <w:right w:val="single" w:sz="4" w:space="0" w:color="auto"/>
            </w:tcBorders>
          </w:tcPr>
          <w:p w14:paraId="1F442B8D" w14:textId="77777777" w:rsidR="00C856EF" w:rsidRPr="00B53B38" w:rsidRDefault="00C856EF" w:rsidP="00D86F60">
            <w:pPr>
              <w:jc w:val="both"/>
              <w:rPr>
                <w:rFonts w:eastAsia="Calibri"/>
                <w:bCs/>
                <w:sz w:val="28"/>
                <w:szCs w:val="28"/>
                <w:lang w:val="kk-KZ"/>
              </w:rPr>
            </w:pPr>
            <w:r w:rsidRPr="00B53B38">
              <w:rPr>
                <w:rFonts w:eastAsia="Calibri"/>
                <w:bCs/>
                <w:sz w:val="28"/>
                <w:szCs w:val="28"/>
                <w:lang w:val="kk-KZ"/>
              </w:rPr>
              <w:t>Жалпы білім беретін мектептің жалпы сыныбы жағдайында бастауыш білімнің жалпы білім беру бағдарламасы бойынша оқыту.</w:t>
            </w:r>
          </w:p>
          <w:p w14:paraId="15477E0B" w14:textId="77777777" w:rsidR="00C856EF" w:rsidRPr="00B53B38" w:rsidRDefault="00C856EF" w:rsidP="00D86F60">
            <w:pPr>
              <w:jc w:val="both"/>
              <w:rPr>
                <w:rFonts w:eastAsia="Calibri"/>
                <w:bCs/>
                <w:sz w:val="28"/>
                <w:szCs w:val="28"/>
                <w:lang w:val="kk-KZ"/>
              </w:rPr>
            </w:pPr>
          </w:p>
        </w:tc>
        <w:tc>
          <w:tcPr>
            <w:tcW w:w="1701" w:type="dxa"/>
            <w:tcBorders>
              <w:top w:val="single" w:sz="4" w:space="0" w:color="auto"/>
              <w:left w:val="single" w:sz="4" w:space="0" w:color="auto"/>
              <w:bottom w:val="single" w:sz="4" w:space="0" w:color="auto"/>
              <w:right w:val="single" w:sz="4" w:space="0" w:color="auto"/>
            </w:tcBorders>
          </w:tcPr>
          <w:p w14:paraId="72BB19D9" w14:textId="77777777" w:rsidR="00C856EF" w:rsidRPr="00B53B38" w:rsidRDefault="00C856EF" w:rsidP="00D86F60">
            <w:pPr>
              <w:ind w:left="57"/>
              <w:jc w:val="both"/>
              <w:rPr>
                <w:rFonts w:eastAsia="Calibri"/>
                <w:bCs/>
                <w:sz w:val="28"/>
                <w:szCs w:val="28"/>
                <w:lang w:val="kk-KZ"/>
              </w:rPr>
            </w:pPr>
            <w:r w:rsidRPr="00B53B38">
              <w:rPr>
                <w:rFonts w:eastAsia="Calibri"/>
                <w:bCs/>
                <w:sz w:val="28"/>
                <w:szCs w:val="28"/>
                <w:lang w:val="kk-KZ"/>
              </w:rPr>
              <w:t>Логопед</w:t>
            </w:r>
          </w:p>
        </w:tc>
      </w:tr>
      <w:tr w:rsidR="00C856EF" w:rsidRPr="00B53B38" w14:paraId="04FCCB03" w14:textId="77777777" w:rsidTr="00C856EF">
        <w:trPr>
          <w:trHeight w:val="604"/>
        </w:trPr>
        <w:tc>
          <w:tcPr>
            <w:tcW w:w="396" w:type="dxa"/>
            <w:tcBorders>
              <w:top w:val="single" w:sz="4" w:space="0" w:color="auto"/>
              <w:left w:val="single" w:sz="4" w:space="0" w:color="auto"/>
              <w:bottom w:val="single" w:sz="4" w:space="0" w:color="auto"/>
              <w:right w:val="single" w:sz="4" w:space="0" w:color="auto"/>
            </w:tcBorders>
          </w:tcPr>
          <w:p w14:paraId="1AA29228" w14:textId="77777777" w:rsidR="00C856EF" w:rsidRPr="00B53B38" w:rsidRDefault="00C856EF" w:rsidP="00D86F60">
            <w:pPr>
              <w:rPr>
                <w:rFonts w:eastAsia="Calibri"/>
                <w:bCs/>
                <w:sz w:val="28"/>
                <w:szCs w:val="28"/>
                <w:lang w:val="kk-KZ"/>
              </w:rPr>
            </w:pPr>
            <w:r w:rsidRPr="00B53B38">
              <w:rPr>
                <w:rFonts w:eastAsia="Calibri"/>
                <w:bCs/>
                <w:sz w:val="28"/>
                <w:szCs w:val="28"/>
                <w:lang w:val="kk-KZ"/>
              </w:rPr>
              <w:lastRenderedPageBreak/>
              <w:t>4</w:t>
            </w:r>
          </w:p>
        </w:tc>
        <w:tc>
          <w:tcPr>
            <w:tcW w:w="1702" w:type="dxa"/>
            <w:tcBorders>
              <w:top w:val="single" w:sz="4" w:space="0" w:color="auto"/>
              <w:left w:val="single" w:sz="4" w:space="0" w:color="auto"/>
              <w:bottom w:val="single" w:sz="4" w:space="0" w:color="auto"/>
              <w:right w:val="single" w:sz="4" w:space="0" w:color="auto"/>
            </w:tcBorders>
          </w:tcPr>
          <w:p w14:paraId="69CDC1A0" w14:textId="77777777" w:rsidR="00C856EF" w:rsidRPr="00B53B38" w:rsidRDefault="00C856EF" w:rsidP="00D86F60">
            <w:pPr>
              <w:rPr>
                <w:rFonts w:eastAsia="Calibri"/>
                <w:bCs/>
                <w:sz w:val="28"/>
                <w:szCs w:val="28"/>
                <w:lang w:val="kk-KZ"/>
              </w:rPr>
            </w:pPr>
            <w:r w:rsidRPr="00B53B38">
              <w:rPr>
                <w:rFonts w:eastAsia="Calibri"/>
                <w:bCs/>
                <w:sz w:val="28"/>
                <w:szCs w:val="28"/>
                <w:lang w:val="kk-KZ"/>
              </w:rPr>
              <w:t>Ерлан Алихан Ердосулы</w:t>
            </w:r>
          </w:p>
          <w:p w14:paraId="158A00B4" w14:textId="77777777" w:rsidR="00C856EF" w:rsidRPr="00B53B38" w:rsidRDefault="00C856EF" w:rsidP="00D86F60">
            <w:pPr>
              <w:rPr>
                <w:rFonts w:eastAsia="Calibri"/>
                <w:bCs/>
                <w:sz w:val="28"/>
                <w:szCs w:val="28"/>
                <w:lang w:val="kk-KZ"/>
              </w:rPr>
            </w:pPr>
            <w:r w:rsidRPr="00B53B38">
              <w:rPr>
                <w:rFonts w:eastAsia="Calibri"/>
                <w:bCs/>
                <w:sz w:val="28"/>
                <w:szCs w:val="28"/>
                <w:lang w:val="kk-KZ"/>
              </w:rPr>
              <w:t>30.04.2019</w:t>
            </w:r>
          </w:p>
        </w:tc>
        <w:tc>
          <w:tcPr>
            <w:tcW w:w="1134" w:type="dxa"/>
            <w:tcBorders>
              <w:top w:val="single" w:sz="4" w:space="0" w:color="auto"/>
              <w:left w:val="single" w:sz="4" w:space="0" w:color="auto"/>
              <w:bottom w:val="single" w:sz="4" w:space="0" w:color="auto"/>
              <w:right w:val="single" w:sz="4" w:space="0" w:color="auto"/>
            </w:tcBorders>
          </w:tcPr>
          <w:p w14:paraId="6A49AA3E" w14:textId="77777777" w:rsidR="00C856EF" w:rsidRPr="00B53B38" w:rsidRDefault="00C856EF" w:rsidP="00D86F60">
            <w:pPr>
              <w:rPr>
                <w:rFonts w:eastAsia="Calibri"/>
                <w:bCs/>
                <w:sz w:val="28"/>
                <w:szCs w:val="28"/>
              </w:rPr>
            </w:pPr>
            <w:r w:rsidRPr="00B53B38">
              <w:rPr>
                <w:rFonts w:eastAsia="Calibri"/>
                <w:bCs/>
                <w:sz w:val="28"/>
                <w:szCs w:val="28"/>
                <w:lang w:val="kk-KZ"/>
              </w:rPr>
              <w:t>1сынып</w:t>
            </w:r>
            <w:r w:rsidRPr="00B53B38">
              <w:rPr>
                <w:rFonts w:eastAsia="Calibri"/>
                <w:bCs/>
                <w:sz w:val="28"/>
                <w:szCs w:val="28"/>
              </w:rPr>
              <w:t xml:space="preserve"> Жалпы сынып</w:t>
            </w:r>
          </w:p>
          <w:p w14:paraId="2714F6D9" w14:textId="77777777" w:rsidR="00C856EF" w:rsidRPr="00B53B38" w:rsidRDefault="00C856EF" w:rsidP="00D86F60">
            <w:pPr>
              <w:rPr>
                <w:rFonts w:eastAsia="Calibri"/>
                <w:bCs/>
                <w:sz w:val="28"/>
                <w:szCs w:val="28"/>
                <w:lang w:val="kk-KZ"/>
              </w:rPr>
            </w:pPr>
          </w:p>
        </w:tc>
        <w:tc>
          <w:tcPr>
            <w:tcW w:w="850" w:type="dxa"/>
            <w:tcBorders>
              <w:top w:val="single" w:sz="4" w:space="0" w:color="auto"/>
              <w:left w:val="single" w:sz="4" w:space="0" w:color="auto"/>
              <w:bottom w:val="single" w:sz="4" w:space="0" w:color="auto"/>
              <w:right w:val="single" w:sz="4" w:space="0" w:color="auto"/>
            </w:tcBorders>
          </w:tcPr>
          <w:p w14:paraId="6A4EB301" w14:textId="77777777" w:rsidR="00C856EF" w:rsidRPr="00B53B38" w:rsidRDefault="00C856EF" w:rsidP="00D86F60">
            <w:pPr>
              <w:rPr>
                <w:rFonts w:eastAsia="Calibri"/>
                <w:bCs/>
                <w:sz w:val="28"/>
                <w:szCs w:val="28"/>
                <w:lang w:val="kk-KZ"/>
              </w:rPr>
            </w:pPr>
            <w:r w:rsidRPr="00B53B38">
              <w:rPr>
                <w:rFonts w:eastAsia="Calibri"/>
                <w:bCs/>
                <w:sz w:val="28"/>
                <w:szCs w:val="28"/>
                <w:lang w:val="kk-KZ"/>
              </w:rPr>
              <w:t>Қазақ тілі</w:t>
            </w:r>
          </w:p>
        </w:tc>
        <w:tc>
          <w:tcPr>
            <w:tcW w:w="1134" w:type="dxa"/>
            <w:tcBorders>
              <w:top w:val="single" w:sz="4" w:space="0" w:color="auto"/>
              <w:left w:val="single" w:sz="4" w:space="0" w:color="auto"/>
              <w:bottom w:val="single" w:sz="4" w:space="0" w:color="auto"/>
              <w:right w:val="single" w:sz="4" w:space="0" w:color="auto"/>
            </w:tcBorders>
          </w:tcPr>
          <w:p w14:paraId="683614D6" w14:textId="77777777" w:rsidR="00C856EF" w:rsidRPr="00B53B38" w:rsidRDefault="00C856EF" w:rsidP="00D86F60">
            <w:pPr>
              <w:rPr>
                <w:rFonts w:eastAsia="Calibri"/>
                <w:bCs/>
                <w:sz w:val="28"/>
                <w:szCs w:val="28"/>
                <w:lang w:val="kk-KZ"/>
              </w:rPr>
            </w:pPr>
            <w:r w:rsidRPr="00B53B38">
              <w:rPr>
                <w:rFonts w:eastAsia="Calibri"/>
                <w:bCs/>
                <w:sz w:val="28"/>
                <w:szCs w:val="28"/>
                <w:lang w:val="kk-KZ"/>
              </w:rPr>
              <w:t>24.11.2025</w:t>
            </w:r>
          </w:p>
        </w:tc>
        <w:tc>
          <w:tcPr>
            <w:tcW w:w="1985" w:type="dxa"/>
            <w:tcBorders>
              <w:top w:val="single" w:sz="4" w:space="0" w:color="auto"/>
              <w:left w:val="single" w:sz="4" w:space="0" w:color="auto"/>
              <w:bottom w:val="single" w:sz="4" w:space="0" w:color="auto"/>
              <w:right w:val="single" w:sz="4" w:space="0" w:color="auto"/>
            </w:tcBorders>
          </w:tcPr>
          <w:p w14:paraId="7DCA5006" w14:textId="77777777" w:rsidR="00C856EF" w:rsidRPr="00B53B38" w:rsidRDefault="00C856EF" w:rsidP="00D86F60">
            <w:pPr>
              <w:rPr>
                <w:rFonts w:eastAsia="Calibri"/>
                <w:bCs/>
                <w:sz w:val="28"/>
                <w:szCs w:val="28"/>
                <w:lang w:val="kk-KZ"/>
              </w:rPr>
            </w:pPr>
            <w:r w:rsidRPr="00B53B38">
              <w:rPr>
                <w:rFonts w:eastAsia="Calibri"/>
                <w:bCs/>
                <w:sz w:val="28"/>
                <w:szCs w:val="28"/>
                <w:lang w:val="kk-KZ"/>
              </w:rPr>
              <w:t>Жалпы сөйлеу тілі тежелуі, 3 деңгейі</w:t>
            </w:r>
          </w:p>
        </w:tc>
        <w:tc>
          <w:tcPr>
            <w:tcW w:w="2126" w:type="dxa"/>
            <w:tcBorders>
              <w:top w:val="single" w:sz="4" w:space="0" w:color="auto"/>
              <w:left w:val="single" w:sz="4" w:space="0" w:color="auto"/>
              <w:bottom w:val="single" w:sz="4" w:space="0" w:color="auto"/>
              <w:right w:val="single" w:sz="4" w:space="0" w:color="auto"/>
            </w:tcBorders>
          </w:tcPr>
          <w:p w14:paraId="556CE0CD" w14:textId="77777777" w:rsidR="00C856EF" w:rsidRPr="00B53B38" w:rsidRDefault="00C856EF" w:rsidP="00D86F60">
            <w:pPr>
              <w:jc w:val="both"/>
              <w:rPr>
                <w:rFonts w:eastAsia="Calibri"/>
                <w:bCs/>
                <w:sz w:val="28"/>
                <w:szCs w:val="28"/>
                <w:lang w:val="kk-KZ"/>
              </w:rPr>
            </w:pPr>
            <w:r w:rsidRPr="00B53B38">
              <w:rPr>
                <w:rFonts w:eastAsia="Calibri"/>
                <w:bCs/>
                <w:sz w:val="28"/>
                <w:szCs w:val="28"/>
                <w:lang w:val="kk-KZ"/>
              </w:rPr>
              <w:t>Жалпы білім беретін мектептің жалпы сыныбы жағдайында бастауыш білімнің жалпы білім беру бағдарламасы бойынша оқыту.</w:t>
            </w:r>
          </w:p>
          <w:p w14:paraId="4CF90498" w14:textId="77777777" w:rsidR="00C856EF" w:rsidRPr="00B53B38" w:rsidRDefault="00C856EF" w:rsidP="00D86F60">
            <w:pPr>
              <w:jc w:val="both"/>
              <w:rPr>
                <w:rFonts w:eastAsia="Calibri"/>
                <w:bCs/>
                <w:sz w:val="28"/>
                <w:szCs w:val="28"/>
                <w:lang w:val="kk-KZ"/>
              </w:rPr>
            </w:pPr>
          </w:p>
        </w:tc>
        <w:tc>
          <w:tcPr>
            <w:tcW w:w="1701" w:type="dxa"/>
            <w:tcBorders>
              <w:top w:val="single" w:sz="4" w:space="0" w:color="auto"/>
              <w:left w:val="single" w:sz="4" w:space="0" w:color="auto"/>
              <w:bottom w:val="single" w:sz="4" w:space="0" w:color="auto"/>
              <w:right w:val="single" w:sz="4" w:space="0" w:color="auto"/>
            </w:tcBorders>
          </w:tcPr>
          <w:p w14:paraId="0832192F" w14:textId="77777777" w:rsidR="00C856EF" w:rsidRPr="00B53B38" w:rsidRDefault="00C856EF" w:rsidP="00D86F60">
            <w:pPr>
              <w:ind w:left="57"/>
              <w:jc w:val="both"/>
              <w:rPr>
                <w:rFonts w:eastAsia="Calibri"/>
                <w:bCs/>
                <w:sz w:val="28"/>
                <w:szCs w:val="28"/>
                <w:lang w:val="kk-KZ"/>
              </w:rPr>
            </w:pPr>
            <w:r w:rsidRPr="00B53B38">
              <w:rPr>
                <w:rFonts w:eastAsia="Calibri"/>
                <w:bCs/>
                <w:sz w:val="28"/>
                <w:szCs w:val="28"/>
                <w:lang w:val="kk-KZ"/>
              </w:rPr>
              <w:t>Логопед</w:t>
            </w:r>
          </w:p>
        </w:tc>
      </w:tr>
      <w:tr w:rsidR="00C856EF" w:rsidRPr="00B53B38" w14:paraId="613D1057" w14:textId="77777777" w:rsidTr="00C856EF">
        <w:trPr>
          <w:trHeight w:val="604"/>
        </w:trPr>
        <w:tc>
          <w:tcPr>
            <w:tcW w:w="396" w:type="dxa"/>
            <w:tcBorders>
              <w:top w:val="single" w:sz="4" w:space="0" w:color="auto"/>
              <w:left w:val="single" w:sz="4" w:space="0" w:color="auto"/>
              <w:bottom w:val="single" w:sz="4" w:space="0" w:color="auto"/>
              <w:right w:val="single" w:sz="4" w:space="0" w:color="auto"/>
            </w:tcBorders>
          </w:tcPr>
          <w:p w14:paraId="7104E8A3" w14:textId="77777777" w:rsidR="00C856EF" w:rsidRPr="00B53B38" w:rsidRDefault="00C856EF" w:rsidP="00D86F60">
            <w:pPr>
              <w:rPr>
                <w:rFonts w:eastAsia="Calibri"/>
                <w:bCs/>
                <w:sz w:val="28"/>
                <w:szCs w:val="28"/>
                <w:lang w:val="kk-KZ"/>
              </w:rPr>
            </w:pPr>
            <w:r w:rsidRPr="00B53B38">
              <w:rPr>
                <w:rFonts w:eastAsia="Calibri"/>
                <w:bCs/>
                <w:sz w:val="28"/>
                <w:szCs w:val="28"/>
                <w:lang w:val="kk-KZ"/>
              </w:rPr>
              <w:t>5</w:t>
            </w:r>
          </w:p>
        </w:tc>
        <w:tc>
          <w:tcPr>
            <w:tcW w:w="1702" w:type="dxa"/>
            <w:tcBorders>
              <w:top w:val="single" w:sz="4" w:space="0" w:color="auto"/>
              <w:left w:val="single" w:sz="4" w:space="0" w:color="auto"/>
              <w:bottom w:val="single" w:sz="4" w:space="0" w:color="auto"/>
              <w:right w:val="single" w:sz="4" w:space="0" w:color="auto"/>
            </w:tcBorders>
          </w:tcPr>
          <w:p w14:paraId="645D980B" w14:textId="77777777" w:rsidR="00C856EF" w:rsidRPr="00B53B38" w:rsidRDefault="00C856EF" w:rsidP="00D86F60">
            <w:pPr>
              <w:rPr>
                <w:rFonts w:eastAsia="Calibri"/>
                <w:bCs/>
                <w:sz w:val="28"/>
                <w:szCs w:val="28"/>
                <w:lang w:val="en-US"/>
              </w:rPr>
            </w:pPr>
            <w:r w:rsidRPr="00B53B38">
              <w:rPr>
                <w:rFonts w:eastAsia="Calibri"/>
                <w:bCs/>
                <w:sz w:val="28"/>
                <w:szCs w:val="28"/>
                <w:lang w:val="kk-KZ"/>
              </w:rPr>
              <w:t>Әсет Әсен Арысұлы</w:t>
            </w:r>
          </w:p>
          <w:p w14:paraId="759ECE50" w14:textId="77777777" w:rsidR="00C856EF" w:rsidRPr="00B53B38" w:rsidRDefault="00C856EF" w:rsidP="00D86F60">
            <w:pPr>
              <w:rPr>
                <w:rFonts w:eastAsia="Calibri"/>
                <w:bCs/>
                <w:sz w:val="28"/>
                <w:szCs w:val="28"/>
                <w:lang w:val="en-US"/>
              </w:rPr>
            </w:pPr>
          </w:p>
          <w:p w14:paraId="685DB79D" w14:textId="77777777" w:rsidR="00C856EF" w:rsidRPr="00B53B38" w:rsidRDefault="00C856EF" w:rsidP="00D86F60">
            <w:pPr>
              <w:rPr>
                <w:rFonts w:eastAsia="Calibri"/>
                <w:bCs/>
                <w:sz w:val="28"/>
                <w:szCs w:val="28"/>
                <w:lang w:val="en-US"/>
              </w:rPr>
            </w:pPr>
            <w:r w:rsidRPr="00B53B38">
              <w:rPr>
                <w:rFonts w:eastAsia="Calibri"/>
                <w:bCs/>
                <w:sz w:val="28"/>
                <w:szCs w:val="28"/>
                <w:lang w:val="kk-KZ"/>
              </w:rPr>
              <w:t>02,12,2019</w:t>
            </w:r>
          </w:p>
        </w:tc>
        <w:tc>
          <w:tcPr>
            <w:tcW w:w="1134" w:type="dxa"/>
            <w:tcBorders>
              <w:top w:val="single" w:sz="4" w:space="0" w:color="auto"/>
              <w:left w:val="single" w:sz="4" w:space="0" w:color="auto"/>
              <w:bottom w:val="single" w:sz="4" w:space="0" w:color="auto"/>
              <w:right w:val="single" w:sz="4" w:space="0" w:color="auto"/>
            </w:tcBorders>
          </w:tcPr>
          <w:p w14:paraId="6E59F93E" w14:textId="77777777" w:rsidR="00C856EF" w:rsidRPr="00B53B38" w:rsidRDefault="00C856EF" w:rsidP="00D86F60">
            <w:pPr>
              <w:rPr>
                <w:rFonts w:eastAsia="Calibri"/>
                <w:bCs/>
                <w:sz w:val="28"/>
                <w:szCs w:val="28"/>
              </w:rPr>
            </w:pPr>
            <w:r w:rsidRPr="00B53B38">
              <w:rPr>
                <w:rFonts w:eastAsia="Calibri"/>
                <w:bCs/>
                <w:sz w:val="28"/>
                <w:szCs w:val="28"/>
                <w:lang w:val="kk-KZ"/>
              </w:rPr>
              <w:t xml:space="preserve">1 сынып </w:t>
            </w:r>
            <w:r w:rsidRPr="00B53B38">
              <w:rPr>
                <w:rFonts w:eastAsia="Calibri"/>
                <w:bCs/>
                <w:sz w:val="28"/>
                <w:szCs w:val="28"/>
              </w:rPr>
              <w:t>Жалпы сынып</w:t>
            </w:r>
          </w:p>
          <w:p w14:paraId="0CBBBF5B" w14:textId="77777777" w:rsidR="00C856EF" w:rsidRPr="00B53B38" w:rsidRDefault="00C856EF" w:rsidP="00D86F60">
            <w:pPr>
              <w:rPr>
                <w:rFonts w:eastAsia="Calibri"/>
                <w:bCs/>
                <w:sz w:val="28"/>
                <w:szCs w:val="28"/>
                <w:lang w:val="kk-KZ"/>
              </w:rPr>
            </w:pPr>
          </w:p>
        </w:tc>
        <w:tc>
          <w:tcPr>
            <w:tcW w:w="850" w:type="dxa"/>
            <w:tcBorders>
              <w:top w:val="single" w:sz="4" w:space="0" w:color="auto"/>
              <w:left w:val="single" w:sz="4" w:space="0" w:color="auto"/>
              <w:bottom w:val="single" w:sz="4" w:space="0" w:color="auto"/>
              <w:right w:val="single" w:sz="4" w:space="0" w:color="auto"/>
            </w:tcBorders>
          </w:tcPr>
          <w:p w14:paraId="19A8B50B" w14:textId="77777777" w:rsidR="00C856EF" w:rsidRPr="00B53B38" w:rsidRDefault="00C856EF" w:rsidP="00D86F60">
            <w:pPr>
              <w:rPr>
                <w:rFonts w:eastAsia="Calibri"/>
                <w:bCs/>
                <w:sz w:val="28"/>
                <w:szCs w:val="28"/>
                <w:lang w:val="kk-KZ"/>
              </w:rPr>
            </w:pPr>
            <w:r w:rsidRPr="00B53B38">
              <w:rPr>
                <w:rFonts w:eastAsia="Calibri"/>
                <w:bCs/>
                <w:sz w:val="28"/>
                <w:szCs w:val="28"/>
                <w:lang w:val="kk-KZ"/>
              </w:rPr>
              <w:t>Қазақ тілі</w:t>
            </w:r>
          </w:p>
        </w:tc>
        <w:tc>
          <w:tcPr>
            <w:tcW w:w="1134" w:type="dxa"/>
            <w:tcBorders>
              <w:top w:val="single" w:sz="4" w:space="0" w:color="auto"/>
              <w:left w:val="single" w:sz="4" w:space="0" w:color="auto"/>
              <w:bottom w:val="single" w:sz="4" w:space="0" w:color="auto"/>
              <w:right w:val="single" w:sz="4" w:space="0" w:color="auto"/>
            </w:tcBorders>
          </w:tcPr>
          <w:p w14:paraId="78361633" w14:textId="77777777" w:rsidR="00C856EF" w:rsidRPr="00B53B38" w:rsidRDefault="00C856EF" w:rsidP="00D86F60">
            <w:pPr>
              <w:rPr>
                <w:rFonts w:eastAsia="Calibri"/>
                <w:bCs/>
                <w:sz w:val="28"/>
                <w:szCs w:val="28"/>
                <w:lang w:val="kk-KZ"/>
              </w:rPr>
            </w:pPr>
            <w:r w:rsidRPr="00B53B38">
              <w:rPr>
                <w:rFonts w:eastAsia="Calibri"/>
                <w:bCs/>
                <w:sz w:val="28"/>
                <w:szCs w:val="28"/>
                <w:lang w:val="kk-KZ"/>
              </w:rPr>
              <w:t>03,12,2025</w:t>
            </w:r>
          </w:p>
        </w:tc>
        <w:tc>
          <w:tcPr>
            <w:tcW w:w="1985" w:type="dxa"/>
            <w:tcBorders>
              <w:top w:val="single" w:sz="4" w:space="0" w:color="auto"/>
              <w:left w:val="single" w:sz="4" w:space="0" w:color="auto"/>
              <w:bottom w:val="single" w:sz="4" w:space="0" w:color="auto"/>
              <w:right w:val="single" w:sz="4" w:space="0" w:color="auto"/>
            </w:tcBorders>
          </w:tcPr>
          <w:p w14:paraId="4DFE8D00" w14:textId="77777777" w:rsidR="00C856EF" w:rsidRPr="00B53B38" w:rsidRDefault="00C856EF" w:rsidP="00D86F60">
            <w:pPr>
              <w:rPr>
                <w:rFonts w:eastAsia="Calibri"/>
                <w:bCs/>
                <w:color w:val="000000"/>
                <w:sz w:val="28"/>
                <w:szCs w:val="28"/>
                <w:lang w:val="kk-KZ"/>
              </w:rPr>
            </w:pPr>
            <w:r w:rsidRPr="00B53B38">
              <w:rPr>
                <w:rFonts w:eastAsia="Calibri"/>
                <w:bCs/>
                <w:color w:val="000000"/>
                <w:sz w:val="28"/>
                <w:szCs w:val="28"/>
                <w:lang w:val="kk-KZ"/>
              </w:rPr>
              <w:t>Психикалық дамуы тежелген.</w:t>
            </w:r>
            <w:r w:rsidRPr="00B53B38">
              <w:rPr>
                <w:rFonts w:eastAsia="Calibri"/>
                <w:bCs/>
                <w:sz w:val="28"/>
                <w:szCs w:val="28"/>
                <w:lang w:val="kk-KZ"/>
              </w:rPr>
              <w:t xml:space="preserve"> Жалпы сөйлеу тілінің дамымауының 2-3 деңгейі.</w:t>
            </w:r>
          </w:p>
        </w:tc>
        <w:tc>
          <w:tcPr>
            <w:tcW w:w="2126" w:type="dxa"/>
            <w:tcBorders>
              <w:top w:val="single" w:sz="4" w:space="0" w:color="auto"/>
              <w:left w:val="single" w:sz="4" w:space="0" w:color="auto"/>
              <w:bottom w:val="single" w:sz="4" w:space="0" w:color="auto"/>
              <w:right w:val="single" w:sz="4" w:space="0" w:color="auto"/>
            </w:tcBorders>
          </w:tcPr>
          <w:p w14:paraId="39741730" w14:textId="77777777" w:rsidR="00C856EF" w:rsidRPr="00B53B38" w:rsidRDefault="00C856EF" w:rsidP="00D86F60">
            <w:pPr>
              <w:jc w:val="both"/>
              <w:rPr>
                <w:rFonts w:eastAsia="Calibri"/>
                <w:bCs/>
                <w:sz w:val="28"/>
                <w:szCs w:val="28"/>
                <w:lang w:val="kk-KZ"/>
              </w:rPr>
            </w:pPr>
            <w:r w:rsidRPr="00B53B38">
              <w:rPr>
                <w:rFonts w:eastAsia="Calibri"/>
                <w:bCs/>
                <w:sz w:val="28"/>
                <w:szCs w:val="28"/>
                <w:lang w:val="kk-KZ"/>
              </w:rPr>
              <w:t>Жалпы білім беретін мектептің жалпы сыныбы жағдайында бастауыш білімнің жалпы білім беру бағдарламасын бейімдеу.</w:t>
            </w:r>
          </w:p>
        </w:tc>
        <w:tc>
          <w:tcPr>
            <w:tcW w:w="1701" w:type="dxa"/>
            <w:tcBorders>
              <w:top w:val="single" w:sz="4" w:space="0" w:color="auto"/>
              <w:left w:val="single" w:sz="4" w:space="0" w:color="auto"/>
              <w:bottom w:val="single" w:sz="4" w:space="0" w:color="auto"/>
              <w:right w:val="single" w:sz="4" w:space="0" w:color="auto"/>
            </w:tcBorders>
          </w:tcPr>
          <w:p w14:paraId="35AA4C47" w14:textId="77777777" w:rsidR="00C856EF" w:rsidRPr="00B53B38" w:rsidRDefault="00C856EF" w:rsidP="00D86F60">
            <w:pPr>
              <w:ind w:left="57"/>
              <w:jc w:val="both"/>
              <w:rPr>
                <w:rFonts w:eastAsia="Calibri"/>
                <w:bCs/>
                <w:sz w:val="28"/>
                <w:szCs w:val="28"/>
                <w:lang w:val="kk-KZ"/>
              </w:rPr>
            </w:pPr>
            <w:r w:rsidRPr="00B53B38">
              <w:rPr>
                <w:rFonts w:eastAsia="Calibri"/>
                <w:bCs/>
                <w:sz w:val="28"/>
                <w:szCs w:val="28"/>
                <w:lang w:val="kk-KZ"/>
              </w:rPr>
              <w:t>Дефектолог -логопед</w:t>
            </w:r>
          </w:p>
        </w:tc>
      </w:tr>
      <w:tr w:rsidR="00C856EF" w:rsidRPr="00B53B38" w14:paraId="404AF05F" w14:textId="77777777" w:rsidTr="00C856EF">
        <w:trPr>
          <w:trHeight w:val="1338"/>
        </w:trPr>
        <w:tc>
          <w:tcPr>
            <w:tcW w:w="396" w:type="dxa"/>
            <w:tcBorders>
              <w:top w:val="single" w:sz="4" w:space="0" w:color="auto"/>
              <w:left w:val="single" w:sz="4" w:space="0" w:color="auto"/>
              <w:bottom w:val="single" w:sz="4" w:space="0" w:color="auto"/>
              <w:right w:val="single" w:sz="4" w:space="0" w:color="auto"/>
            </w:tcBorders>
          </w:tcPr>
          <w:p w14:paraId="7EA8BD8E" w14:textId="77777777" w:rsidR="00C856EF" w:rsidRPr="00B53B38" w:rsidRDefault="00C856EF" w:rsidP="00D86F60">
            <w:pPr>
              <w:rPr>
                <w:rFonts w:eastAsia="Calibri"/>
                <w:bCs/>
                <w:sz w:val="28"/>
                <w:szCs w:val="28"/>
                <w:lang w:val="kk-KZ"/>
              </w:rPr>
            </w:pPr>
            <w:r w:rsidRPr="00B53B38">
              <w:rPr>
                <w:rFonts w:eastAsia="Calibri"/>
                <w:bCs/>
                <w:sz w:val="28"/>
                <w:szCs w:val="28"/>
                <w:lang w:val="kk-KZ"/>
              </w:rPr>
              <w:t>6</w:t>
            </w:r>
          </w:p>
        </w:tc>
        <w:tc>
          <w:tcPr>
            <w:tcW w:w="1702" w:type="dxa"/>
            <w:tcBorders>
              <w:top w:val="single" w:sz="4" w:space="0" w:color="auto"/>
              <w:left w:val="single" w:sz="4" w:space="0" w:color="auto"/>
              <w:bottom w:val="single" w:sz="4" w:space="0" w:color="auto"/>
              <w:right w:val="single" w:sz="4" w:space="0" w:color="auto"/>
            </w:tcBorders>
          </w:tcPr>
          <w:p w14:paraId="2A7CFCA1" w14:textId="77777777" w:rsidR="00C856EF" w:rsidRPr="00B53B38" w:rsidRDefault="00C856EF" w:rsidP="00D86F60">
            <w:pPr>
              <w:rPr>
                <w:rFonts w:eastAsia="Calibri"/>
                <w:bCs/>
                <w:sz w:val="28"/>
                <w:szCs w:val="28"/>
                <w:lang w:val="en-US"/>
              </w:rPr>
            </w:pPr>
            <w:r w:rsidRPr="00B53B38">
              <w:rPr>
                <w:rFonts w:eastAsia="Calibri"/>
                <w:bCs/>
                <w:sz w:val="28"/>
                <w:szCs w:val="28"/>
                <w:lang w:val="kk-KZ"/>
              </w:rPr>
              <w:t>Сабит Мирас Жумамырзаұлы</w:t>
            </w:r>
          </w:p>
          <w:p w14:paraId="17F472B3" w14:textId="77777777" w:rsidR="00C856EF" w:rsidRPr="00B53B38" w:rsidRDefault="00C856EF" w:rsidP="00D86F60">
            <w:pPr>
              <w:rPr>
                <w:rFonts w:eastAsia="Calibri"/>
                <w:bCs/>
                <w:sz w:val="28"/>
                <w:szCs w:val="28"/>
                <w:lang w:val="en-US"/>
              </w:rPr>
            </w:pPr>
            <w:r w:rsidRPr="00B53B38">
              <w:rPr>
                <w:rFonts w:eastAsia="Calibri"/>
                <w:bCs/>
                <w:sz w:val="28"/>
                <w:szCs w:val="28"/>
                <w:lang w:val="kk-KZ"/>
              </w:rPr>
              <w:t>12,05,2018</w:t>
            </w:r>
          </w:p>
        </w:tc>
        <w:tc>
          <w:tcPr>
            <w:tcW w:w="1134" w:type="dxa"/>
            <w:tcBorders>
              <w:top w:val="single" w:sz="4" w:space="0" w:color="auto"/>
              <w:left w:val="single" w:sz="4" w:space="0" w:color="auto"/>
              <w:bottom w:val="single" w:sz="4" w:space="0" w:color="auto"/>
              <w:right w:val="single" w:sz="4" w:space="0" w:color="auto"/>
            </w:tcBorders>
          </w:tcPr>
          <w:p w14:paraId="17E0F813" w14:textId="77777777" w:rsidR="00C856EF" w:rsidRPr="00B53B38" w:rsidRDefault="00C856EF" w:rsidP="00D86F60">
            <w:pPr>
              <w:rPr>
                <w:rFonts w:eastAsia="Calibri"/>
                <w:bCs/>
                <w:sz w:val="28"/>
                <w:szCs w:val="28"/>
              </w:rPr>
            </w:pPr>
            <w:r w:rsidRPr="00B53B38">
              <w:rPr>
                <w:rFonts w:eastAsia="Calibri"/>
                <w:bCs/>
                <w:sz w:val="28"/>
                <w:szCs w:val="28"/>
                <w:lang w:val="kk-KZ"/>
              </w:rPr>
              <w:t xml:space="preserve">1 сынып </w:t>
            </w:r>
            <w:r w:rsidRPr="00B53B38">
              <w:rPr>
                <w:rFonts w:eastAsia="Calibri"/>
                <w:bCs/>
                <w:sz w:val="28"/>
                <w:szCs w:val="28"/>
              </w:rPr>
              <w:t>Жалпы сынып</w:t>
            </w:r>
          </w:p>
          <w:p w14:paraId="2C99A97A" w14:textId="77777777" w:rsidR="00C856EF" w:rsidRPr="00B53B38" w:rsidRDefault="00C856EF" w:rsidP="00D86F60">
            <w:pPr>
              <w:rPr>
                <w:rFonts w:eastAsia="Calibri"/>
                <w:bCs/>
                <w:sz w:val="28"/>
                <w:szCs w:val="28"/>
                <w:lang w:val="kk-KZ"/>
              </w:rPr>
            </w:pPr>
          </w:p>
        </w:tc>
        <w:tc>
          <w:tcPr>
            <w:tcW w:w="850" w:type="dxa"/>
            <w:tcBorders>
              <w:top w:val="single" w:sz="4" w:space="0" w:color="auto"/>
              <w:left w:val="single" w:sz="4" w:space="0" w:color="auto"/>
              <w:bottom w:val="single" w:sz="4" w:space="0" w:color="auto"/>
              <w:right w:val="single" w:sz="4" w:space="0" w:color="auto"/>
            </w:tcBorders>
          </w:tcPr>
          <w:p w14:paraId="1E07661E" w14:textId="77777777" w:rsidR="00C856EF" w:rsidRPr="00B53B38" w:rsidRDefault="00C856EF" w:rsidP="00D86F60">
            <w:pPr>
              <w:rPr>
                <w:rFonts w:eastAsia="Calibri"/>
                <w:bCs/>
                <w:sz w:val="28"/>
                <w:szCs w:val="28"/>
                <w:lang w:val="kk-KZ"/>
              </w:rPr>
            </w:pPr>
            <w:r w:rsidRPr="00B53B38">
              <w:rPr>
                <w:rFonts w:eastAsia="Calibri"/>
                <w:bCs/>
                <w:sz w:val="28"/>
                <w:szCs w:val="28"/>
                <w:lang w:val="kk-KZ"/>
              </w:rPr>
              <w:t>Қазақ тілі</w:t>
            </w:r>
          </w:p>
        </w:tc>
        <w:tc>
          <w:tcPr>
            <w:tcW w:w="1134" w:type="dxa"/>
            <w:tcBorders>
              <w:top w:val="single" w:sz="4" w:space="0" w:color="auto"/>
              <w:left w:val="single" w:sz="4" w:space="0" w:color="auto"/>
              <w:bottom w:val="single" w:sz="4" w:space="0" w:color="auto"/>
              <w:right w:val="single" w:sz="4" w:space="0" w:color="auto"/>
            </w:tcBorders>
          </w:tcPr>
          <w:p w14:paraId="1CE55A9A" w14:textId="77777777" w:rsidR="00C856EF" w:rsidRPr="00B53B38" w:rsidRDefault="00C856EF" w:rsidP="00D86F60">
            <w:pPr>
              <w:rPr>
                <w:rFonts w:eastAsia="Calibri"/>
                <w:bCs/>
                <w:sz w:val="28"/>
                <w:szCs w:val="28"/>
                <w:lang w:val="kk-KZ"/>
              </w:rPr>
            </w:pPr>
            <w:r w:rsidRPr="00B53B38">
              <w:rPr>
                <w:rFonts w:eastAsia="Calibri"/>
                <w:bCs/>
                <w:sz w:val="28"/>
                <w:szCs w:val="28"/>
                <w:lang w:val="kk-KZ"/>
              </w:rPr>
              <w:t>21,07,2025</w:t>
            </w:r>
          </w:p>
        </w:tc>
        <w:tc>
          <w:tcPr>
            <w:tcW w:w="1985" w:type="dxa"/>
            <w:tcBorders>
              <w:top w:val="single" w:sz="4" w:space="0" w:color="auto"/>
              <w:left w:val="single" w:sz="4" w:space="0" w:color="auto"/>
              <w:bottom w:val="single" w:sz="4" w:space="0" w:color="auto"/>
              <w:right w:val="single" w:sz="4" w:space="0" w:color="auto"/>
            </w:tcBorders>
          </w:tcPr>
          <w:p w14:paraId="25D18749" w14:textId="77777777" w:rsidR="00C856EF" w:rsidRPr="00B53B38" w:rsidRDefault="00C856EF" w:rsidP="00D86F60">
            <w:pPr>
              <w:rPr>
                <w:rFonts w:eastAsia="Calibri"/>
                <w:bCs/>
                <w:color w:val="000000"/>
                <w:sz w:val="28"/>
                <w:szCs w:val="28"/>
                <w:lang w:val="kk-KZ"/>
              </w:rPr>
            </w:pPr>
            <w:r w:rsidRPr="00B53B38">
              <w:rPr>
                <w:rFonts w:eastAsia="Calibri"/>
                <w:bCs/>
                <w:color w:val="000000"/>
                <w:sz w:val="28"/>
                <w:szCs w:val="28"/>
                <w:lang w:val="kk-KZ"/>
              </w:rPr>
              <w:t>Психикалық дамудың айқын  тежелуі.</w:t>
            </w:r>
            <w:r w:rsidRPr="00B53B38">
              <w:rPr>
                <w:rFonts w:eastAsia="Calibri"/>
                <w:bCs/>
                <w:sz w:val="28"/>
                <w:szCs w:val="28"/>
                <w:lang w:val="kk-KZ"/>
              </w:rPr>
              <w:t xml:space="preserve"> Жеңіл түрде зияттың бұзылуы. Жалпы сөйлеутілінің дамымауының 3 деңгейі</w:t>
            </w:r>
          </w:p>
        </w:tc>
        <w:tc>
          <w:tcPr>
            <w:tcW w:w="2126" w:type="dxa"/>
            <w:tcBorders>
              <w:top w:val="single" w:sz="4" w:space="0" w:color="auto"/>
              <w:left w:val="single" w:sz="4" w:space="0" w:color="auto"/>
              <w:bottom w:val="single" w:sz="4" w:space="0" w:color="auto"/>
              <w:right w:val="single" w:sz="4" w:space="0" w:color="auto"/>
            </w:tcBorders>
          </w:tcPr>
          <w:p w14:paraId="723FBDFA" w14:textId="77777777" w:rsidR="00C856EF" w:rsidRPr="00B53B38" w:rsidRDefault="00C856EF" w:rsidP="00D86F60">
            <w:pPr>
              <w:jc w:val="both"/>
              <w:rPr>
                <w:rFonts w:eastAsia="Calibri"/>
                <w:bCs/>
                <w:sz w:val="28"/>
                <w:szCs w:val="28"/>
                <w:lang w:val="kk-KZ"/>
              </w:rPr>
            </w:pPr>
            <w:r w:rsidRPr="00B53B38">
              <w:rPr>
                <w:rFonts w:eastAsia="Calibri"/>
                <w:bCs/>
                <w:sz w:val="28"/>
                <w:szCs w:val="28"/>
                <w:lang w:val="kk-KZ"/>
              </w:rPr>
              <w:t>Жалпы білім беретін мектептің жалпы сыныбы жағдайында бастауыш білімнің жалпы білім беру бағдарламасын бейімдеу.</w:t>
            </w:r>
          </w:p>
        </w:tc>
        <w:tc>
          <w:tcPr>
            <w:tcW w:w="1701" w:type="dxa"/>
            <w:tcBorders>
              <w:top w:val="single" w:sz="4" w:space="0" w:color="auto"/>
              <w:left w:val="single" w:sz="4" w:space="0" w:color="auto"/>
              <w:bottom w:val="single" w:sz="4" w:space="0" w:color="auto"/>
              <w:right w:val="single" w:sz="4" w:space="0" w:color="auto"/>
            </w:tcBorders>
          </w:tcPr>
          <w:p w14:paraId="12682472" w14:textId="77777777" w:rsidR="00C856EF" w:rsidRPr="00B53B38" w:rsidRDefault="00C856EF" w:rsidP="00D86F60">
            <w:pPr>
              <w:ind w:left="177"/>
              <w:jc w:val="both"/>
              <w:rPr>
                <w:rFonts w:eastAsia="Calibri"/>
                <w:bCs/>
                <w:sz w:val="28"/>
                <w:szCs w:val="28"/>
                <w:lang w:val="kk-KZ"/>
              </w:rPr>
            </w:pPr>
            <w:r w:rsidRPr="00B53B38">
              <w:rPr>
                <w:rFonts w:eastAsia="Calibri"/>
                <w:bCs/>
                <w:sz w:val="28"/>
                <w:szCs w:val="28"/>
                <w:lang w:val="kk-KZ"/>
              </w:rPr>
              <w:t>Дефектолог –логопед</w:t>
            </w:r>
          </w:p>
        </w:tc>
      </w:tr>
      <w:tr w:rsidR="00C856EF" w:rsidRPr="00B53B38" w14:paraId="21A5487D" w14:textId="77777777" w:rsidTr="00C856EF">
        <w:trPr>
          <w:trHeight w:val="604"/>
        </w:trPr>
        <w:tc>
          <w:tcPr>
            <w:tcW w:w="396" w:type="dxa"/>
            <w:tcBorders>
              <w:top w:val="single" w:sz="4" w:space="0" w:color="auto"/>
              <w:left w:val="single" w:sz="4" w:space="0" w:color="auto"/>
              <w:bottom w:val="single" w:sz="4" w:space="0" w:color="auto"/>
              <w:right w:val="single" w:sz="4" w:space="0" w:color="auto"/>
            </w:tcBorders>
          </w:tcPr>
          <w:p w14:paraId="15F446E1" w14:textId="77777777" w:rsidR="00C856EF" w:rsidRPr="00B53B38" w:rsidRDefault="00C856EF" w:rsidP="00D86F60">
            <w:pPr>
              <w:rPr>
                <w:rFonts w:eastAsia="Calibri"/>
                <w:bCs/>
                <w:sz w:val="28"/>
                <w:szCs w:val="28"/>
                <w:lang w:val="kk-KZ"/>
              </w:rPr>
            </w:pPr>
            <w:r w:rsidRPr="00B53B38">
              <w:rPr>
                <w:rFonts w:eastAsia="Calibri"/>
                <w:bCs/>
                <w:sz w:val="28"/>
                <w:szCs w:val="28"/>
                <w:lang w:val="kk-KZ"/>
              </w:rPr>
              <w:t>7</w:t>
            </w:r>
          </w:p>
        </w:tc>
        <w:tc>
          <w:tcPr>
            <w:tcW w:w="1702" w:type="dxa"/>
            <w:tcBorders>
              <w:top w:val="single" w:sz="4" w:space="0" w:color="auto"/>
              <w:left w:val="single" w:sz="4" w:space="0" w:color="auto"/>
              <w:bottom w:val="single" w:sz="4" w:space="0" w:color="auto"/>
              <w:right w:val="single" w:sz="4" w:space="0" w:color="auto"/>
            </w:tcBorders>
          </w:tcPr>
          <w:p w14:paraId="574FDB76" w14:textId="77777777" w:rsidR="00C856EF" w:rsidRPr="00B53B38" w:rsidRDefault="00C856EF" w:rsidP="00D86F60">
            <w:pPr>
              <w:rPr>
                <w:rFonts w:eastAsia="Calibri"/>
                <w:bCs/>
                <w:sz w:val="28"/>
                <w:szCs w:val="28"/>
                <w:lang w:val="en-US"/>
              </w:rPr>
            </w:pPr>
            <w:r w:rsidRPr="00B53B38">
              <w:rPr>
                <w:rFonts w:eastAsia="Calibri"/>
                <w:bCs/>
                <w:sz w:val="28"/>
                <w:szCs w:val="28"/>
                <w:lang w:val="kk-KZ"/>
              </w:rPr>
              <w:t>Қайырбек Кенесары Ерланұлы</w:t>
            </w:r>
          </w:p>
          <w:p w14:paraId="2DA320C6" w14:textId="77777777" w:rsidR="00C856EF" w:rsidRPr="00B53B38" w:rsidRDefault="00C856EF" w:rsidP="00D86F60">
            <w:pPr>
              <w:rPr>
                <w:rFonts w:eastAsia="Calibri"/>
                <w:bCs/>
                <w:sz w:val="28"/>
                <w:szCs w:val="28"/>
                <w:lang w:val="en-US"/>
              </w:rPr>
            </w:pPr>
            <w:r w:rsidRPr="00B53B38">
              <w:rPr>
                <w:rFonts w:eastAsia="Calibri"/>
                <w:bCs/>
                <w:sz w:val="28"/>
                <w:szCs w:val="28"/>
                <w:lang w:val="kk-KZ"/>
              </w:rPr>
              <w:t>04,12,2018</w:t>
            </w:r>
          </w:p>
        </w:tc>
        <w:tc>
          <w:tcPr>
            <w:tcW w:w="1134" w:type="dxa"/>
            <w:tcBorders>
              <w:top w:val="single" w:sz="4" w:space="0" w:color="auto"/>
              <w:left w:val="single" w:sz="4" w:space="0" w:color="auto"/>
              <w:bottom w:val="single" w:sz="4" w:space="0" w:color="auto"/>
              <w:right w:val="single" w:sz="4" w:space="0" w:color="auto"/>
            </w:tcBorders>
          </w:tcPr>
          <w:p w14:paraId="662D1CC6" w14:textId="77777777" w:rsidR="00C856EF" w:rsidRPr="00B53B38" w:rsidRDefault="00C856EF" w:rsidP="00D86F60">
            <w:pPr>
              <w:rPr>
                <w:rFonts w:eastAsia="Calibri"/>
                <w:bCs/>
                <w:sz w:val="28"/>
                <w:szCs w:val="28"/>
              </w:rPr>
            </w:pPr>
            <w:r w:rsidRPr="00B53B38">
              <w:rPr>
                <w:rFonts w:eastAsia="Calibri"/>
                <w:bCs/>
                <w:sz w:val="28"/>
                <w:szCs w:val="28"/>
                <w:lang w:val="kk-KZ"/>
              </w:rPr>
              <w:t xml:space="preserve">1 сынып </w:t>
            </w:r>
            <w:r w:rsidRPr="00B53B38">
              <w:rPr>
                <w:rFonts w:eastAsia="Calibri"/>
                <w:bCs/>
                <w:sz w:val="28"/>
                <w:szCs w:val="28"/>
              </w:rPr>
              <w:t>Жалпы сынып</w:t>
            </w:r>
          </w:p>
          <w:p w14:paraId="6BB5D7C1" w14:textId="77777777" w:rsidR="00C856EF" w:rsidRPr="00B53B38" w:rsidRDefault="00C856EF" w:rsidP="00D86F60">
            <w:pPr>
              <w:rPr>
                <w:rFonts w:eastAsia="Calibri"/>
                <w:bCs/>
                <w:sz w:val="28"/>
                <w:szCs w:val="28"/>
                <w:lang w:val="kk-KZ"/>
              </w:rPr>
            </w:pPr>
          </w:p>
        </w:tc>
        <w:tc>
          <w:tcPr>
            <w:tcW w:w="850" w:type="dxa"/>
            <w:tcBorders>
              <w:top w:val="single" w:sz="4" w:space="0" w:color="auto"/>
              <w:left w:val="single" w:sz="4" w:space="0" w:color="auto"/>
              <w:bottom w:val="single" w:sz="4" w:space="0" w:color="auto"/>
              <w:right w:val="single" w:sz="4" w:space="0" w:color="auto"/>
            </w:tcBorders>
          </w:tcPr>
          <w:p w14:paraId="3A2302AC" w14:textId="77777777" w:rsidR="00C856EF" w:rsidRPr="00B53B38" w:rsidRDefault="00C856EF" w:rsidP="00D86F60">
            <w:pPr>
              <w:rPr>
                <w:rFonts w:eastAsia="Calibri"/>
                <w:bCs/>
                <w:sz w:val="28"/>
                <w:szCs w:val="28"/>
                <w:lang w:val="kk-KZ"/>
              </w:rPr>
            </w:pPr>
            <w:r w:rsidRPr="00B53B38">
              <w:rPr>
                <w:rFonts w:eastAsia="Calibri"/>
                <w:bCs/>
                <w:sz w:val="28"/>
                <w:szCs w:val="28"/>
                <w:lang w:val="kk-KZ"/>
              </w:rPr>
              <w:t>Қазақ тілі</w:t>
            </w:r>
          </w:p>
        </w:tc>
        <w:tc>
          <w:tcPr>
            <w:tcW w:w="1134" w:type="dxa"/>
            <w:tcBorders>
              <w:top w:val="single" w:sz="4" w:space="0" w:color="auto"/>
              <w:left w:val="single" w:sz="4" w:space="0" w:color="auto"/>
              <w:bottom w:val="single" w:sz="4" w:space="0" w:color="auto"/>
              <w:right w:val="single" w:sz="4" w:space="0" w:color="auto"/>
            </w:tcBorders>
          </w:tcPr>
          <w:p w14:paraId="6C2A4830" w14:textId="77777777" w:rsidR="00C856EF" w:rsidRPr="00B53B38" w:rsidRDefault="00C856EF" w:rsidP="00D86F60">
            <w:pPr>
              <w:rPr>
                <w:rFonts w:eastAsia="Calibri"/>
                <w:bCs/>
                <w:sz w:val="28"/>
                <w:szCs w:val="28"/>
                <w:lang w:val="kk-KZ"/>
              </w:rPr>
            </w:pPr>
            <w:r w:rsidRPr="00B53B38">
              <w:rPr>
                <w:rFonts w:eastAsia="Calibri"/>
                <w:bCs/>
                <w:sz w:val="28"/>
                <w:szCs w:val="28"/>
                <w:lang w:val="kk-KZ"/>
              </w:rPr>
              <w:t>21,11,2025</w:t>
            </w:r>
          </w:p>
        </w:tc>
        <w:tc>
          <w:tcPr>
            <w:tcW w:w="1985" w:type="dxa"/>
            <w:tcBorders>
              <w:top w:val="single" w:sz="4" w:space="0" w:color="auto"/>
              <w:left w:val="single" w:sz="4" w:space="0" w:color="auto"/>
              <w:bottom w:val="single" w:sz="4" w:space="0" w:color="auto"/>
              <w:right w:val="single" w:sz="4" w:space="0" w:color="auto"/>
            </w:tcBorders>
          </w:tcPr>
          <w:p w14:paraId="2D20531F" w14:textId="77777777" w:rsidR="00C856EF" w:rsidRPr="00B53B38" w:rsidRDefault="00C856EF" w:rsidP="00D86F60">
            <w:pPr>
              <w:rPr>
                <w:rFonts w:eastAsia="Calibri"/>
                <w:bCs/>
                <w:color w:val="000000"/>
                <w:sz w:val="28"/>
                <w:szCs w:val="28"/>
                <w:lang w:val="kk-KZ"/>
              </w:rPr>
            </w:pPr>
            <w:r w:rsidRPr="00B53B38">
              <w:rPr>
                <w:rFonts w:eastAsia="Calibri"/>
                <w:bCs/>
                <w:color w:val="000000"/>
                <w:sz w:val="28"/>
                <w:szCs w:val="28"/>
                <w:lang w:val="kk-KZ"/>
              </w:rPr>
              <w:t>Ж</w:t>
            </w:r>
            <w:r w:rsidRPr="00B53B38">
              <w:rPr>
                <w:rFonts w:eastAsia="Calibri"/>
                <w:bCs/>
                <w:sz w:val="28"/>
                <w:szCs w:val="28"/>
                <w:lang w:val="kk-KZ"/>
              </w:rPr>
              <w:t xml:space="preserve">алпы сөйлеутілінің дамымауының 3- деңгейі. </w:t>
            </w:r>
          </w:p>
        </w:tc>
        <w:tc>
          <w:tcPr>
            <w:tcW w:w="2126" w:type="dxa"/>
            <w:tcBorders>
              <w:top w:val="single" w:sz="4" w:space="0" w:color="auto"/>
              <w:left w:val="single" w:sz="4" w:space="0" w:color="auto"/>
              <w:bottom w:val="single" w:sz="4" w:space="0" w:color="auto"/>
              <w:right w:val="single" w:sz="4" w:space="0" w:color="auto"/>
            </w:tcBorders>
          </w:tcPr>
          <w:p w14:paraId="4C21A580" w14:textId="77777777" w:rsidR="00C856EF" w:rsidRPr="00B53B38" w:rsidRDefault="00C856EF" w:rsidP="00D86F60">
            <w:pPr>
              <w:jc w:val="both"/>
              <w:rPr>
                <w:rFonts w:eastAsia="Calibri"/>
                <w:bCs/>
                <w:sz w:val="28"/>
                <w:szCs w:val="28"/>
                <w:lang w:val="kk-KZ"/>
              </w:rPr>
            </w:pPr>
            <w:r w:rsidRPr="00B53B38">
              <w:rPr>
                <w:rFonts w:eastAsia="Calibri"/>
                <w:bCs/>
                <w:sz w:val="28"/>
                <w:szCs w:val="28"/>
                <w:lang w:val="kk-KZ"/>
              </w:rPr>
              <w:t>Жалпы білім беретін мектептің жалпы сыныбы жағдайында бастауыш білімнің жалпы білім беру бағдарламасы бойынша оқыту.</w:t>
            </w:r>
          </w:p>
          <w:p w14:paraId="41D70627" w14:textId="77777777" w:rsidR="00C856EF" w:rsidRPr="00B53B38" w:rsidRDefault="00C856EF" w:rsidP="00D86F60">
            <w:pPr>
              <w:jc w:val="both"/>
              <w:rPr>
                <w:rFonts w:eastAsia="Calibri"/>
                <w:bCs/>
                <w:sz w:val="28"/>
                <w:szCs w:val="28"/>
                <w:lang w:val="kk-KZ"/>
              </w:rPr>
            </w:pPr>
          </w:p>
        </w:tc>
        <w:tc>
          <w:tcPr>
            <w:tcW w:w="1701" w:type="dxa"/>
            <w:tcBorders>
              <w:top w:val="single" w:sz="4" w:space="0" w:color="auto"/>
              <w:left w:val="single" w:sz="4" w:space="0" w:color="auto"/>
              <w:bottom w:val="single" w:sz="4" w:space="0" w:color="auto"/>
              <w:right w:val="single" w:sz="4" w:space="0" w:color="auto"/>
            </w:tcBorders>
          </w:tcPr>
          <w:p w14:paraId="7113DA29" w14:textId="77777777" w:rsidR="00C856EF" w:rsidRPr="00B53B38" w:rsidRDefault="00C856EF" w:rsidP="00D86F60">
            <w:pPr>
              <w:jc w:val="both"/>
              <w:rPr>
                <w:rFonts w:eastAsia="Calibri"/>
                <w:bCs/>
                <w:sz w:val="28"/>
                <w:szCs w:val="28"/>
                <w:lang w:val="kk-KZ"/>
              </w:rPr>
            </w:pPr>
            <w:r w:rsidRPr="00B53B38">
              <w:rPr>
                <w:rFonts w:eastAsia="Calibri"/>
                <w:bCs/>
                <w:sz w:val="28"/>
                <w:szCs w:val="28"/>
                <w:lang w:val="kk-KZ"/>
              </w:rPr>
              <w:t>Логопед</w:t>
            </w:r>
          </w:p>
        </w:tc>
      </w:tr>
      <w:tr w:rsidR="00C856EF" w:rsidRPr="00B53B38" w14:paraId="7B21CD1C" w14:textId="77777777" w:rsidTr="00C856EF">
        <w:trPr>
          <w:trHeight w:val="604"/>
        </w:trPr>
        <w:tc>
          <w:tcPr>
            <w:tcW w:w="396" w:type="dxa"/>
            <w:tcBorders>
              <w:top w:val="single" w:sz="4" w:space="0" w:color="auto"/>
              <w:left w:val="single" w:sz="4" w:space="0" w:color="auto"/>
              <w:bottom w:val="single" w:sz="4" w:space="0" w:color="auto"/>
              <w:right w:val="single" w:sz="4" w:space="0" w:color="auto"/>
            </w:tcBorders>
          </w:tcPr>
          <w:p w14:paraId="5CDAA4F9" w14:textId="77777777" w:rsidR="00C856EF" w:rsidRPr="00B53B38" w:rsidRDefault="00C856EF" w:rsidP="00D86F60">
            <w:pPr>
              <w:rPr>
                <w:rFonts w:eastAsia="Calibri"/>
                <w:bCs/>
                <w:sz w:val="28"/>
                <w:szCs w:val="28"/>
                <w:lang w:val="kk-KZ"/>
              </w:rPr>
            </w:pPr>
            <w:r w:rsidRPr="00B53B38">
              <w:rPr>
                <w:rFonts w:eastAsia="Calibri"/>
                <w:bCs/>
                <w:sz w:val="28"/>
                <w:szCs w:val="28"/>
                <w:lang w:val="kk-KZ"/>
              </w:rPr>
              <w:lastRenderedPageBreak/>
              <w:t>8</w:t>
            </w:r>
          </w:p>
        </w:tc>
        <w:tc>
          <w:tcPr>
            <w:tcW w:w="1702" w:type="dxa"/>
            <w:tcBorders>
              <w:top w:val="single" w:sz="4" w:space="0" w:color="auto"/>
              <w:left w:val="single" w:sz="4" w:space="0" w:color="auto"/>
              <w:bottom w:val="single" w:sz="4" w:space="0" w:color="auto"/>
              <w:right w:val="single" w:sz="4" w:space="0" w:color="auto"/>
            </w:tcBorders>
          </w:tcPr>
          <w:p w14:paraId="4AF7BBD3" w14:textId="77777777" w:rsidR="00C856EF" w:rsidRPr="00B53B38" w:rsidRDefault="00C856EF" w:rsidP="00D86F60">
            <w:pPr>
              <w:rPr>
                <w:rFonts w:eastAsia="Calibri"/>
                <w:bCs/>
                <w:sz w:val="28"/>
                <w:szCs w:val="28"/>
                <w:lang w:val="en-US"/>
              </w:rPr>
            </w:pPr>
            <w:r w:rsidRPr="00B53B38">
              <w:rPr>
                <w:rFonts w:eastAsia="Calibri"/>
                <w:bCs/>
                <w:sz w:val="28"/>
                <w:szCs w:val="28"/>
                <w:lang w:val="kk-KZ"/>
              </w:rPr>
              <w:t>Смагулова Айару Ержанқызы</w:t>
            </w:r>
          </w:p>
          <w:p w14:paraId="1CED5F8D" w14:textId="77777777" w:rsidR="00C856EF" w:rsidRPr="00B53B38" w:rsidRDefault="00C856EF" w:rsidP="00D86F60">
            <w:pPr>
              <w:rPr>
                <w:rFonts w:eastAsia="Calibri"/>
                <w:bCs/>
                <w:sz w:val="28"/>
                <w:szCs w:val="28"/>
                <w:lang w:val="kk-KZ"/>
              </w:rPr>
            </w:pPr>
            <w:r w:rsidRPr="00B53B38">
              <w:rPr>
                <w:rFonts w:eastAsia="Calibri"/>
                <w:bCs/>
                <w:sz w:val="28"/>
                <w:szCs w:val="28"/>
                <w:lang w:val="kk-KZ"/>
              </w:rPr>
              <w:t>30,04,2019</w:t>
            </w:r>
          </w:p>
          <w:p w14:paraId="59776C27" w14:textId="77777777" w:rsidR="00C856EF" w:rsidRPr="00B53B38" w:rsidRDefault="00C856EF" w:rsidP="00D86F60">
            <w:pPr>
              <w:rPr>
                <w:rFonts w:eastAsia="Calibri"/>
                <w:bCs/>
                <w:sz w:val="28"/>
                <w:szCs w:val="28"/>
                <w:lang w:val="kk-KZ"/>
              </w:rPr>
            </w:pPr>
          </w:p>
          <w:p w14:paraId="557CFC64" w14:textId="77777777" w:rsidR="00C856EF" w:rsidRPr="00B53B38" w:rsidRDefault="00C856EF" w:rsidP="00D86F60">
            <w:pPr>
              <w:rPr>
                <w:rFonts w:eastAsia="Calibri"/>
                <w:bCs/>
                <w:sz w:val="28"/>
                <w:szCs w:val="28"/>
                <w:lang w:val="kk-KZ"/>
              </w:rPr>
            </w:pPr>
          </w:p>
          <w:p w14:paraId="36EB7B92" w14:textId="77777777" w:rsidR="00C856EF" w:rsidRPr="00B53B38" w:rsidRDefault="00C856EF" w:rsidP="00D86F60">
            <w:pPr>
              <w:rPr>
                <w:rFonts w:eastAsia="Calibri"/>
                <w:bCs/>
                <w:sz w:val="28"/>
                <w:szCs w:val="28"/>
                <w:lang w:val="en-US"/>
              </w:rPr>
            </w:pPr>
          </w:p>
        </w:tc>
        <w:tc>
          <w:tcPr>
            <w:tcW w:w="1134" w:type="dxa"/>
            <w:tcBorders>
              <w:top w:val="single" w:sz="4" w:space="0" w:color="auto"/>
              <w:left w:val="single" w:sz="4" w:space="0" w:color="auto"/>
              <w:bottom w:val="single" w:sz="4" w:space="0" w:color="auto"/>
              <w:right w:val="single" w:sz="4" w:space="0" w:color="auto"/>
            </w:tcBorders>
          </w:tcPr>
          <w:p w14:paraId="02F05175" w14:textId="77777777" w:rsidR="00C856EF" w:rsidRPr="00B53B38" w:rsidRDefault="00C856EF" w:rsidP="00D86F60">
            <w:pPr>
              <w:rPr>
                <w:rFonts w:eastAsia="Calibri"/>
                <w:bCs/>
                <w:sz w:val="28"/>
                <w:szCs w:val="28"/>
              </w:rPr>
            </w:pPr>
            <w:r w:rsidRPr="00B53B38">
              <w:rPr>
                <w:rFonts w:eastAsia="Calibri"/>
                <w:bCs/>
                <w:sz w:val="28"/>
                <w:szCs w:val="28"/>
                <w:lang w:val="kk-KZ"/>
              </w:rPr>
              <w:t xml:space="preserve">1 сынып </w:t>
            </w:r>
            <w:r w:rsidRPr="00B53B38">
              <w:rPr>
                <w:rFonts w:eastAsia="Calibri"/>
                <w:bCs/>
                <w:sz w:val="28"/>
                <w:szCs w:val="28"/>
              </w:rPr>
              <w:t>Жалпы сынып</w:t>
            </w:r>
          </w:p>
          <w:p w14:paraId="58719892" w14:textId="77777777" w:rsidR="00C856EF" w:rsidRPr="00B53B38" w:rsidRDefault="00C856EF" w:rsidP="00D86F60">
            <w:pPr>
              <w:rPr>
                <w:rFonts w:eastAsia="Calibri"/>
                <w:bCs/>
                <w:sz w:val="28"/>
                <w:szCs w:val="28"/>
                <w:lang w:val="kk-KZ"/>
              </w:rPr>
            </w:pPr>
          </w:p>
        </w:tc>
        <w:tc>
          <w:tcPr>
            <w:tcW w:w="850" w:type="dxa"/>
            <w:tcBorders>
              <w:top w:val="single" w:sz="4" w:space="0" w:color="auto"/>
              <w:left w:val="single" w:sz="4" w:space="0" w:color="auto"/>
              <w:bottom w:val="single" w:sz="4" w:space="0" w:color="auto"/>
              <w:right w:val="single" w:sz="4" w:space="0" w:color="auto"/>
            </w:tcBorders>
          </w:tcPr>
          <w:p w14:paraId="18F6F32F" w14:textId="77777777" w:rsidR="00C856EF" w:rsidRPr="00B53B38" w:rsidRDefault="00C856EF" w:rsidP="00D86F60">
            <w:pPr>
              <w:rPr>
                <w:rFonts w:eastAsia="Calibri"/>
                <w:bCs/>
                <w:sz w:val="28"/>
                <w:szCs w:val="28"/>
                <w:lang w:val="kk-KZ"/>
              </w:rPr>
            </w:pPr>
            <w:r w:rsidRPr="00B53B38">
              <w:rPr>
                <w:rFonts w:eastAsia="Calibri"/>
                <w:bCs/>
                <w:sz w:val="28"/>
                <w:szCs w:val="28"/>
                <w:lang w:val="kk-KZ"/>
              </w:rPr>
              <w:t>Қазақ тілі</w:t>
            </w:r>
          </w:p>
        </w:tc>
        <w:tc>
          <w:tcPr>
            <w:tcW w:w="1134" w:type="dxa"/>
            <w:tcBorders>
              <w:top w:val="single" w:sz="4" w:space="0" w:color="auto"/>
              <w:left w:val="single" w:sz="4" w:space="0" w:color="auto"/>
              <w:bottom w:val="single" w:sz="4" w:space="0" w:color="auto"/>
              <w:right w:val="single" w:sz="4" w:space="0" w:color="auto"/>
            </w:tcBorders>
          </w:tcPr>
          <w:p w14:paraId="54DC09E5" w14:textId="77777777" w:rsidR="00C856EF" w:rsidRPr="00B53B38" w:rsidRDefault="00C856EF" w:rsidP="00D86F60">
            <w:pPr>
              <w:rPr>
                <w:rFonts w:eastAsia="Calibri"/>
                <w:bCs/>
                <w:sz w:val="28"/>
                <w:szCs w:val="28"/>
                <w:lang w:val="kk-KZ"/>
              </w:rPr>
            </w:pPr>
            <w:r w:rsidRPr="00B53B38">
              <w:rPr>
                <w:rFonts w:eastAsia="Calibri"/>
                <w:bCs/>
                <w:sz w:val="28"/>
                <w:szCs w:val="28"/>
                <w:lang w:val="kk-KZ"/>
              </w:rPr>
              <w:t>17,12,2025</w:t>
            </w:r>
          </w:p>
        </w:tc>
        <w:tc>
          <w:tcPr>
            <w:tcW w:w="1985" w:type="dxa"/>
            <w:tcBorders>
              <w:top w:val="single" w:sz="4" w:space="0" w:color="auto"/>
              <w:left w:val="single" w:sz="4" w:space="0" w:color="auto"/>
              <w:bottom w:val="single" w:sz="4" w:space="0" w:color="auto"/>
              <w:right w:val="single" w:sz="4" w:space="0" w:color="auto"/>
            </w:tcBorders>
          </w:tcPr>
          <w:p w14:paraId="18747C65" w14:textId="77777777" w:rsidR="00C856EF" w:rsidRPr="00B53B38" w:rsidRDefault="00C856EF" w:rsidP="00D86F60">
            <w:pPr>
              <w:rPr>
                <w:rFonts w:eastAsia="Calibri"/>
                <w:bCs/>
                <w:color w:val="000000"/>
                <w:sz w:val="28"/>
                <w:szCs w:val="28"/>
                <w:lang w:val="kk-KZ"/>
              </w:rPr>
            </w:pPr>
            <w:r w:rsidRPr="00B53B38">
              <w:rPr>
                <w:rFonts w:eastAsia="Calibri"/>
                <w:bCs/>
                <w:color w:val="000000"/>
                <w:sz w:val="28"/>
                <w:szCs w:val="28"/>
                <w:lang w:val="kk-KZ"/>
              </w:rPr>
              <w:t>Психикалық дамуы айкын тежелген.</w:t>
            </w:r>
            <w:r w:rsidRPr="00B53B38">
              <w:rPr>
                <w:rFonts w:eastAsia="Calibri"/>
                <w:bCs/>
                <w:sz w:val="28"/>
                <w:szCs w:val="28"/>
                <w:lang w:val="kk-KZ"/>
              </w:rPr>
              <w:t xml:space="preserve"> Жеңіл түрде зияттың бұзылуы. Жалпы сөйлеутілінің дамымауының 3 деңгейі. Жазу мен иокудың қалыптасу қиындықтары.</w:t>
            </w:r>
          </w:p>
        </w:tc>
        <w:tc>
          <w:tcPr>
            <w:tcW w:w="2126" w:type="dxa"/>
            <w:tcBorders>
              <w:top w:val="single" w:sz="4" w:space="0" w:color="auto"/>
              <w:left w:val="single" w:sz="4" w:space="0" w:color="auto"/>
              <w:bottom w:val="single" w:sz="4" w:space="0" w:color="auto"/>
              <w:right w:val="single" w:sz="4" w:space="0" w:color="auto"/>
            </w:tcBorders>
          </w:tcPr>
          <w:p w14:paraId="47D4FF3D" w14:textId="77777777" w:rsidR="00C856EF" w:rsidRPr="00B53B38" w:rsidRDefault="00C856EF" w:rsidP="00D86F60">
            <w:pPr>
              <w:jc w:val="both"/>
              <w:rPr>
                <w:rFonts w:eastAsia="Calibri"/>
                <w:bCs/>
                <w:sz w:val="28"/>
                <w:szCs w:val="28"/>
                <w:lang w:val="kk-KZ"/>
              </w:rPr>
            </w:pPr>
            <w:r w:rsidRPr="00B53B38">
              <w:rPr>
                <w:rFonts w:eastAsia="Calibri"/>
                <w:bCs/>
                <w:sz w:val="28"/>
                <w:szCs w:val="28"/>
                <w:lang w:val="kk-KZ"/>
              </w:rPr>
              <w:t>Жалпы білім беретін мектептің жалпы сыныбы жағдайында бастауыш білімнің жалпы білім беру бағдарламасын бейімдеу.</w:t>
            </w:r>
          </w:p>
          <w:p w14:paraId="5150AB1D" w14:textId="77777777" w:rsidR="00C856EF" w:rsidRPr="00B53B38" w:rsidRDefault="00C856EF" w:rsidP="00D86F60">
            <w:pPr>
              <w:jc w:val="both"/>
              <w:rPr>
                <w:rFonts w:eastAsia="Calibri"/>
                <w:bCs/>
                <w:sz w:val="28"/>
                <w:szCs w:val="28"/>
                <w:lang w:val="kk-KZ"/>
              </w:rPr>
            </w:pPr>
          </w:p>
        </w:tc>
        <w:tc>
          <w:tcPr>
            <w:tcW w:w="1701" w:type="dxa"/>
            <w:tcBorders>
              <w:top w:val="single" w:sz="4" w:space="0" w:color="auto"/>
              <w:left w:val="single" w:sz="4" w:space="0" w:color="auto"/>
              <w:bottom w:val="single" w:sz="4" w:space="0" w:color="auto"/>
              <w:right w:val="single" w:sz="4" w:space="0" w:color="auto"/>
            </w:tcBorders>
          </w:tcPr>
          <w:p w14:paraId="1EC15D37" w14:textId="77777777" w:rsidR="00C856EF" w:rsidRPr="00B53B38" w:rsidRDefault="00C856EF" w:rsidP="00D86F60">
            <w:pPr>
              <w:ind w:left="117"/>
              <w:jc w:val="both"/>
              <w:rPr>
                <w:rFonts w:eastAsia="Calibri"/>
                <w:bCs/>
                <w:sz w:val="28"/>
                <w:szCs w:val="28"/>
                <w:lang w:val="kk-KZ"/>
              </w:rPr>
            </w:pPr>
            <w:r w:rsidRPr="00B53B38">
              <w:rPr>
                <w:rFonts w:eastAsia="Calibri"/>
                <w:bCs/>
                <w:sz w:val="28"/>
                <w:szCs w:val="28"/>
                <w:lang w:val="kk-KZ"/>
              </w:rPr>
              <w:t>Дефектолог -логопед</w:t>
            </w:r>
          </w:p>
        </w:tc>
      </w:tr>
      <w:tr w:rsidR="00C856EF" w:rsidRPr="00B53B38" w14:paraId="69A37118" w14:textId="77777777" w:rsidTr="00C856EF">
        <w:trPr>
          <w:trHeight w:val="604"/>
        </w:trPr>
        <w:tc>
          <w:tcPr>
            <w:tcW w:w="396" w:type="dxa"/>
            <w:tcBorders>
              <w:top w:val="single" w:sz="4" w:space="0" w:color="auto"/>
              <w:left w:val="single" w:sz="4" w:space="0" w:color="auto"/>
              <w:bottom w:val="single" w:sz="4" w:space="0" w:color="auto"/>
              <w:right w:val="single" w:sz="4" w:space="0" w:color="auto"/>
            </w:tcBorders>
          </w:tcPr>
          <w:p w14:paraId="5AC6ABF9" w14:textId="77777777" w:rsidR="00C856EF" w:rsidRPr="00B53B38" w:rsidRDefault="00C856EF" w:rsidP="00D86F60">
            <w:pPr>
              <w:rPr>
                <w:rFonts w:eastAsia="Calibri"/>
                <w:bCs/>
                <w:sz w:val="28"/>
                <w:szCs w:val="28"/>
                <w:lang w:val="kk-KZ"/>
              </w:rPr>
            </w:pPr>
            <w:r w:rsidRPr="00B53B38">
              <w:rPr>
                <w:rFonts w:eastAsia="Calibri"/>
                <w:bCs/>
                <w:sz w:val="28"/>
                <w:szCs w:val="28"/>
                <w:lang w:val="kk-KZ"/>
              </w:rPr>
              <w:t>9</w:t>
            </w:r>
          </w:p>
        </w:tc>
        <w:tc>
          <w:tcPr>
            <w:tcW w:w="1702" w:type="dxa"/>
            <w:tcBorders>
              <w:top w:val="single" w:sz="4" w:space="0" w:color="auto"/>
              <w:left w:val="single" w:sz="4" w:space="0" w:color="auto"/>
              <w:bottom w:val="single" w:sz="4" w:space="0" w:color="auto"/>
              <w:right w:val="single" w:sz="4" w:space="0" w:color="auto"/>
            </w:tcBorders>
          </w:tcPr>
          <w:p w14:paraId="12C05297" w14:textId="77777777" w:rsidR="00C856EF" w:rsidRPr="00B53B38" w:rsidRDefault="00C856EF" w:rsidP="00D86F60">
            <w:pPr>
              <w:rPr>
                <w:rFonts w:eastAsia="Calibri"/>
                <w:bCs/>
                <w:sz w:val="28"/>
                <w:szCs w:val="28"/>
                <w:lang w:val="en-US"/>
              </w:rPr>
            </w:pPr>
            <w:r w:rsidRPr="00B53B38">
              <w:rPr>
                <w:rFonts w:eastAsia="Calibri"/>
                <w:bCs/>
                <w:sz w:val="28"/>
                <w:szCs w:val="28"/>
                <w:lang w:val="kk-KZ"/>
              </w:rPr>
              <w:t>Бақытов Бекасыл Мадиярұлы</w:t>
            </w:r>
          </w:p>
          <w:p w14:paraId="772D2A3E" w14:textId="77777777" w:rsidR="00C856EF" w:rsidRPr="00B53B38" w:rsidRDefault="00C856EF" w:rsidP="00D86F60">
            <w:pPr>
              <w:rPr>
                <w:rFonts w:eastAsia="Calibri"/>
                <w:bCs/>
                <w:sz w:val="28"/>
                <w:szCs w:val="28"/>
                <w:lang w:val="en-US"/>
              </w:rPr>
            </w:pPr>
            <w:r w:rsidRPr="00B53B38">
              <w:rPr>
                <w:rFonts w:eastAsia="Calibri"/>
                <w:bCs/>
                <w:sz w:val="28"/>
                <w:szCs w:val="28"/>
                <w:lang w:val="kk-KZ"/>
              </w:rPr>
              <w:t>05,10,2017</w:t>
            </w:r>
          </w:p>
        </w:tc>
        <w:tc>
          <w:tcPr>
            <w:tcW w:w="1134" w:type="dxa"/>
            <w:tcBorders>
              <w:top w:val="single" w:sz="4" w:space="0" w:color="auto"/>
              <w:left w:val="single" w:sz="4" w:space="0" w:color="auto"/>
              <w:bottom w:val="single" w:sz="4" w:space="0" w:color="auto"/>
              <w:right w:val="single" w:sz="4" w:space="0" w:color="auto"/>
            </w:tcBorders>
          </w:tcPr>
          <w:p w14:paraId="1ABA7FFE" w14:textId="77777777" w:rsidR="00C856EF" w:rsidRPr="00B53B38" w:rsidRDefault="00C856EF" w:rsidP="00D86F60">
            <w:pPr>
              <w:rPr>
                <w:rFonts w:eastAsia="Calibri"/>
                <w:bCs/>
                <w:sz w:val="28"/>
                <w:szCs w:val="28"/>
              </w:rPr>
            </w:pPr>
            <w:r w:rsidRPr="00B53B38">
              <w:rPr>
                <w:rFonts w:eastAsia="Calibri"/>
                <w:bCs/>
                <w:sz w:val="28"/>
                <w:szCs w:val="28"/>
                <w:lang w:val="kk-KZ"/>
              </w:rPr>
              <w:t xml:space="preserve">2 сынып </w:t>
            </w:r>
            <w:r w:rsidRPr="00B53B38">
              <w:rPr>
                <w:rFonts w:eastAsia="Calibri"/>
                <w:bCs/>
                <w:sz w:val="28"/>
                <w:szCs w:val="28"/>
              </w:rPr>
              <w:t>Жалпы сынып</w:t>
            </w:r>
          </w:p>
          <w:p w14:paraId="7FCCE34D" w14:textId="77777777" w:rsidR="00C856EF" w:rsidRPr="00B53B38" w:rsidRDefault="00C856EF" w:rsidP="00D86F60">
            <w:pPr>
              <w:rPr>
                <w:rFonts w:eastAsia="Calibri"/>
                <w:bCs/>
                <w:sz w:val="28"/>
                <w:szCs w:val="28"/>
                <w:lang w:val="kk-KZ"/>
              </w:rPr>
            </w:pPr>
          </w:p>
        </w:tc>
        <w:tc>
          <w:tcPr>
            <w:tcW w:w="850" w:type="dxa"/>
            <w:tcBorders>
              <w:top w:val="single" w:sz="4" w:space="0" w:color="auto"/>
              <w:left w:val="single" w:sz="4" w:space="0" w:color="auto"/>
              <w:bottom w:val="single" w:sz="4" w:space="0" w:color="auto"/>
              <w:right w:val="single" w:sz="4" w:space="0" w:color="auto"/>
            </w:tcBorders>
          </w:tcPr>
          <w:p w14:paraId="7238EB5E" w14:textId="77777777" w:rsidR="00C856EF" w:rsidRPr="00B53B38" w:rsidRDefault="00C856EF" w:rsidP="00D86F60">
            <w:pPr>
              <w:rPr>
                <w:rFonts w:eastAsia="Calibri"/>
                <w:bCs/>
                <w:sz w:val="28"/>
                <w:szCs w:val="28"/>
                <w:lang w:val="kk-KZ"/>
              </w:rPr>
            </w:pPr>
            <w:r w:rsidRPr="00B53B38">
              <w:rPr>
                <w:rFonts w:eastAsia="Calibri"/>
                <w:bCs/>
                <w:sz w:val="28"/>
                <w:szCs w:val="28"/>
                <w:lang w:val="kk-KZ"/>
              </w:rPr>
              <w:t>Қазақ тілі</w:t>
            </w:r>
          </w:p>
        </w:tc>
        <w:tc>
          <w:tcPr>
            <w:tcW w:w="1134" w:type="dxa"/>
            <w:tcBorders>
              <w:top w:val="single" w:sz="4" w:space="0" w:color="auto"/>
              <w:left w:val="single" w:sz="4" w:space="0" w:color="auto"/>
              <w:bottom w:val="single" w:sz="4" w:space="0" w:color="auto"/>
              <w:right w:val="single" w:sz="4" w:space="0" w:color="auto"/>
            </w:tcBorders>
          </w:tcPr>
          <w:p w14:paraId="0CAA72A8" w14:textId="77777777" w:rsidR="00C856EF" w:rsidRPr="00B53B38" w:rsidRDefault="00C856EF" w:rsidP="00D86F60">
            <w:pPr>
              <w:rPr>
                <w:rFonts w:eastAsia="Calibri"/>
                <w:bCs/>
                <w:sz w:val="28"/>
                <w:szCs w:val="28"/>
                <w:lang w:val="kk-KZ"/>
              </w:rPr>
            </w:pPr>
            <w:r w:rsidRPr="00B53B38">
              <w:rPr>
                <w:rFonts w:eastAsia="Calibri"/>
                <w:bCs/>
                <w:sz w:val="28"/>
                <w:szCs w:val="28"/>
                <w:lang w:val="kk-KZ"/>
              </w:rPr>
              <w:t>26,12,2025</w:t>
            </w:r>
          </w:p>
        </w:tc>
        <w:tc>
          <w:tcPr>
            <w:tcW w:w="1985" w:type="dxa"/>
            <w:tcBorders>
              <w:top w:val="single" w:sz="4" w:space="0" w:color="auto"/>
              <w:left w:val="single" w:sz="4" w:space="0" w:color="auto"/>
              <w:bottom w:val="single" w:sz="4" w:space="0" w:color="auto"/>
              <w:right w:val="single" w:sz="4" w:space="0" w:color="auto"/>
            </w:tcBorders>
          </w:tcPr>
          <w:p w14:paraId="01FD541A" w14:textId="77777777" w:rsidR="00C856EF" w:rsidRPr="00B53B38" w:rsidRDefault="00C856EF" w:rsidP="00D86F60">
            <w:pPr>
              <w:rPr>
                <w:rFonts w:eastAsia="Calibri"/>
                <w:bCs/>
                <w:color w:val="000000"/>
                <w:sz w:val="28"/>
                <w:szCs w:val="28"/>
                <w:lang w:val="kk-KZ"/>
              </w:rPr>
            </w:pPr>
            <w:r w:rsidRPr="00B53B38">
              <w:rPr>
                <w:rFonts w:eastAsia="Calibri"/>
                <w:bCs/>
                <w:color w:val="000000"/>
                <w:sz w:val="28"/>
                <w:szCs w:val="28"/>
                <w:lang w:val="kk-KZ"/>
              </w:rPr>
              <w:t>Психикалық дамуы тежелген,</w:t>
            </w:r>
            <w:r w:rsidRPr="00B53B38">
              <w:rPr>
                <w:rFonts w:eastAsia="Calibri"/>
                <w:bCs/>
                <w:sz w:val="28"/>
                <w:szCs w:val="28"/>
                <w:lang w:val="kk-KZ"/>
              </w:rPr>
              <w:t xml:space="preserve"> Сөйлеу тілінің бұзылуы дамымауының 3 деңгейі, жазу мен оқудың бұзылуы</w:t>
            </w:r>
          </w:p>
        </w:tc>
        <w:tc>
          <w:tcPr>
            <w:tcW w:w="2126" w:type="dxa"/>
            <w:tcBorders>
              <w:top w:val="single" w:sz="4" w:space="0" w:color="auto"/>
              <w:left w:val="single" w:sz="4" w:space="0" w:color="auto"/>
              <w:bottom w:val="single" w:sz="4" w:space="0" w:color="auto"/>
              <w:right w:val="single" w:sz="4" w:space="0" w:color="auto"/>
            </w:tcBorders>
          </w:tcPr>
          <w:p w14:paraId="6E901E58" w14:textId="77777777" w:rsidR="00C856EF" w:rsidRPr="00B53B38" w:rsidRDefault="00C856EF" w:rsidP="00D86F60">
            <w:pPr>
              <w:jc w:val="both"/>
              <w:rPr>
                <w:rFonts w:eastAsia="Calibri"/>
                <w:bCs/>
                <w:sz w:val="28"/>
                <w:szCs w:val="28"/>
                <w:lang w:val="kk-KZ"/>
              </w:rPr>
            </w:pPr>
            <w:r w:rsidRPr="00B53B38">
              <w:rPr>
                <w:rFonts w:eastAsia="Calibri"/>
                <w:bCs/>
                <w:sz w:val="28"/>
                <w:szCs w:val="28"/>
                <w:lang w:val="kk-KZ"/>
              </w:rPr>
              <w:t>Жалпы білім беретін мектептің жалпы сыныбы жағдайында бастауыш білімнің жалпы білім беру бағдарламасын бейімдеу</w:t>
            </w:r>
          </w:p>
        </w:tc>
        <w:tc>
          <w:tcPr>
            <w:tcW w:w="1701" w:type="dxa"/>
            <w:tcBorders>
              <w:top w:val="single" w:sz="4" w:space="0" w:color="auto"/>
              <w:left w:val="single" w:sz="4" w:space="0" w:color="auto"/>
              <w:bottom w:val="single" w:sz="4" w:space="0" w:color="auto"/>
              <w:right w:val="single" w:sz="4" w:space="0" w:color="auto"/>
            </w:tcBorders>
          </w:tcPr>
          <w:p w14:paraId="29E8F8F4" w14:textId="77777777" w:rsidR="00C856EF" w:rsidRPr="00B53B38" w:rsidRDefault="00C856EF" w:rsidP="00D86F60">
            <w:pPr>
              <w:jc w:val="both"/>
              <w:rPr>
                <w:rFonts w:eastAsia="Calibri"/>
                <w:bCs/>
                <w:sz w:val="28"/>
                <w:szCs w:val="28"/>
                <w:lang w:val="kk-KZ"/>
              </w:rPr>
            </w:pPr>
            <w:r w:rsidRPr="00B53B38">
              <w:rPr>
                <w:rFonts w:eastAsia="Calibri"/>
                <w:bCs/>
                <w:sz w:val="28"/>
                <w:szCs w:val="28"/>
                <w:lang w:val="kk-KZ"/>
              </w:rPr>
              <w:t>Дефектолог -логопед</w:t>
            </w:r>
          </w:p>
        </w:tc>
      </w:tr>
      <w:tr w:rsidR="00C856EF" w:rsidRPr="00B53B38" w14:paraId="59C10698" w14:textId="77777777" w:rsidTr="00C856EF">
        <w:trPr>
          <w:trHeight w:val="1010"/>
        </w:trPr>
        <w:tc>
          <w:tcPr>
            <w:tcW w:w="396" w:type="dxa"/>
            <w:tcBorders>
              <w:top w:val="single" w:sz="4" w:space="0" w:color="auto"/>
              <w:left w:val="single" w:sz="4" w:space="0" w:color="auto"/>
              <w:bottom w:val="single" w:sz="4" w:space="0" w:color="auto"/>
              <w:right w:val="single" w:sz="4" w:space="0" w:color="auto"/>
            </w:tcBorders>
          </w:tcPr>
          <w:p w14:paraId="3E36985C" w14:textId="77777777" w:rsidR="00C856EF" w:rsidRPr="00B53B38" w:rsidRDefault="00C856EF" w:rsidP="00D86F60">
            <w:pPr>
              <w:rPr>
                <w:rFonts w:eastAsia="Calibri"/>
                <w:bCs/>
                <w:sz w:val="28"/>
                <w:szCs w:val="28"/>
                <w:lang w:val="kk-KZ"/>
              </w:rPr>
            </w:pPr>
            <w:r w:rsidRPr="00B53B38">
              <w:rPr>
                <w:rFonts w:eastAsia="Calibri"/>
                <w:bCs/>
                <w:sz w:val="28"/>
                <w:szCs w:val="28"/>
                <w:lang w:val="kk-KZ"/>
              </w:rPr>
              <w:t>10</w:t>
            </w:r>
          </w:p>
        </w:tc>
        <w:tc>
          <w:tcPr>
            <w:tcW w:w="1702" w:type="dxa"/>
            <w:tcBorders>
              <w:top w:val="single" w:sz="4" w:space="0" w:color="auto"/>
              <w:left w:val="single" w:sz="4" w:space="0" w:color="auto"/>
              <w:bottom w:val="single" w:sz="4" w:space="0" w:color="auto"/>
              <w:right w:val="single" w:sz="4" w:space="0" w:color="auto"/>
            </w:tcBorders>
          </w:tcPr>
          <w:p w14:paraId="4F7FD7D0" w14:textId="77777777" w:rsidR="00C856EF" w:rsidRPr="00B53B38" w:rsidRDefault="00C856EF" w:rsidP="00D86F60">
            <w:pPr>
              <w:rPr>
                <w:rFonts w:eastAsia="Calibri"/>
                <w:bCs/>
                <w:sz w:val="28"/>
                <w:szCs w:val="28"/>
                <w:lang w:val="en-US"/>
              </w:rPr>
            </w:pPr>
            <w:r w:rsidRPr="00B53B38">
              <w:rPr>
                <w:rFonts w:eastAsia="Calibri"/>
                <w:bCs/>
                <w:sz w:val="28"/>
                <w:szCs w:val="28"/>
                <w:lang w:val="kk-KZ"/>
              </w:rPr>
              <w:t>Ермаханбет Ернұр Ерғалиұлы</w:t>
            </w:r>
          </w:p>
          <w:p w14:paraId="768730F5" w14:textId="77777777" w:rsidR="00C856EF" w:rsidRPr="00B53B38" w:rsidRDefault="00C856EF" w:rsidP="00D86F60">
            <w:pPr>
              <w:rPr>
                <w:rFonts w:eastAsia="Calibri"/>
                <w:bCs/>
                <w:sz w:val="28"/>
                <w:szCs w:val="28"/>
                <w:lang w:val="en-US"/>
              </w:rPr>
            </w:pPr>
            <w:r w:rsidRPr="00B53B38">
              <w:rPr>
                <w:rFonts w:eastAsia="Calibri"/>
                <w:bCs/>
                <w:sz w:val="28"/>
                <w:szCs w:val="28"/>
                <w:lang w:val="kk-KZ"/>
              </w:rPr>
              <w:t>06,12,2014</w:t>
            </w:r>
          </w:p>
        </w:tc>
        <w:tc>
          <w:tcPr>
            <w:tcW w:w="1134" w:type="dxa"/>
            <w:tcBorders>
              <w:top w:val="single" w:sz="4" w:space="0" w:color="auto"/>
              <w:left w:val="single" w:sz="4" w:space="0" w:color="auto"/>
              <w:bottom w:val="single" w:sz="4" w:space="0" w:color="auto"/>
              <w:right w:val="single" w:sz="4" w:space="0" w:color="auto"/>
            </w:tcBorders>
          </w:tcPr>
          <w:p w14:paraId="3B6E2482" w14:textId="77777777" w:rsidR="00C856EF" w:rsidRPr="00B53B38" w:rsidRDefault="00C856EF" w:rsidP="00D86F60">
            <w:pPr>
              <w:rPr>
                <w:rFonts w:eastAsia="Calibri"/>
                <w:bCs/>
                <w:sz w:val="28"/>
                <w:szCs w:val="28"/>
              </w:rPr>
            </w:pPr>
            <w:r w:rsidRPr="00B53B38">
              <w:rPr>
                <w:rFonts w:eastAsia="Calibri"/>
                <w:bCs/>
                <w:sz w:val="28"/>
                <w:szCs w:val="28"/>
                <w:lang w:val="kk-KZ"/>
              </w:rPr>
              <w:t>5 сынып</w:t>
            </w:r>
            <w:r w:rsidRPr="00B53B38">
              <w:rPr>
                <w:rFonts w:eastAsia="Calibri"/>
                <w:bCs/>
                <w:sz w:val="28"/>
                <w:szCs w:val="28"/>
              </w:rPr>
              <w:t xml:space="preserve"> Жалпы сынып</w:t>
            </w:r>
          </w:p>
          <w:p w14:paraId="0B7B72A9" w14:textId="77777777" w:rsidR="00C856EF" w:rsidRPr="00B53B38" w:rsidRDefault="00C856EF" w:rsidP="00D86F60">
            <w:pPr>
              <w:rPr>
                <w:rFonts w:eastAsia="Calibri"/>
                <w:bCs/>
                <w:sz w:val="28"/>
                <w:szCs w:val="28"/>
                <w:lang w:val="kk-KZ"/>
              </w:rPr>
            </w:pPr>
          </w:p>
        </w:tc>
        <w:tc>
          <w:tcPr>
            <w:tcW w:w="850" w:type="dxa"/>
            <w:tcBorders>
              <w:top w:val="single" w:sz="4" w:space="0" w:color="auto"/>
              <w:left w:val="single" w:sz="4" w:space="0" w:color="auto"/>
              <w:bottom w:val="single" w:sz="4" w:space="0" w:color="auto"/>
              <w:right w:val="single" w:sz="4" w:space="0" w:color="auto"/>
            </w:tcBorders>
          </w:tcPr>
          <w:p w14:paraId="19EA724C" w14:textId="77777777" w:rsidR="00C856EF" w:rsidRPr="00B53B38" w:rsidRDefault="00C856EF" w:rsidP="00D86F60">
            <w:pPr>
              <w:rPr>
                <w:rFonts w:eastAsia="Calibri"/>
                <w:bCs/>
                <w:sz w:val="28"/>
                <w:szCs w:val="28"/>
                <w:lang w:val="kk-KZ"/>
              </w:rPr>
            </w:pPr>
            <w:r w:rsidRPr="00B53B38">
              <w:rPr>
                <w:rFonts w:eastAsia="Calibri"/>
                <w:bCs/>
                <w:sz w:val="28"/>
                <w:szCs w:val="28"/>
                <w:lang w:val="kk-KZ"/>
              </w:rPr>
              <w:t>Қазақ тілі</w:t>
            </w:r>
          </w:p>
        </w:tc>
        <w:tc>
          <w:tcPr>
            <w:tcW w:w="1134" w:type="dxa"/>
            <w:tcBorders>
              <w:top w:val="single" w:sz="4" w:space="0" w:color="auto"/>
              <w:left w:val="single" w:sz="4" w:space="0" w:color="auto"/>
              <w:bottom w:val="single" w:sz="4" w:space="0" w:color="auto"/>
              <w:right w:val="single" w:sz="4" w:space="0" w:color="auto"/>
            </w:tcBorders>
          </w:tcPr>
          <w:p w14:paraId="522F8A3A" w14:textId="77777777" w:rsidR="00C856EF" w:rsidRPr="00B53B38" w:rsidRDefault="00C856EF" w:rsidP="00D86F60">
            <w:pPr>
              <w:rPr>
                <w:rFonts w:eastAsia="Calibri"/>
                <w:bCs/>
                <w:sz w:val="28"/>
                <w:szCs w:val="28"/>
                <w:lang w:val="kk-KZ"/>
              </w:rPr>
            </w:pPr>
            <w:r w:rsidRPr="00B53B38">
              <w:rPr>
                <w:rFonts w:eastAsia="Calibri"/>
                <w:bCs/>
                <w:sz w:val="28"/>
                <w:szCs w:val="28"/>
                <w:lang w:val="kk-KZ"/>
              </w:rPr>
              <w:t>10.10.2025</w:t>
            </w:r>
          </w:p>
        </w:tc>
        <w:tc>
          <w:tcPr>
            <w:tcW w:w="1985" w:type="dxa"/>
            <w:tcBorders>
              <w:top w:val="single" w:sz="4" w:space="0" w:color="auto"/>
              <w:left w:val="single" w:sz="4" w:space="0" w:color="auto"/>
              <w:bottom w:val="single" w:sz="4" w:space="0" w:color="auto"/>
              <w:right w:val="single" w:sz="4" w:space="0" w:color="auto"/>
            </w:tcBorders>
          </w:tcPr>
          <w:p w14:paraId="04D6AAE4" w14:textId="77777777" w:rsidR="00C856EF" w:rsidRPr="00B53B38" w:rsidRDefault="00C856EF" w:rsidP="00D86F60">
            <w:pPr>
              <w:rPr>
                <w:rFonts w:eastAsia="Calibri"/>
                <w:bCs/>
                <w:color w:val="000000"/>
                <w:sz w:val="28"/>
                <w:szCs w:val="28"/>
                <w:lang w:val="kk-KZ"/>
              </w:rPr>
            </w:pPr>
            <w:r w:rsidRPr="00B53B38">
              <w:rPr>
                <w:rFonts w:eastAsia="Calibri"/>
                <w:bCs/>
                <w:color w:val="000000"/>
                <w:sz w:val="28"/>
                <w:szCs w:val="28"/>
                <w:lang w:val="kk-KZ"/>
              </w:rPr>
              <w:t>Жеңіл түрде зияттың бұзылысы.</w:t>
            </w:r>
          </w:p>
          <w:p w14:paraId="3A669BCF" w14:textId="77777777" w:rsidR="00C856EF" w:rsidRPr="00B53B38" w:rsidRDefault="00C856EF" w:rsidP="00D86F60">
            <w:pPr>
              <w:rPr>
                <w:rFonts w:eastAsia="Calibri"/>
                <w:bCs/>
                <w:color w:val="000000"/>
                <w:sz w:val="28"/>
                <w:szCs w:val="28"/>
                <w:lang w:val="kk-KZ"/>
              </w:rPr>
            </w:pPr>
            <w:r w:rsidRPr="00B53B38">
              <w:rPr>
                <w:rFonts w:eastAsia="Calibri"/>
                <w:bCs/>
                <w:color w:val="000000"/>
                <w:sz w:val="28"/>
                <w:szCs w:val="28"/>
                <w:lang w:val="kk-KZ"/>
              </w:rPr>
              <w:t>Орташа түрде зияттың бұзылысы.</w:t>
            </w:r>
          </w:p>
          <w:p w14:paraId="0D7429C5" w14:textId="77777777" w:rsidR="00C856EF" w:rsidRPr="00B53B38" w:rsidRDefault="00C856EF" w:rsidP="00D86F60">
            <w:pPr>
              <w:rPr>
                <w:rFonts w:eastAsia="Calibri"/>
                <w:bCs/>
                <w:color w:val="000000"/>
                <w:sz w:val="28"/>
                <w:szCs w:val="28"/>
                <w:lang w:val="kk-KZ"/>
              </w:rPr>
            </w:pPr>
            <w:r w:rsidRPr="00B53B38">
              <w:rPr>
                <w:rFonts w:eastAsia="Calibri"/>
                <w:bCs/>
                <w:color w:val="000000"/>
                <w:sz w:val="28"/>
                <w:szCs w:val="28"/>
                <w:lang w:val="kk-KZ"/>
              </w:rPr>
              <w:t>Мінез-құлық қиындықтары.</w:t>
            </w:r>
            <w:r w:rsidRPr="00B53B38">
              <w:rPr>
                <w:rFonts w:eastAsia="Calibri"/>
                <w:bCs/>
                <w:sz w:val="28"/>
                <w:szCs w:val="28"/>
                <w:lang w:val="kk-KZ"/>
              </w:rPr>
              <w:t xml:space="preserve"> Жалпы сөйлеу тілінің дамымауының 2 деңгейі.</w:t>
            </w:r>
          </w:p>
        </w:tc>
        <w:tc>
          <w:tcPr>
            <w:tcW w:w="2126" w:type="dxa"/>
            <w:tcBorders>
              <w:top w:val="single" w:sz="4" w:space="0" w:color="auto"/>
              <w:left w:val="single" w:sz="4" w:space="0" w:color="auto"/>
              <w:bottom w:val="single" w:sz="4" w:space="0" w:color="auto"/>
              <w:right w:val="single" w:sz="4" w:space="0" w:color="auto"/>
            </w:tcBorders>
          </w:tcPr>
          <w:p w14:paraId="3C732EAD" w14:textId="6DBFF81F" w:rsidR="00C856EF" w:rsidRPr="00B53B38" w:rsidRDefault="00C856EF" w:rsidP="00D86F60">
            <w:pPr>
              <w:jc w:val="both"/>
              <w:rPr>
                <w:rFonts w:eastAsia="Calibri"/>
                <w:bCs/>
                <w:sz w:val="28"/>
                <w:szCs w:val="28"/>
                <w:lang w:val="kk-KZ"/>
              </w:rPr>
            </w:pPr>
            <w:r w:rsidRPr="00B53B38">
              <w:rPr>
                <w:rFonts w:eastAsia="Calibri"/>
                <w:bCs/>
                <w:sz w:val="28"/>
                <w:szCs w:val="28"/>
                <w:lang w:val="kk-KZ"/>
              </w:rPr>
              <w:t>Жеке оку бағдарламасы бойынша негізгі орта білім беретін жалпы мектептің жалпы сыныбы жағдайында окыт</w:t>
            </w:r>
            <w:r w:rsidR="00B53B38" w:rsidRPr="00B53B38">
              <w:rPr>
                <w:rFonts w:eastAsia="Calibri"/>
                <w:bCs/>
                <w:sz w:val="28"/>
                <w:szCs w:val="28"/>
                <w:lang w:val="kk-KZ"/>
              </w:rPr>
              <w:t xml:space="preserve"> у.</w:t>
            </w:r>
            <w:r w:rsidRPr="00B53B38">
              <w:rPr>
                <w:rFonts w:eastAsia="Calibri"/>
                <w:bCs/>
                <w:sz w:val="28"/>
                <w:szCs w:val="28"/>
                <w:lang w:val="kk-KZ"/>
              </w:rPr>
              <w:t xml:space="preserve"> Окыту нәтижелерін бағалау әдістері мен критерийлерін өзгерту.                                                             </w:t>
            </w:r>
          </w:p>
          <w:p w14:paraId="29D280F6" w14:textId="77777777" w:rsidR="00C856EF" w:rsidRPr="00B53B38" w:rsidRDefault="00C856EF" w:rsidP="00D86F60">
            <w:pPr>
              <w:jc w:val="both"/>
              <w:rPr>
                <w:rFonts w:eastAsia="Calibri"/>
                <w:bCs/>
                <w:sz w:val="28"/>
                <w:szCs w:val="28"/>
                <w:lang w:val="kk-KZ"/>
              </w:rPr>
            </w:pPr>
          </w:p>
        </w:tc>
        <w:tc>
          <w:tcPr>
            <w:tcW w:w="1701" w:type="dxa"/>
            <w:tcBorders>
              <w:top w:val="single" w:sz="4" w:space="0" w:color="auto"/>
              <w:left w:val="single" w:sz="4" w:space="0" w:color="auto"/>
              <w:bottom w:val="single" w:sz="4" w:space="0" w:color="auto"/>
              <w:right w:val="single" w:sz="4" w:space="0" w:color="auto"/>
            </w:tcBorders>
          </w:tcPr>
          <w:p w14:paraId="0BAA163E" w14:textId="77777777" w:rsidR="00C856EF" w:rsidRPr="00B53B38" w:rsidRDefault="00C856EF" w:rsidP="00D86F60">
            <w:pPr>
              <w:jc w:val="both"/>
              <w:rPr>
                <w:rFonts w:eastAsia="Calibri"/>
                <w:bCs/>
                <w:sz w:val="28"/>
                <w:szCs w:val="28"/>
                <w:lang w:val="kk-KZ"/>
              </w:rPr>
            </w:pPr>
            <w:r w:rsidRPr="00B53B38">
              <w:rPr>
                <w:rFonts w:eastAsia="Calibri"/>
                <w:bCs/>
                <w:sz w:val="28"/>
                <w:szCs w:val="28"/>
                <w:lang w:val="kk-KZ"/>
              </w:rPr>
              <w:t>Мұғалім- ассисент</w:t>
            </w:r>
          </w:p>
          <w:p w14:paraId="1723F6D5" w14:textId="77777777" w:rsidR="00C856EF" w:rsidRPr="00B53B38" w:rsidRDefault="00C856EF" w:rsidP="00D86F60">
            <w:pPr>
              <w:jc w:val="both"/>
              <w:rPr>
                <w:rFonts w:eastAsia="Calibri"/>
                <w:bCs/>
                <w:sz w:val="28"/>
                <w:szCs w:val="28"/>
                <w:lang w:val="kk-KZ"/>
              </w:rPr>
            </w:pPr>
            <w:r w:rsidRPr="00B53B38">
              <w:rPr>
                <w:rFonts w:eastAsia="Calibri"/>
                <w:bCs/>
                <w:sz w:val="28"/>
                <w:szCs w:val="28"/>
                <w:lang w:val="kk-KZ"/>
              </w:rPr>
              <w:t xml:space="preserve">Дефектолог–логопед                                                                               </w:t>
            </w:r>
          </w:p>
        </w:tc>
      </w:tr>
      <w:tr w:rsidR="00C856EF" w:rsidRPr="00B53B38" w14:paraId="3DD1C3EE" w14:textId="77777777" w:rsidTr="00C856EF">
        <w:trPr>
          <w:trHeight w:val="604"/>
        </w:trPr>
        <w:tc>
          <w:tcPr>
            <w:tcW w:w="396" w:type="dxa"/>
            <w:tcBorders>
              <w:top w:val="single" w:sz="4" w:space="0" w:color="auto"/>
              <w:left w:val="single" w:sz="4" w:space="0" w:color="auto"/>
              <w:bottom w:val="single" w:sz="4" w:space="0" w:color="auto"/>
              <w:right w:val="single" w:sz="4" w:space="0" w:color="auto"/>
            </w:tcBorders>
          </w:tcPr>
          <w:p w14:paraId="5D26DE6B" w14:textId="77777777" w:rsidR="00C856EF" w:rsidRPr="00B53B38" w:rsidRDefault="00C856EF" w:rsidP="00D86F60">
            <w:pPr>
              <w:rPr>
                <w:rFonts w:eastAsia="Calibri"/>
                <w:bCs/>
                <w:sz w:val="28"/>
                <w:szCs w:val="28"/>
                <w:lang w:val="kk-KZ"/>
              </w:rPr>
            </w:pPr>
            <w:r w:rsidRPr="00B53B38">
              <w:rPr>
                <w:rFonts w:eastAsia="Calibri"/>
                <w:bCs/>
                <w:sz w:val="28"/>
                <w:szCs w:val="28"/>
                <w:lang w:val="kk-KZ"/>
              </w:rPr>
              <w:t>11</w:t>
            </w:r>
          </w:p>
        </w:tc>
        <w:tc>
          <w:tcPr>
            <w:tcW w:w="1702" w:type="dxa"/>
            <w:tcBorders>
              <w:top w:val="single" w:sz="4" w:space="0" w:color="auto"/>
              <w:left w:val="single" w:sz="4" w:space="0" w:color="auto"/>
              <w:bottom w:val="single" w:sz="4" w:space="0" w:color="auto"/>
              <w:right w:val="single" w:sz="4" w:space="0" w:color="auto"/>
            </w:tcBorders>
          </w:tcPr>
          <w:p w14:paraId="372F899C" w14:textId="77777777" w:rsidR="00C856EF" w:rsidRPr="00B53B38" w:rsidRDefault="00C856EF" w:rsidP="00D86F60">
            <w:pPr>
              <w:rPr>
                <w:rFonts w:eastAsia="Calibri"/>
                <w:bCs/>
                <w:sz w:val="28"/>
                <w:szCs w:val="28"/>
                <w:lang w:val="en-US"/>
              </w:rPr>
            </w:pPr>
            <w:r w:rsidRPr="00B53B38">
              <w:rPr>
                <w:rFonts w:eastAsia="Calibri"/>
                <w:bCs/>
                <w:sz w:val="28"/>
                <w:szCs w:val="28"/>
                <w:lang w:val="kk-KZ"/>
              </w:rPr>
              <w:t>Болат Раяна Мейрамқызы</w:t>
            </w:r>
          </w:p>
          <w:p w14:paraId="35BEFE3D" w14:textId="77777777" w:rsidR="00C856EF" w:rsidRPr="00B53B38" w:rsidRDefault="00C856EF" w:rsidP="00D86F60">
            <w:pPr>
              <w:rPr>
                <w:rFonts w:eastAsia="Calibri"/>
                <w:bCs/>
                <w:sz w:val="28"/>
                <w:szCs w:val="28"/>
                <w:lang w:val="en-US"/>
              </w:rPr>
            </w:pPr>
            <w:r w:rsidRPr="00B53B38">
              <w:rPr>
                <w:rFonts w:eastAsia="Calibri"/>
                <w:bCs/>
                <w:sz w:val="28"/>
                <w:szCs w:val="28"/>
                <w:lang w:val="kk-KZ"/>
              </w:rPr>
              <w:t>06,05,2015</w:t>
            </w:r>
          </w:p>
        </w:tc>
        <w:tc>
          <w:tcPr>
            <w:tcW w:w="1134" w:type="dxa"/>
            <w:tcBorders>
              <w:top w:val="single" w:sz="4" w:space="0" w:color="auto"/>
              <w:left w:val="single" w:sz="4" w:space="0" w:color="auto"/>
              <w:bottom w:val="single" w:sz="4" w:space="0" w:color="auto"/>
              <w:right w:val="single" w:sz="4" w:space="0" w:color="auto"/>
            </w:tcBorders>
          </w:tcPr>
          <w:p w14:paraId="7B2C3875" w14:textId="77777777" w:rsidR="00C856EF" w:rsidRPr="00B53B38" w:rsidRDefault="00C856EF" w:rsidP="00D86F60">
            <w:pPr>
              <w:rPr>
                <w:rFonts w:eastAsia="Calibri"/>
                <w:bCs/>
                <w:sz w:val="28"/>
                <w:szCs w:val="28"/>
              </w:rPr>
            </w:pPr>
            <w:r w:rsidRPr="00B53B38">
              <w:rPr>
                <w:rFonts w:eastAsia="Calibri"/>
                <w:bCs/>
                <w:sz w:val="28"/>
                <w:szCs w:val="28"/>
                <w:lang w:val="kk-KZ"/>
              </w:rPr>
              <w:t xml:space="preserve">5 сынып </w:t>
            </w:r>
            <w:r w:rsidRPr="00B53B38">
              <w:rPr>
                <w:rFonts w:eastAsia="Calibri"/>
                <w:bCs/>
                <w:sz w:val="28"/>
                <w:szCs w:val="28"/>
              </w:rPr>
              <w:t>Жалпы сынып</w:t>
            </w:r>
          </w:p>
          <w:p w14:paraId="6A7ED996" w14:textId="77777777" w:rsidR="00C856EF" w:rsidRPr="00B53B38" w:rsidRDefault="00C856EF" w:rsidP="00D86F60">
            <w:pPr>
              <w:rPr>
                <w:rFonts w:eastAsia="Calibri"/>
                <w:bCs/>
                <w:sz w:val="28"/>
                <w:szCs w:val="28"/>
                <w:lang w:val="kk-KZ"/>
              </w:rPr>
            </w:pPr>
          </w:p>
        </w:tc>
        <w:tc>
          <w:tcPr>
            <w:tcW w:w="850" w:type="dxa"/>
            <w:tcBorders>
              <w:top w:val="single" w:sz="4" w:space="0" w:color="auto"/>
              <w:left w:val="single" w:sz="4" w:space="0" w:color="auto"/>
              <w:bottom w:val="single" w:sz="4" w:space="0" w:color="auto"/>
              <w:right w:val="single" w:sz="4" w:space="0" w:color="auto"/>
            </w:tcBorders>
          </w:tcPr>
          <w:p w14:paraId="1F6E3DB7" w14:textId="77777777" w:rsidR="00C856EF" w:rsidRPr="00B53B38" w:rsidRDefault="00C856EF" w:rsidP="00D86F60">
            <w:pPr>
              <w:rPr>
                <w:rFonts w:eastAsia="Calibri"/>
                <w:bCs/>
                <w:sz w:val="28"/>
                <w:szCs w:val="28"/>
                <w:lang w:val="kk-KZ"/>
              </w:rPr>
            </w:pPr>
            <w:r w:rsidRPr="00B53B38">
              <w:rPr>
                <w:rFonts w:eastAsia="Calibri"/>
                <w:bCs/>
                <w:sz w:val="28"/>
                <w:szCs w:val="28"/>
                <w:lang w:val="kk-KZ"/>
              </w:rPr>
              <w:t>Қазақ тілі</w:t>
            </w:r>
          </w:p>
        </w:tc>
        <w:tc>
          <w:tcPr>
            <w:tcW w:w="1134" w:type="dxa"/>
            <w:tcBorders>
              <w:top w:val="single" w:sz="4" w:space="0" w:color="auto"/>
              <w:left w:val="single" w:sz="4" w:space="0" w:color="auto"/>
              <w:bottom w:val="single" w:sz="4" w:space="0" w:color="auto"/>
              <w:right w:val="single" w:sz="4" w:space="0" w:color="auto"/>
            </w:tcBorders>
          </w:tcPr>
          <w:p w14:paraId="6342505F" w14:textId="77777777" w:rsidR="00C856EF" w:rsidRPr="00B53B38" w:rsidRDefault="00C856EF" w:rsidP="00D86F60">
            <w:pPr>
              <w:rPr>
                <w:rFonts w:eastAsia="Calibri"/>
                <w:bCs/>
                <w:sz w:val="28"/>
                <w:szCs w:val="28"/>
                <w:lang w:val="kk-KZ"/>
              </w:rPr>
            </w:pPr>
            <w:r w:rsidRPr="00B53B38">
              <w:rPr>
                <w:rFonts w:eastAsia="Calibri"/>
                <w:bCs/>
                <w:sz w:val="28"/>
                <w:szCs w:val="28"/>
                <w:lang w:val="kk-KZ"/>
              </w:rPr>
              <w:t>06,04,2026</w:t>
            </w:r>
          </w:p>
        </w:tc>
        <w:tc>
          <w:tcPr>
            <w:tcW w:w="1985" w:type="dxa"/>
            <w:tcBorders>
              <w:top w:val="single" w:sz="4" w:space="0" w:color="auto"/>
              <w:left w:val="single" w:sz="4" w:space="0" w:color="auto"/>
              <w:bottom w:val="single" w:sz="4" w:space="0" w:color="auto"/>
              <w:right w:val="single" w:sz="4" w:space="0" w:color="auto"/>
            </w:tcBorders>
          </w:tcPr>
          <w:p w14:paraId="021243E0" w14:textId="77777777" w:rsidR="00C856EF" w:rsidRPr="00B53B38" w:rsidRDefault="00C856EF" w:rsidP="00D86F60">
            <w:pPr>
              <w:rPr>
                <w:rFonts w:eastAsia="Calibri"/>
                <w:bCs/>
                <w:color w:val="000000"/>
                <w:sz w:val="28"/>
                <w:szCs w:val="28"/>
                <w:lang w:val="kk-KZ"/>
              </w:rPr>
            </w:pPr>
            <w:r w:rsidRPr="00B53B38">
              <w:rPr>
                <w:rFonts w:eastAsia="Calibri"/>
                <w:bCs/>
                <w:sz w:val="28"/>
                <w:szCs w:val="28"/>
                <w:lang w:val="kk-KZ"/>
              </w:rPr>
              <w:t>Сөйлеу тілінің бұзылуы; дыбыстық сөйлеу бұзылысы.</w:t>
            </w:r>
          </w:p>
        </w:tc>
        <w:tc>
          <w:tcPr>
            <w:tcW w:w="2126" w:type="dxa"/>
            <w:tcBorders>
              <w:top w:val="single" w:sz="4" w:space="0" w:color="auto"/>
              <w:left w:val="single" w:sz="4" w:space="0" w:color="auto"/>
              <w:bottom w:val="single" w:sz="4" w:space="0" w:color="auto"/>
              <w:right w:val="single" w:sz="4" w:space="0" w:color="auto"/>
            </w:tcBorders>
          </w:tcPr>
          <w:p w14:paraId="11C2A96A" w14:textId="77777777" w:rsidR="00C856EF" w:rsidRPr="00B53B38" w:rsidRDefault="00C856EF" w:rsidP="00D86F60">
            <w:pPr>
              <w:jc w:val="both"/>
              <w:rPr>
                <w:rFonts w:eastAsia="Calibri"/>
                <w:bCs/>
                <w:sz w:val="28"/>
                <w:szCs w:val="28"/>
                <w:lang w:val="kk-KZ"/>
              </w:rPr>
            </w:pPr>
            <w:r w:rsidRPr="00B53B38">
              <w:rPr>
                <w:rFonts w:eastAsia="Calibri"/>
                <w:bCs/>
                <w:sz w:val="28"/>
                <w:szCs w:val="28"/>
                <w:lang w:val="kk-KZ"/>
              </w:rPr>
              <w:t xml:space="preserve">Жалпы білім беретін мектептің жалпы сынып  жағдайында </w:t>
            </w:r>
            <w:r w:rsidRPr="00B53B38">
              <w:rPr>
                <w:rFonts w:eastAsia="Calibri"/>
                <w:bCs/>
                <w:sz w:val="28"/>
                <w:szCs w:val="28"/>
                <w:lang w:val="kk-KZ"/>
              </w:rPr>
              <w:lastRenderedPageBreak/>
              <w:t>негізгі орта  білімнің жалпы білім беру бағдарламасы бойынша оқыту.</w:t>
            </w:r>
          </w:p>
          <w:p w14:paraId="73EA1475" w14:textId="77777777" w:rsidR="00C856EF" w:rsidRPr="00B53B38" w:rsidRDefault="00C856EF" w:rsidP="00D86F60">
            <w:pPr>
              <w:jc w:val="both"/>
              <w:rPr>
                <w:rFonts w:eastAsia="Calibri"/>
                <w:bCs/>
                <w:sz w:val="28"/>
                <w:szCs w:val="28"/>
                <w:lang w:val="kk-KZ"/>
              </w:rPr>
            </w:pPr>
          </w:p>
        </w:tc>
        <w:tc>
          <w:tcPr>
            <w:tcW w:w="1701" w:type="dxa"/>
            <w:tcBorders>
              <w:top w:val="single" w:sz="4" w:space="0" w:color="auto"/>
              <w:left w:val="single" w:sz="4" w:space="0" w:color="auto"/>
              <w:bottom w:val="single" w:sz="4" w:space="0" w:color="auto"/>
              <w:right w:val="single" w:sz="4" w:space="0" w:color="auto"/>
            </w:tcBorders>
          </w:tcPr>
          <w:p w14:paraId="761FD23F" w14:textId="77777777" w:rsidR="00C856EF" w:rsidRPr="00B53B38" w:rsidRDefault="00C856EF" w:rsidP="00D86F60">
            <w:pPr>
              <w:jc w:val="both"/>
              <w:rPr>
                <w:rFonts w:eastAsia="Calibri"/>
                <w:bCs/>
                <w:sz w:val="28"/>
                <w:szCs w:val="28"/>
                <w:lang w:val="kk-KZ"/>
              </w:rPr>
            </w:pPr>
            <w:r w:rsidRPr="00B53B38">
              <w:rPr>
                <w:rFonts w:eastAsia="Calibri"/>
                <w:bCs/>
                <w:sz w:val="28"/>
                <w:szCs w:val="28"/>
                <w:lang w:val="kk-KZ"/>
              </w:rPr>
              <w:lastRenderedPageBreak/>
              <w:t>Логопед</w:t>
            </w:r>
          </w:p>
        </w:tc>
      </w:tr>
    </w:tbl>
    <w:p w14:paraId="50F6DF7D" w14:textId="77777777" w:rsidR="001F7B41" w:rsidRPr="00C856EF" w:rsidRDefault="001F7B41" w:rsidP="004E154C">
      <w:pPr>
        <w:pStyle w:val="a8"/>
        <w:jc w:val="both"/>
        <w:rPr>
          <w:rFonts w:ascii="Times New Roman" w:hAnsi="Times New Roman" w:cs="Times New Roman"/>
          <w:sz w:val="28"/>
          <w:szCs w:val="28"/>
          <w:lang w:val="kk-KZ"/>
        </w:rPr>
      </w:pPr>
    </w:p>
    <w:p w14:paraId="3FB195B9" w14:textId="790F5C89" w:rsidR="0034407D" w:rsidRDefault="00BB6EBB" w:rsidP="004E154C">
      <w:pPr>
        <w:pStyle w:val="a8"/>
        <w:jc w:val="both"/>
        <w:rPr>
          <w:rFonts w:ascii="Times New Roman" w:hAnsi="Times New Roman" w:cs="Times New Roman"/>
          <w:sz w:val="28"/>
          <w:szCs w:val="28"/>
          <w:lang w:val="kk-KZ"/>
        </w:rPr>
      </w:pPr>
      <w:r w:rsidRPr="00C856EF">
        <w:rPr>
          <w:rFonts w:ascii="Times New Roman" w:hAnsi="Times New Roman" w:cs="Times New Roman"/>
          <w:sz w:val="28"/>
          <w:szCs w:val="28"/>
          <w:lang w:val="kk-KZ"/>
        </w:rPr>
        <w:t>202</w:t>
      </w:r>
      <w:r w:rsidR="001F7B41" w:rsidRPr="00C856EF">
        <w:rPr>
          <w:rFonts w:ascii="Times New Roman" w:hAnsi="Times New Roman" w:cs="Times New Roman"/>
          <w:sz w:val="28"/>
          <w:szCs w:val="28"/>
          <w:lang w:val="kk-KZ"/>
        </w:rPr>
        <w:t>6-2027</w:t>
      </w:r>
      <w:r w:rsidRPr="00C856EF">
        <w:rPr>
          <w:rFonts w:ascii="Times New Roman" w:hAnsi="Times New Roman" w:cs="Times New Roman"/>
          <w:sz w:val="28"/>
          <w:szCs w:val="28"/>
          <w:lang w:val="kk-KZ"/>
        </w:rPr>
        <w:t xml:space="preserve"> оқу жылы</w:t>
      </w:r>
    </w:p>
    <w:p w14:paraId="5D5DDDCB" w14:textId="77777777" w:rsidR="00AB5BEA" w:rsidRPr="00C856EF" w:rsidRDefault="00AB5BEA" w:rsidP="004E154C">
      <w:pPr>
        <w:pStyle w:val="a8"/>
        <w:jc w:val="both"/>
        <w:rPr>
          <w:rFonts w:ascii="Times New Roman" w:hAnsi="Times New Roman" w:cs="Times New Roman"/>
          <w:sz w:val="28"/>
          <w:szCs w:val="28"/>
          <w:lang w:val="kk-KZ"/>
        </w:rPr>
      </w:pPr>
    </w:p>
    <w:tbl>
      <w:tblPr>
        <w:tblStyle w:val="12"/>
        <w:tblW w:w="11057" w:type="dxa"/>
        <w:tblInd w:w="-601" w:type="dxa"/>
        <w:tblLayout w:type="fixed"/>
        <w:tblLook w:val="04A0" w:firstRow="1" w:lastRow="0" w:firstColumn="1" w:lastColumn="0" w:noHBand="0" w:noVBand="1"/>
      </w:tblPr>
      <w:tblGrid>
        <w:gridCol w:w="567"/>
        <w:gridCol w:w="1560"/>
        <w:gridCol w:w="1276"/>
        <w:gridCol w:w="1134"/>
        <w:gridCol w:w="1559"/>
        <w:gridCol w:w="2410"/>
        <w:gridCol w:w="2551"/>
      </w:tblGrid>
      <w:tr w:rsidR="001F7B41" w:rsidRPr="00AB5BEA" w14:paraId="77409C46" w14:textId="77777777" w:rsidTr="001F7B41">
        <w:tc>
          <w:tcPr>
            <w:tcW w:w="567" w:type="dxa"/>
            <w:tcBorders>
              <w:top w:val="single" w:sz="4" w:space="0" w:color="auto"/>
              <w:left w:val="single" w:sz="4" w:space="0" w:color="auto"/>
              <w:bottom w:val="single" w:sz="4" w:space="0" w:color="auto"/>
              <w:right w:val="single" w:sz="4" w:space="0" w:color="auto"/>
            </w:tcBorders>
          </w:tcPr>
          <w:p w14:paraId="61A0C2D0" w14:textId="77777777" w:rsidR="001F7B41" w:rsidRPr="00AB5BEA" w:rsidRDefault="001F7B41" w:rsidP="00D86F60">
            <w:pPr>
              <w:rPr>
                <w:rFonts w:eastAsia="Calibri"/>
                <w:b/>
                <w:sz w:val="28"/>
                <w:szCs w:val="28"/>
                <w:lang w:val="kk-KZ"/>
              </w:rPr>
            </w:pPr>
            <w:r w:rsidRPr="00AB5BEA">
              <w:rPr>
                <w:rFonts w:eastAsia="Calibri"/>
                <w:b/>
                <w:sz w:val="28"/>
                <w:szCs w:val="28"/>
                <w:lang w:val="kk-KZ"/>
              </w:rPr>
              <w:t>№</w:t>
            </w:r>
          </w:p>
        </w:tc>
        <w:tc>
          <w:tcPr>
            <w:tcW w:w="1560" w:type="dxa"/>
            <w:tcBorders>
              <w:top w:val="single" w:sz="4" w:space="0" w:color="auto"/>
              <w:left w:val="single" w:sz="4" w:space="0" w:color="auto"/>
              <w:bottom w:val="single" w:sz="4" w:space="0" w:color="auto"/>
              <w:right w:val="single" w:sz="4" w:space="0" w:color="auto"/>
            </w:tcBorders>
          </w:tcPr>
          <w:p w14:paraId="6F5E98BA" w14:textId="77777777" w:rsidR="001F7B41" w:rsidRPr="00AB5BEA" w:rsidRDefault="001F7B41" w:rsidP="00D86F60">
            <w:pPr>
              <w:jc w:val="center"/>
              <w:rPr>
                <w:b/>
                <w:sz w:val="28"/>
                <w:szCs w:val="28"/>
                <w:lang w:val="kk-KZ"/>
              </w:rPr>
            </w:pPr>
            <w:r w:rsidRPr="00AB5BEA">
              <w:rPr>
                <w:b/>
                <w:sz w:val="28"/>
                <w:szCs w:val="28"/>
                <w:lang w:val="kk-KZ"/>
              </w:rPr>
              <w:t xml:space="preserve">Оқушының </w:t>
            </w:r>
          </w:p>
          <w:p w14:paraId="1B15F861" w14:textId="77777777" w:rsidR="001F7B41" w:rsidRPr="00AB5BEA" w:rsidRDefault="001F7B41" w:rsidP="00D86F60">
            <w:pPr>
              <w:jc w:val="center"/>
              <w:rPr>
                <w:rFonts w:eastAsia="Calibri"/>
                <w:b/>
                <w:sz w:val="28"/>
                <w:szCs w:val="28"/>
                <w:lang w:val="kk-KZ"/>
              </w:rPr>
            </w:pPr>
            <w:r w:rsidRPr="00AB5BEA">
              <w:rPr>
                <w:b/>
                <w:sz w:val="28"/>
                <w:szCs w:val="28"/>
                <w:lang w:val="kk-KZ"/>
              </w:rPr>
              <w:t>аты-жөні</w:t>
            </w:r>
          </w:p>
        </w:tc>
        <w:tc>
          <w:tcPr>
            <w:tcW w:w="1276" w:type="dxa"/>
            <w:tcBorders>
              <w:top w:val="single" w:sz="4" w:space="0" w:color="auto"/>
              <w:left w:val="single" w:sz="4" w:space="0" w:color="auto"/>
              <w:bottom w:val="single" w:sz="4" w:space="0" w:color="auto"/>
              <w:right w:val="single" w:sz="4" w:space="0" w:color="auto"/>
            </w:tcBorders>
          </w:tcPr>
          <w:p w14:paraId="34E66ECA" w14:textId="77777777" w:rsidR="001F7B41" w:rsidRPr="00AB5BEA" w:rsidRDefault="001F7B41" w:rsidP="00D86F60">
            <w:pPr>
              <w:jc w:val="center"/>
              <w:rPr>
                <w:rFonts w:eastAsia="Calibri"/>
                <w:b/>
                <w:sz w:val="28"/>
                <w:szCs w:val="28"/>
                <w:lang w:val="kk-KZ"/>
              </w:rPr>
            </w:pPr>
            <w:r w:rsidRPr="00AB5BEA">
              <w:rPr>
                <w:rFonts w:eastAsia="Calibri"/>
                <w:b/>
                <w:sz w:val="28"/>
                <w:szCs w:val="28"/>
                <w:lang w:val="kk-KZ"/>
              </w:rPr>
              <w:t>Сыныбы</w:t>
            </w:r>
          </w:p>
        </w:tc>
        <w:tc>
          <w:tcPr>
            <w:tcW w:w="1134" w:type="dxa"/>
            <w:tcBorders>
              <w:top w:val="single" w:sz="4" w:space="0" w:color="auto"/>
              <w:left w:val="single" w:sz="4" w:space="0" w:color="auto"/>
              <w:bottom w:val="single" w:sz="4" w:space="0" w:color="auto"/>
              <w:right w:val="single" w:sz="4" w:space="0" w:color="auto"/>
            </w:tcBorders>
          </w:tcPr>
          <w:p w14:paraId="226E33DF" w14:textId="77777777" w:rsidR="001F7B41" w:rsidRPr="00AB5BEA" w:rsidRDefault="001F7B41" w:rsidP="00D86F60">
            <w:pPr>
              <w:ind w:left="42"/>
              <w:jc w:val="center"/>
              <w:rPr>
                <w:b/>
                <w:sz w:val="28"/>
                <w:szCs w:val="28"/>
                <w:lang w:val="kk-KZ"/>
              </w:rPr>
            </w:pPr>
            <w:r w:rsidRPr="00AB5BEA">
              <w:rPr>
                <w:b/>
                <w:sz w:val="28"/>
                <w:szCs w:val="28"/>
                <w:lang w:val="kk-KZ"/>
              </w:rPr>
              <w:t xml:space="preserve">ПМПК кеңес </w:t>
            </w:r>
          </w:p>
          <w:p w14:paraId="78C8AABB" w14:textId="77777777" w:rsidR="001F7B41" w:rsidRPr="00AB5BEA" w:rsidRDefault="001F7B41" w:rsidP="00D86F60">
            <w:pPr>
              <w:jc w:val="center"/>
              <w:rPr>
                <w:b/>
                <w:sz w:val="28"/>
                <w:szCs w:val="28"/>
                <w:lang w:val="kk-KZ"/>
              </w:rPr>
            </w:pPr>
            <w:r w:rsidRPr="00AB5BEA">
              <w:rPr>
                <w:b/>
                <w:sz w:val="28"/>
                <w:szCs w:val="28"/>
                <w:lang w:val="kk-KZ"/>
              </w:rPr>
              <w:t>алған күні</w:t>
            </w:r>
          </w:p>
          <w:p w14:paraId="454AB507" w14:textId="77777777" w:rsidR="001F7B41" w:rsidRPr="00AB5BEA" w:rsidRDefault="001F7B41" w:rsidP="00D86F60">
            <w:pPr>
              <w:jc w:val="center"/>
              <w:rPr>
                <w:b/>
                <w:sz w:val="28"/>
                <w:szCs w:val="28"/>
                <w:lang w:val="kk-KZ"/>
              </w:rPr>
            </w:pPr>
          </w:p>
          <w:p w14:paraId="5E0FB95D" w14:textId="77777777" w:rsidR="001F7B41" w:rsidRPr="00AB5BEA" w:rsidRDefault="001F7B41" w:rsidP="00D86F60">
            <w:pPr>
              <w:jc w:val="center"/>
              <w:rPr>
                <w:rFonts w:eastAsia="Calibri"/>
                <w:b/>
                <w:sz w:val="28"/>
                <w:szCs w:val="28"/>
                <w:lang w:val="kk-KZ"/>
              </w:rPr>
            </w:pPr>
          </w:p>
        </w:tc>
        <w:tc>
          <w:tcPr>
            <w:tcW w:w="1559" w:type="dxa"/>
            <w:tcBorders>
              <w:top w:val="single" w:sz="4" w:space="0" w:color="auto"/>
              <w:left w:val="single" w:sz="4" w:space="0" w:color="auto"/>
              <w:bottom w:val="single" w:sz="4" w:space="0" w:color="auto"/>
              <w:right w:val="single" w:sz="4" w:space="0" w:color="auto"/>
            </w:tcBorders>
          </w:tcPr>
          <w:p w14:paraId="1C470D3D" w14:textId="77777777" w:rsidR="001F7B41" w:rsidRPr="00AB5BEA" w:rsidRDefault="001F7B41" w:rsidP="00D86F60">
            <w:pPr>
              <w:jc w:val="center"/>
              <w:rPr>
                <w:rFonts w:eastAsia="Calibri"/>
                <w:b/>
                <w:sz w:val="28"/>
                <w:szCs w:val="28"/>
                <w:lang w:val="kk-KZ"/>
              </w:rPr>
            </w:pPr>
            <w:r w:rsidRPr="00AB5BEA">
              <w:rPr>
                <w:rFonts w:eastAsia="Calibri"/>
                <w:b/>
                <w:sz w:val="28"/>
                <w:szCs w:val="28"/>
                <w:lang w:val="kk-KZ"/>
              </w:rPr>
              <w:t>ПМПК қорытындысы</w:t>
            </w:r>
          </w:p>
        </w:tc>
        <w:tc>
          <w:tcPr>
            <w:tcW w:w="2410" w:type="dxa"/>
            <w:tcBorders>
              <w:top w:val="single" w:sz="4" w:space="0" w:color="auto"/>
              <w:left w:val="single" w:sz="4" w:space="0" w:color="auto"/>
              <w:bottom w:val="single" w:sz="4" w:space="0" w:color="auto"/>
              <w:right w:val="single" w:sz="4" w:space="0" w:color="auto"/>
            </w:tcBorders>
          </w:tcPr>
          <w:p w14:paraId="6CD39893" w14:textId="77777777" w:rsidR="001F7B41" w:rsidRPr="00AB5BEA" w:rsidRDefault="001F7B41" w:rsidP="00D86F60">
            <w:pPr>
              <w:spacing w:after="200" w:line="276" w:lineRule="auto"/>
              <w:jc w:val="center"/>
              <w:rPr>
                <w:rFonts w:eastAsia="Calibri"/>
                <w:b/>
                <w:sz w:val="28"/>
                <w:szCs w:val="28"/>
                <w:lang w:val="kk-KZ"/>
              </w:rPr>
            </w:pPr>
            <w:r w:rsidRPr="00AB5BEA">
              <w:rPr>
                <w:rFonts w:eastAsia="Calibri"/>
                <w:b/>
                <w:sz w:val="28"/>
                <w:szCs w:val="28"/>
                <w:lang w:val="kk-KZ"/>
              </w:rPr>
              <w:t xml:space="preserve">ПМПК ұсынысы </w:t>
            </w:r>
          </w:p>
          <w:p w14:paraId="0C91412E" w14:textId="77777777" w:rsidR="001F7B41" w:rsidRPr="00AB5BEA" w:rsidRDefault="001F7B41" w:rsidP="00D86F60">
            <w:pPr>
              <w:jc w:val="center"/>
              <w:rPr>
                <w:rFonts w:eastAsia="Calibri"/>
                <w:b/>
                <w:sz w:val="28"/>
                <w:szCs w:val="28"/>
                <w:lang w:val="kk-KZ"/>
              </w:rPr>
            </w:pPr>
          </w:p>
        </w:tc>
        <w:tc>
          <w:tcPr>
            <w:tcW w:w="2551" w:type="dxa"/>
            <w:tcBorders>
              <w:top w:val="single" w:sz="4" w:space="0" w:color="auto"/>
              <w:left w:val="single" w:sz="4" w:space="0" w:color="auto"/>
              <w:bottom w:val="single" w:sz="4" w:space="0" w:color="auto"/>
              <w:right w:val="single" w:sz="4" w:space="0" w:color="auto"/>
            </w:tcBorders>
          </w:tcPr>
          <w:p w14:paraId="3B7E4C44" w14:textId="77777777" w:rsidR="001F7B41" w:rsidRPr="00AB5BEA" w:rsidRDefault="001F7B41" w:rsidP="00D86F60">
            <w:pPr>
              <w:rPr>
                <w:rFonts w:eastAsia="Calibri"/>
                <w:b/>
                <w:sz w:val="28"/>
                <w:szCs w:val="28"/>
                <w:lang w:val="kk-KZ"/>
              </w:rPr>
            </w:pPr>
            <w:r w:rsidRPr="00AB5BEA">
              <w:rPr>
                <w:rFonts w:eastAsia="Calibri"/>
                <w:b/>
                <w:sz w:val="28"/>
                <w:szCs w:val="28"/>
                <w:lang w:val="kk-KZ"/>
              </w:rPr>
              <w:t>Арнайы маман</w:t>
            </w:r>
          </w:p>
        </w:tc>
      </w:tr>
      <w:tr w:rsidR="001F7B41" w:rsidRPr="00AB5BEA" w14:paraId="5EBE6FE5" w14:textId="77777777" w:rsidTr="001F7B41">
        <w:trPr>
          <w:trHeight w:val="604"/>
        </w:trPr>
        <w:tc>
          <w:tcPr>
            <w:tcW w:w="567" w:type="dxa"/>
            <w:tcBorders>
              <w:top w:val="single" w:sz="4" w:space="0" w:color="auto"/>
              <w:left w:val="single" w:sz="4" w:space="0" w:color="auto"/>
              <w:bottom w:val="single" w:sz="4" w:space="0" w:color="auto"/>
              <w:right w:val="single" w:sz="4" w:space="0" w:color="auto"/>
            </w:tcBorders>
          </w:tcPr>
          <w:p w14:paraId="76190FFE" w14:textId="01F56ADC" w:rsidR="001F7B41" w:rsidRPr="00AB5BEA" w:rsidRDefault="001F7B41" w:rsidP="00D86F60">
            <w:pPr>
              <w:rPr>
                <w:rFonts w:eastAsia="Calibri"/>
                <w:sz w:val="28"/>
                <w:szCs w:val="28"/>
                <w:lang w:val="kk-KZ"/>
              </w:rPr>
            </w:pPr>
            <w:r w:rsidRPr="00AB5BEA">
              <w:rPr>
                <w:rFonts w:eastAsia="Calibri"/>
                <w:sz w:val="28"/>
                <w:szCs w:val="28"/>
                <w:lang w:val="kk-KZ"/>
              </w:rPr>
              <w:t>1</w:t>
            </w:r>
          </w:p>
        </w:tc>
        <w:tc>
          <w:tcPr>
            <w:tcW w:w="1560" w:type="dxa"/>
            <w:tcBorders>
              <w:top w:val="single" w:sz="4" w:space="0" w:color="auto"/>
              <w:left w:val="single" w:sz="4" w:space="0" w:color="auto"/>
              <w:bottom w:val="single" w:sz="4" w:space="0" w:color="auto"/>
              <w:right w:val="single" w:sz="4" w:space="0" w:color="auto"/>
            </w:tcBorders>
          </w:tcPr>
          <w:p w14:paraId="3A878413" w14:textId="77777777" w:rsidR="001F7B41" w:rsidRPr="00AB5BEA" w:rsidRDefault="001F7B41" w:rsidP="00D86F60">
            <w:pPr>
              <w:rPr>
                <w:rFonts w:eastAsia="Calibri"/>
                <w:bCs/>
                <w:sz w:val="28"/>
                <w:szCs w:val="28"/>
                <w:lang w:val="en-US"/>
              </w:rPr>
            </w:pPr>
            <w:r w:rsidRPr="00AB5BEA">
              <w:rPr>
                <w:rFonts w:eastAsia="Calibri"/>
                <w:bCs/>
                <w:sz w:val="28"/>
                <w:szCs w:val="28"/>
                <w:lang w:val="kk-KZ"/>
              </w:rPr>
              <w:t>Нурпейісова Нурай Бауыржановна</w:t>
            </w:r>
          </w:p>
          <w:p w14:paraId="7BE2B007" w14:textId="77777777" w:rsidR="001F7B41" w:rsidRPr="00AB5BEA" w:rsidRDefault="001F7B41" w:rsidP="00D86F60">
            <w:pPr>
              <w:rPr>
                <w:rFonts w:eastAsia="Calibri"/>
                <w:bCs/>
                <w:sz w:val="28"/>
                <w:szCs w:val="28"/>
                <w:lang w:val="en-US"/>
              </w:rPr>
            </w:pPr>
            <w:r w:rsidRPr="00AB5BEA">
              <w:rPr>
                <w:rFonts w:eastAsia="Calibri"/>
                <w:bCs/>
                <w:sz w:val="28"/>
                <w:szCs w:val="28"/>
                <w:lang w:val="kk-KZ"/>
              </w:rPr>
              <w:t>03,02,2019</w:t>
            </w:r>
          </w:p>
        </w:tc>
        <w:tc>
          <w:tcPr>
            <w:tcW w:w="1276" w:type="dxa"/>
            <w:tcBorders>
              <w:top w:val="single" w:sz="4" w:space="0" w:color="auto"/>
              <w:left w:val="single" w:sz="4" w:space="0" w:color="auto"/>
              <w:bottom w:val="single" w:sz="4" w:space="0" w:color="auto"/>
              <w:right w:val="single" w:sz="4" w:space="0" w:color="auto"/>
            </w:tcBorders>
          </w:tcPr>
          <w:p w14:paraId="428808A9" w14:textId="77777777" w:rsidR="001F7B41" w:rsidRPr="00AB5BEA" w:rsidRDefault="001F7B41" w:rsidP="00D86F60">
            <w:pPr>
              <w:rPr>
                <w:rFonts w:eastAsia="Calibri"/>
                <w:sz w:val="28"/>
                <w:szCs w:val="28"/>
              </w:rPr>
            </w:pPr>
            <w:r w:rsidRPr="00AB5BEA">
              <w:rPr>
                <w:rFonts w:eastAsia="Calibri"/>
                <w:bCs/>
                <w:sz w:val="28"/>
                <w:szCs w:val="28"/>
                <w:lang w:val="kk-KZ"/>
              </w:rPr>
              <w:t>1 «Б»</w:t>
            </w:r>
            <w:r w:rsidRPr="00AB5BEA">
              <w:rPr>
                <w:rFonts w:eastAsia="Calibri"/>
                <w:sz w:val="28"/>
                <w:szCs w:val="28"/>
              </w:rPr>
              <w:t xml:space="preserve"> Жалпы сынып</w:t>
            </w:r>
          </w:p>
          <w:p w14:paraId="77C108A4" w14:textId="77777777" w:rsidR="001F7B41" w:rsidRPr="00AB5BEA" w:rsidRDefault="001F7B41" w:rsidP="00D86F60">
            <w:pPr>
              <w:rPr>
                <w:rFonts w:eastAsia="Calibri"/>
                <w:bCs/>
                <w:sz w:val="28"/>
                <w:szCs w:val="28"/>
                <w:lang w:val="kk-KZ"/>
              </w:rPr>
            </w:pPr>
          </w:p>
        </w:tc>
        <w:tc>
          <w:tcPr>
            <w:tcW w:w="1134" w:type="dxa"/>
            <w:tcBorders>
              <w:top w:val="single" w:sz="4" w:space="0" w:color="auto"/>
              <w:left w:val="single" w:sz="4" w:space="0" w:color="auto"/>
              <w:bottom w:val="single" w:sz="4" w:space="0" w:color="auto"/>
              <w:right w:val="single" w:sz="4" w:space="0" w:color="auto"/>
            </w:tcBorders>
          </w:tcPr>
          <w:p w14:paraId="0EAA0781" w14:textId="77777777" w:rsidR="001F7B41" w:rsidRPr="00AB5BEA" w:rsidRDefault="001F7B41" w:rsidP="00D86F60">
            <w:pPr>
              <w:rPr>
                <w:rFonts w:eastAsia="Calibri"/>
                <w:bCs/>
                <w:sz w:val="28"/>
                <w:szCs w:val="28"/>
                <w:lang w:val="kk-KZ"/>
              </w:rPr>
            </w:pPr>
            <w:r w:rsidRPr="00AB5BEA">
              <w:rPr>
                <w:rFonts w:eastAsia="Calibri"/>
                <w:bCs/>
                <w:sz w:val="28"/>
                <w:szCs w:val="28"/>
                <w:lang w:val="kk-KZ"/>
              </w:rPr>
              <w:t>23,06,2026</w:t>
            </w:r>
          </w:p>
        </w:tc>
        <w:tc>
          <w:tcPr>
            <w:tcW w:w="1559" w:type="dxa"/>
            <w:tcBorders>
              <w:top w:val="single" w:sz="4" w:space="0" w:color="auto"/>
              <w:left w:val="single" w:sz="4" w:space="0" w:color="auto"/>
              <w:bottom w:val="single" w:sz="4" w:space="0" w:color="auto"/>
              <w:right w:val="single" w:sz="4" w:space="0" w:color="auto"/>
            </w:tcBorders>
          </w:tcPr>
          <w:p w14:paraId="2BEEA373" w14:textId="77777777" w:rsidR="001F7B41" w:rsidRPr="00AB5BEA" w:rsidRDefault="001F7B41" w:rsidP="00D86F60">
            <w:pPr>
              <w:rPr>
                <w:rFonts w:eastAsia="Calibri"/>
                <w:b/>
                <w:bCs/>
                <w:color w:val="000000"/>
                <w:sz w:val="28"/>
                <w:szCs w:val="28"/>
                <w:lang w:val="kk-KZ"/>
              </w:rPr>
            </w:pPr>
            <w:r w:rsidRPr="00AB5BEA">
              <w:rPr>
                <w:rFonts w:eastAsia="Calibri"/>
                <w:b/>
                <w:bCs/>
                <w:color w:val="000000"/>
                <w:sz w:val="28"/>
                <w:szCs w:val="28"/>
                <w:lang w:val="kk-KZ"/>
              </w:rPr>
              <w:t>Психикалық дамуы тежелген,</w:t>
            </w:r>
            <w:r w:rsidRPr="00AB5BEA">
              <w:rPr>
                <w:rFonts w:eastAsia="Calibri"/>
                <w:sz w:val="28"/>
                <w:szCs w:val="28"/>
                <w:lang w:val="kk-KZ"/>
              </w:rPr>
              <w:t xml:space="preserve"> жалпы сөйлеутілінің дамымауының 2 -3  деңгейі</w:t>
            </w:r>
          </w:p>
        </w:tc>
        <w:tc>
          <w:tcPr>
            <w:tcW w:w="2410" w:type="dxa"/>
            <w:tcBorders>
              <w:top w:val="single" w:sz="4" w:space="0" w:color="auto"/>
              <w:left w:val="single" w:sz="4" w:space="0" w:color="auto"/>
              <w:bottom w:val="single" w:sz="4" w:space="0" w:color="auto"/>
              <w:right w:val="single" w:sz="4" w:space="0" w:color="auto"/>
            </w:tcBorders>
          </w:tcPr>
          <w:p w14:paraId="7D014678" w14:textId="77777777" w:rsidR="001F7B41" w:rsidRPr="00AB5BEA" w:rsidRDefault="001F7B41" w:rsidP="00D86F60">
            <w:pPr>
              <w:jc w:val="both"/>
              <w:rPr>
                <w:rFonts w:eastAsia="Calibri"/>
                <w:bCs/>
                <w:sz w:val="28"/>
                <w:szCs w:val="28"/>
                <w:lang w:val="kk-KZ"/>
              </w:rPr>
            </w:pPr>
            <w:r w:rsidRPr="00AB5BEA">
              <w:rPr>
                <w:rFonts w:eastAsia="Calibri"/>
                <w:bCs/>
                <w:sz w:val="28"/>
                <w:szCs w:val="28"/>
                <w:lang w:val="kk-KZ"/>
              </w:rPr>
              <w:t>Жалпы білім беретін мектептің жалпы сыныбы жағдайында бастауыш білімнің жалпы білім беру бағдарламасын бейімдеу.</w:t>
            </w:r>
          </w:p>
        </w:tc>
        <w:tc>
          <w:tcPr>
            <w:tcW w:w="2551" w:type="dxa"/>
            <w:tcBorders>
              <w:top w:val="single" w:sz="4" w:space="0" w:color="auto"/>
              <w:left w:val="single" w:sz="4" w:space="0" w:color="auto"/>
              <w:bottom w:val="single" w:sz="4" w:space="0" w:color="auto"/>
              <w:right w:val="single" w:sz="4" w:space="0" w:color="auto"/>
            </w:tcBorders>
          </w:tcPr>
          <w:p w14:paraId="34F965AD" w14:textId="77777777" w:rsidR="001F7B41" w:rsidRPr="00AB5BEA" w:rsidRDefault="001F7B41" w:rsidP="00D86F60">
            <w:pPr>
              <w:jc w:val="both"/>
              <w:rPr>
                <w:rFonts w:eastAsia="Calibri"/>
                <w:bCs/>
                <w:sz w:val="28"/>
                <w:szCs w:val="28"/>
                <w:lang w:val="kk-KZ"/>
              </w:rPr>
            </w:pPr>
            <w:r w:rsidRPr="00AB5BEA">
              <w:rPr>
                <w:rFonts w:eastAsia="Calibri"/>
                <w:b/>
                <w:bCs/>
                <w:sz w:val="28"/>
                <w:szCs w:val="28"/>
                <w:lang w:val="kk-KZ"/>
              </w:rPr>
              <w:t>Дефектолог</w:t>
            </w:r>
            <w:r w:rsidRPr="00AB5BEA">
              <w:rPr>
                <w:rFonts w:eastAsia="Calibri"/>
                <w:bCs/>
                <w:sz w:val="28"/>
                <w:szCs w:val="28"/>
                <w:lang w:val="kk-KZ"/>
              </w:rPr>
              <w:t xml:space="preserve"> -логопед</w:t>
            </w:r>
          </w:p>
        </w:tc>
      </w:tr>
      <w:tr w:rsidR="001F7B41" w:rsidRPr="00AB5BEA" w14:paraId="5F156345" w14:textId="77777777" w:rsidTr="001F7B41">
        <w:trPr>
          <w:trHeight w:val="604"/>
        </w:trPr>
        <w:tc>
          <w:tcPr>
            <w:tcW w:w="567" w:type="dxa"/>
            <w:tcBorders>
              <w:top w:val="single" w:sz="4" w:space="0" w:color="auto"/>
              <w:left w:val="single" w:sz="4" w:space="0" w:color="auto"/>
              <w:bottom w:val="single" w:sz="4" w:space="0" w:color="auto"/>
              <w:right w:val="single" w:sz="4" w:space="0" w:color="auto"/>
            </w:tcBorders>
          </w:tcPr>
          <w:p w14:paraId="115154FF" w14:textId="0A975BD6" w:rsidR="001F7B41" w:rsidRPr="00AB5BEA" w:rsidRDefault="00C856EF" w:rsidP="00D86F60">
            <w:pPr>
              <w:rPr>
                <w:rFonts w:eastAsia="Calibri"/>
                <w:sz w:val="28"/>
                <w:szCs w:val="28"/>
                <w:lang w:val="kk-KZ"/>
              </w:rPr>
            </w:pPr>
            <w:r w:rsidRPr="00AB5BEA">
              <w:rPr>
                <w:rFonts w:eastAsia="Calibri"/>
                <w:sz w:val="28"/>
                <w:szCs w:val="28"/>
                <w:lang w:val="kk-KZ"/>
              </w:rPr>
              <w:t>2</w:t>
            </w:r>
          </w:p>
        </w:tc>
        <w:tc>
          <w:tcPr>
            <w:tcW w:w="1560" w:type="dxa"/>
            <w:tcBorders>
              <w:top w:val="single" w:sz="4" w:space="0" w:color="auto"/>
              <w:left w:val="single" w:sz="4" w:space="0" w:color="auto"/>
              <w:bottom w:val="single" w:sz="4" w:space="0" w:color="auto"/>
              <w:right w:val="single" w:sz="4" w:space="0" w:color="auto"/>
            </w:tcBorders>
          </w:tcPr>
          <w:p w14:paraId="78367E98" w14:textId="77777777" w:rsidR="001F7B41" w:rsidRPr="00AB5BEA" w:rsidRDefault="001F7B41" w:rsidP="00D86F60">
            <w:pPr>
              <w:rPr>
                <w:rFonts w:eastAsia="Calibri"/>
                <w:bCs/>
                <w:sz w:val="28"/>
                <w:szCs w:val="28"/>
                <w:lang w:val="en-US"/>
              </w:rPr>
            </w:pPr>
            <w:r w:rsidRPr="00AB5BEA">
              <w:rPr>
                <w:rFonts w:eastAsia="Calibri"/>
                <w:bCs/>
                <w:sz w:val="28"/>
                <w:szCs w:val="28"/>
                <w:lang w:val="kk-KZ"/>
              </w:rPr>
              <w:t>Сериков Бексултан Төлеубекович</w:t>
            </w:r>
          </w:p>
          <w:p w14:paraId="5DA383C1" w14:textId="77777777" w:rsidR="001F7B41" w:rsidRPr="00AB5BEA" w:rsidRDefault="001F7B41" w:rsidP="00D86F60">
            <w:pPr>
              <w:rPr>
                <w:rFonts w:eastAsia="Calibri"/>
                <w:bCs/>
                <w:sz w:val="28"/>
                <w:szCs w:val="28"/>
                <w:lang w:val="en-US"/>
              </w:rPr>
            </w:pPr>
            <w:r w:rsidRPr="00AB5BEA">
              <w:rPr>
                <w:rFonts w:eastAsia="Calibri"/>
                <w:bCs/>
                <w:sz w:val="28"/>
                <w:szCs w:val="28"/>
                <w:lang w:val="kk-KZ"/>
              </w:rPr>
              <w:t xml:space="preserve">16,09, 2019                  </w:t>
            </w:r>
          </w:p>
        </w:tc>
        <w:tc>
          <w:tcPr>
            <w:tcW w:w="1276" w:type="dxa"/>
            <w:tcBorders>
              <w:top w:val="single" w:sz="4" w:space="0" w:color="auto"/>
              <w:left w:val="single" w:sz="4" w:space="0" w:color="auto"/>
              <w:bottom w:val="single" w:sz="4" w:space="0" w:color="auto"/>
              <w:right w:val="single" w:sz="4" w:space="0" w:color="auto"/>
            </w:tcBorders>
          </w:tcPr>
          <w:p w14:paraId="65026ABD" w14:textId="77777777" w:rsidR="001F7B41" w:rsidRPr="00AB5BEA" w:rsidRDefault="001F7B41" w:rsidP="00D86F60">
            <w:pPr>
              <w:rPr>
                <w:rFonts w:eastAsia="Calibri"/>
                <w:sz w:val="28"/>
                <w:szCs w:val="28"/>
              </w:rPr>
            </w:pPr>
            <w:r w:rsidRPr="00AB5BEA">
              <w:rPr>
                <w:rFonts w:eastAsia="Calibri"/>
                <w:bCs/>
                <w:sz w:val="28"/>
                <w:szCs w:val="28"/>
                <w:lang w:val="kk-KZ"/>
              </w:rPr>
              <w:t>2 «Б»</w:t>
            </w:r>
            <w:r w:rsidRPr="00AB5BEA">
              <w:rPr>
                <w:rFonts w:eastAsia="Calibri"/>
                <w:sz w:val="28"/>
                <w:szCs w:val="28"/>
              </w:rPr>
              <w:t xml:space="preserve"> Жалпы сынып</w:t>
            </w:r>
          </w:p>
          <w:p w14:paraId="28C5B685" w14:textId="77777777" w:rsidR="001F7B41" w:rsidRPr="00AB5BEA" w:rsidRDefault="001F7B41" w:rsidP="00D86F60">
            <w:pPr>
              <w:rPr>
                <w:rFonts w:eastAsia="Calibri"/>
                <w:bCs/>
                <w:sz w:val="28"/>
                <w:szCs w:val="28"/>
                <w:lang w:val="kk-KZ"/>
              </w:rPr>
            </w:pPr>
          </w:p>
        </w:tc>
        <w:tc>
          <w:tcPr>
            <w:tcW w:w="1134" w:type="dxa"/>
            <w:tcBorders>
              <w:top w:val="single" w:sz="4" w:space="0" w:color="auto"/>
              <w:left w:val="single" w:sz="4" w:space="0" w:color="auto"/>
              <w:bottom w:val="single" w:sz="4" w:space="0" w:color="auto"/>
              <w:right w:val="single" w:sz="4" w:space="0" w:color="auto"/>
            </w:tcBorders>
          </w:tcPr>
          <w:p w14:paraId="13CD51AE" w14:textId="77777777" w:rsidR="001F7B41" w:rsidRPr="00AB5BEA" w:rsidRDefault="001F7B41" w:rsidP="00D86F60">
            <w:pPr>
              <w:rPr>
                <w:rFonts w:eastAsia="Calibri"/>
                <w:bCs/>
                <w:sz w:val="28"/>
                <w:szCs w:val="28"/>
                <w:lang w:val="kk-KZ"/>
              </w:rPr>
            </w:pPr>
            <w:r w:rsidRPr="00AB5BEA">
              <w:rPr>
                <w:rFonts w:eastAsia="Calibri"/>
                <w:bCs/>
                <w:sz w:val="28"/>
                <w:szCs w:val="28"/>
                <w:lang w:val="kk-KZ"/>
              </w:rPr>
              <w:t>03,02,2026</w:t>
            </w:r>
          </w:p>
        </w:tc>
        <w:tc>
          <w:tcPr>
            <w:tcW w:w="1559" w:type="dxa"/>
            <w:tcBorders>
              <w:top w:val="single" w:sz="4" w:space="0" w:color="auto"/>
              <w:left w:val="single" w:sz="4" w:space="0" w:color="auto"/>
              <w:bottom w:val="single" w:sz="4" w:space="0" w:color="auto"/>
              <w:right w:val="single" w:sz="4" w:space="0" w:color="auto"/>
            </w:tcBorders>
          </w:tcPr>
          <w:p w14:paraId="46C329CC" w14:textId="77777777" w:rsidR="001F7B41" w:rsidRPr="00AB5BEA" w:rsidRDefault="001F7B41" w:rsidP="00D86F60">
            <w:pPr>
              <w:rPr>
                <w:rFonts w:eastAsia="Calibri"/>
                <w:b/>
                <w:bCs/>
                <w:color w:val="000000"/>
                <w:sz w:val="28"/>
                <w:szCs w:val="28"/>
                <w:lang w:val="kk-KZ"/>
              </w:rPr>
            </w:pPr>
            <w:r w:rsidRPr="00AB5BEA">
              <w:rPr>
                <w:rFonts w:eastAsia="Calibri"/>
                <w:sz w:val="28"/>
                <w:szCs w:val="28"/>
                <w:lang w:val="kk-KZ"/>
              </w:rPr>
              <w:t>Сөйлеу тілінің бұзылуы; жалпы сөйлеутілінің дамымауының 3 деңгейі,Жазу мен оқу қиындықтары</w:t>
            </w:r>
          </w:p>
        </w:tc>
        <w:tc>
          <w:tcPr>
            <w:tcW w:w="2410" w:type="dxa"/>
            <w:tcBorders>
              <w:top w:val="single" w:sz="4" w:space="0" w:color="auto"/>
              <w:left w:val="single" w:sz="4" w:space="0" w:color="auto"/>
              <w:bottom w:val="single" w:sz="4" w:space="0" w:color="auto"/>
              <w:right w:val="single" w:sz="4" w:space="0" w:color="auto"/>
            </w:tcBorders>
          </w:tcPr>
          <w:p w14:paraId="482749AE" w14:textId="77777777" w:rsidR="001F7B41" w:rsidRPr="00AB5BEA" w:rsidRDefault="001F7B41" w:rsidP="00D86F60">
            <w:pPr>
              <w:jc w:val="both"/>
              <w:rPr>
                <w:rFonts w:eastAsia="Calibri"/>
                <w:b/>
                <w:bCs/>
                <w:sz w:val="28"/>
                <w:szCs w:val="28"/>
                <w:lang w:val="kk-KZ"/>
              </w:rPr>
            </w:pPr>
            <w:r w:rsidRPr="00AB5BEA">
              <w:rPr>
                <w:rFonts w:eastAsia="Calibri"/>
                <w:bCs/>
                <w:sz w:val="28"/>
                <w:szCs w:val="28"/>
                <w:lang w:val="kk-KZ"/>
              </w:rPr>
              <w:t>Жалпы білім беретін мектептің жалпы сыныбы жағдайында бастауыш білімнің жалпы білім беру бағдарламасын бейімдеу.</w:t>
            </w:r>
          </w:p>
        </w:tc>
        <w:tc>
          <w:tcPr>
            <w:tcW w:w="2551" w:type="dxa"/>
            <w:tcBorders>
              <w:top w:val="single" w:sz="4" w:space="0" w:color="auto"/>
              <w:left w:val="single" w:sz="4" w:space="0" w:color="auto"/>
              <w:bottom w:val="single" w:sz="4" w:space="0" w:color="auto"/>
              <w:right w:val="single" w:sz="4" w:space="0" w:color="auto"/>
            </w:tcBorders>
          </w:tcPr>
          <w:p w14:paraId="2642787F" w14:textId="77777777" w:rsidR="001F7B41" w:rsidRPr="00AB5BEA" w:rsidRDefault="001F7B41" w:rsidP="00D86F60">
            <w:pPr>
              <w:ind w:left="237"/>
              <w:jc w:val="both"/>
              <w:rPr>
                <w:rFonts w:eastAsia="Calibri"/>
                <w:b/>
                <w:bCs/>
                <w:sz w:val="28"/>
                <w:szCs w:val="28"/>
                <w:lang w:val="kk-KZ"/>
              </w:rPr>
            </w:pPr>
            <w:r w:rsidRPr="00AB5BEA">
              <w:rPr>
                <w:rFonts w:eastAsia="Calibri"/>
                <w:bCs/>
                <w:sz w:val="28"/>
                <w:szCs w:val="28"/>
                <w:lang w:val="kk-KZ"/>
              </w:rPr>
              <w:t>Дефектолог -логопед</w:t>
            </w:r>
          </w:p>
        </w:tc>
      </w:tr>
      <w:tr w:rsidR="001F7B41" w:rsidRPr="00AB5BEA" w14:paraId="7F986359" w14:textId="77777777" w:rsidTr="001F7B41">
        <w:trPr>
          <w:trHeight w:val="604"/>
        </w:trPr>
        <w:tc>
          <w:tcPr>
            <w:tcW w:w="567" w:type="dxa"/>
            <w:tcBorders>
              <w:top w:val="single" w:sz="4" w:space="0" w:color="auto"/>
              <w:left w:val="single" w:sz="4" w:space="0" w:color="auto"/>
              <w:bottom w:val="single" w:sz="4" w:space="0" w:color="auto"/>
              <w:right w:val="single" w:sz="4" w:space="0" w:color="auto"/>
            </w:tcBorders>
          </w:tcPr>
          <w:p w14:paraId="528E44AD" w14:textId="7B38ECA4" w:rsidR="001F7B41" w:rsidRPr="00AB5BEA" w:rsidRDefault="00C856EF" w:rsidP="00D86F60">
            <w:pPr>
              <w:rPr>
                <w:rFonts w:eastAsia="Calibri"/>
                <w:sz w:val="28"/>
                <w:szCs w:val="28"/>
                <w:lang w:val="kk-KZ"/>
              </w:rPr>
            </w:pPr>
            <w:r w:rsidRPr="00AB5BEA">
              <w:rPr>
                <w:rFonts w:eastAsia="Calibri"/>
                <w:sz w:val="28"/>
                <w:szCs w:val="28"/>
                <w:lang w:val="kk-KZ"/>
              </w:rPr>
              <w:t>3</w:t>
            </w:r>
          </w:p>
        </w:tc>
        <w:tc>
          <w:tcPr>
            <w:tcW w:w="1560" w:type="dxa"/>
            <w:tcBorders>
              <w:top w:val="single" w:sz="4" w:space="0" w:color="auto"/>
              <w:left w:val="single" w:sz="4" w:space="0" w:color="auto"/>
              <w:bottom w:val="single" w:sz="4" w:space="0" w:color="auto"/>
              <w:right w:val="single" w:sz="4" w:space="0" w:color="auto"/>
            </w:tcBorders>
          </w:tcPr>
          <w:p w14:paraId="36ED8F4B" w14:textId="77777777" w:rsidR="001F7B41" w:rsidRPr="00AB5BEA" w:rsidRDefault="001F7B41" w:rsidP="00D86F60">
            <w:pPr>
              <w:rPr>
                <w:rFonts w:eastAsia="Calibri"/>
                <w:bCs/>
                <w:sz w:val="28"/>
                <w:szCs w:val="28"/>
                <w:lang w:val="en-US"/>
              </w:rPr>
            </w:pPr>
            <w:r w:rsidRPr="00AB5BEA">
              <w:rPr>
                <w:rFonts w:eastAsia="Calibri"/>
                <w:bCs/>
                <w:sz w:val="28"/>
                <w:szCs w:val="28"/>
                <w:lang w:val="kk-KZ"/>
              </w:rPr>
              <w:t>АманжолАбдурахман Асыланұлы</w:t>
            </w:r>
          </w:p>
          <w:p w14:paraId="529F000B" w14:textId="77777777" w:rsidR="001F7B41" w:rsidRPr="00AB5BEA" w:rsidRDefault="001F7B41" w:rsidP="00D86F60">
            <w:pPr>
              <w:rPr>
                <w:rFonts w:eastAsia="Calibri"/>
                <w:bCs/>
                <w:sz w:val="28"/>
                <w:szCs w:val="28"/>
                <w:lang w:val="en-US"/>
              </w:rPr>
            </w:pPr>
            <w:r w:rsidRPr="00AB5BEA">
              <w:rPr>
                <w:rFonts w:eastAsia="Calibri"/>
                <w:bCs/>
                <w:sz w:val="28"/>
                <w:szCs w:val="28"/>
                <w:lang w:val="kk-KZ"/>
              </w:rPr>
              <w:t>04,07, 2018</w:t>
            </w:r>
          </w:p>
        </w:tc>
        <w:tc>
          <w:tcPr>
            <w:tcW w:w="1276" w:type="dxa"/>
            <w:tcBorders>
              <w:top w:val="single" w:sz="4" w:space="0" w:color="auto"/>
              <w:left w:val="single" w:sz="4" w:space="0" w:color="auto"/>
              <w:bottom w:val="single" w:sz="4" w:space="0" w:color="auto"/>
              <w:right w:val="single" w:sz="4" w:space="0" w:color="auto"/>
            </w:tcBorders>
          </w:tcPr>
          <w:p w14:paraId="38D190FF" w14:textId="77777777" w:rsidR="001F7B41" w:rsidRPr="00AB5BEA" w:rsidRDefault="001F7B41" w:rsidP="00D86F60">
            <w:pPr>
              <w:rPr>
                <w:rFonts w:eastAsia="Calibri"/>
                <w:sz w:val="28"/>
                <w:szCs w:val="28"/>
              </w:rPr>
            </w:pPr>
            <w:r w:rsidRPr="00AB5BEA">
              <w:rPr>
                <w:rFonts w:eastAsia="Calibri"/>
                <w:bCs/>
                <w:sz w:val="28"/>
                <w:szCs w:val="28"/>
                <w:lang w:val="kk-KZ"/>
              </w:rPr>
              <w:t>2 «Б»</w:t>
            </w:r>
            <w:r w:rsidRPr="00AB5BEA">
              <w:rPr>
                <w:rFonts w:eastAsia="Calibri"/>
                <w:sz w:val="28"/>
                <w:szCs w:val="28"/>
              </w:rPr>
              <w:t xml:space="preserve"> Жалпы сынып</w:t>
            </w:r>
          </w:p>
          <w:p w14:paraId="5AB448CC" w14:textId="77777777" w:rsidR="001F7B41" w:rsidRPr="00AB5BEA" w:rsidRDefault="001F7B41" w:rsidP="00D86F60">
            <w:pPr>
              <w:rPr>
                <w:rFonts w:eastAsia="Calibri"/>
                <w:bCs/>
                <w:sz w:val="28"/>
                <w:szCs w:val="28"/>
                <w:lang w:val="kk-KZ"/>
              </w:rPr>
            </w:pPr>
          </w:p>
        </w:tc>
        <w:tc>
          <w:tcPr>
            <w:tcW w:w="1134" w:type="dxa"/>
            <w:tcBorders>
              <w:top w:val="single" w:sz="4" w:space="0" w:color="auto"/>
              <w:left w:val="single" w:sz="4" w:space="0" w:color="auto"/>
              <w:bottom w:val="single" w:sz="4" w:space="0" w:color="auto"/>
              <w:right w:val="single" w:sz="4" w:space="0" w:color="auto"/>
            </w:tcBorders>
          </w:tcPr>
          <w:p w14:paraId="76C9A936" w14:textId="77777777" w:rsidR="001F7B41" w:rsidRPr="00AB5BEA" w:rsidRDefault="001F7B41" w:rsidP="00D86F60">
            <w:pPr>
              <w:rPr>
                <w:rFonts w:eastAsia="Calibri"/>
                <w:bCs/>
                <w:sz w:val="28"/>
                <w:szCs w:val="28"/>
                <w:lang w:val="kk-KZ"/>
              </w:rPr>
            </w:pPr>
            <w:r w:rsidRPr="00AB5BEA">
              <w:rPr>
                <w:rFonts w:eastAsia="Calibri"/>
                <w:bCs/>
                <w:sz w:val="28"/>
                <w:szCs w:val="28"/>
                <w:lang w:val="kk-KZ"/>
              </w:rPr>
              <w:t>31.07.2025</w:t>
            </w:r>
          </w:p>
        </w:tc>
        <w:tc>
          <w:tcPr>
            <w:tcW w:w="1559" w:type="dxa"/>
            <w:tcBorders>
              <w:top w:val="single" w:sz="4" w:space="0" w:color="auto"/>
              <w:left w:val="single" w:sz="4" w:space="0" w:color="auto"/>
              <w:bottom w:val="single" w:sz="4" w:space="0" w:color="auto"/>
              <w:right w:val="single" w:sz="4" w:space="0" w:color="auto"/>
            </w:tcBorders>
          </w:tcPr>
          <w:p w14:paraId="316D6DE9" w14:textId="77777777" w:rsidR="001F7B41" w:rsidRPr="00AB5BEA" w:rsidRDefault="001F7B41" w:rsidP="00D86F60">
            <w:pPr>
              <w:rPr>
                <w:rFonts w:eastAsia="Calibri"/>
                <w:b/>
                <w:bCs/>
                <w:color w:val="000000"/>
                <w:sz w:val="28"/>
                <w:szCs w:val="28"/>
                <w:lang w:val="kk-KZ"/>
              </w:rPr>
            </w:pPr>
            <w:r w:rsidRPr="00AB5BEA">
              <w:rPr>
                <w:rFonts w:eastAsia="Calibri"/>
                <w:b/>
                <w:bCs/>
                <w:color w:val="000000"/>
                <w:sz w:val="28"/>
                <w:szCs w:val="28"/>
                <w:lang w:val="kk-KZ"/>
              </w:rPr>
              <w:t>Психикалық дамуы тежелген</w:t>
            </w:r>
            <w:r w:rsidRPr="00AB5BEA">
              <w:rPr>
                <w:rFonts w:eastAsia="Calibri"/>
                <w:bCs/>
                <w:color w:val="000000"/>
                <w:sz w:val="28"/>
                <w:szCs w:val="28"/>
                <w:lang w:val="kk-KZ"/>
              </w:rPr>
              <w:t>,</w:t>
            </w:r>
            <w:r w:rsidRPr="00AB5BEA">
              <w:rPr>
                <w:rFonts w:eastAsia="Calibri"/>
                <w:sz w:val="28"/>
                <w:szCs w:val="28"/>
                <w:lang w:val="kk-KZ"/>
              </w:rPr>
              <w:t xml:space="preserve"> жалпы сөйлеутілінің дамымауы</w:t>
            </w:r>
            <w:r w:rsidRPr="00AB5BEA">
              <w:rPr>
                <w:rFonts w:eastAsia="Calibri"/>
                <w:sz w:val="28"/>
                <w:szCs w:val="28"/>
                <w:lang w:val="kk-KZ"/>
              </w:rPr>
              <w:lastRenderedPageBreak/>
              <w:t>ның 2-3 деңгейі</w:t>
            </w:r>
          </w:p>
        </w:tc>
        <w:tc>
          <w:tcPr>
            <w:tcW w:w="2410" w:type="dxa"/>
            <w:tcBorders>
              <w:top w:val="single" w:sz="4" w:space="0" w:color="auto"/>
              <w:left w:val="single" w:sz="4" w:space="0" w:color="auto"/>
              <w:bottom w:val="single" w:sz="4" w:space="0" w:color="auto"/>
              <w:right w:val="single" w:sz="4" w:space="0" w:color="auto"/>
            </w:tcBorders>
          </w:tcPr>
          <w:p w14:paraId="4E1E4FB2" w14:textId="77777777" w:rsidR="001F7B41" w:rsidRPr="00AB5BEA" w:rsidRDefault="001F7B41" w:rsidP="00D86F60">
            <w:pPr>
              <w:jc w:val="both"/>
              <w:rPr>
                <w:rFonts w:eastAsia="Calibri"/>
                <w:b/>
                <w:bCs/>
                <w:sz w:val="28"/>
                <w:szCs w:val="28"/>
                <w:lang w:val="kk-KZ"/>
              </w:rPr>
            </w:pPr>
            <w:r w:rsidRPr="00AB5BEA">
              <w:rPr>
                <w:rFonts w:eastAsia="Calibri"/>
                <w:bCs/>
                <w:sz w:val="28"/>
                <w:szCs w:val="28"/>
                <w:lang w:val="kk-KZ"/>
              </w:rPr>
              <w:lastRenderedPageBreak/>
              <w:t xml:space="preserve">Жалпы білім беретін мектептің жалпы сыныбы жағдайында бастауыш білімнің жалпы білім беру </w:t>
            </w:r>
            <w:r w:rsidRPr="00AB5BEA">
              <w:rPr>
                <w:rFonts w:eastAsia="Calibri"/>
                <w:bCs/>
                <w:sz w:val="28"/>
                <w:szCs w:val="28"/>
                <w:lang w:val="kk-KZ"/>
              </w:rPr>
              <w:lastRenderedPageBreak/>
              <w:t>бағдарламасын бейімдеу.</w:t>
            </w:r>
          </w:p>
        </w:tc>
        <w:tc>
          <w:tcPr>
            <w:tcW w:w="2551" w:type="dxa"/>
            <w:tcBorders>
              <w:top w:val="single" w:sz="4" w:space="0" w:color="auto"/>
              <w:left w:val="single" w:sz="4" w:space="0" w:color="auto"/>
              <w:bottom w:val="single" w:sz="4" w:space="0" w:color="auto"/>
              <w:right w:val="single" w:sz="4" w:space="0" w:color="auto"/>
            </w:tcBorders>
          </w:tcPr>
          <w:p w14:paraId="7BE44783" w14:textId="77777777" w:rsidR="001F7B41" w:rsidRPr="00AB5BEA" w:rsidRDefault="001F7B41" w:rsidP="00D86F60">
            <w:pPr>
              <w:ind w:left="57"/>
              <w:jc w:val="both"/>
              <w:rPr>
                <w:rFonts w:eastAsia="Calibri"/>
                <w:b/>
                <w:bCs/>
                <w:sz w:val="28"/>
                <w:szCs w:val="28"/>
                <w:lang w:val="kk-KZ"/>
              </w:rPr>
            </w:pPr>
            <w:r w:rsidRPr="00AB5BEA">
              <w:rPr>
                <w:rFonts w:eastAsia="Calibri"/>
                <w:b/>
                <w:bCs/>
                <w:sz w:val="28"/>
                <w:szCs w:val="28"/>
                <w:lang w:val="kk-KZ"/>
              </w:rPr>
              <w:lastRenderedPageBreak/>
              <w:t>Дефектолог</w:t>
            </w:r>
            <w:r w:rsidRPr="00AB5BEA">
              <w:rPr>
                <w:rFonts w:eastAsia="Calibri"/>
                <w:bCs/>
                <w:sz w:val="28"/>
                <w:szCs w:val="28"/>
                <w:lang w:val="kk-KZ"/>
              </w:rPr>
              <w:t xml:space="preserve"> -логопед</w:t>
            </w:r>
          </w:p>
        </w:tc>
      </w:tr>
      <w:tr w:rsidR="001F7B41" w:rsidRPr="00AB5BEA" w14:paraId="41F26E13" w14:textId="77777777" w:rsidTr="001F7B41">
        <w:trPr>
          <w:trHeight w:val="604"/>
        </w:trPr>
        <w:tc>
          <w:tcPr>
            <w:tcW w:w="567" w:type="dxa"/>
            <w:tcBorders>
              <w:top w:val="single" w:sz="4" w:space="0" w:color="auto"/>
              <w:left w:val="single" w:sz="4" w:space="0" w:color="auto"/>
              <w:bottom w:val="single" w:sz="4" w:space="0" w:color="auto"/>
              <w:right w:val="single" w:sz="4" w:space="0" w:color="auto"/>
            </w:tcBorders>
          </w:tcPr>
          <w:p w14:paraId="142849CA" w14:textId="08A8D84E" w:rsidR="001F7B41" w:rsidRPr="00AB5BEA" w:rsidRDefault="00C856EF" w:rsidP="00D86F60">
            <w:pPr>
              <w:rPr>
                <w:rFonts w:eastAsia="Calibri"/>
                <w:sz w:val="28"/>
                <w:szCs w:val="28"/>
                <w:lang w:val="kk-KZ"/>
              </w:rPr>
            </w:pPr>
            <w:r w:rsidRPr="00AB5BEA">
              <w:rPr>
                <w:rFonts w:eastAsia="Calibri"/>
                <w:sz w:val="28"/>
                <w:szCs w:val="28"/>
                <w:lang w:val="kk-KZ"/>
              </w:rPr>
              <w:t>4</w:t>
            </w:r>
          </w:p>
        </w:tc>
        <w:tc>
          <w:tcPr>
            <w:tcW w:w="1560" w:type="dxa"/>
            <w:tcBorders>
              <w:top w:val="single" w:sz="4" w:space="0" w:color="auto"/>
              <w:left w:val="single" w:sz="4" w:space="0" w:color="auto"/>
              <w:bottom w:val="single" w:sz="4" w:space="0" w:color="auto"/>
              <w:right w:val="single" w:sz="4" w:space="0" w:color="auto"/>
            </w:tcBorders>
          </w:tcPr>
          <w:p w14:paraId="68A398FB" w14:textId="77777777" w:rsidR="001F7B41" w:rsidRPr="00AB5BEA" w:rsidRDefault="001F7B41" w:rsidP="00D86F60">
            <w:pPr>
              <w:rPr>
                <w:rFonts w:eastAsia="Calibri"/>
                <w:bCs/>
                <w:sz w:val="28"/>
                <w:szCs w:val="28"/>
                <w:lang w:val="en-US"/>
              </w:rPr>
            </w:pPr>
            <w:r w:rsidRPr="00AB5BEA">
              <w:rPr>
                <w:rFonts w:eastAsia="Calibri"/>
                <w:bCs/>
                <w:sz w:val="28"/>
                <w:szCs w:val="28"/>
                <w:lang w:val="kk-KZ"/>
              </w:rPr>
              <w:t>Әсет Әсен Арысұлы</w:t>
            </w:r>
          </w:p>
          <w:p w14:paraId="6730C3C7" w14:textId="77777777" w:rsidR="001F7B41" w:rsidRPr="00AB5BEA" w:rsidRDefault="001F7B41" w:rsidP="00D86F60">
            <w:pPr>
              <w:rPr>
                <w:rFonts w:eastAsia="Calibri"/>
                <w:bCs/>
                <w:sz w:val="28"/>
                <w:szCs w:val="28"/>
                <w:lang w:val="en-US"/>
              </w:rPr>
            </w:pPr>
          </w:p>
          <w:p w14:paraId="54D38707" w14:textId="77777777" w:rsidR="001F7B41" w:rsidRPr="00AB5BEA" w:rsidRDefault="001F7B41" w:rsidP="00D86F60">
            <w:pPr>
              <w:rPr>
                <w:rFonts w:eastAsia="Calibri"/>
                <w:bCs/>
                <w:sz w:val="28"/>
                <w:szCs w:val="28"/>
                <w:lang w:val="en-US"/>
              </w:rPr>
            </w:pPr>
            <w:r w:rsidRPr="00AB5BEA">
              <w:rPr>
                <w:rFonts w:eastAsia="Calibri"/>
                <w:bCs/>
                <w:sz w:val="28"/>
                <w:szCs w:val="28"/>
                <w:lang w:val="kk-KZ"/>
              </w:rPr>
              <w:t>02,12,2019</w:t>
            </w:r>
          </w:p>
        </w:tc>
        <w:tc>
          <w:tcPr>
            <w:tcW w:w="1276" w:type="dxa"/>
            <w:tcBorders>
              <w:top w:val="single" w:sz="4" w:space="0" w:color="auto"/>
              <w:left w:val="single" w:sz="4" w:space="0" w:color="auto"/>
              <w:bottom w:val="single" w:sz="4" w:space="0" w:color="auto"/>
              <w:right w:val="single" w:sz="4" w:space="0" w:color="auto"/>
            </w:tcBorders>
          </w:tcPr>
          <w:p w14:paraId="51EFFA4C" w14:textId="77777777" w:rsidR="001F7B41" w:rsidRPr="00AB5BEA" w:rsidRDefault="001F7B41" w:rsidP="00D86F60">
            <w:pPr>
              <w:rPr>
                <w:rFonts w:eastAsia="Calibri"/>
                <w:sz w:val="28"/>
                <w:szCs w:val="28"/>
              </w:rPr>
            </w:pPr>
            <w:r w:rsidRPr="00AB5BEA">
              <w:rPr>
                <w:rFonts w:eastAsia="Calibri"/>
                <w:bCs/>
                <w:sz w:val="28"/>
                <w:szCs w:val="28"/>
                <w:lang w:val="kk-KZ"/>
              </w:rPr>
              <w:t>2 «В»</w:t>
            </w:r>
            <w:r w:rsidRPr="00AB5BEA">
              <w:rPr>
                <w:rFonts w:eastAsia="Calibri"/>
                <w:sz w:val="28"/>
                <w:szCs w:val="28"/>
              </w:rPr>
              <w:t xml:space="preserve"> Жалпы сынып</w:t>
            </w:r>
          </w:p>
          <w:p w14:paraId="7E621EE1" w14:textId="77777777" w:rsidR="001F7B41" w:rsidRPr="00AB5BEA" w:rsidRDefault="001F7B41" w:rsidP="00D86F60">
            <w:pPr>
              <w:rPr>
                <w:rFonts w:eastAsia="Calibri"/>
                <w:bCs/>
                <w:sz w:val="28"/>
                <w:szCs w:val="28"/>
                <w:lang w:val="kk-KZ"/>
              </w:rPr>
            </w:pPr>
          </w:p>
        </w:tc>
        <w:tc>
          <w:tcPr>
            <w:tcW w:w="1134" w:type="dxa"/>
            <w:tcBorders>
              <w:top w:val="single" w:sz="4" w:space="0" w:color="auto"/>
              <w:left w:val="single" w:sz="4" w:space="0" w:color="auto"/>
              <w:bottom w:val="single" w:sz="4" w:space="0" w:color="auto"/>
              <w:right w:val="single" w:sz="4" w:space="0" w:color="auto"/>
            </w:tcBorders>
          </w:tcPr>
          <w:p w14:paraId="78B0CAA4" w14:textId="77777777" w:rsidR="001F7B41" w:rsidRPr="00AB5BEA" w:rsidRDefault="001F7B41" w:rsidP="00D86F60">
            <w:pPr>
              <w:rPr>
                <w:rFonts w:eastAsia="Calibri"/>
                <w:bCs/>
                <w:sz w:val="28"/>
                <w:szCs w:val="28"/>
                <w:lang w:val="kk-KZ"/>
              </w:rPr>
            </w:pPr>
            <w:r w:rsidRPr="00AB5BEA">
              <w:rPr>
                <w:rFonts w:eastAsia="Calibri"/>
                <w:bCs/>
                <w:sz w:val="28"/>
                <w:szCs w:val="28"/>
                <w:lang w:val="kk-KZ"/>
              </w:rPr>
              <w:t>03,12,2025</w:t>
            </w:r>
          </w:p>
        </w:tc>
        <w:tc>
          <w:tcPr>
            <w:tcW w:w="1559" w:type="dxa"/>
            <w:tcBorders>
              <w:top w:val="single" w:sz="4" w:space="0" w:color="auto"/>
              <w:left w:val="single" w:sz="4" w:space="0" w:color="auto"/>
              <w:bottom w:val="single" w:sz="4" w:space="0" w:color="auto"/>
              <w:right w:val="single" w:sz="4" w:space="0" w:color="auto"/>
            </w:tcBorders>
          </w:tcPr>
          <w:p w14:paraId="315AEA9E" w14:textId="77777777" w:rsidR="001F7B41" w:rsidRPr="00AB5BEA" w:rsidRDefault="001F7B41" w:rsidP="00D86F60">
            <w:pPr>
              <w:rPr>
                <w:rFonts w:eastAsia="Calibri"/>
                <w:b/>
                <w:bCs/>
                <w:color w:val="000000"/>
                <w:sz w:val="28"/>
                <w:szCs w:val="28"/>
                <w:lang w:val="kk-KZ"/>
              </w:rPr>
            </w:pPr>
            <w:r w:rsidRPr="00AB5BEA">
              <w:rPr>
                <w:rFonts w:eastAsia="Calibri"/>
                <w:b/>
                <w:bCs/>
                <w:color w:val="000000"/>
                <w:sz w:val="28"/>
                <w:szCs w:val="28"/>
                <w:lang w:val="kk-KZ"/>
              </w:rPr>
              <w:t>Психикалық дамуы тежелген</w:t>
            </w:r>
            <w:r w:rsidRPr="00AB5BEA">
              <w:rPr>
                <w:rFonts w:eastAsia="Calibri"/>
                <w:bCs/>
                <w:color w:val="000000"/>
                <w:sz w:val="28"/>
                <w:szCs w:val="28"/>
                <w:lang w:val="kk-KZ"/>
              </w:rPr>
              <w:t>,</w:t>
            </w:r>
            <w:r w:rsidRPr="00AB5BEA">
              <w:rPr>
                <w:rFonts w:eastAsia="Calibri"/>
                <w:sz w:val="28"/>
                <w:szCs w:val="28"/>
                <w:lang w:val="kk-KZ"/>
              </w:rPr>
              <w:t xml:space="preserve"> жалпы сөйлеутілінің дамымауының 2-3 деңгейі, мінез –қулық киындықтары</w:t>
            </w:r>
          </w:p>
        </w:tc>
        <w:tc>
          <w:tcPr>
            <w:tcW w:w="2410" w:type="dxa"/>
            <w:tcBorders>
              <w:top w:val="single" w:sz="4" w:space="0" w:color="auto"/>
              <w:left w:val="single" w:sz="4" w:space="0" w:color="auto"/>
              <w:bottom w:val="single" w:sz="4" w:space="0" w:color="auto"/>
              <w:right w:val="single" w:sz="4" w:space="0" w:color="auto"/>
            </w:tcBorders>
          </w:tcPr>
          <w:p w14:paraId="07E77EC0" w14:textId="77777777" w:rsidR="001F7B41" w:rsidRPr="00AB5BEA" w:rsidRDefault="001F7B41" w:rsidP="00D86F60">
            <w:pPr>
              <w:jc w:val="both"/>
              <w:rPr>
                <w:rFonts w:eastAsia="Calibri"/>
                <w:bCs/>
                <w:sz w:val="28"/>
                <w:szCs w:val="28"/>
                <w:lang w:val="kk-KZ"/>
              </w:rPr>
            </w:pPr>
            <w:r w:rsidRPr="00AB5BEA">
              <w:rPr>
                <w:rFonts w:eastAsia="Calibri"/>
                <w:bCs/>
                <w:sz w:val="28"/>
                <w:szCs w:val="28"/>
                <w:lang w:val="kk-KZ"/>
              </w:rPr>
              <w:t>Жалпы білім беретін мектептің жалпы сыныбы жағдайында бастауыш білімнің жалпы білім беру бағдарламасын бейімдеу.</w:t>
            </w:r>
          </w:p>
        </w:tc>
        <w:tc>
          <w:tcPr>
            <w:tcW w:w="2551" w:type="dxa"/>
            <w:tcBorders>
              <w:top w:val="single" w:sz="4" w:space="0" w:color="auto"/>
              <w:left w:val="single" w:sz="4" w:space="0" w:color="auto"/>
              <w:bottom w:val="single" w:sz="4" w:space="0" w:color="auto"/>
              <w:right w:val="single" w:sz="4" w:space="0" w:color="auto"/>
            </w:tcBorders>
          </w:tcPr>
          <w:p w14:paraId="56F64CF0" w14:textId="77777777" w:rsidR="001F7B41" w:rsidRPr="00AB5BEA" w:rsidRDefault="001F7B41" w:rsidP="00D86F60">
            <w:pPr>
              <w:ind w:left="57"/>
              <w:jc w:val="both"/>
              <w:rPr>
                <w:rFonts w:eastAsia="Calibri"/>
                <w:bCs/>
                <w:sz w:val="28"/>
                <w:szCs w:val="28"/>
                <w:lang w:val="kk-KZ"/>
              </w:rPr>
            </w:pPr>
            <w:r w:rsidRPr="00AB5BEA">
              <w:rPr>
                <w:rFonts w:eastAsia="Calibri"/>
                <w:b/>
                <w:bCs/>
                <w:sz w:val="28"/>
                <w:szCs w:val="28"/>
                <w:lang w:val="kk-KZ"/>
              </w:rPr>
              <w:t>Дефектолог</w:t>
            </w:r>
            <w:r w:rsidRPr="00AB5BEA">
              <w:rPr>
                <w:rFonts w:eastAsia="Calibri"/>
                <w:bCs/>
                <w:sz w:val="28"/>
                <w:szCs w:val="28"/>
                <w:lang w:val="kk-KZ"/>
              </w:rPr>
              <w:t xml:space="preserve"> -логопед</w:t>
            </w:r>
          </w:p>
        </w:tc>
      </w:tr>
      <w:tr w:rsidR="001F7B41" w:rsidRPr="00AB5BEA" w14:paraId="7874DB92" w14:textId="77777777" w:rsidTr="001F7B41">
        <w:trPr>
          <w:trHeight w:val="1338"/>
        </w:trPr>
        <w:tc>
          <w:tcPr>
            <w:tcW w:w="567" w:type="dxa"/>
            <w:tcBorders>
              <w:top w:val="single" w:sz="4" w:space="0" w:color="auto"/>
              <w:left w:val="single" w:sz="4" w:space="0" w:color="auto"/>
              <w:bottom w:val="single" w:sz="4" w:space="0" w:color="auto"/>
              <w:right w:val="single" w:sz="4" w:space="0" w:color="auto"/>
            </w:tcBorders>
          </w:tcPr>
          <w:p w14:paraId="0C75B568" w14:textId="12AA43AF" w:rsidR="001F7B41" w:rsidRPr="00AB5BEA" w:rsidRDefault="00C856EF" w:rsidP="00D86F60">
            <w:pPr>
              <w:rPr>
                <w:rFonts w:eastAsia="Calibri"/>
                <w:sz w:val="28"/>
                <w:szCs w:val="28"/>
                <w:lang w:val="kk-KZ"/>
              </w:rPr>
            </w:pPr>
            <w:r w:rsidRPr="00AB5BEA">
              <w:rPr>
                <w:rFonts w:eastAsia="Calibri"/>
                <w:sz w:val="28"/>
                <w:szCs w:val="28"/>
                <w:lang w:val="kk-KZ"/>
              </w:rPr>
              <w:t>5</w:t>
            </w:r>
          </w:p>
        </w:tc>
        <w:tc>
          <w:tcPr>
            <w:tcW w:w="1560" w:type="dxa"/>
            <w:tcBorders>
              <w:top w:val="single" w:sz="4" w:space="0" w:color="auto"/>
              <w:left w:val="single" w:sz="4" w:space="0" w:color="auto"/>
              <w:bottom w:val="single" w:sz="4" w:space="0" w:color="auto"/>
              <w:right w:val="single" w:sz="4" w:space="0" w:color="auto"/>
            </w:tcBorders>
          </w:tcPr>
          <w:p w14:paraId="1ABD1CD8" w14:textId="77777777" w:rsidR="001F7B41" w:rsidRPr="00AB5BEA" w:rsidRDefault="001F7B41" w:rsidP="00D86F60">
            <w:pPr>
              <w:rPr>
                <w:rFonts w:eastAsia="Calibri"/>
                <w:bCs/>
                <w:sz w:val="28"/>
                <w:szCs w:val="28"/>
                <w:lang w:val="en-US"/>
              </w:rPr>
            </w:pPr>
            <w:r w:rsidRPr="00AB5BEA">
              <w:rPr>
                <w:rFonts w:eastAsia="Calibri"/>
                <w:bCs/>
                <w:sz w:val="28"/>
                <w:szCs w:val="28"/>
                <w:lang w:val="kk-KZ"/>
              </w:rPr>
              <w:t>Сабит Мирас Жумамырзаұлы</w:t>
            </w:r>
          </w:p>
          <w:p w14:paraId="64083793" w14:textId="77777777" w:rsidR="001F7B41" w:rsidRPr="00AB5BEA" w:rsidRDefault="001F7B41" w:rsidP="00D86F60">
            <w:pPr>
              <w:rPr>
                <w:rFonts w:eastAsia="Calibri"/>
                <w:bCs/>
                <w:sz w:val="28"/>
                <w:szCs w:val="28"/>
                <w:lang w:val="en-US"/>
              </w:rPr>
            </w:pPr>
            <w:r w:rsidRPr="00AB5BEA">
              <w:rPr>
                <w:rFonts w:eastAsia="Calibri"/>
                <w:bCs/>
                <w:sz w:val="28"/>
                <w:szCs w:val="28"/>
                <w:lang w:val="kk-KZ"/>
              </w:rPr>
              <w:t>12,03,2018</w:t>
            </w:r>
          </w:p>
        </w:tc>
        <w:tc>
          <w:tcPr>
            <w:tcW w:w="1276" w:type="dxa"/>
            <w:tcBorders>
              <w:top w:val="single" w:sz="4" w:space="0" w:color="auto"/>
              <w:left w:val="single" w:sz="4" w:space="0" w:color="auto"/>
              <w:bottom w:val="single" w:sz="4" w:space="0" w:color="auto"/>
              <w:right w:val="single" w:sz="4" w:space="0" w:color="auto"/>
            </w:tcBorders>
          </w:tcPr>
          <w:p w14:paraId="2A48E995" w14:textId="77777777" w:rsidR="001F7B41" w:rsidRPr="00AB5BEA" w:rsidRDefault="001F7B41" w:rsidP="00D86F60">
            <w:pPr>
              <w:rPr>
                <w:rFonts w:eastAsia="Calibri"/>
                <w:sz w:val="28"/>
                <w:szCs w:val="28"/>
              </w:rPr>
            </w:pPr>
            <w:r w:rsidRPr="00AB5BEA">
              <w:rPr>
                <w:rFonts w:eastAsia="Calibri"/>
                <w:bCs/>
                <w:sz w:val="28"/>
                <w:szCs w:val="28"/>
                <w:lang w:val="kk-KZ"/>
              </w:rPr>
              <w:t>2 «Г»</w:t>
            </w:r>
            <w:r w:rsidRPr="00AB5BEA">
              <w:rPr>
                <w:rFonts w:eastAsia="Calibri"/>
                <w:sz w:val="28"/>
                <w:szCs w:val="28"/>
              </w:rPr>
              <w:t xml:space="preserve"> Жалпы сынып</w:t>
            </w:r>
          </w:p>
          <w:p w14:paraId="4A35B12D" w14:textId="77777777" w:rsidR="001F7B41" w:rsidRPr="00AB5BEA" w:rsidRDefault="001F7B41" w:rsidP="00D86F60">
            <w:pPr>
              <w:rPr>
                <w:rFonts w:eastAsia="Calibri"/>
                <w:bCs/>
                <w:sz w:val="28"/>
                <w:szCs w:val="28"/>
                <w:lang w:val="kk-KZ"/>
              </w:rPr>
            </w:pPr>
          </w:p>
        </w:tc>
        <w:tc>
          <w:tcPr>
            <w:tcW w:w="1134" w:type="dxa"/>
            <w:tcBorders>
              <w:top w:val="single" w:sz="4" w:space="0" w:color="auto"/>
              <w:left w:val="single" w:sz="4" w:space="0" w:color="auto"/>
              <w:bottom w:val="single" w:sz="4" w:space="0" w:color="auto"/>
              <w:right w:val="single" w:sz="4" w:space="0" w:color="auto"/>
            </w:tcBorders>
          </w:tcPr>
          <w:p w14:paraId="4FD3BCE7" w14:textId="77777777" w:rsidR="001F7B41" w:rsidRPr="00AB5BEA" w:rsidRDefault="001F7B41" w:rsidP="00D86F60">
            <w:pPr>
              <w:rPr>
                <w:rFonts w:eastAsia="Calibri"/>
                <w:bCs/>
                <w:sz w:val="28"/>
                <w:szCs w:val="28"/>
                <w:lang w:val="kk-KZ"/>
              </w:rPr>
            </w:pPr>
            <w:r w:rsidRPr="00AB5BEA">
              <w:rPr>
                <w:rFonts w:eastAsia="Calibri"/>
                <w:bCs/>
                <w:sz w:val="28"/>
                <w:szCs w:val="28"/>
                <w:lang w:val="kk-KZ"/>
              </w:rPr>
              <w:t>21,02,2025</w:t>
            </w:r>
          </w:p>
        </w:tc>
        <w:tc>
          <w:tcPr>
            <w:tcW w:w="1559" w:type="dxa"/>
            <w:tcBorders>
              <w:top w:val="single" w:sz="4" w:space="0" w:color="auto"/>
              <w:left w:val="single" w:sz="4" w:space="0" w:color="auto"/>
              <w:bottom w:val="single" w:sz="4" w:space="0" w:color="auto"/>
              <w:right w:val="single" w:sz="4" w:space="0" w:color="auto"/>
            </w:tcBorders>
          </w:tcPr>
          <w:p w14:paraId="0902CF00" w14:textId="77777777" w:rsidR="001F7B41" w:rsidRPr="00AB5BEA" w:rsidRDefault="001F7B41" w:rsidP="00D86F60">
            <w:pPr>
              <w:rPr>
                <w:rFonts w:eastAsia="Calibri"/>
                <w:b/>
                <w:bCs/>
                <w:color w:val="000000"/>
                <w:sz w:val="28"/>
                <w:szCs w:val="28"/>
                <w:lang w:val="kk-KZ"/>
              </w:rPr>
            </w:pPr>
            <w:r w:rsidRPr="00AB5BEA">
              <w:rPr>
                <w:rFonts w:eastAsia="Calibri"/>
                <w:b/>
                <w:bCs/>
                <w:color w:val="000000"/>
                <w:sz w:val="28"/>
                <w:szCs w:val="28"/>
                <w:lang w:val="kk-KZ"/>
              </w:rPr>
              <w:t>Психикалық дамуы тежелген,</w:t>
            </w:r>
            <w:r w:rsidRPr="00AB5BEA">
              <w:rPr>
                <w:rFonts w:eastAsia="Calibri"/>
                <w:sz w:val="28"/>
                <w:szCs w:val="28"/>
                <w:lang w:val="kk-KZ"/>
              </w:rPr>
              <w:t xml:space="preserve"> </w:t>
            </w:r>
            <w:r w:rsidRPr="00AB5BEA">
              <w:rPr>
                <w:rFonts w:eastAsia="Calibri"/>
                <w:b/>
                <w:sz w:val="28"/>
                <w:szCs w:val="28"/>
                <w:lang w:val="kk-KZ"/>
              </w:rPr>
              <w:t>Жеңіл түрде зияттың бұзылуы,</w:t>
            </w:r>
            <w:r w:rsidRPr="00AB5BEA">
              <w:rPr>
                <w:rFonts w:eastAsia="Calibri"/>
                <w:sz w:val="28"/>
                <w:szCs w:val="28"/>
                <w:lang w:val="kk-KZ"/>
              </w:rPr>
              <w:t xml:space="preserve">Сөйлеу тілінің бұзылуы; жалпы сөйлеутілінің дамымауының 3 деңгейі, </w:t>
            </w:r>
            <w:r w:rsidRPr="00AB5BEA">
              <w:rPr>
                <w:rFonts w:eastAsia="Calibri"/>
                <w:b/>
                <w:sz w:val="28"/>
                <w:szCs w:val="28"/>
                <w:lang w:val="kk-KZ"/>
              </w:rPr>
              <w:t>мінез –құлық қиындықтары,</w:t>
            </w:r>
          </w:p>
        </w:tc>
        <w:tc>
          <w:tcPr>
            <w:tcW w:w="2410" w:type="dxa"/>
            <w:tcBorders>
              <w:top w:val="single" w:sz="4" w:space="0" w:color="auto"/>
              <w:left w:val="single" w:sz="4" w:space="0" w:color="auto"/>
              <w:bottom w:val="single" w:sz="4" w:space="0" w:color="auto"/>
              <w:right w:val="single" w:sz="4" w:space="0" w:color="auto"/>
            </w:tcBorders>
          </w:tcPr>
          <w:p w14:paraId="4BCBE7C0" w14:textId="77777777" w:rsidR="001F7B41" w:rsidRPr="00AB5BEA" w:rsidRDefault="001F7B41" w:rsidP="00D86F60">
            <w:pPr>
              <w:jc w:val="both"/>
              <w:rPr>
                <w:rFonts w:eastAsia="Calibri"/>
                <w:b/>
                <w:bCs/>
                <w:sz w:val="28"/>
                <w:szCs w:val="28"/>
                <w:lang w:val="kk-KZ"/>
              </w:rPr>
            </w:pPr>
            <w:r w:rsidRPr="00AB5BEA">
              <w:rPr>
                <w:rFonts w:eastAsia="Calibri"/>
                <w:bCs/>
                <w:sz w:val="28"/>
                <w:szCs w:val="28"/>
                <w:lang w:val="kk-KZ"/>
              </w:rPr>
              <w:t>Жалпы білім беретін мектептің жалпы сыныбы жағдайында бастауыш білімнің жалпы білім беру бағдарламасын бейімдеу.</w:t>
            </w:r>
          </w:p>
          <w:p w14:paraId="688685CB" w14:textId="77777777" w:rsidR="001F7B41" w:rsidRPr="00AB5BEA" w:rsidRDefault="001F7B41" w:rsidP="00D86F60">
            <w:pPr>
              <w:jc w:val="both"/>
              <w:rPr>
                <w:rFonts w:eastAsia="Calibri"/>
                <w:bCs/>
                <w:sz w:val="28"/>
                <w:szCs w:val="28"/>
                <w:lang w:val="kk-KZ"/>
              </w:rPr>
            </w:pPr>
            <w:r w:rsidRPr="00AB5BEA">
              <w:rPr>
                <w:rFonts w:eastAsia="Calibri"/>
                <w:bCs/>
                <w:sz w:val="28"/>
                <w:szCs w:val="28"/>
                <w:lang w:val="kk-KZ"/>
              </w:rPr>
              <w:t xml:space="preserve">                                                                            </w:t>
            </w:r>
          </w:p>
        </w:tc>
        <w:tc>
          <w:tcPr>
            <w:tcW w:w="2551" w:type="dxa"/>
            <w:tcBorders>
              <w:top w:val="single" w:sz="4" w:space="0" w:color="auto"/>
              <w:left w:val="single" w:sz="4" w:space="0" w:color="auto"/>
              <w:bottom w:val="single" w:sz="4" w:space="0" w:color="auto"/>
              <w:right w:val="single" w:sz="4" w:space="0" w:color="auto"/>
            </w:tcBorders>
          </w:tcPr>
          <w:p w14:paraId="0BC79CCF" w14:textId="77777777" w:rsidR="001F7B41" w:rsidRPr="00AB5BEA" w:rsidRDefault="001F7B41" w:rsidP="00D86F60">
            <w:pPr>
              <w:ind w:left="177"/>
              <w:jc w:val="both"/>
              <w:rPr>
                <w:rFonts w:eastAsia="Calibri"/>
                <w:bCs/>
                <w:sz w:val="28"/>
                <w:szCs w:val="28"/>
                <w:lang w:val="kk-KZ"/>
              </w:rPr>
            </w:pPr>
            <w:r w:rsidRPr="00AB5BEA">
              <w:rPr>
                <w:rFonts w:eastAsia="Calibri"/>
                <w:b/>
                <w:bCs/>
                <w:sz w:val="28"/>
                <w:szCs w:val="28"/>
                <w:lang w:val="kk-KZ"/>
              </w:rPr>
              <w:t>Дефектолог</w:t>
            </w:r>
            <w:r w:rsidRPr="00AB5BEA">
              <w:rPr>
                <w:rFonts w:eastAsia="Calibri"/>
                <w:bCs/>
                <w:sz w:val="28"/>
                <w:szCs w:val="28"/>
                <w:lang w:val="kk-KZ"/>
              </w:rPr>
              <w:t xml:space="preserve"> –логопед</w:t>
            </w:r>
          </w:p>
          <w:p w14:paraId="03D75F6F" w14:textId="77777777" w:rsidR="001F7B41" w:rsidRPr="00AB5BEA" w:rsidRDefault="001F7B41" w:rsidP="00D86F60">
            <w:pPr>
              <w:jc w:val="both"/>
              <w:rPr>
                <w:rFonts w:eastAsia="Calibri"/>
                <w:bCs/>
                <w:sz w:val="28"/>
                <w:szCs w:val="28"/>
                <w:lang w:val="kk-KZ"/>
              </w:rPr>
            </w:pPr>
            <w:r w:rsidRPr="00AB5BEA">
              <w:rPr>
                <w:rFonts w:eastAsia="Calibri"/>
                <w:bCs/>
                <w:sz w:val="28"/>
                <w:szCs w:val="28"/>
                <w:lang w:val="kk-KZ"/>
              </w:rPr>
              <w:t>психолог</w:t>
            </w:r>
          </w:p>
        </w:tc>
      </w:tr>
      <w:tr w:rsidR="001F7B41" w:rsidRPr="00AB5BEA" w14:paraId="1688135E" w14:textId="77777777" w:rsidTr="001F7B41">
        <w:trPr>
          <w:trHeight w:val="604"/>
        </w:trPr>
        <w:tc>
          <w:tcPr>
            <w:tcW w:w="567" w:type="dxa"/>
            <w:tcBorders>
              <w:top w:val="single" w:sz="4" w:space="0" w:color="auto"/>
              <w:left w:val="single" w:sz="4" w:space="0" w:color="auto"/>
              <w:bottom w:val="single" w:sz="4" w:space="0" w:color="auto"/>
              <w:right w:val="single" w:sz="4" w:space="0" w:color="auto"/>
            </w:tcBorders>
          </w:tcPr>
          <w:p w14:paraId="36185D5C" w14:textId="410DC505" w:rsidR="001F7B41" w:rsidRPr="00AB5BEA" w:rsidRDefault="00C856EF" w:rsidP="00D86F60">
            <w:pPr>
              <w:rPr>
                <w:rFonts w:eastAsia="Calibri"/>
                <w:sz w:val="28"/>
                <w:szCs w:val="28"/>
                <w:lang w:val="kk-KZ"/>
              </w:rPr>
            </w:pPr>
            <w:r w:rsidRPr="00AB5BEA">
              <w:rPr>
                <w:rFonts w:eastAsia="Calibri"/>
                <w:sz w:val="28"/>
                <w:szCs w:val="28"/>
                <w:lang w:val="kk-KZ"/>
              </w:rPr>
              <w:t>6</w:t>
            </w:r>
          </w:p>
        </w:tc>
        <w:tc>
          <w:tcPr>
            <w:tcW w:w="1560" w:type="dxa"/>
            <w:tcBorders>
              <w:top w:val="single" w:sz="4" w:space="0" w:color="auto"/>
              <w:left w:val="single" w:sz="4" w:space="0" w:color="auto"/>
              <w:bottom w:val="single" w:sz="4" w:space="0" w:color="auto"/>
              <w:right w:val="single" w:sz="4" w:space="0" w:color="auto"/>
            </w:tcBorders>
          </w:tcPr>
          <w:p w14:paraId="5FC26CDC" w14:textId="77777777" w:rsidR="001F7B41" w:rsidRPr="00AB5BEA" w:rsidRDefault="001F7B41" w:rsidP="00D86F60">
            <w:pPr>
              <w:rPr>
                <w:rFonts w:eastAsia="Calibri"/>
                <w:bCs/>
                <w:sz w:val="28"/>
                <w:szCs w:val="28"/>
                <w:lang w:val="en-US"/>
              </w:rPr>
            </w:pPr>
            <w:r w:rsidRPr="00AB5BEA">
              <w:rPr>
                <w:rFonts w:eastAsia="Calibri"/>
                <w:bCs/>
                <w:sz w:val="28"/>
                <w:szCs w:val="28"/>
                <w:lang w:val="kk-KZ"/>
              </w:rPr>
              <w:t>Қайырбек Кенесары Ерланұлы</w:t>
            </w:r>
          </w:p>
          <w:p w14:paraId="40D716FA" w14:textId="77777777" w:rsidR="001F7B41" w:rsidRPr="00AB5BEA" w:rsidRDefault="001F7B41" w:rsidP="00D86F60">
            <w:pPr>
              <w:rPr>
                <w:rFonts w:eastAsia="Calibri"/>
                <w:bCs/>
                <w:sz w:val="28"/>
                <w:szCs w:val="28"/>
                <w:lang w:val="en-US"/>
              </w:rPr>
            </w:pPr>
            <w:r w:rsidRPr="00AB5BEA">
              <w:rPr>
                <w:rFonts w:eastAsia="Calibri"/>
                <w:bCs/>
                <w:sz w:val="28"/>
                <w:szCs w:val="28"/>
                <w:lang w:val="kk-KZ"/>
              </w:rPr>
              <w:t>04,12,2018</w:t>
            </w:r>
          </w:p>
        </w:tc>
        <w:tc>
          <w:tcPr>
            <w:tcW w:w="1276" w:type="dxa"/>
            <w:tcBorders>
              <w:top w:val="single" w:sz="4" w:space="0" w:color="auto"/>
              <w:left w:val="single" w:sz="4" w:space="0" w:color="auto"/>
              <w:bottom w:val="single" w:sz="4" w:space="0" w:color="auto"/>
              <w:right w:val="single" w:sz="4" w:space="0" w:color="auto"/>
            </w:tcBorders>
          </w:tcPr>
          <w:p w14:paraId="1699539C" w14:textId="77777777" w:rsidR="001F7B41" w:rsidRPr="00AB5BEA" w:rsidRDefault="001F7B41" w:rsidP="00D86F60">
            <w:pPr>
              <w:rPr>
                <w:rFonts w:eastAsia="Calibri"/>
                <w:sz w:val="28"/>
                <w:szCs w:val="28"/>
              </w:rPr>
            </w:pPr>
            <w:r w:rsidRPr="00AB5BEA">
              <w:rPr>
                <w:rFonts w:eastAsia="Calibri"/>
                <w:bCs/>
                <w:sz w:val="28"/>
                <w:szCs w:val="28"/>
                <w:lang w:val="kk-KZ"/>
              </w:rPr>
              <w:t>2 «Г»</w:t>
            </w:r>
            <w:r w:rsidRPr="00AB5BEA">
              <w:rPr>
                <w:rFonts w:eastAsia="Calibri"/>
                <w:sz w:val="28"/>
                <w:szCs w:val="28"/>
              </w:rPr>
              <w:t xml:space="preserve"> Жалпы сынып</w:t>
            </w:r>
          </w:p>
          <w:p w14:paraId="13293289" w14:textId="77777777" w:rsidR="001F7B41" w:rsidRPr="00AB5BEA" w:rsidRDefault="001F7B41" w:rsidP="00D86F60">
            <w:pPr>
              <w:rPr>
                <w:rFonts w:eastAsia="Calibri"/>
                <w:bCs/>
                <w:sz w:val="28"/>
                <w:szCs w:val="28"/>
                <w:lang w:val="kk-KZ"/>
              </w:rPr>
            </w:pPr>
          </w:p>
        </w:tc>
        <w:tc>
          <w:tcPr>
            <w:tcW w:w="1134" w:type="dxa"/>
            <w:tcBorders>
              <w:top w:val="single" w:sz="4" w:space="0" w:color="auto"/>
              <w:left w:val="single" w:sz="4" w:space="0" w:color="auto"/>
              <w:bottom w:val="single" w:sz="4" w:space="0" w:color="auto"/>
              <w:right w:val="single" w:sz="4" w:space="0" w:color="auto"/>
            </w:tcBorders>
          </w:tcPr>
          <w:p w14:paraId="27977A49" w14:textId="77777777" w:rsidR="001F7B41" w:rsidRPr="00AB5BEA" w:rsidRDefault="001F7B41" w:rsidP="00D86F60">
            <w:pPr>
              <w:rPr>
                <w:rFonts w:eastAsia="Calibri"/>
                <w:bCs/>
                <w:sz w:val="28"/>
                <w:szCs w:val="28"/>
                <w:lang w:val="kk-KZ"/>
              </w:rPr>
            </w:pPr>
            <w:r w:rsidRPr="00AB5BEA">
              <w:rPr>
                <w:rFonts w:eastAsia="Calibri"/>
                <w:bCs/>
                <w:sz w:val="28"/>
                <w:szCs w:val="28"/>
                <w:lang w:val="kk-KZ"/>
              </w:rPr>
              <w:t>21,11,2025</w:t>
            </w:r>
          </w:p>
        </w:tc>
        <w:tc>
          <w:tcPr>
            <w:tcW w:w="1559" w:type="dxa"/>
            <w:tcBorders>
              <w:top w:val="single" w:sz="4" w:space="0" w:color="auto"/>
              <w:left w:val="single" w:sz="4" w:space="0" w:color="auto"/>
              <w:bottom w:val="single" w:sz="4" w:space="0" w:color="auto"/>
              <w:right w:val="single" w:sz="4" w:space="0" w:color="auto"/>
            </w:tcBorders>
          </w:tcPr>
          <w:p w14:paraId="793B0C05" w14:textId="77777777" w:rsidR="001F7B41" w:rsidRPr="00AB5BEA" w:rsidRDefault="001F7B41" w:rsidP="00D86F60">
            <w:pPr>
              <w:rPr>
                <w:rFonts w:eastAsia="Calibri"/>
                <w:b/>
                <w:bCs/>
                <w:color w:val="000000"/>
                <w:sz w:val="28"/>
                <w:szCs w:val="28"/>
                <w:lang w:val="kk-KZ"/>
              </w:rPr>
            </w:pPr>
            <w:r w:rsidRPr="00AB5BEA">
              <w:rPr>
                <w:rFonts w:eastAsia="Calibri"/>
                <w:b/>
                <w:bCs/>
                <w:color w:val="000000"/>
                <w:sz w:val="28"/>
                <w:szCs w:val="28"/>
                <w:lang w:val="kk-KZ"/>
              </w:rPr>
              <w:t>Ж</w:t>
            </w:r>
            <w:r w:rsidRPr="00AB5BEA">
              <w:rPr>
                <w:rFonts w:eastAsia="Calibri"/>
                <w:sz w:val="28"/>
                <w:szCs w:val="28"/>
                <w:lang w:val="kk-KZ"/>
              </w:rPr>
              <w:t xml:space="preserve">алпы сөйлеутілінің дамымауының 3- деңгейі, (фонетикалық-фонематикалық </w:t>
            </w:r>
            <w:r w:rsidRPr="00AB5BEA">
              <w:rPr>
                <w:rFonts w:eastAsia="Calibri"/>
                <w:sz w:val="28"/>
                <w:szCs w:val="28"/>
                <w:lang w:val="kk-KZ"/>
              </w:rPr>
              <w:lastRenderedPageBreak/>
              <w:t>сөйлеудің дамымауының басым түрі</w:t>
            </w:r>
          </w:p>
        </w:tc>
        <w:tc>
          <w:tcPr>
            <w:tcW w:w="2410" w:type="dxa"/>
            <w:tcBorders>
              <w:top w:val="single" w:sz="4" w:space="0" w:color="auto"/>
              <w:left w:val="single" w:sz="4" w:space="0" w:color="auto"/>
              <w:bottom w:val="single" w:sz="4" w:space="0" w:color="auto"/>
              <w:right w:val="single" w:sz="4" w:space="0" w:color="auto"/>
            </w:tcBorders>
          </w:tcPr>
          <w:p w14:paraId="69492349" w14:textId="77777777" w:rsidR="001F7B41" w:rsidRPr="00AB5BEA" w:rsidRDefault="001F7B41" w:rsidP="00D86F60">
            <w:pPr>
              <w:jc w:val="both"/>
              <w:rPr>
                <w:rFonts w:eastAsia="Calibri"/>
                <w:b/>
                <w:bCs/>
                <w:sz w:val="28"/>
                <w:szCs w:val="28"/>
                <w:lang w:val="kk-KZ"/>
              </w:rPr>
            </w:pPr>
            <w:r w:rsidRPr="00AB5BEA">
              <w:rPr>
                <w:rFonts w:eastAsia="Calibri"/>
                <w:bCs/>
                <w:sz w:val="28"/>
                <w:szCs w:val="28"/>
                <w:lang w:val="kk-KZ"/>
              </w:rPr>
              <w:lastRenderedPageBreak/>
              <w:t>Жалпы білім беретін мектептің жалпы сыныбы жағдайында бастауыш білімнің жалпы білім беру бағдарламасы бойынша оқыту.</w:t>
            </w:r>
          </w:p>
          <w:p w14:paraId="35DB90F2" w14:textId="77777777" w:rsidR="001F7B41" w:rsidRPr="00AB5BEA" w:rsidRDefault="001F7B41" w:rsidP="00D86F60">
            <w:pPr>
              <w:jc w:val="both"/>
              <w:rPr>
                <w:rFonts w:eastAsia="Calibri"/>
                <w:bCs/>
                <w:sz w:val="28"/>
                <w:szCs w:val="28"/>
                <w:lang w:val="kk-KZ"/>
              </w:rPr>
            </w:pPr>
          </w:p>
        </w:tc>
        <w:tc>
          <w:tcPr>
            <w:tcW w:w="2551" w:type="dxa"/>
            <w:tcBorders>
              <w:top w:val="single" w:sz="4" w:space="0" w:color="auto"/>
              <w:left w:val="single" w:sz="4" w:space="0" w:color="auto"/>
              <w:bottom w:val="single" w:sz="4" w:space="0" w:color="auto"/>
              <w:right w:val="single" w:sz="4" w:space="0" w:color="auto"/>
            </w:tcBorders>
          </w:tcPr>
          <w:p w14:paraId="43545D32" w14:textId="77777777" w:rsidR="001F7B41" w:rsidRPr="00AB5BEA" w:rsidRDefault="001F7B41" w:rsidP="00D86F60">
            <w:pPr>
              <w:jc w:val="both"/>
              <w:rPr>
                <w:rFonts w:eastAsia="Calibri"/>
                <w:bCs/>
                <w:sz w:val="28"/>
                <w:szCs w:val="28"/>
                <w:lang w:val="kk-KZ"/>
              </w:rPr>
            </w:pPr>
            <w:r w:rsidRPr="00AB5BEA">
              <w:rPr>
                <w:rFonts w:eastAsia="Calibri"/>
                <w:bCs/>
                <w:sz w:val="28"/>
                <w:szCs w:val="28"/>
                <w:lang w:val="kk-KZ"/>
              </w:rPr>
              <w:t>Логопед</w:t>
            </w:r>
          </w:p>
        </w:tc>
      </w:tr>
      <w:tr w:rsidR="001F7B41" w:rsidRPr="00AB5BEA" w14:paraId="395E99A9" w14:textId="77777777" w:rsidTr="001F7B41">
        <w:trPr>
          <w:trHeight w:val="604"/>
        </w:trPr>
        <w:tc>
          <w:tcPr>
            <w:tcW w:w="567" w:type="dxa"/>
            <w:tcBorders>
              <w:top w:val="single" w:sz="4" w:space="0" w:color="auto"/>
              <w:left w:val="single" w:sz="4" w:space="0" w:color="auto"/>
              <w:bottom w:val="single" w:sz="4" w:space="0" w:color="auto"/>
              <w:right w:val="single" w:sz="4" w:space="0" w:color="auto"/>
            </w:tcBorders>
          </w:tcPr>
          <w:p w14:paraId="7D5BCC92" w14:textId="324FB4BE" w:rsidR="001F7B41" w:rsidRPr="00AB5BEA" w:rsidRDefault="00C856EF" w:rsidP="00D86F60">
            <w:pPr>
              <w:rPr>
                <w:rFonts w:eastAsia="Calibri"/>
                <w:sz w:val="28"/>
                <w:szCs w:val="28"/>
                <w:lang w:val="kk-KZ"/>
              </w:rPr>
            </w:pPr>
            <w:r w:rsidRPr="00AB5BEA">
              <w:rPr>
                <w:rFonts w:eastAsia="Calibri"/>
                <w:sz w:val="28"/>
                <w:szCs w:val="28"/>
                <w:lang w:val="kk-KZ"/>
              </w:rPr>
              <w:t>7</w:t>
            </w:r>
          </w:p>
        </w:tc>
        <w:tc>
          <w:tcPr>
            <w:tcW w:w="1560" w:type="dxa"/>
            <w:tcBorders>
              <w:top w:val="single" w:sz="4" w:space="0" w:color="auto"/>
              <w:left w:val="single" w:sz="4" w:space="0" w:color="auto"/>
              <w:bottom w:val="single" w:sz="4" w:space="0" w:color="auto"/>
              <w:right w:val="single" w:sz="4" w:space="0" w:color="auto"/>
            </w:tcBorders>
          </w:tcPr>
          <w:p w14:paraId="45C3EB8F" w14:textId="77777777" w:rsidR="001F7B41" w:rsidRPr="00AB5BEA" w:rsidRDefault="001F7B41" w:rsidP="00D86F60">
            <w:pPr>
              <w:rPr>
                <w:rFonts w:eastAsia="Calibri"/>
                <w:bCs/>
                <w:sz w:val="28"/>
                <w:szCs w:val="28"/>
                <w:lang w:val="en-US"/>
              </w:rPr>
            </w:pPr>
            <w:r w:rsidRPr="00AB5BEA">
              <w:rPr>
                <w:rFonts w:eastAsia="Calibri"/>
                <w:bCs/>
                <w:sz w:val="28"/>
                <w:szCs w:val="28"/>
                <w:lang w:val="kk-KZ"/>
              </w:rPr>
              <w:t>Смагулова Айару Ержанқызы</w:t>
            </w:r>
          </w:p>
          <w:p w14:paraId="0830A3CB" w14:textId="77777777" w:rsidR="001F7B41" w:rsidRPr="00AB5BEA" w:rsidRDefault="001F7B41" w:rsidP="00D86F60">
            <w:pPr>
              <w:rPr>
                <w:rFonts w:eastAsia="Calibri"/>
                <w:bCs/>
                <w:sz w:val="28"/>
                <w:szCs w:val="28"/>
                <w:lang w:val="en-US"/>
              </w:rPr>
            </w:pPr>
            <w:r w:rsidRPr="00AB5BEA">
              <w:rPr>
                <w:rFonts w:eastAsia="Calibri"/>
                <w:bCs/>
                <w:sz w:val="28"/>
                <w:szCs w:val="28"/>
                <w:lang w:val="kk-KZ"/>
              </w:rPr>
              <w:t>30,04,2019</w:t>
            </w:r>
          </w:p>
        </w:tc>
        <w:tc>
          <w:tcPr>
            <w:tcW w:w="1276" w:type="dxa"/>
            <w:tcBorders>
              <w:top w:val="single" w:sz="4" w:space="0" w:color="auto"/>
              <w:left w:val="single" w:sz="4" w:space="0" w:color="auto"/>
              <w:bottom w:val="single" w:sz="4" w:space="0" w:color="auto"/>
              <w:right w:val="single" w:sz="4" w:space="0" w:color="auto"/>
            </w:tcBorders>
          </w:tcPr>
          <w:p w14:paraId="4D086A3A" w14:textId="77777777" w:rsidR="001F7B41" w:rsidRPr="00AB5BEA" w:rsidRDefault="001F7B41" w:rsidP="00D86F60">
            <w:pPr>
              <w:rPr>
                <w:rFonts w:eastAsia="Calibri"/>
                <w:sz w:val="28"/>
                <w:szCs w:val="28"/>
              </w:rPr>
            </w:pPr>
            <w:r w:rsidRPr="00AB5BEA">
              <w:rPr>
                <w:rFonts w:eastAsia="Calibri"/>
                <w:bCs/>
                <w:sz w:val="28"/>
                <w:szCs w:val="28"/>
                <w:lang w:val="kk-KZ"/>
              </w:rPr>
              <w:t>2 «Г»</w:t>
            </w:r>
            <w:r w:rsidRPr="00AB5BEA">
              <w:rPr>
                <w:rFonts w:eastAsia="Calibri"/>
                <w:sz w:val="28"/>
                <w:szCs w:val="28"/>
              </w:rPr>
              <w:t xml:space="preserve"> Жалпы сынып</w:t>
            </w:r>
          </w:p>
          <w:p w14:paraId="56E017D9" w14:textId="77777777" w:rsidR="001F7B41" w:rsidRPr="00AB5BEA" w:rsidRDefault="001F7B41" w:rsidP="00D86F60">
            <w:pPr>
              <w:rPr>
                <w:rFonts w:eastAsia="Calibri"/>
                <w:b/>
                <w:bCs/>
                <w:sz w:val="28"/>
                <w:szCs w:val="28"/>
                <w:lang w:val="kk-KZ"/>
              </w:rPr>
            </w:pPr>
          </w:p>
        </w:tc>
        <w:tc>
          <w:tcPr>
            <w:tcW w:w="1134" w:type="dxa"/>
            <w:tcBorders>
              <w:top w:val="single" w:sz="4" w:space="0" w:color="auto"/>
              <w:left w:val="single" w:sz="4" w:space="0" w:color="auto"/>
              <w:bottom w:val="single" w:sz="4" w:space="0" w:color="auto"/>
              <w:right w:val="single" w:sz="4" w:space="0" w:color="auto"/>
            </w:tcBorders>
          </w:tcPr>
          <w:p w14:paraId="084618DB" w14:textId="77777777" w:rsidR="001F7B41" w:rsidRPr="00AB5BEA" w:rsidRDefault="001F7B41" w:rsidP="00D86F60">
            <w:pPr>
              <w:rPr>
                <w:rFonts w:eastAsia="Calibri"/>
                <w:bCs/>
                <w:sz w:val="28"/>
                <w:szCs w:val="28"/>
                <w:lang w:val="kk-KZ"/>
              </w:rPr>
            </w:pPr>
            <w:r w:rsidRPr="00AB5BEA">
              <w:rPr>
                <w:rFonts w:eastAsia="Calibri"/>
                <w:bCs/>
                <w:sz w:val="28"/>
                <w:szCs w:val="28"/>
                <w:lang w:val="kk-KZ"/>
              </w:rPr>
              <w:t>17,12,2025</w:t>
            </w:r>
          </w:p>
        </w:tc>
        <w:tc>
          <w:tcPr>
            <w:tcW w:w="1559" w:type="dxa"/>
            <w:tcBorders>
              <w:top w:val="single" w:sz="4" w:space="0" w:color="auto"/>
              <w:left w:val="single" w:sz="4" w:space="0" w:color="auto"/>
              <w:bottom w:val="single" w:sz="4" w:space="0" w:color="auto"/>
              <w:right w:val="single" w:sz="4" w:space="0" w:color="auto"/>
            </w:tcBorders>
          </w:tcPr>
          <w:p w14:paraId="043441D5" w14:textId="77777777" w:rsidR="001F7B41" w:rsidRPr="00AB5BEA" w:rsidRDefault="001F7B41" w:rsidP="00D86F60">
            <w:pPr>
              <w:rPr>
                <w:rFonts w:eastAsia="Calibri"/>
                <w:b/>
                <w:bCs/>
                <w:color w:val="000000"/>
                <w:sz w:val="28"/>
                <w:szCs w:val="28"/>
                <w:lang w:val="kk-KZ"/>
              </w:rPr>
            </w:pPr>
            <w:r w:rsidRPr="00AB5BEA">
              <w:rPr>
                <w:rFonts w:eastAsia="Calibri"/>
                <w:b/>
                <w:bCs/>
                <w:color w:val="000000"/>
                <w:sz w:val="28"/>
                <w:szCs w:val="28"/>
                <w:lang w:val="kk-KZ"/>
              </w:rPr>
              <w:t>Психикалық дамуы тежелген,</w:t>
            </w:r>
            <w:r w:rsidRPr="00AB5BEA">
              <w:rPr>
                <w:rFonts w:eastAsia="Calibri"/>
                <w:sz w:val="28"/>
                <w:szCs w:val="28"/>
                <w:lang w:val="kk-KZ"/>
              </w:rPr>
              <w:t xml:space="preserve"> жалпы сөйлеутілінің дамымауының 3 деңгейі, мінез –қулық киындықтары</w:t>
            </w:r>
          </w:p>
        </w:tc>
        <w:tc>
          <w:tcPr>
            <w:tcW w:w="2410" w:type="dxa"/>
            <w:tcBorders>
              <w:top w:val="single" w:sz="4" w:space="0" w:color="auto"/>
              <w:left w:val="single" w:sz="4" w:space="0" w:color="auto"/>
              <w:bottom w:val="single" w:sz="4" w:space="0" w:color="auto"/>
              <w:right w:val="single" w:sz="4" w:space="0" w:color="auto"/>
            </w:tcBorders>
          </w:tcPr>
          <w:p w14:paraId="63CE4BAA" w14:textId="77777777" w:rsidR="001F7B41" w:rsidRPr="00AB5BEA" w:rsidRDefault="001F7B41" w:rsidP="00D86F60">
            <w:pPr>
              <w:jc w:val="both"/>
              <w:rPr>
                <w:rFonts w:eastAsia="Calibri"/>
                <w:b/>
                <w:bCs/>
                <w:sz w:val="28"/>
                <w:szCs w:val="28"/>
                <w:lang w:val="kk-KZ"/>
              </w:rPr>
            </w:pPr>
            <w:r w:rsidRPr="00AB5BEA">
              <w:rPr>
                <w:rFonts w:eastAsia="Calibri"/>
                <w:bCs/>
                <w:sz w:val="28"/>
                <w:szCs w:val="28"/>
                <w:lang w:val="kk-KZ"/>
              </w:rPr>
              <w:t>Жалпы білім беретін мектептің жалпы сыныбы жағдайында бастауыш білімнің жалпы білім беру бағдарламасын бейімдеу.</w:t>
            </w:r>
          </w:p>
          <w:p w14:paraId="7C3996F0" w14:textId="77777777" w:rsidR="001F7B41" w:rsidRPr="00AB5BEA" w:rsidRDefault="001F7B41" w:rsidP="00D86F60">
            <w:pPr>
              <w:jc w:val="both"/>
              <w:rPr>
                <w:rFonts w:eastAsia="Calibri"/>
                <w:b/>
                <w:bCs/>
                <w:sz w:val="28"/>
                <w:szCs w:val="28"/>
                <w:lang w:val="kk-KZ"/>
              </w:rPr>
            </w:pPr>
          </w:p>
        </w:tc>
        <w:tc>
          <w:tcPr>
            <w:tcW w:w="2551" w:type="dxa"/>
            <w:tcBorders>
              <w:top w:val="single" w:sz="4" w:space="0" w:color="auto"/>
              <w:left w:val="single" w:sz="4" w:space="0" w:color="auto"/>
              <w:bottom w:val="single" w:sz="4" w:space="0" w:color="auto"/>
              <w:right w:val="single" w:sz="4" w:space="0" w:color="auto"/>
            </w:tcBorders>
          </w:tcPr>
          <w:p w14:paraId="486081C1" w14:textId="77777777" w:rsidR="001F7B41" w:rsidRPr="00AB5BEA" w:rsidRDefault="001F7B41" w:rsidP="00D86F60">
            <w:pPr>
              <w:ind w:left="117"/>
              <w:jc w:val="both"/>
              <w:rPr>
                <w:rFonts w:eastAsia="Calibri"/>
                <w:b/>
                <w:bCs/>
                <w:sz w:val="28"/>
                <w:szCs w:val="28"/>
                <w:lang w:val="kk-KZ"/>
              </w:rPr>
            </w:pPr>
            <w:r w:rsidRPr="00AB5BEA">
              <w:rPr>
                <w:rFonts w:eastAsia="Calibri"/>
                <w:b/>
                <w:bCs/>
                <w:sz w:val="28"/>
                <w:szCs w:val="28"/>
                <w:lang w:val="kk-KZ"/>
              </w:rPr>
              <w:t>Дефектолог</w:t>
            </w:r>
            <w:r w:rsidRPr="00AB5BEA">
              <w:rPr>
                <w:rFonts w:eastAsia="Calibri"/>
                <w:bCs/>
                <w:sz w:val="28"/>
                <w:szCs w:val="28"/>
                <w:lang w:val="kk-KZ"/>
              </w:rPr>
              <w:t xml:space="preserve"> -логопед</w:t>
            </w:r>
          </w:p>
        </w:tc>
      </w:tr>
      <w:tr w:rsidR="001F7B41" w:rsidRPr="00AB5BEA" w14:paraId="08C3BF14" w14:textId="77777777" w:rsidTr="001F7B41">
        <w:trPr>
          <w:trHeight w:val="604"/>
        </w:trPr>
        <w:tc>
          <w:tcPr>
            <w:tcW w:w="567" w:type="dxa"/>
            <w:tcBorders>
              <w:top w:val="single" w:sz="4" w:space="0" w:color="auto"/>
              <w:left w:val="single" w:sz="4" w:space="0" w:color="auto"/>
              <w:bottom w:val="single" w:sz="4" w:space="0" w:color="auto"/>
              <w:right w:val="single" w:sz="4" w:space="0" w:color="auto"/>
            </w:tcBorders>
          </w:tcPr>
          <w:p w14:paraId="7D39CC58" w14:textId="4CE6FBCE" w:rsidR="001F7B41" w:rsidRPr="00AB5BEA" w:rsidRDefault="00C856EF" w:rsidP="00D86F60">
            <w:pPr>
              <w:rPr>
                <w:rFonts w:eastAsia="Calibri"/>
                <w:sz w:val="28"/>
                <w:szCs w:val="28"/>
                <w:lang w:val="kk-KZ"/>
              </w:rPr>
            </w:pPr>
            <w:r w:rsidRPr="00AB5BEA">
              <w:rPr>
                <w:rFonts w:eastAsia="Calibri"/>
                <w:sz w:val="28"/>
                <w:szCs w:val="28"/>
                <w:lang w:val="kk-KZ"/>
              </w:rPr>
              <w:t>8</w:t>
            </w:r>
          </w:p>
        </w:tc>
        <w:tc>
          <w:tcPr>
            <w:tcW w:w="1560" w:type="dxa"/>
            <w:tcBorders>
              <w:top w:val="single" w:sz="4" w:space="0" w:color="auto"/>
              <w:left w:val="single" w:sz="4" w:space="0" w:color="auto"/>
              <w:bottom w:val="single" w:sz="4" w:space="0" w:color="auto"/>
              <w:right w:val="single" w:sz="4" w:space="0" w:color="auto"/>
            </w:tcBorders>
          </w:tcPr>
          <w:p w14:paraId="2D615803" w14:textId="77777777" w:rsidR="001F7B41" w:rsidRPr="00AB5BEA" w:rsidRDefault="001F7B41" w:rsidP="00D86F60">
            <w:pPr>
              <w:rPr>
                <w:rFonts w:eastAsia="Calibri"/>
                <w:bCs/>
                <w:sz w:val="28"/>
                <w:szCs w:val="28"/>
                <w:lang w:val="en-US"/>
              </w:rPr>
            </w:pPr>
            <w:r w:rsidRPr="00AB5BEA">
              <w:rPr>
                <w:rFonts w:eastAsia="Calibri"/>
                <w:bCs/>
                <w:sz w:val="28"/>
                <w:szCs w:val="28"/>
                <w:lang w:val="kk-KZ"/>
              </w:rPr>
              <w:t>Бақытов Бекасыл Мадиярұлы</w:t>
            </w:r>
          </w:p>
          <w:p w14:paraId="0A7A314D" w14:textId="77777777" w:rsidR="001F7B41" w:rsidRPr="00AB5BEA" w:rsidRDefault="001F7B41" w:rsidP="00D86F60">
            <w:pPr>
              <w:rPr>
                <w:rFonts w:eastAsia="Calibri"/>
                <w:bCs/>
                <w:sz w:val="28"/>
                <w:szCs w:val="28"/>
                <w:lang w:val="en-US"/>
              </w:rPr>
            </w:pPr>
            <w:r w:rsidRPr="00AB5BEA">
              <w:rPr>
                <w:rFonts w:eastAsia="Calibri"/>
                <w:bCs/>
                <w:sz w:val="28"/>
                <w:szCs w:val="28"/>
                <w:lang w:val="kk-KZ"/>
              </w:rPr>
              <w:t>05,10,2017</w:t>
            </w:r>
          </w:p>
        </w:tc>
        <w:tc>
          <w:tcPr>
            <w:tcW w:w="1276" w:type="dxa"/>
            <w:tcBorders>
              <w:top w:val="single" w:sz="4" w:space="0" w:color="auto"/>
              <w:left w:val="single" w:sz="4" w:space="0" w:color="auto"/>
              <w:bottom w:val="single" w:sz="4" w:space="0" w:color="auto"/>
              <w:right w:val="single" w:sz="4" w:space="0" w:color="auto"/>
            </w:tcBorders>
          </w:tcPr>
          <w:p w14:paraId="0CC21205" w14:textId="77777777" w:rsidR="001F7B41" w:rsidRPr="00AB5BEA" w:rsidRDefault="001F7B41" w:rsidP="00D86F60">
            <w:pPr>
              <w:rPr>
                <w:rFonts w:eastAsia="Calibri"/>
                <w:sz w:val="28"/>
                <w:szCs w:val="28"/>
              </w:rPr>
            </w:pPr>
            <w:r w:rsidRPr="00AB5BEA">
              <w:rPr>
                <w:rFonts w:eastAsia="Calibri"/>
                <w:bCs/>
                <w:sz w:val="28"/>
                <w:szCs w:val="28"/>
                <w:lang w:val="kk-KZ"/>
              </w:rPr>
              <w:t>3 «Ә»</w:t>
            </w:r>
            <w:r w:rsidRPr="00AB5BEA">
              <w:rPr>
                <w:rFonts w:eastAsia="Calibri"/>
                <w:sz w:val="28"/>
                <w:szCs w:val="28"/>
              </w:rPr>
              <w:t xml:space="preserve"> Жалпы сынып</w:t>
            </w:r>
          </w:p>
          <w:p w14:paraId="0C3A0264" w14:textId="77777777" w:rsidR="001F7B41" w:rsidRPr="00AB5BEA" w:rsidRDefault="001F7B41" w:rsidP="00D86F60">
            <w:pPr>
              <w:rPr>
                <w:rFonts w:eastAsia="Calibri"/>
                <w:bCs/>
                <w:sz w:val="28"/>
                <w:szCs w:val="28"/>
                <w:lang w:val="kk-KZ"/>
              </w:rPr>
            </w:pPr>
          </w:p>
        </w:tc>
        <w:tc>
          <w:tcPr>
            <w:tcW w:w="1134" w:type="dxa"/>
            <w:tcBorders>
              <w:top w:val="single" w:sz="4" w:space="0" w:color="auto"/>
              <w:left w:val="single" w:sz="4" w:space="0" w:color="auto"/>
              <w:bottom w:val="single" w:sz="4" w:space="0" w:color="auto"/>
              <w:right w:val="single" w:sz="4" w:space="0" w:color="auto"/>
            </w:tcBorders>
          </w:tcPr>
          <w:p w14:paraId="7C05EC53" w14:textId="77777777" w:rsidR="001F7B41" w:rsidRPr="00AB5BEA" w:rsidRDefault="001F7B41" w:rsidP="00D86F60">
            <w:pPr>
              <w:rPr>
                <w:rFonts w:eastAsia="Calibri"/>
                <w:bCs/>
                <w:sz w:val="28"/>
                <w:szCs w:val="28"/>
                <w:lang w:val="kk-KZ"/>
              </w:rPr>
            </w:pPr>
            <w:r w:rsidRPr="00AB5BEA">
              <w:rPr>
                <w:rFonts w:eastAsia="Calibri"/>
                <w:bCs/>
                <w:sz w:val="28"/>
                <w:szCs w:val="28"/>
                <w:lang w:val="kk-KZ"/>
              </w:rPr>
              <w:t>26,12,2025</w:t>
            </w:r>
          </w:p>
        </w:tc>
        <w:tc>
          <w:tcPr>
            <w:tcW w:w="1559" w:type="dxa"/>
            <w:tcBorders>
              <w:top w:val="single" w:sz="4" w:space="0" w:color="auto"/>
              <w:left w:val="single" w:sz="4" w:space="0" w:color="auto"/>
              <w:bottom w:val="single" w:sz="4" w:space="0" w:color="auto"/>
              <w:right w:val="single" w:sz="4" w:space="0" w:color="auto"/>
            </w:tcBorders>
          </w:tcPr>
          <w:p w14:paraId="0A4813DB" w14:textId="77777777" w:rsidR="001F7B41" w:rsidRPr="00AB5BEA" w:rsidRDefault="001F7B41" w:rsidP="00D86F60">
            <w:pPr>
              <w:rPr>
                <w:rFonts w:eastAsia="Calibri"/>
                <w:b/>
                <w:bCs/>
                <w:color w:val="000000"/>
                <w:sz w:val="28"/>
                <w:szCs w:val="28"/>
                <w:lang w:val="kk-KZ"/>
              </w:rPr>
            </w:pPr>
            <w:r w:rsidRPr="00AB5BEA">
              <w:rPr>
                <w:rFonts w:eastAsia="Calibri"/>
                <w:b/>
                <w:bCs/>
                <w:color w:val="000000"/>
                <w:sz w:val="28"/>
                <w:szCs w:val="28"/>
                <w:lang w:val="kk-KZ"/>
              </w:rPr>
              <w:t>Психикалық дамуы тежелген,</w:t>
            </w:r>
            <w:r w:rsidRPr="00AB5BEA">
              <w:rPr>
                <w:rFonts w:eastAsia="Calibri"/>
                <w:sz w:val="28"/>
                <w:szCs w:val="28"/>
                <w:lang w:val="kk-KZ"/>
              </w:rPr>
              <w:t xml:space="preserve"> Сөйлеу тілінің бұзылуы; жалпы сөйлеутілінің дамымауының 3 деңгейі, жазу мен оқудың бұзылуы</w:t>
            </w:r>
          </w:p>
        </w:tc>
        <w:tc>
          <w:tcPr>
            <w:tcW w:w="2410" w:type="dxa"/>
            <w:tcBorders>
              <w:top w:val="single" w:sz="4" w:space="0" w:color="auto"/>
              <w:left w:val="single" w:sz="4" w:space="0" w:color="auto"/>
              <w:bottom w:val="single" w:sz="4" w:space="0" w:color="auto"/>
              <w:right w:val="single" w:sz="4" w:space="0" w:color="auto"/>
            </w:tcBorders>
          </w:tcPr>
          <w:p w14:paraId="0A2E7B06" w14:textId="77777777" w:rsidR="001F7B41" w:rsidRPr="00AB5BEA" w:rsidRDefault="001F7B41" w:rsidP="00D86F60">
            <w:pPr>
              <w:jc w:val="both"/>
              <w:rPr>
                <w:rFonts w:eastAsia="Calibri"/>
                <w:b/>
                <w:bCs/>
                <w:sz w:val="28"/>
                <w:szCs w:val="28"/>
                <w:lang w:val="kk-KZ"/>
              </w:rPr>
            </w:pPr>
            <w:r w:rsidRPr="00AB5BEA">
              <w:rPr>
                <w:rFonts w:eastAsia="Calibri"/>
                <w:bCs/>
                <w:sz w:val="28"/>
                <w:szCs w:val="28"/>
                <w:lang w:val="kk-KZ"/>
              </w:rPr>
              <w:t>Жалпы білім беретін мектептің жалпы сыныбы жағдайында бастауыш білімнің жалпы білім беру бағдарламасын бейімдеу</w:t>
            </w:r>
          </w:p>
        </w:tc>
        <w:tc>
          <w:tcPr>
            <w:tcW w:w="2551" w:type="dxa"/>
            <w:tcBorders>
              <w:top w:val="single" w:sz="4" w:space="0" w:color="auto"/>
              <w:left w:val="single" w:sz="4" w:space="0" w:color="auto"/>
              <w:bottom w:val="single" w:sz="4" w:space="0" w:color="auto"/>
              <w:right w:val="single" w:sz="4" w:space="0" w:color="auto"/>
            </w:tcBorders>
          </w:tcPr>
          <w:p w14:paraId="34324D14" w14:textId="77777777" w:rsidR="001F7B41" w:rsidRPr="00AB5BEA" w:rsidRDefault="001F7B41" w:rsidP="00D86F60">
            <w:pPr>
              <w:jc w:val="both"/>
              <w:rPr>
                <w:rFonts w:eastAsia="Calibri"/>
                <w:b/>
                <w:bCs/>
                <w:sz w:val="28"/>
                <w:szCs w:val="28"/>
                <w:lang w:val="kk-KZ"/>
              </w:rPr>
            </w:pPr>
            <w:r w:rsidRPr="00AB5BEA">
              <w:rPr>
                <w:rFonts w:eastAsia="Calibri"/>
                <w:b/>
                <w:bCs/>
                <w:sz w:val="28"/>
                <w:szCs w:val="28"/>
                <w:lang w:val="kk-KZ"/>
              </w:rPr>
              <w:t>Дефектолог</w:t>
            </w:r>
            <w:r w:rsidRPr="00AB5BEA">
              <w:rPr>
                <w:rFonts w:eastAsia="Calibri"/>
                <w:bCs/>
                <w:sz w:val="28"/>
                <w:szCs w:val="28"/>
                <w:lang w:val="kk-KZ"/>
              </w:rPr>
              <w:t xml:space="preserve"> -логопед</w:t>
            </w:r>
          </w:p>
        </w:tc>
      </w:tr>
      <w:tr w:rsidR="001F7B41" w:rsidRPr="00AB5BEA" w14:paraId="442E53AB" w14:textId="77777777" w:rsidTr="001F7B41">
        <w:trPr>
          <w:trHeight w:val="604"/>
        </w:trPr>
        <w:tc>
          <w:tcPr>
            <w:tcW w:w="567" w:type="dxa"/>
            <w:tcBorders>
              <w:top w:val="single" w:sz="4" w:space="0" w:color="auto"/>
              <w:left w:val="single" w:sz="4" w:space="0" w:color="auto"/>
              <w:bottom w:val="single" w:sz="4" w:space="0" w:color="auto"/>
              <w:right w:val="single" w:sz="4" w:space="0" w:color="auto"/>
            </w:tcBorders>
          </w:tcPr>
          <w:p w14:paraId="58860854" w14:textId="2C29D157" w:rsidR="001F7B41" w:rsidRPr="00AB5BEA" w:rsidRDefault="00C856EF" w:rsidP="00BB6EBB">
            <w:pPr>
              <w:rPr>
                <w:rFonts w:eastAsia="Calibri"/>
                <w:sz w:val="28"/>
                <w:szCs w:val="28"/>
                <w:lang w:val="kk-KZ"/>
              </w:rPr>
            </w:pPr>
            <w:r w:rsidRPr="00AB5BEA">
              <w:rPr>
                <w:rFonts w:eastAsia="Calibri"/>
                <w:sz w:val="28"/>
                <w:szCs w:val="28"/>
                <w:lang w:val="kk-KZ"/>
              </w:rPr>
              <w:t>9</w:t>
            </w:r>
          </w:p>
        </w:tc>
        <w:tc>
          <w:tcPr>
            <w:tcW w:w="1560" w:type="dxa"/>
            <w:tcBorders>
              <w:top w:val="single" w:sz="4" w:space="0" w:color="auto"/>
              <w:left w:val="single" w:sz="4" w:space="0" w:color="auto"/>
              <w:bottom w:val="single" w:sz="4" w:space="0" w:color="auto"/>
              <w:right w:val="single" w:sz="4" w:space="0" w:color="auto"/>
            </w:tcBorders>
          </w:tcPr>
          <w:p w14:paraId="28FA62D9" w14:textId="77777777" w:rsidR="001F7B41" w:rsidRPr="00AB5BEA" w:rsidRDefault="001F7B41" w:rsidP="00D86F60">
            <w:pPr>
              <w:rPr>
                <w:rFonts w:eastAsia="Calibri"/>
                <w:bCs/>
                <w:sz w:val="28"/>
                <w:szCs w:val="28"/>
                <w:lang w:val="en-US"/>
              </w:rPr>
            </w:pPr>
            <w:r w:rsidRPr="00AB5BEA">
              <w:rPr>
                <w:rFonts w:eastAsia="Calibri"/>
                <w:bCs/>
                <w:sz w:val="28"/>
                <w:szCs w:val="28"/>
                <w:lang w:val="kk-KZ"/>
              </w:rPr>
              <w:t>Нурпейсова Сәния Бауыржановна</w:t>
            </w:r>
          </w:p>
          <w:p w14:paraId="28AEDAA0" w14:textId="77777777" w:rsidR="001F7B41" w:rsidRPr="00AB5BEA" w:rsidRDefault="001F7B41" w:rsidP="00D86F60">
            <w:pPr>
              <w:rPr>
                <w:rFonts w:eastAsia="Calibri"/>
                <w:bCs/>
                <w:sz w:val="28"/>
                <w:szCs w:val="28"/>
                <w:lang w:val="en-US"/>
              </w:rPr>
            </w:pPr>
            <w:r w:rsidRPr="00AB5BEA">
              <w:rPr>
                <w:rFonts w:eastAsia="Calibri"/>
                <w:bCs/>
                <w:sz w:val="28"/>
                <w:szCs w:val="28"/>
                <w:lang w:val="kk-KZ"/>
              </w:rPr>
              <w:t>11.05.2016</w:t>
            </w:r>
          </w:p>
        </w:tc>
        <w:tc>
          <w:tcPr>
            <w:tcW w:w="1276" w:type="dxa"/>
            <w:tcBorders>
              <w:top w:val="single" w:sz="4" w:space="0" w:color="auto"/>
              <w:left w:val="single" w:sz="4" w:space="0" w:color="auto"/>
              <w:bottom w:val="single" w:sz="4" w:space="0" w:color="auto"/>
              <w:right w:val="single" w:sz="4" w:space="0" w:color="auto"/>
            </w:tcBorders>
          </w:tcPr>
          <w:p w14:paraId="57060404" w14:textId="77777777" w:rsidR="001F7B41" w:rsidRPr="00AB5BEA" w:rsidRDefault="001F7B41" w:rsidP="00D86F60">
            <w:pPr>
              <w:rPr>
                <w:rFonts w:eastAsia="Calibri"/>
                <w:sz w:val="28"/>
                <w:szCs w:val="28"/>
              </w:rPr>
            </w:pPr>
            <w:r w:rsidRPr="00AB5BEA">
              <w:rPr>
                <w:rFonts w:eastAsia="Calibri"/>
                <w:bCs/>
                <w:sz w:val="28"/>
                <w:szCs w:val="28"/>
                <w:lang w:val="kk-KZ"/>
              </w:rPr>
              <w:t>5 «Б»</w:t>
            </w:r>
            <w:r w:rsidRPr="00AB5BEA">
              <w:rPr>
                <w:rFonts w:eastAsia="Calibri"/>
                <w:sz w:val="28"/>
                <w:szCs w:val="28"/>
              </w:rPr>
              <w:t xml:space="preserve"> Жалпы сынып</w:t>
            </w:r>
          </w:p>
          <w:p w14:paraId="1CD4E9C4" w14:textId="77777777" w:rsidR="001F7B41" w:rsidRPr="00AB5BEA" w:rsidRDefault="001F7B41" w:rsidP="00D86F60">
            <w:pPr>
              <w:rPr>
                <w:rFonts w:eastAsia="Calibri"/>
                <w:bCs/>
                <w:sz w:val="28"/>
                <w:szCs w:val="28"/>
                <w:lang w:val="kk-KZ"/>
              </w:rPr>
            </w:pPr>
          </w:p>
        </w:tc>
        <w:tc>
          <w:tcPr>
            <w:tcW w:w="1134" w:type="dxa"/>
            <w:tcBorders>
              <w:top w:val="single" w:sz="4" w:space="0" w:color="auto"/>
              <w:left w:val="single" w:sz="4" w:space="0" w:color="auto"/>
              <w:bottom w:val="single" w:sz="4" w:space="0" w:color="auto"/>
              <w:right w:val="single" w:sz="4" w:space="0" w:color="auto"/>
            </w:tcBorders>
          </w:tcPr>
          <w:p w14:paraId="66C92C26" w14:textId="77777777" w:rsidR="001F7B41" w:rsidRPr="00AB5BEA" w:rsidRDefault="001F7B41" w:rsidP="00D86F60">
            <w:pPr>
              <w:rPr>
                <w:rFonts w:eastAsia="Calibri"/>
                <w:bCs/>
                <w:sz w:val="28"/>
                <w:szCs w:val="28"/>
                <w:lang w:val="kk-KZ"/>
              </w:rPr>
            </w:pPr>
            <w:r w:rsidRPr="00AB5BEA">
              <w:rPr>
                <w:rFonts w:eastAsia="Calibri"/>
                <w:bCs/>
                <w:sz w:val="28"/>
                <w:szCs w:val="28"/>
                <w:lang w:val="kk-KZ"/>
              </w:rPr>
              <w:t>14.05.2026</w:t>
            </w:r>
          </w:p>
        </w:tc>
        <w:tc>
          <w:tcPr>
            <w:tcW w:w="1559" w:type="dxa"/>
            <w:tcBorders>
              <w:top w:val="single" w:sz="4" w:space="0" w:color="auto"/>
              <w:left w:val="single" w:sz="4" w:space="0" w:color="auto"/>
              <w:bottom w:val="single" w:sz="4" w:space="0" w:color="auto"/>
              <w:right w:val="single" w:sz="4" w:space="0" w:color="auto"/>
            </w:tcBorders>
          </w:tcPr>
          <w:p w14:paraId="4EAFAEC1" w14:textId="77777777" w:rsidR="001F7B41" w:rsidRPr="00AB5BEA" w:rsidRDefault="001F7B41" w:rsidP="00D86F60">
            <w:pPr>
              <w:rPr>
                <w:rFonts w:eastAsia="Calibri"/>
                <w:b/>
                <w:bCs/>
                <w:color w:val="000000"/>
                <w:sz w:val="28"/>
                <w:szCs w:val="28"/>
                <w:lang w:val="kk-KZ"/>
              </w:rPr>
            </w:pPr>
            <w:r w:rsidRPr="00AB5BEA">
              <w:rPr>
                <w:rFonts w:eastAsia="Calibri"/>
                <w:b/>
                <w:bCs/>
                <w:color w:val="000000"/>
                <w:sz w:val="28"/>
                <w:szCs w:val="28"/>
                <w:lang w:val="kk-KZ"/>
              </w:rPr>
              <w:t>Психикалық дамуы тежелген</w:t>
            </w:r>
            <w:r w:rsidRPr="00AB5BEA">
              <w:rPr>
                <w:rFonts w:eastAsia="Calibri"/>
                <w:bCs/>
                <w:color w:val="000000"/>
                <w:sz w:val="28"/>
                <w:szCs w:val="28"/>
                <w:lang w:val="kk-KZ"/>
              </w:rPr>
              <w:t>,</w:t>
            </w:r>
            <w:r w:rsidRPr="00AB5BEA">
              <w:rPr>
                <w:rFonts w:eastAsia="Calibri"/>
                <w:sz w:val="28"/>
                <w:szCs w:val="28"/>
                <w:lang w:val="kk-KZ"/>
              </w:rPr>
              <w:t xml:space="preserve"> жалпы сөйлеутілінің дамымауының 3- деңгейі.(фонетикалык –фонематикалыксойле</w:t>
            </w:r>
            <w:r w:rsidRPr="00AB5BEA">
              <w:rPr>
                <w:rFonts w:eastAsia="Calibri"/>
                <w:sz w:val="28"/>
                <w:szCs w:val="28"/>
                <w:lang w:val="kk-KZ"/>
              </w:rPr>
              <w:lastRenderedPageBreak/>
              <w:t>удын дамымауы.</w:t>
            </w:r>
          </w:p>
        </w:tc>
        <w:tc>
          <w:tcPr>
            <w:tcW w:w="2410" w:type="dxa"/>
            <w:tcBorders>
              <w:top w:val="single" w:sz="4" w:space="0" w:color="auto"/>
              <w:left w:val="single" w:sz="4" w:space="0" w:color="auto"/>
              <w:bottom w:val="single" w:sz="4" w:space="0" w:color="auto"/>
              <w:right w:val="single" w:sz="4" w:space="0" w:color="auto"/>
            </w:tcBorders>
          </w:tcPr>
          <w:p w14:paraId="44D0131B" w14:textId="77777777" w:rsidR="001F7B41" w:rsidRPr="00AB5BEA" w:rsidRDefault="001F7B41" w:rsidP="00D86F60">
            <w:pPr>
              <w:jc w:val="both"/>
              <w:rPr>
                <w:rFonts w:eastAsia="Calibri"/>
                <w:b/>
                <w:bCs/>
                <w:sz w:val="28"/>
                <w:szCs w:val="28"/>
                <w:lang w:val="kk-KZ"/>
              </w:rPr>
            </w:pPr>
            <w:r w:rsidRPr="00AB5BEA">
              <w:rPr>
                <w:rFonts w:eastAsia="Calibri"/>
                <w:bCs/>
                <w:sz w:val="28"/>
                <w:szCs w:val="28"/>
                <w:lang w:val="kk-KZ"/>
              </w:rPr>
              <w:lastRenderedPageBreak/>
              <w:t>Жалпы білім беретін мектептің жалпы сыныбы жағдайында негізгі орта  білімнің жалпы білім беру бағдарламасын бейімдеу</w:t>
            </w:r>
          </w:p>
        </w:tc>
        <w:tc>
          <w:tcPr>
            <w:tcW w:w="2551" w:type="dxa"/>
            <w:tcBorders>
              <w:top w:val="single" w:sz="4" w:space="0" w:color="auto"/>
              <w:left w:val="single" w:sz="4" w:space="0" w:color="auto"/>
              <w:bottom w:val="single" w:sz="4" w:space="0" w:color="auto"/>
              <w:right w:val="single" w:sz="4" w:space="0" w:color="auto"/>
            </w:tcBorders>
          </w:tcPr>
          <w:p w14:paraId="7D79C959" w14:textId="77777777" w:rsidR="001F7B41" w:rsidRPr="00AB5BEA" w:rsidRDefault="001F7B41" w:rsidP="00D86F60">
            <w:pPr>
              <w:ind w:left="177"/>
              <w:jc w:val="both"/>
              <w:rPr>
                <w:rFonts w:eastAsia="Calibri"/>
                <w:b/>
                <w:bCs/>
                <w:sz w:val="28"/>
                <w:szCs w:val="28"/>
                <w:lang w:val="kk-KZ"/>
              </w:rPr>
            </w:pPr>
            <w:r w:rsidRPr="00AB5BEA">
              <w:rPr>
                <w:rFonts w:eastAsia="Calibri"/>
                <w:b/>
                <w:bCs/>
                <w:sz w:val="28"/>
                <w:szCs w:val="28"/>
                <w:lang w:val="kk-KZ"/>
              </w:rPr>
              <w:t>Дефектолог</w:t>
            </w:r>
            <w:r w:rsidRPr="00AB5BEA">
              <w:rPr>
                <w:rFonts w:eastAsia="Calibri"/>
                <w:bCs/>
                <w:sz w:val="28"/>
                <w:szCs w:val="28"/>
                <w:lang w:val="kk-KZ"/>
              </w:rPr>
              <w:t xml:space="preserve"> -логопед</w:t>
            </w:r>
          </w:p>
        </w:tc>
      </w:tr>
      <w:tr w:rsidR="001F7B41" w:rsidRPr="00AB5BEA" w14:paraId="7D28D51E" w14:textId="77777777" w:rsidTr="001F7B41">
        <w:trPr>
          <w:trHeight w:val="1010"/>
        </w:trPr>
        <w:tc>
          <w:tcPr>
            <w:tcW w:w="567" w:type="dxa"/>
            <w:tcBorders>
              <w:top w:val="single" w:sz="4" w:space="0" w:color="auto"/>
              <w:left w:val="single" w:sz="4" w:space="0" w:color="auto"/>
              <w:bottom w:val="single" w:sz="4" w:space="0" w:color="auto"/>
              <w:right w:val="single" w:sz="4" w:space="0" w:color="auto"/>
            </w:tcBorders>
          </w:tcPr>
          <w:p w14:paraId="404C962C" w14:textId="34DFEA89" w:rsidR="001F7B41" w:rsidRPr="00AB5BEA" w:rsidRDefault="00C856EF" w:rsidP="00D86F60">
            <w:pPr>
              <w:rPr>
                <w:rFonts w:eastAsia="Calibri"/>
                <w:sz w:val="28"/>
                <w:szCs w:val="28"/>
                <w:lang w:val="kk-KZ"/>
              </w:rPr>
            </w:pPr>
            <w:r w:rsidRPr="00AB5BEA">
              <w:rPr>
                <w:rFonts w:eastAsia="Calibri"/>
                <w:sz w:val="28"/>
                <w:szCs w:val="28"/>
                <w:lang w:val="kk-KZ"/>
              </w:rPr>
              <w:t>10</w:t>
            </w:r>
          </w:p>
        </w:tc>
        <w:tc>
          <w:tcPr>
            <w:tcW w:w="1560" w:type="dxa"/>
            <w:tcBorders>
              <w:top w:val="single" w:sz="4" w:space="0" w:color="auto"/>
              <w:left w:val="single" w:sz="4" w:space="0" w:color="auto"/>
              <w:bottom w:val="single" w:sz="4" w:space="0" w:color="auto"/>
              <w:right w:val="single" w:sz="4" w:space="0" w:color="auto"/>
            </w:tcBorders>
          </w:tcPr>
          <w:p w14:paraId="5529E1A9" w14:textId="77777777" w:rsidR="001F7B41" w:rsidRPr="00AB5BEA" w:rsidRDefault="001F7B41" w:rsidP="00D86F60">
            <w:pPr>
              <w:rPr>
                <w:rFonts w:eastAsia="Calibri"/>
                <w:bCs/>
                <w:sz w:val="28"/>
                <w:szCs w:val="28"/>
                <w:lang w:val="en-US"/>
              </w:rPr>
            </w:pPr>
            <w:r w:rsidRPr="00AB5BEA">
              <w:rPr>
                <w:rFonts w:eastAsia="Calibri"/>
                <w:bCs/>
                <w:sz w:val="28"/>
                <w:szCs w:val="28"/>
                <w:lang w:val="kk-KZ"/>
              </w:rPr>
              <w:t>Ермаханбет Ернұр Ерғалиұлы</w:t>
            </w:r>
          </w:p>
          <w:p w14:paraId="42C2FBC4" w14:textId="77777777" w:rsidR="001F7B41" w:rsidRPr="00AB5BEA" w:rsidRDefault="001F7B41" w:rsidP="00D86F60">
            <w:pPr>
              <w:rPr>
                <w:rFonts w:eastAsia="Calibri"/>
                <w:bCs/>
                <w:sz w:val="28"/>
                <w:szCs w:val="28"/>
                <w:lang w:val="en-US"/>
              </w:rPr>
            </w:pPr>
            <w:r w:rsidRPr="00AB5BEA">
              <w:rPr>
                <w:rFonts w:eastAsia="Calibri"/>
                <w:bCs/>
                <w:sz w:val="28"/>
                <w:szCs w:val="28"/>
                <w:lang w:val="kk-KZ"/>
              </w:rPr>
              <w:t>06,12,2014</w:t>
            </w:r>
          </w:p>
        </w:tc>
        <w:tc>
          <w:tcPr>
            <w:tcW w:w="1276" w:type="dxa"/>
            <w:tcBorders>
              <w:top w:val="single" w:sz="4" w:space="0" w:color="auto"/>
              <w:left w:val="single" w:sz="4" w:space="0" w:color="auto"/>
              <w:bottom w:val="single" w:sz="4" w:space="0" w:color="auto"/>
              <w:right w:val="single" w:sz="4" w:space="0" w:color="auto"/>
            </w:tcBorders>
          </w:tcPr>
          <w:p w14:paraId="4D417335" w14:textId="77777777" w:rsidR="001F7B41" w:rsidRPr="00AB5BEA" w:rsidRDefault="001F7B41" w:rsidP="00D86F60">
            <w:pPr>
              <w:rPr>
                <w:rFonts w:eastAsia="Calibri"/>
                <w:sz w:val="28"/>
                <w:szCs w:val="28"/>
              </w:rPr>
            </w:pPr>
            <w:r w:rsidRPr="00AB5BEA">
              <w:rPr>
                <w:rFonts w:eastAsia="Calibri"/>
                <w:bCs/>
                <w:sz w:val="28"/>
                <w:szCs w:val="28"/>
                <w:lang w:val="kk-KZ"/>
              </w:rPr>
              <w:t>6 «Ә»</w:t>
            </w:r>
            <w:r w:rsidRPr="00AB5BEA">
              <w:rPr>
                <w:rFonts w:eastAsia="Calibri"/>
                <w:sz w:val="28"/>
                <w:szCs w:val="28"/>
              </w:rPr>
              <w:t xml:space="preserve"> Жалпы сынып</w:t>
            </w:r>
          </w:p>
          <w:p w14:paraId="62ED8C66" w14:textId="77777777" w:rsidR="001F7B41" w:rsidRPr="00AB5BEA" w:rsidRDefault="001F7B41" w:rsidP="00D86F60">
            <w:pPr>
              <w:rPr>
                <w:rFonts w:eastAsia="Calibri"/>
                <w:bCs/>
                <w:sz w:val="28"/>
                <w:szCs w:val="28"/>
                <w:lang w:val="kk-KZ"/>
              </w:rPr>
            </w:pPr>
          </w:p>
        </w:tc>
        <w:tc>
          <w:tcPr>
            <w:tcW w:w="1134" w:type="dxa"/>
            <w:tcBorders>
              <w:top w:val="single" w:sz="4" w:space="0" w:color="auto"/>
              <w:left w:val="single" w:sz="4" w:space="0" w:color="auto"/>
              <w:bottom w:val="single" w:sz="4" w:space="0" w:color="auto"/>
              <w:right w:val="single" w:sz="4" w:space="0" w:color="auto"/>
            </w:tcBorders>
          </w:tcPr>
          <w:p w14:paraId="22388A08" w14:textId="77777777" w:rsidR="001F7B41" w:rsidRPr="00AB5BEA" w:rsidRDefault="001F7B41" w:rsidP="00D86F60">
            <w:pPr>
              <w:rPr>
                <w:rFonts w:eastAsia="Calibri"/>
                <w:bCs/>
                <w:sz w:val="28"/>
                <w:szCs w:val="28"/>
                <w:lang w:val="kk-KZ"/>
              </w:rPr>
            </w:pPr>
            <w:r w:rsidRPr="00AB5BEA">
              <w:rPr>
                <w:rFonts w:eastAsia="Calibri"/>
                <w:bCs/>
                <w:sz w:val="28"/>
                <w:szCs w:val="28"/>
                <w:lang w:val="kk-KZ"/>
              </w:rPr>
              <w:t>10,10,2025</w:t>
            </w:r>
          </w:p>
        </w:tc>
        <w:tc>
          <w:tcPr>
            <w:tcW w:w="1559" w:type="dxa"/>
            <w:tcBorders>
              <w:top w:val="single" w:sz="4" w:space="0" w:color="auto"/>
              <w:left w:val="single" w:sz="4" w:space="0" w:color="auto"/>
              <w:bottom w:val="single" w:sz="4" w:space="0" w:color="auto"/>
              <w:right w:val="single" w:sz="4" w:space="0" w:color="auto"/>
            </w:tcBorders>
          </w:tcPr>
          <w:p w14:paraId="6E1406A8" w14:textId="77777777" w:rsidR="001F7B41" w:rsidRPr="00AB5BEA" w:rsidRDefault="001F7B41" w:rsidP="00D86F60">
            <w:pPr>
              <w:rPr>
                <w:rFonts w:eastAsia="Calibri"/>
                <w:b/>
                <w:bCs/>
                <w:color w:val="000000"/>
                <w:sz w:val="28"/>
                <w:szCs w:val="28"/>
                <w:lang w:val="kk-KZ"/>
              </w:rPr>
            </w:pPr>
            <w:r w:rsidRPr="00AB5BEA">
              <w:rPr>
                <w:rFonts w:eastAsia="Calibri"/>
                <w:b/>
                <w:bCs/>
                <w:color w:val="000000"/>
                <w:sz w:val="28"/>
                <w:szCs w:val="28"/>
                <w:lang w:val="kk-KZ"/>
              </w:rPr>
              <w:t>Жеңіл түрде зияттың бұзылуы,</w:t>
            </w:r>
          </w:p>
          <w:p w14:paraId="11504C40" w14:textId="77777777" w:rsidR="001F7B41" w:rsidRPr="00AB5BEA" w:rsidRDefault="001F7B41" w:rsidP="00D86F60">
            <w:pPr>
              <w:rPr>
                <w:rFonts w:eastAsia="Calibri"/>
                <w:b/>
                <w:bCs/>
                <w:color w:val="000000"/>
                <w:sz w:val="28"/>
                <w:szCs w:val="28"/>
                <w:lang w:val="kk-KZ"/>
              </w:rPr>
            </w:pPr>
            <w:r w:rsidRPr="00AB5BEA">
              <w:rPr>
                <w:rFonts w:eastAsia="Calibri"/>
                <w:b/>
                <w:bCs/>
                <w:color w:val="000000"/>
                <w:sz w:val="28"/>
                <w:szCs w:val="28"/>
                <w:lang w:val="kk-KZ"/>
              </w:rPr>
              <w:t>Орташа түрде зияттың бұзылуы</w:t>
            </w:r>
          </w:p>
          <w:p w14:paraId="5089F868" w14:textId="77777777" w:rsidR="001F7B41" w:rsidRPr="00AB5BEA" w:rsidRDefault="001F7B41" w:rsidP="00D86F60">
            <w:pPr>
              <w:rPr>
                <w:rFonts w:eastAsia="Calibri"/>
                <w:b/>
                <w:bCs/>
                <w:color w:val="000000"/>
                <w:sz w:val="28"/>
                <w:szCs w:val="28"/>
                <w:lang w:val="kk-KZ"/>
              </w:rPr>
            </w:pPr>
            <w:r w:rsidRPr="00AB5BEA">
              <w:rPr>
                <w:rFonts w:eastAsia="Calibri"/>
                <w:bCs/>
                <w:color w:val="000000"/>
                <w:sz w:val="28"/>
                <w:szCs w:val="28"/>
                <w:lang w:val="kk-KZ"/>
              </w:rPr>
              <w:t>Мінез-құлық қиындықтары</w:t>
            </w:r>
            <w:r w:rsidRPr="00AB5BEA">
              <w:rPr>
                <w:rFonts w:eastAsia="Calibri"/>
                <w:b/>
                <w:bCs/>
                <w:color w:val="000000"/>
                <w:sz w:val="28"/>
                <w:szCs w:val="28"/>
                <w:lang w:val="kk-KZ"/>
              </w:rPr>
              <w:t>,</w:t>
            </w:r>
            <w:r w:rsidRPr="00AB5BEA">
              <w:rPr>
                <w:rFonts w:eastAsia="Calibri"/>
                <w:sz w:val="28"/>
                <w:szCs w:val="28"/>
                <w:lang w:val="kk-KZ"/>
              </w:rPr>
              <w:t xml:space="preserve"> жалпы сөйлеу тілінің дамымауының 2 деңгейі</w:t>
            </w:r>
          </w:p>
        </w:tc>
        <w:tc>
          <w:tcPr>
            <w:tcW w:w="2410" w:type="dxa"/>
            <w:tcBorders>
              <w:top w:val="single" w:sz="4" w:space="0" w:color="auto"/>
              <w:left w:val="single" w:sz="4" w:space="0" w:color="auto"/>
              <w:bottom w:val="single" w:sz="4" w:space="0" w:color="auto"/>
              <w:right w:val="single" w:sz="4" w:space="0" w:color="auto"/>
            </w:tcBorders>
          </w:tcPr>
          <w:p w14:paraId="580BA0B8" w14:textId="6F2C565D" w:rsidR="001F7B41" w:rsidRPr="00AB5BEA" w:rsidRDefault="001F7B41" w:rsidP="00D86F60">
            <w:pPr>
              <w:jc w:val="both"/>
              <w:rPr>
                <w:rFonts w:eastAsia="Calibri"/>
                <w:b/>
                <w:bCs/>
                <w:sz w:val="28"/>
                <w:szCs w:val="28"/>
                <w:lang w:val="kk-KZ"/>
              </w:rPr>
            </w:pPr>
            <w:r w:rsidRPr="00AB5BEA">
              <w:rPr>
                <w:rFonts w:eastAsia="Calibri"/>
                <w:b/>
                <w:bCs/>
                <w:sz w:val="28"/>
                <w:szCs w:val="28"/>
                <w:lang w:val="kk-KZ"/>
              </w:rPr>
              <w:t xml:space="preserve">                                                        </w:t>
            </w:r>
            <w:r w:rsidRPr="00AB5BEA">
              <w:rPr>
                <w:rFonts w:eastAsia="Calibri"/>
                <w:bCs/>
                <w:sz w:val="28"/>
                <w:szCs w:val="28"/>
                <w:lang w:val="kk-KZ"/>
              </w:rPr>
              <w:t>Жеке оку бағдарламасы бойынша негізгі орта білім беретін жалпы мектептің жалпы сыныбы жағдайында окыту Окыту нәтижелерін бағалау әдістері мен критерийлерін өзгерту.</w:t>
            </w:r>
            <w:r w:rsidRPr="00AB5BEA">
              <w:rPr>
                <w:rFonts w:eastAsia="Calibri"/>
                <w:b/>
                <w:bCs/>
                <w:sz w:val="28"/>
                <w:szCs w:val="28"/>
                <w:lang w:val="kk-KZ"/>
              </w:rPr>
              <w:t xml:space="preserve">                                                             </w:t>
            </w:r>
          </w:p>
          <w:p w14:paraId="5121A51C" w14:textId="77777777" w:rsidR="001F7B41" w:rsidRPr="00AB5BEA" w:rsidRDefault="001F7B41" w:rsidP="00D86F60">
            <w:pPr>
              <w:jc w:val="both"/>
              <w:rPr>
                <w:rFonts w:eastAsia="Calibri"/>
                <w:b/>
                <w:bCs/>
                <w:sz w:val="28"/>
                <w:szCs w:val="28"/>
                <w:lang w:val="kk-KZ"/>
              </w:rPr>
            </w:pPr>
          </w:p>
        </w:tc>
        <w:tc>
          <w:tcPr>
            <w:tcW w:w="2551" w:type="dxa"/>
            <w:tcBorders>
              <w:top w:val="single" w:sz="4" w:space="0" w:color="auto"/>
              <w:left w:val="single" w:sz="4" w:space="0" w:color="auto"/>
              <w:bottom w:val="single" w:sz="4" w:space="0" w:color="auto"/>
              <w:right w:val="single" w:sz="4" w:space="0" w:color="auto"/>
            </w:tcBorders>
          </w:tcPr>
          <w:p w14:paraId="12C7FD17" w14:textId="77777777" w:rsidR="001F7B41" w:rsidRPr="00AB5BEA" w:rsidRDefault="001F7B41" w:rsidP="00D86F60">
            <w:pPr>
              <w:jc w:val="both"/>
              <w:rPr>
                <w:rFonts w:eastAsia="Calibri"/>
                <w:bCs/>
                <w:sz w:val="28"/>
                <w:szCs w:val="28"/>
                <w:lang w:val="kk-KZ"/>
              </w:rPr>
            </w:pPr>
            <w:r w:rsidRPr="00AB5BEA">
              <w:rPr>
                <w:rFonts w:eastAsia="Calibri"/>
                <w:bCs/>
                <w:sz w:val="28"/>
                <w:szCs w:val="28"/>
                <w:lang w:val="kk-KZ"/>
              </w:rPr>
              <w:t>Мұғалім- ассисент</w:t>
            </w:r>
          </w:p>
          <w:p w14:paraId="1D450DA3" w14:textId="77777777" w:rsidR="001F7B41" w:rsidRPr="00AB5BEA" w:rsidRDefault="001F7B41" w:rsidP="00D86F60">
            <w:pPr>
              <w:jc w:val="both"/>
              <w:rPr>
                <w:rFonts w:eastAsia="Calibri"/>
                <w:bCs/>
                <w:sz w:val="28"/>
                <w:szCs w:val="28"/>
                <w:lang w:val="kk-KZ"/>
              </w:rPr>
            </w:pPr>
            <w:r w:rsidRPr="00AB5BEA">
              <w:rPr>
                <w:rFonts w:eastAsia="Calibri"/>
                <w:b/>
                <w:bCs/>
                <w:sz w:val="28"/>
                <w:szCs w:val="28"/>
                <w:lang w:val="kk-KZ"/>
              </w:rPr>
              <w:t>Дефектолог</w:t>
            </w:r>
            <w:r w:rsidRPr="00AB5BEA">
              <w:rPr>
                <w:rFonts w:eastAsia="Calibri"/>
                <w:bCs/>
                <w:sz w:val="28"/>
                <w:szCs w:val="28"/>
                <w:lang w:val="kk-KZ"/>
              </w:rPr>
              <w:t>–логопед                                                                               Психолог</w:t>
            </w:r>
          </w:p>
        </w:tc>
      </w:tr>
      <w:tr w:rsidR="001F7B41" w:rsidRPr="00AB5BEA" w14:paraId="76C3B886" w14:textId="77777777" w:rsidTr="001F7B41">
        <w:trPr>
          <w:trHeight w:val="604"/>
        </w:trPr>
        <w:tc>
          <w:tcPr>
            <w:tcW w:w="567" w:type="dxa"/>
            <w:tcBorders>
              <w:top w:val="single" w:sz="4" w:space="0" w:color="auto"/>
              <w:left w:val="single" w:sz="4" w:space="0" w:color="auto"/>
              <w:bottom w:val="single" w:sz="4" w:space="0" w:color="auto"/>
              <w:right w:val="single" w:sz="4" w:space="0" w:color="auto"/>
            </w:tcBorders>
          </w:tcPr>
          <w:p w14:paraId="2284D4DD" w14:textId="0719E03A" w:rsidR="00AB5BEA" w:rsidRDefault="00C856EF" w:rsidP="00D86F60">
            <w:pPr>
              <w:rPr>
                <w:rFonts w:eastAsia="Calibri"/>
                <w:sz w:val="28"/>
                <w:szCs w:val="28"/>
                <w:lang w:val="kk-KZ"/>
              </w:rPr>
            </w:pPr>
            <w:r w:rsidRPr="00AB5BEA">
              <w:rPr>
                <w:rFonts w:eastAsia="Calibri"/>
                <w:sz w:val="28"/>
                <w:szCs w:val="28"/>
                <w:lang w:val="kk-KZ"/>
              </w:rPr>
              <w:t>11</w:t>
            </w:r>
          </w:p>
          <w:p w14:paraId="58CBC540" w14:textId="77777777" w:rsidR="00AB5BEA" w:rsidRPr="00AB5BEA" w:rsidRDefault="00AB5BEA" w:rsidP="00AB5BEA">
            <w:pPr>
              <w:rPr>
                <w:rFonts w:eastAsia="Calibri"/>
                <w:sz w:val="28"/>
                <w:szCs w:val="28"/>
                <w:lang w:val="kk-KZ"/>
              </w:rPr>
            </w:pPr>
          </w:p>
          <w:p w14:paraId="6C93E532" w14:textId="77777777" w:rsidR="00AB5BEA" w:rsidRPr="00AB5BEA" w:rsidRDefault="00AB5BEA" w:rsidP="00AB5BEA">
            <w:pPr>
              <w:rPr>
                <w:rFonts w:eastAsia="Calibri"/>
                <w:sz w:val="28"/>
                <w:szCs w:val="28"/>
                <w:lang w:val="kk-KZ"/>
              </w:rPr>
            </w:pPr>
          </w:p>
          <w:p w14:paraId="43C7650E" w14:textId="77777777" w:rsidR="00AB5BEA" w:rsidRPr="00AB5BEA" w:rsidRDefault="00AB5BEA" w:rsidP="00AB5BEA">
            <w:pPr>
              <w:rPr>
                <w:rFonts w:eastAsia="Calibri"/>
                <w:sz w:val="28"/>
                <w:szCs w:val="28"/>
                <w:lang w:val="kk-KZ"/>
              </w:rPr>
            </w:pPr>
          </w:p>
          <w:p w14:paraId="70C06BB0" w14:textId="77777777" w:rsidR="00AB5BEA" w:rsidRPr="00AB5BEA" w:rsidRDefault="00AB5BEA" w:rsidP="00AB5BEA">
            <w:pPr>
              <w:rPr>
                <w:rFonts w:eastAsia="Calibri"/>
                <w:sz w:val="28"/>
                <w:szCs w:val="28"/>
                <w:lang w:val="kk-KZ"/>
              </w:rPr>
            </w:pPr>
          </w:p>
          <w:p w14:paraId="3804443F" w14:textId="77777777" w:rsidR="00AB5BEA" w:rsidRPr="00AB5BEA" w:rsidRDefault="00AB5BEA" w:rsidP="00AB5BEA">
            <w:pPr>
              <w:rPr>
                <w:rFonts w:eastAsia="Calibri"/>
                <w:sz w:val="28"/>
                <w:szCs w:val="28"/>
                <w:lang w:val="kk-KZ"/>
              </w:rPr>
            </w:pPr>
          </w:p>
          <w:p w14:paraId="2535731E" w14:textId="18EB8125" w:rsidR="001F7B41" w:rsidRPr="00AB5BEA" w:rsidRDefault="001F7B41" w:rsidP="00AB5BEA">
            <w:pPr>
              <w:rPr>
                <w:rFonts w:eastAsia="Calibri"/>
                <w:sz w:val="28"/>
                <w:szCs w:val="28"/>
                <w:lang w:val="kk-KZ"/>
              </w:rPr>
            </w:pPr>
          </w:p>
        </w:tc>
        <w:tc>
          <w:tcPr>
            <w:tcW w:w="1560" w:type="dxa"/>
            <w:tcBorders>
              <w:top w:val="single" w:sz="4" w:space="0" w:color="auto"/>
              <w:left w:val="single" w:sz="4" w:space="0" w:color="auto"/>
              <w:bottom w:val="single" w:sz="4" w:space="0" w:color="auto"/>
              <w:right w:val="single" w:sz="4" w:space="0" w:color="auto"/>
            </w:tcBorders>
          </w:tcPr>
          <w:p w14:paraId="5CE6EA97" w14:textId="77777777" w:rsidR="001F7B41" w:rsidRPr="00AB5BEA" w:rsidRDefault="001F7B41" w:rsidP="00D86F60">
            <w:pPr>
              <w:rPr>
                <w:rFonts w:eastAsia="Calibri"/>
                <w:bCs/>
                <w:sz w:val="28"/>
                <w:szCs w:val="28"/>
                <w:lang w:val="en-US"/>
              </w:rPr>
            </w:pPr>
            <w:r w:rsidRPr="00AB5BEA">
              <w:rPr>
                <w:rFonts w:eastAsia="Calibri"/>
                <w:bCs/>
                <w:sz w:val="28"/>
                <w:szCs w:val="28"/>
                <w:lang w:val="kk-KZ"/>
              </w:rPr>
              <w:t>Болат Раяна Мейрамқызы</w:t>
            </w:r>
          </w:p>
          <w:p w14:paraId="21C28790" w14:textId="77777777" w:rsidR="001F7B41" w:rsidRPr="00AB5BEA" w:rsidRDefault="001F7B41" w:rsidP="00D86F60">
            <w:pPr>
              <w:rPr>
                <w:rFonts w:eastAsia="Calibri"/>
                <w:bCs/>
                <w:sz w:val="28"/>
                <w:szCs w:val="28"/>
                <w:lang w:val="en-US"/>
              </w:rPr>
            </w:pPr>
            <w:r w:rsidRPr="00AB5BEA">
              <w:rPr>
                <w:rFonts w:eastAsia="Calibri"/>
                <w:bCs/>
                <w:sz w:val="28"/>
                <w:szCs w:val="28"/>
                <w:lang w:val="kk-KZ"/>
              </w:rPr>
              <w:t>06,05,2015</w:t>
            </w:r>
          </w:p>
        </w:tc>
        <w:tc>
          <w:tcPr>
            <w:tcW w:w="1276" w:type="dxa"/>
            <w:tcBorders>
              <w:top w:val="single" w:sz="4" w:space="0" w:color="auto"/>
              <w:left w:val="single" w:sz="4" w:space="0" w:color="auto"/>
              <w:bottom w:val="single" w:sz="4" w:space="0" w:color="auto"/>
              <w:right w:val="single" w:sz="4" w:space="0" w:color="auto"/>
            </w:tcBorders>
          </w:tcPr>
          <w:p w14:paraId="3ED75796" w14:textId="77777777" w:rsidR="001F7B41" w:rsidRPr="00AB5BEA" w:rsidRDefault="001F7B41" w:rsidP="00D86F60">
            <w:pPr>
              <w:rPr>
                <w:rFonts w:eastAsia="Calibri"/>
                <w:sz w:val="28"/>
                <w:szCs w:val="28"/>
              </w:rPr>
            </w:pPr>
            <w:r w:rsidRPr="00AB5BEA">
              <w:rPr>
                <w:rFonts w:eastAsia="Calibri"/>
                <w:bCs/>
                <w:sz w:val="28"/>
                <w:szCs w:val="28"/>
                <w:lang w:val="kk-KZ"/>
              </w:rPr>
              <w:t>6 «Б»</w:t>
            </w:r>
            <w:r w:rsidRPr="00AB5BEA">
              <w:rPr>
                <w:rFonts w:eastAsia="Calibri"/>
                <w:sz w:val="28"/>
                <w:szCs w:val="28"/>
              </w:rPr>
              <w:t xml:space="preserve"> Жалпы сынып</w:t>
            </w:r>
          </w:p>
          <w:p w14:paraId="6647D8C7" w14:textId="77777777" w:rsidR="001F7B41" w:rsidRPr="00AB5BEA" w:rsidRDefault="001F7B41" w:rsidP="00D86F60">
            <w:pPr>
              <w:rPr>
                <w:rFonts w:eastAsia="Calibri"/>
                <w:bCs/>
                <w:sz w:val="28"/>
                <w:szCs w:val="28"/>
                <w:lang w:val="kk-KZ"/>
              </w:rPr>
            </w:pPr>
          </w:p>
        </w:tc>
        <w:tc>
          <w:tcPr>
            <w:tcW w:w="1134" w:type="dxa"/>
            <w:tcBorders>
              <w:top w:val="single" w:sz="4" w:space="0" w:color="auto"/>
              <w:left w:val="single" w:sz="4" w:space="0" w:color="auto"/>
              <w:bottom w:val="single" w:sz="4" w:space="0" w:color="auto"/>
              <w:right w:val="single" w:sz="4" w:space="0" w:color="auto"/>
            </w:tcBorders>
          </w:tcPr>
          <w:p w14:paraId="50A1B686" w14:textId="13568319" w:rsidR="001F7B41" w:rsidRPr="00AB5BEA" w:rsidRDefault="00D86F60" w:rsidP="00D86F60">
            <w:pPr>
              <w:rPr>
                <w:rFonts w:eastAsia="Calibri"/>
                <w:bCs/>
                <w:sz w:val="28"/>
                <w:szCs w:val="28"/>
                <w:lang w:val="kk-KZ"/>
              </w:rPr>
            </w:pPr>
            <w:r>
              <w:rPr>
                <w:rFonts w:eastAsia="Calibri"/>
                <w:bCs/>
                <w:sz w:val="28"/>
                <w:szCs w:val="28"/>
                <w:lang w:val="kk-KZ"/>
              </w:rPr>
              <w:t>06.04.</w:t>
            </w:r>
            <w:r w:rsidR="001F7B41" w:rsidRPr="00AB5BEA">
              <w:rPr>
                <w:rFonts w:eastAsia="Calibri"/>
                <w:bCs/>
                <w:sz w:val="28"/>
                <w:szCs w:val="28"/>
                <w:lang w:val="kk-KZ"/>
              </w:rPr>
              <w:t>2026</w:t>
            </w:r>
          </w:p>
        </w:tc>
        <w:tc>
          <w:tcPr>
            <w:tcW w:w="1559" w:type="dxa"/>
            <w:tcBorders>
              <w:top w:val="single" w:sz="4" w:space="0" w:color="auto"/>
              <w:left w:val="single" w:sz="4" w:space="0" w:color="auto"/>
              <w:bottom w:val="single" w:sz="4" w:space="0" w:color="auto"/>
              <w:right w:val="single" w:sz="4" w:space="0" w:color="auto"/>
            </w:tcBorders>
          </w:tcPr>
          <w:p w14:paraId="66E4033A" w14:textId="77777777" w:rsidR="001F7B41" w:rsidRPr="00AB5BEA" w:rsidRDefault="001F7B41" w:rsidP="00D86F60">
            <w:pPr>
              <w:rPr>
                <w:rFonts w:eastAsia="Calibri"/>
                <w:b/>
                <w:bCs/>
                <w:color w:val="000000"/>
                <w:sz w:val="28"/>
                <w:szCs w:val="28"/>
                <w:lang w:val="kk-KZ"/>
              </w:rPr>
            </w:pPr>
            <w:r w:rsidRPr="00AB5BEA">
              <w:rPr>
                <w:rFonts w:eastAsia="Calibri"/>
                <w:sz w:val="28"/>
                <w:szCs w:val="28"/>
                <w:lang w:val="kk-KZ"/>
              </w:rPr>
              <w:t>Сөйлеу тілінің бұзылуы; дыбыстық сөйлеу бұзылысы</w:t>
            </w:r>
          </w:p>
        </w:tc>
        <w:tc>
          <w:tcPr>
            <w:tcW w:w="2410" w:type="dxa"/>
            <w:tcBorders>
              <w:top w:val="single" w:sz="4" w:space="0" w:color="auto"/>
              <w:left w:val="single" w:sz="4" w:space="0" w:color="auto"/>
              <w:bottom w:val="single" w:sz="4" w:space="0" w:color="auto"/>
              <w:right w:val="single" w:sz="4" w:space="0" w:color="auto"/>
            </w:tcBorders>
          </w:tcPr>
          <w:p w14:paraId="024047DD" w14:textId="142B263F" w:rsidR="001F7B41" w:rsidRPr="00AB5BEA" w:rsidRDefault="001F7B41" w:rsidP="00D86F60">
            <w:pPr>
              <w:jc w:val="both"/>
              <w:rPr>
                <w:rFonts w:eastAsia="Calibri"/>
                <w:b/>
                <w:bCs/>
                <w:sz w:val="28"/>
                <w:szCs w:val="28"/>
                <w:lang w:val="kk-KZ"/>
              </w:rPr>
            </w:pPr>
            <w:r w:rsidRPr="00AB5BEA">
              <w:rPr>
                <w:rFonts w:eastAsia="Calibri"/>
                <w:bCs/>
                <w:sz w:val="28"/>
                <w:szCs w:val="28"/>
                <w:lang w:val="kk-KZ"/>
              </w:rPr>
              <w:t>Жалпы білім беретін мектептің жалпы сынып  жағдайында негізгі орта  білімнің жалпы білім беру бағдарламасы бойынша оқыту.</w:t>
            </w:r>
          </w:p>
        </w:tc>
        <w:tc>
          <w:tcPr>
            <w:tcW w:w="2551" w:type="dxa"/>
            <w:tcBorders>
              <w:top w:val="single" w:sz="4" w:space="0" w:color="auto"/>
              <w:left w:val="single" w:sz="4" w:space="0" w:color="auto"/>
              <w:bottom w:val="single" w:sz="4" w:space="0" w:color="auto"/>
              <w:right w:val="single" w:sz="4" w:space="0" w:color="auto"/>
            </w:tcBorders>
          </w:tcPr>
          <w:p w14:paraId="7711890D" w14:textId="77777777" w:rsidR="001F7B41" w:rsidRPr="00AB5BEA" w:rsidRDefault="001F7B41" w:rsidP="00D86F60">
            <w:pPr>
              <w:jc w:val="both"/>
              <w:rPr>
                <w:rFonts w:eastAsia="Calibri"/>
                <w:bCs/>
                <w:sz w:val="28"/>
                <w:szCs w:val="28"/>
                <w:lang w:val="kk-KZ"/>
              </w:rPr>
            </w:pPr>
            <w:r w:rsidRPr="00AB5BEA">
              <w:rPr>
                <w:rFonts w:eastAsia="Calibri"/>
                <w:bCs/>
                <w:sz w:val="28"/>
                <w:szCs w:val="28"/>
                <w:lang w:val="kk-KZ"/>
              </w:rPr>
              <w:t>Логопед</w:t>
            </w:r>
          </w:p>
        </w:tc>
      </w:tr>
    </w:tbl>
    <w:p w14:paraId="55C04D23" w14:textId="0F78566D" w:rsidR="00AB5BEA" w:rsidRPr="00AB5BEA" w:rsidRDefault="00AB5BEA" w:rsidP="00AB5BEA">
      <w:pPr>
        <w:pStyle w:val="TableParagraph"/>
        <w:jc w:val="both"/>
        <w:rPr>
          <w:sz w:val="28"/>
          <w:szCs w:val="28"/>
          <w:lang w:eastAsia="ru-RU"/>
        </w:rPr>
      </w:pPr>
      <w:r>
        <w:rPr>
          <w:sz w:val="28"/>
          <w:szCs w:val="28"/>
          <w:lang w:val="kk-KZ" w:eastAsia="ru-RU"/>
        </w:rPr>
        <w:t xml:space="preserve">       </w:t>
      </w:r>
      <w:r w:rsidRPr="00AB5BEA">
        <w:rPr>
          <w:sz w:val="28"/>
          <w:szCs w:val="28"/>
          <w:lang w:eastAsia="ru-RU"/>
        </w:rPr>
        <w:t>Ерекше білім беру қажеттіліктері бар білім алушылардың жеке мүмкіндіктері, танымдық қажеттіліктері мен қызығушылықтары, сондай-ақ денсаулық жағдайының ерекшеліктері ескеріле отырып, оқу процесі жеке және бейімделген білім беру бағдарламалары негізінде ұйымдастырылады. Аталған бағдарламалар білім беру мазмұны мен оқушылардың нақты мүмкіндіктері арасындағы сәйкессіздіктерді азайтуға, олардың білім алуына қолайлы жағдай жасауға бағытталған.</w:t>
      </w:r>
    </w:p>
    <w:p w14:paraId="4D5C1274" w14:textId="14E024E7" w:rsidR="00AB5BEA" w:rsidRPr="00E8435A" w:rsidRDefault="00AB5BEA" w:rsidP="00AB5BEA">
      <w:pPr>
        <w:pStyle w:val="TableParagraph"/>
        <w:jc w:val="both"/>
        <w:rPr>
          <w:sz w:val="28"/>
          <w:szCs w:val="28"/>
          <w:lang w:val="kk-KZ" w:eastAsia="ru-RU"/>
        </w:rPr>
      </w:pPr>
      <w:r>
        <w:rPr>
          <w:sz w:val="28"/>
          <w:szCs w:val="28"/>
          <w:lang w:val="kk-KZ" w:eastAsia="ru-RU"/>
        </w:rPr>
        <w:t xml:space="preserve">       </w:t>
      </w:r>
      <w:r w:rsidRPr="00E8435A">
        <w:rPr>
          <w:sz w:val="28"/>
          <w:szCs w:val="28"/>
          <w:lang w:val="kk-KZ" w:eastAsia="ru-RU"/>
        </w:rPr>
        <w:t>Мектепте ерекше білім беру қажеттіліктері бар білім алушыларға кешенді психологиялық-педагогикалық қолдау көрсету жұмыстары жүзеге асырылады. Бұл бағыттағы жұмыстарды сынып жетекшілері, пән мұғалімдері, логопед-мұғалім және педагог-психолог бірлесе ұйымдастырады.</w:t>
      </w:r>
    </w:p>
    <w:p w14:paraId="40BF8422" w14:textId="32288983" w:rsidR="0034407D" w:rsidRPr="00E8435A" w:rsidRDefault="00AB5BEA" w:rsidP="001E12EF">
      <w:pPr>
        <w:pStyle w:val="TableParagraph"/>
        <w:jc w:val="both"/>
        <w:rPr>
          <w:sz w:val="28"/>
          <w:szCs w:val="28"/>
          <w:lang w:val="kk-KZ" w:eastAsia="ru-RU"/>
        </w:rPr>
      </w:pPr>
      <w:r>
        <w:rPr>
          <w:sz w:val="28"/>
          <w:szCs w:val="28"/>
          <w:lang w:val="kk-KZ" w:eastAsia="ru-RU"/>
        </w:rPr>
        <w:t xml:space="preserve">       </w:t>
      </w:r>
      <w:r w:rsidRPr="00E8435A">
        <w:rPr>
          <w:sz w:val="28"/>
          <w:szCs w:val="28"/>
          <w:lang w:val="kk-KZ" w:eastAsia="ru-RU"/>
        </w:rPr>
        <w:t>Ерекше білім беру қажеттіліктері бар білім алушыларды жан-жақты қолдау жүйесін қамтамасыз ету мақсатында мектепте психологиялық-педагогикалық қолдау қызметі жұмыс істейді. Аталған қызмет білім алушылардың жеке ерекшеліктерін ескере отырып, олардың оқу бағдарламаларын меңгеруіне, әлеуметтік ортаға бейімделуіне және білім алу барысында туындайтын қиындықтарды жеңуіне бағытталған жүйелі жұмыстар жүргізеді.</w:t>
      </w:r>
    </w:p>
    <w:p w14:paraId="351A4B65" w14:textId="35B12F9C" w:rsidR="001E12EF" w:rsidRPr="00E8435A" w:rsidRDefault="001E12EF" w:rsidP="001E12EF">
      <w:pPr>
        <w:pStyle w:val="af"/>
        <w:rPr>
          <w:sz w:val="28"/>
          <w:szCs w:val="28"/>
          <w:lang w:val="kk-KZ"/>
        </w:rPr>
      </w:pPr>
      <w:r w:rsidRPr="00E8435A">
        <w:rPr>
          <w:sz w:val="28"/>
          <w:szCs w:val="28"/>
          <w:lang w:val="kk-KZ"/>
        </w:rPr>
        <w:lastRenderedPageBreak/>
        <w:t>2026–2027 оқу жылында мектепте инклюзивті білім беру жүйесін дамыту және ерекше білім беру қажеттіліктері бар білім алушыларға қолайлы жағдай жасау мақсатында төмендегідей жұмыстар жүргізілді:</w:t>
      </w:r>
    </w:p>
    <w:p w14:paraId="4CCB2893" w14:textId="2EE65C0B" w:rsidR="001E12EF" w:rsidRPr="00E8435A" w:rsidRDefault="001E12EF" w:rsidP="00C427A3">
      <w:pPr>
        <w:pStyle w:val="af"/>
        <w:numPr>
          <w:ilvl w:val="0"/>
          <w:numId w:val="3"/>
        </w:numPr>
        <w:rPr>
          <w:sz w:val="28"/>
          <w:szCs w:val="28"/>
          <w:lang w:val="kk-KZ"/>
        </w:rPr>
      </w:pPr>
      <w:r w:rsidRPr="00E8435A">
        <w:rPr>
          <w:sz w:val="28"/>
          <w:szCs w:val="28"/>
          <w:lang w:val="kk-KZ"/>
        </w:rPr>
        <w:t>Педагогтердің біліктілігін арттыру. Инклюзивті білім беру бағытында педагогтердің кәсіби құзыреттілігін жетілдіру жұмыстары жыл сайын жүргізіледі. Мектептегі  педагогтің 76-і, яғни 100%-ы, инклюзивті білім беру бойынша біліктілікті арттыру курстарынан өтті.</w:t>
      </w:r>
    </w:p>
    <w:p w14:paraId="28E062CD" w14:textId="77777777" w:rsidR="001E12EF" w:rsidRPr="00E8435A" w:rsidRDefault="001E12EF" w:rsidP="00C427A3">
      <w:pPr>
        <w:pStyle w:val="af"/>
        <w:numPr>
          <w:ilvl w:val="0"/>
          <w:numId w:val="3"/>
        </w:numPr>
        <w:rPr>
          <w:sz w:val="28"/>
          <w:szCs w:val="28"/>
          <w:lang w:val="kk-KZ"/>
        </w:rPr>
      </w:pPr>
      <w:r w:rsidRPr="00E8435A">
        <w:rPr>
          <w:sz w:val="28"/>
          <w:szCs w:val="28"/>
          <w:lang w:val="kk-KZ"/>
        </w:rPr>
        <w:t>Пәнаралық сүйемелдеуді күшейту. Ерекше білім беру қажеттіліктері бар білім алушыларды кешенді қолдау мақсатында пән мұғалімдері, сынып жетекшілері және психологиялық-педагогикалық қолдау мамандарының өзара бірлескен жұмысы ұйымдастырылды.</w:t>
      </w:r>
    </w:p>
    <w:p w14:paraId="433B0C51" w14:textId="77777777" w:rsidR="001E12EF" w:rsidRPr="00E8435A" w:rsidRDefault="001E12EF" w:rsidP="00C427A3">
      <w:pPr>
        <w:pStyle w:val="af"/>
        <w:numPr>
          <w:ilvl w:val="0"/>
          <w:numId w:val="3"/>
        </w:numPr>
        <w:rPr>
          <w:sz w:val="28"/>
          <w:szCs w:val="28"/>
          <w:lang w:val="kk-KZ"/>
        </w:rPr>
      </w:pPr>
      <w:r w:rsidRPr="00E8435A">
        <w:rPr>
          <w:sz w:val="28"/>
          <w:szCs w:val="28"/>
          <w:lang w:val="kk-KZ"/>
        </w:rPr>
        <w:t>Арнайы оқу құралдарымен қамтамасыз ету. Білім алушылардың жеке ерекшеліктері мен қажеттіліктеріне сәйкес мамандандырылған дидактикалық материалдар мен техникалық құралдарды сатып алу жұмыстары жүргізілді.</w:t>
      </w:r>
    </w:p>
    <w:p w14:paraId="6A314BC8" w14:textId="6CAE42DB" w:rsidR="00B855DF" w:rsidRPr="00E8435A" w:rsidRDefault="001E12EF" w:rsidP="00C427A3">
      <w:pPr>
        <w:pStyle w:val="af"/>
        <w:numPr>
          <w:ilvl w:val="0"/>
          <w:numId w:val="3"/>
        </w:numPr>
        <w:rPr>
          <w:sz w:val="28"/>
          <w:szCs w:val="28"/>
          <w:lang w:val="kk-KZ"/>
        </w:rPr>
      </w:pPr>
      <w:r w:rsidRPr="00E8435A">
        <w:rPr>
          <w:sz w:val="28"/>
          <w:szCs w:val="28"/>
          <w:lang w:val="kk-KZ"/>
        </w:rPr>
        <w:t>Психологиялық-педагогикалық консилиум жұмысын ұйымдастыру. Ерекше білім беру қажеттіліктері бар білім алушылардың оқу жетістіктерін, даму ерекшеліктерін және қолдау қажеттіліктерін анықтау мақсатында психологиялық-педагогикалық консилиум отырыстары тұрақты негізде өткізілді.</w:t>
      </w:r>
    </w:p>
    <w:p w14:paraId="2E58BABA" w14:textId="75EA3D2B" w:rsidR="00D86F60" w:rsidRPr="00E8435A" w:rsidRDefault="00D86F60" w:rsidP="00D86F60">
      <w:pPr>
        <w:pStyle w:val="TableParagraph"/>
        <w:jc w:val="both"/>
        <w:rPr>
          <w:b/>
          <w:sz w:val="28"/>
          <w:szCs w:val="28"/>
          <w:lang w:val="kk-KZ" w:eastAsia="ru-RU"/>
        </w:rPr>
      </w:pPr>
      <w:r w:rsidRPr="00E8435A">
        <w:rPr>
          <w:b/>
          <w:sz w:val="28"/>
          <w:szCs w:val="28"/>
          <w:lang w:val="kk-KZ" w:eastAsia="ru-RU"/>
        </w:rPr>
        <w:t>Үйде оқытуды ұйымдастыру</w:t>
      </w:r>
    </w:p>
    <w:p w14:paraId="36399E7F" w14:textId="77777777" w:rsidR="00D86F60" w:rsidRPr="00E8435A" w:rsidRDefault="00D86F60" w:rsidP="00D86F60">
      <w:pPr>
        <w:pStyle w:val="TableParagraph"/>
        <w:jc w:val="both"/>
        <w:rPr>
          <w:b/>
          <w:sz w:val="28"/>
          <w:szCs w:val="28"/>
          <w:lang w:val="kk-KZ" w:eastAsia="ru-RU"/>
        </w:rPr>
      </w:pPr>
    </w:p>
    <w:p w14:paraId="1D003981" w14:textId="2A9F15AD" w:rsidR="00D86F60" w:rsidRPr="00E8435A" w:rsidRDefault="00D86F60" w:rsidP="00D86F60">
      <w:pPr>
        <w:pStyle w:val="TableParagraph"/>
        <w:jc w:val="both"/>
        <w:rPr>
          <w:sz w:val="28"/>
          <w:szCs w:val="28"/>
          <w:lang w:val="kk-KZ" w:eastAsia="ru-RU"/>
        </w:rPr>
      </w:pPr>
      <w:r>
        <w:rPr>
          <w:sz w:val="28"/>
          <w:szCs w:val="28"/>
          <w:lang w:val="kk-KZ" w:eastAsia="ru-RU"/>
        </w:rPr>
        <w:t xml:space="preserve">         </w:t>
      </w:r>
      <w:r w:rsidRPr="00E8435A">
        <w:rPr>
          <w:sz w:val="28"/>
          <w:szCs w:val="28"/>
          <w:lang w:val="kk-KZ" w:eastAsia="ru-RU"/>
        </w:rPr>
        <w:t>Дәрігерлік-консультациялық комиссияның (ДКК) қорытындысы және ата-аналарының (заңды өкілдерінің) өтініші негізінде білім алушылар үйде жеке тегін оқытуға ауыстырылады.</w:t>
      </w:r>
    </w:p>
    <w:p w14:paraId="2CAACBBA" w14:textId="111C3B2B" w:rsidR="00D86F60" w:rsidRPr="00E8435A" w:rsidRDefault="00D86F60" w:rsidP="00D86F60">
      <w:pPr>
        <w:pStyle w:val="TableParagraph"/>
        <w:jc w:val="both"/>
        <w:rPr>
          <w:sz w:val="28"/>
          <w:szCs w:val="28"/>
          <w:lang w:val="kk-KZ" w:eastAsia="ru-RU"/>
        </w:rPr>
      </w:pPr>
      <w:r>
        <w:rPr>
          <w:sz w:val="28"/>
          <w:szCs w:val="28"/>
          <w:lang w:val="kk-KZ" w:eastAsia="ru-RU"/>
        </w:rPr>
        <w:t xml:space="preserve">       </w:t>
      </w:r>
      <w:r w:rsidRPr="00E8435A">
        <w:rPr>
          <w:sz w:val="28"/>
          <w:szCs w:val="28"/>
          <w:lang w:val="kk-KZ" w:eastAsia="ru-RU"/>
        </w:rPr>
        <w:t>Үйде оқытылатын әрбір білім алушыға жеке оқу жұмыс жоспары әзірленіп, мектеп директорының бұйрығымен бекітіледі. Сонымен қатар білім алушының жеке ерекшеліктері мен мүмкіндіктерін ескере отырып, ата-аналарымен келісілген және мектеп директоры бекіткен жеке сабақ кестесі жасалады.</w:t>
      </w:r>
    </w:p>
    <w:p w14:paraId="2F566B73" w14:textId="1AC42879" w:rsidR="00D86F60" w:rsidRPr="00E8435A" w:rsidRDefault="00D86F60" w:rsidP="00D86F60">
      <w:pPr>
        <w:pStyle w:val="TableParagraph"/>
        <w:jc w:val="both"/>
        <w:rPr>
          <w:sz w:val="28"/>
          <w:szCs w:val="28"/>
          <w:lang w:val="kk-KZ" w:eastAsia="ru-RU"/>
        </w:rPr>
      </w:pPr>
      <w:r>
        <w:rPr>
          <w:sz w:val="28"/>
          <w:szCs w:val="28"/>
          <w:lang w:val="kk-KZ" w:eastAsia="ru-RU"/>
        </w:rPr>
        <w:t xml:space="preserve">       </w:t>
      </w:r>
      <w:r w:rsidRPr="00E8435A">
        <w:rPr>
          <w:sz w:val="28"/>
          <w:szCs w:val="28"/>
          <w:lang w:val="kk-KZ" w:eastAsia="ru-RU"/>
        </w:rPr>
        <w:t>Оқу сабақтары бекітілген кестеге сәйкес өткізіледі. Білім алушылардың сабаққа қатысуы, оқу жетістіктері және оқу бағдарламасының орындалуы туралы мәліметтер «Bilimal» электрондық журналына жүйелі түрде енгізіледі.</w:t>
      </w:r>
    </w:p>
    <w:p w14:paraId="2164DC31" w14:textId="0D7F8577" w:rsidR="00D86F60" w:rsidRPr="00E8435A" w:rsidRDefault="00D86F60" w:rsidP="00D86F60">
      <w:pPr>
        <w:pStyle w:val="TableParagraph"/>
        <w:jc w:val="both"/>
        <w:rPr>
          <w:sz w:val="28"/>
          <w:szCs w:val="28"/>
          <w:lang w:val="kk-KZ" w:eastAsia="ru-RU"/>
        </w:rPr>
      </w:pPr>
      <w:r>
        <w:rPr>
          <w:sz w:val="28"/>
          <w:szCs w:val="28"/>
          <w:lang w:val="kk-KZ" w:eastAsia="ru-RU"/>
        </w:rPr>
        <w:t xml:space="preserve">       </w:t>
      </w:r>
      <w:r w:rsidRPr="00E8435A">
        <w:rPr>
          <w:sz w:val="28"/>
          <w:szCs w:val="28"/>
          <w:lang w:val="kk-KZ" w:eastAsia="ru-RU"/>
        </w:rPr>
        <w:t>Үйде жеке оқытылатын білім алушылардың ата-аналарына білім беру процесінің ұйымдастырылу барысымен, мазмұнымен және балаларының оқу жетістіктерімен танысу мүмкіндігі қамтамасыз етіледі.</w:t>
      </w:r>
    </w:p>
    <w:p w14:paraId="35600D3B" w14:textId="73168ACC" w:rsidR="00D86F60" w:rsidRPr="00E8435A" w:rsidRDefault="00D86F60" w:rsidP="00D86F60">
      <w:pPr>
        <w:pStyle w:val="TableParagraph"/>
        <w:jc w:val="both"/>
        <w:rPr>
          <w:sz w:val="28"/>
          <w:szCs w:val="28"/>
          <w:lang w:val="kk-KZ" w:eastAsia="ru-RU"/>
        </w:rPr>
      </w:pPr>
      <w:r>
        <w:rPr>
          <w:sz w:val="28"/>
          <w:szCs w:val="28"/>
          <w:lang w:val="kk-KZ" w:eastAsia="ru-RU"/>
        </w:rPr>
        <w:t xml:space="preserve">       </w:t>
      </w:r>
      <w:r w:rsidRPr="00E8435A">
        <w:rPr>
          <w:sz w:val="28"/>
          <w:szCs w:val="28"/>
          <w:lang w:val="kk-KZ" w:eastAsia="ru-RU"/>
        </w:rPr>
        <w:t>Үйде оқытуды ұйымдастыру, оқу бағдарламаларының орындалуын бақылау және білім сапасын қамтамасыз ету мәселелері мектеп директоры жанындағы кеңестерде және педагогикалық кеңес отырыстарында қарастырылады.</w:t>
      </w:r>
    </w:p>
    <w:p w14:paraId="40E86A93" w14:textId="03BF0959" w:rsidR="00D86F60" w:rsidRPr="00E8435A" w:rsidRDefault="00D86F60" w:rsidP="00D86F60">
      <w:pPr>
        <w:pStyle w:val="TableParagraph"/>
        <w:jc w:val="both"/>
        <w:rPr>
          <w:sz w:val="28"/>
          <w:szCs w:val="28"/>
          <w:lang w:val="kk-KZ" w:eastAsia="ru-RU"/>
        </w:rPr>
      </w:pPr>
      <w:r>
        <w:rPr>
          <w:sz w:val="28"/>
          <w:szCs w:val="28"/>
          <w:lang w:val="kk-KZ" w:eastAsia="ru-RU"/>
        </w:rPr>
        <w:t xml:space="preserve">      </w:t>
      </w:r>
      <w:r w:rsidRPr="00E8435A">
        <w:rPr>
          <w:sz w:val="28"/>
          <w:szCs w:val="28"/>
          <w:lang w:val="kk-KZ" w:eastAsia="ru-RU"/>
        </w:rPr>
        <w:t>Мектеп ерекше білім беру қажеттіліктері бар білім алушылардың жеке мүмкіндіктері мен денсаулық жағдайларын ескере отырып, олардың сапалы әрі қолжетімді білім алуына қажетті жағдайлар жасайды.</w:t>
      </w:r>
    </w:p>
    <w:p w14:paraId="2F4D5096" w14:textId="1EEB4D18" w:rsidR="00D86F60" w:rsidRPr="00E8435A" w:rsidRDefault="00D86F60" w:rsidP="00D86F60">
      <w:pPr>
        <w:pStyle w:val="TableParagraph"/>
        <w:jc w:val="both"/>
        <w:rPr>
          <w:sz w:val="28"/>
          <w:szCs w:val="28"/>
          <w:lang w:val="kk-KZ" w:eastAsia="ru-RU"/>
        </w:rPr>
      </w:pPr>
      <w:r w:rsidRPr="00E8435A">
        <w:rPr>
          <w:sz w:val="28"/>
          <w:szCs w:val="28"/>
          <w:lang w:val="kk-KZ" w:eastAsia="ru-RU"/>
        </w:rPr>
        <w:t>2024–2025 оқу жылында дәрігерлік-консультациялық комиссияның (ДКК) қорытындысы негізінде 7 білім алушыға үйде жеке оқыту ұйымдастырылды. Бұл мектептегі жалпы білім алушылар санының 0,7%-ын құрайды.</w:t>
      </w:r>
    </w:p>
    <w:p w14:paraId="7A044E3F" w14:textId="77777777" w:rsidR="00D86F60" w:rsidRPr="00D86F60" w:rsidRDefault="00D86F60" w:rsidP="00D86F60">
      <w:pPr>
        <w:pStyle w:val="TableParagraph"/>
        <w:jc w:val="both"/>
        <w:rPr>
          <w:iCs/>
          <w:sz w:val="28"/>
          <w:szCs w:val="28"/>
          <w:lang w:val="kk-KZ"/>
        </w:rPr>
      </w:pPr>
    </w:p>
    <w:p w14:paraId="3E2D53C9" w14:textId="77777777" w:rsidR="00D86F60" w:rsidRPr="00D86F60" w:rsidRDefault="00D86F60" w:rsidP="00D86F60">
      <w:pPr>
        <w:jc w:val="center"/>
        <w:rPr>
          <w:b/>
          <w:sz w:val="28"/>
          <w:szCs w:val="28"/>
          <w:lang w:val="kk-KZ"/>
        </w:rPr>
      </w:pPr>
      <w:r w:rsidRPr="00D86F60">
        <w:rPr>
          <w:b/>
          <w:sz w:val="28"/>
          <w:szCs w:val="28"/>
          <w:lang w:val="kk-KZ"/>
        </w:rPr>
        <w:lastRenderedPageBreak/>
        <w:t>2024-2025 оқу жылындағы үйде оқытылған оқушылардың тізімі</w:t>
      </w:r>
    </w:p>
    <w:tbl>
      <w:tblPr>
        <w:tblStyle w:val="a7"/>
        <w:tblW w:w="10484" w:type="dxa"/>
        <w:tblInd w:w="-318" w:type="dxa"/>
        <w:tblLayout w:type="fixed"/>
        <w:tblLook w:val="04A0" w:firstRow="1" w:lastRow="0" w:firstColumn="1" w:lastColumn="0" w:noHBand="0" w:noVBand="1"/>
      </w:tblPr>
      <w:tblGrid>
        <w:gridCol w:w="498"/>
        <w:gridCol w:w="2479"/>
        <w:gridCol w:w="866"/>
        <w:gridCol w:w="1671"/>
        <w:gridCol w:w="3336"/>
        <w:gridCol w:w="1634"/>
      </w:tblGrid>
      <w:tr w:rsidR="00D86F60" w:rsidRPr="00F060A1" w14:paraId="1CD77123" w14:textId="77777777" w:rsidTr="00D86F60">
        <w:tc>
          <w:tcPr>
            <w:tcW w:w="498" w:type="dxa"/>
          </w:tcPr>
          <w:p w14:paraId="6BF424A7" w14:textId="77777777" w:rsidR="00D86F60" w:rsidRPr="00852DF9" w:rsidRDefault="00D86F60" w:rsidP="00D86F60">
            <w:pPr>
              <w:jc w:val="center"/>
              <w:rPr>
                <w:b/>
                <w:sz w:val="28"/>
                <w:szCs w:val="28"/>
                <w:lang w:val="kk-KZ"/>
              </w:rPr>
            </w:pPr>
            <w:r w:rsidRPr="00852DF9">
              <w:rPr>
                <w:b/>
                <w:sz w:val="28"/>
                <w:szCs w:val="28"/>
                <w:lang w:val="kk-KZ"/>
              </w:rPr>
              <w:t>№</w:t>
            </w:r>
          </w:p>
        </w:tc>
        <w:tc>
          <w:tcPr>
            <w:tcW w:w="2479" w:type="dxa"/>
          </w:tcPr>
          <w:p w14:paraId="102F0452" w14:textId="77777777" w:rsidR="00D86F60" w:rsidRPr="00852DF9" w:rsidRDefault="00D86F60" w:rsidP="00D86F60">
            <w:pPr>
              <w:jc w:val="center"/>
              <w:rPr>
                <w:b/>
                <w:sz w:val="28"/>
                <w:szCs w:val="28"/>
                <w:lang w:val="kk-KZ"/>
              </w:rPr>
            </w:pPr>
            <w:r w:rsidRPr="00852DF9">
              <w:rPr>
                <w:b/>
                <w:sz w:val="28"/>
                <w:szCs w:val="28"/>
                <w:lang w:val="kk-KZ"/>
              </w:rPr>
              <w:t>Оқушының аты-жөні</w:t>
            </w:r>
          </w:p>
        </w:tc>
        <w:tc>
          <w:tcPr>
            <w:tcW w:w="866" w:type="dxa"/>
          </w:tcPr>
          <w:p w14:paraId="76C575C2" w14:textId="77777777" w:rsidR="00D86F60" w:rsidRPr="00852DF9" w:rsidRDefault="00D86F60" w:rsidP="00D86F60">
            <w:pPr>
              <w:jc w:val="center"/>
              <w:rPr>
                <w:b/>
                <w:sz w:val="28"/>
                <w:szCs w:val="28"/>
                <w:lang w:val="kk-KZ"/>
              </w:rPr>
            </w:pPr>
            <w:r w:rsidRPr="00852DF9">
              <w:rPr>
                <w:b/>
                <w:sz w:val="28"/>
                <w:szCs w:val="28"/>
                <w:lang w:val="kk-KZ"/>
              </w:rPr>
              <w:t>сыныбы</w:t>
            </w:r>
          </w:p>
        </w:tc>
        <w:tc>
          <w:tcPr>
            <w:tcW w:w="1671" w:type="dxa"/>
          </w:tcPr>
          <w:p w14:paraId="1043879E" w14:textId="77777777" w:rsidR="00D86F60" w:rsidRPr="00852DF9" w:rsidRDefault="00D86F60" w:rsidP="00D86F60">
            <w:pPr>
              <w:jc w:val="center"/>
              <w:rPr>
                <w:b/>
                <w:sz w:val="28"/>
                <w:szCs w:val="28"/>
                <w:lang w:val="kk-KZ"/>
              </w:rPr>
            </w:pPr>
            <w:r w:rsidRPr="00852DF9">
              <w:rPr>
                <w:b/>
                <w:sz w:val="28"/>
                <w:szCs w:val="28"/>
                <w:lang w:val="kk-KZ"/>
              </w:rPr>
              <w:t xml:space="preserve">ДКК №026/у берген күні </w:t>
            </w:r>
          </w:p>
        </w:tc>
        <w:tc>
          <w:tcPr>
            <w:tcW w:w="3336" w:type="dxa"/>
          </w:tcPr>
          <w:p w14:paraId="09B680DC" w14:textId="77777777" w:rsidR="00D86F60" w:rsidRPr="00852DF9" w:rsidRDefault="00D86F60" w:rsidP="00D86F60">
            <w:pPr>
              <w:jc w:val="center"/>
              <w:rPr>
                <w:b/>
                <w:sz w:val="28"/>
                <w:szCs w:val="28"/>
                <w:lang w:val="kk-KZ"/>
              </w:rPr>
            </w:pPr>
            <w:r w:rsidRPr="00852DF9">
              <w:rPr>
                <w:b/>
                <w:sz w:val="28"/>
                <w:szCs w:val="28"/>
                <w:lang w:val="kk-KZ"/>
              </w:rPr>
              <w:t>диагнозы</w:t>
            </w:r>
          </w:p>
        </w:tc>
        <w:tc>
          <w:tcPr>
            <w:tcW w:w="1634" w:type="dxa"/>
          </w:tcPr>
          <w:p w14:paraId="397A1DD6" w14:textId="77777777" w:rsidR="00D86F60" w:rsidRPr="00852DF9" w:rsidRDefault="00D86F60" w:rsidP="00D86F60">
            <w:pPr>
              <w:jc w:val="center"/>
              <w:rPr>
                <w:b/>
                <w:sz w:val="28"/>
                <w:szCs w:val="28"/>
                <w:lang w:val="kk-KZ"/>
              </w:rPr>
            </w:pPr>
            <w:r w:rsidRPr="00852DF9">
              <w:rPr>
                <w:b/>
                <w:sz w:val="28"/>
                <w:szCs w:val="28"/>
                <w:lang w:val="kk-KZ"/>
              </w:rPr>
              <w:t>Қай аралықта тегін үйде оқытылды</w:t>
            </w:r>
          </w:p>
        </w:tc>
      </w:tr>
      <w:tr w:rsidR="00D86F60" w:rsidRPr="00C41231" w14:paraId="5F45B48D" w14:textId="77777777" w:rsidTr="00D86F60">
        <w:tc>
          <w:tcPr>
            <w:tcW w:w="498" w:type="dxa"/>
          </w:tcPr>
          <w:p w14:paraId="101C0FC1" w14:textId="77777777" w:rsidR="00D86F60" w:rsidRDefault="00D86F60" w:rsidP="00D86F60">
            <w:pPr>
              <w:jc w:val="center"/>
              <w:rPr>
                <w:sz w:val="28"/>
                <w:szCs w:val="28"/>
                <w:lang w:val="kk-KZ"/>
              </w:rPr>
            </w:pPr>
            <w:r>
              <w:rPr>
                <w:sz w:val="28"/>
                <w:szCs w:val="28"/>
                <w:lang w:val="kk-KZ"/>
              </w:rPr>
              <w:t>1</w:t>
            </w:r>
          </w:p>
        </w:tc>
        <w:tc>
          <w:tcPr>
            <w:tcW w:w="2479" w:type="dxa"/>
          </w:tcPr>
          <w:p w14:paraId="1F950FE5" w14:textId="77777777" w:rsidR="00D86F60" w:rsidRDefault="00D86F60" w:rsidP="00D86F60">
            <w:pPr>
              <w:jc w:val="center"/>
              <w:rPr>
                <w:sz w:val="28"/>
                <w:szCs w:val="28"/>
                <w:lang w:val="kk-KZ"/>
              </w:rPr>
            </w:pPr>
            <w:r>
              <w:rPr>
                <w:sz w:val="28"/>
                <w:szCs w:val="28"/>
                <w:lang w:val="kk-KZ"/>
              </w:rPr>
              <w:t xml:space="preserve">Нисанбаева Наркенже Тойлыбековна </w:t>
            </w:r>
          </w:p>
        </w:tc>
        <w:tc>
          <w:tcPr>
            <w:tcW w:w="866" w:type="dxa"/>
          </w:tcPr>
          <w:p w14:paraId="348F812F" w14:textId="77777777" w:rsidR="00D86F60" w:rsidRDefault="00D86F60" w:rsidP="00D86F60">
            <w:pPr>
              <w:jc w:val="center"/>
              <w:rPr>
                <w:sz w:val="28"/>
                <w:szCs w:val="28"/>
                <w:lang w:val="kk-KZ"/>
              </w:rPr>
            </w:pPr>
            <w:r>
              <w:rPr>
                <w:sz w:val="28"/>
                <w:szCs w:val="28"/>
                <w:lang w:val="kk-KZ"/>
              </w:rPr>
              <w:t>2Ә</w:t>
            </w:r>
          </w:p>
        </w:tc>
        <w:tc>
          <w:tcPr>
            <w:tcW w:w="1671" w:type="dxa"/>
          </w:tcPr>
          <w:p w14:paraId="005BBC5F" w14:textId="77777777" w:rsidR="00D86F60" w:rsidRDefault="00D86F60" w:rsidP="00D86F60">
            <w:pPr>
              <w:jc w:val="center"/>
              <w:rPr>
                <w:sz w:val="28"/>
                <w:szCs w:val="28"/>
                <w:lang w:val="kk-KZ"/>
              </w:rPr>
            </w:pPr>
            <w:r>
              <w:rPr>
                <w:sz w:val="28"/>
                <w:szCs w:val="28"/>
                <w:lang w:val="kk-KZ"/>
              </w:rPr>
              <w:t>27.08.2024ж</w:t>
            </w:r>
          </w:p>
        </w:tc>
        <w:tc>
          <w:tcPr>
            <w:tcW w:w="3336" w:type="dxa"/>
          </w:tcPr>
          <w:p w14:paraId="5A564940" w14:textId="77777777" w:rsidR="00D86F60" w:rsidRDefault="00D86F60" w:rsidP="00D86F60">
            <w:pPr>
              <w:jc w:val="center"/>
              <w:rPr>
                <w:sz w:val="28"/>
                <w:szCs w:val="28"/>
                <w:lang w:val="kk-KZ"/>
              </w:rPr>
            </w:pPr>
            <w:r w:rsidRPr="00606EC1">
              <w:rPr>
                <w:sz w:val="28"/>
                <w:szCs w:val="28"/>
                <w:lang w:val="kk-KZ"/>
              </w:rPr>
              <w:t>тері жамылғысының ауқымды туа біткен пигментті невустары (гигантский врожденный меланоцитарный невус)</w:t>
            </w:r>
          </w:p>
        </w:tc>
        <w:tc>
          <w:tcPr>
            <w:tcW w:w="1634" w:type="dxa"/>
          </w:tcPr>
          <w:p w14:paraId="3B44F3B2" w14:textId="77777777" w:rsidR="00D86F60" w:rsidRDefault="00D86F60" w:rsidP="00D86F60">
            <w:pPr>
              <w:jc w:val="center"/>
              <w:rPr>
                <w:sz w:val="28"/>
                <w:szCs w:val="28"/>
                <w:lang w:val="kk-KZ"/>
              </w:rPr>
            </w:pPr>
            <w:r>
              <w:rPr>
                <w:sz w:val="28"/>
                <w:szCs w:val="28"/>
                <w:lang w:val="kk-KZ"/>
              </w:rPr>
              <w:t>01.09-25.05.2024</w:t>
            </w:r>
          </w:p>
        </w:tc>
      </w:tr>
      <w:tr w:rsidR="00D86F60" w:rsidRPr="00C41231" w14:paraId="7B30E897" w14:textId="77777777" w:rsidTr="00D86F60">
        <w:tc>
          <w:tcPr>
            <w:tcW w:w="498" w:type="dxa"/>
          </w:tcPr>
          <w:p w14:paraId="102C6A9B" w14:textId="77777777" w:rsidR="00D86F60" w:rsidRDefault="00D86F60" w:rsidP="00D86F60">
            <w:pPr>
              <w:jc w:val="center"/>
              <w:rPr>
                <w:sz w:val="28"/>
                <w:szCs w:val="28"/>
                <w:lang w:val="kk-KZ"/>
              </w:rPr>
            </w:pPr>
            <w:r>
              <w:rPr>
                <w:sz w:val="28"/>
                <w:szCs w:val="28"/>
                <w:lang w:val="kk-KZ"/>
              </w:rPr>
              <w:t>2</w:t>
            </w:r>
          </w:p>
        </w:tc>
        <w:tc>
          <w:tcPr>
            <w:tcW w:w="2479" w:type="dxa"/>
          </w:tcPr>
          <w:p w14:paraId="13026692" w14:textId="77777777" w:rsidR="00D86F60" w:rsidRDefault="00D86F60" w:rsidP="00D86F60">
            <w:pPr>
              <w:jc w:val="center"/>
              <w:rPr>
                <w:sz w:val="28"/>
                <w:szCs w:val="28"/>
                <w:lang w:val="kk-KZ"/>
              </w:rPr>
            </w:pPr>
            <w:r>
              <w:rPr>
                <w:sz w:val="28"/>
                <w:szCs w:val="28"/>
                <w:lang w:val="kk-KZ"/>
              </w:rPr>
              <w:t>Зайрула Абзал Бекзатұлы</w:t>
            </w:r>
          </w:p>
        </w:tc>
        <w:tc>
          <w:tcPr>
            <w:tcW w:w="866" w:type="dxa"/>
          </w:tcPr>
          <w:p w14:paraId="5E25B399" w14:textId="77777777" w:rsidR="00D86F60" w:rsidRDefault="00D86F60" w:rsidP="00D86F60">
            <w:pPr>
              <w:jc w:val="center"/>
              <w:rPr>
                <w:sz w:val="28"/>
                <w:szCs w:val="28"/>
                <w:lang w:val="kk-KZ"/>
              </w:rPr>
            </w:pPr>
            <w:r>
              <w:rPr>
                <w:sz w:val="28"/>
                <w:szCs w:val="28"/>
                <w:lang w:val="kk-KZ"/>
              </w:rPr>
              <w:t>1Г</w:t>
            </w:r>
          </w:p>
        </w:tc>
        <w:tc>
          <w:tcPr>
            <w:tcW w:w="1671" w:type="dxa"/>
          </w:tcPr>
          <w:p w14:paraId="6767D623" w14:textId="77777777" w:rsidR="00D86F60" w:rsidRDefault="00D86F60" w:rsidP="00D86F60">
            <w:pPr>
              <w:jc w:val="center"/>
              <w:rPr>
                <w:sz w:val="28"/>
                <w:szCs w:val="28"/>
                <w:lang w:val="kk-KZ"/>
              </w:rPr>
            </w:pPr>
            <w:r>
              <w:rPr>
                <w:sz w:val="28"/>
                <w:szCs w:val="28"/>
                <w:lang w:val="kk-KZ"/>
              </w:rPr>
              <w:t>19.09.2024ж</w:t>
            </w:r>
          </w:p>
        </w:tc>
        <w:tc>
          <w:tcPr>
            <w:tcW w:w="3336" w:type="dxa"/>
          </w:tcPr>
          <w:p w14:paraId="158EE997" w14:textId="77777777" w:rsidR="00D86F60" w:rsidRDefault="00D86F60" w:rsidP="00D86F60">
            <w:pPr>
              <w:jc w:val="center"/>
              <w:rPr>
                <w:sz w:val="28"/>
                <w:szCs w:val="28"/>
                <w:lang w:val="kk-KZ"/>
              </w:rPr>
            </w:pPr>
            <w:r>
              <w:rPr>
                <w:sz w:val="28"/>
                <w:szCs w:val="28"/>
                <w:lang w:val="kk-KZ"/>
              </w:rPr>
              <w:t>Последствия других переломов нижней конечности. Закрытый винтообразный перелом с/з левой большеберцовой кости со смещением</w:t>
            </w:r>
          </w:p>
        </w:tc>
        <w:tc>
          <w:tcPr>
            <w:tcW w:w="1634" w:type="dxa"/>
          </w:tcPr>
          <w:p w14:paraId="26A3F669" w14:textId="77777777" w:rsidR="00D86F60" w:rsidRDefault="00D86F60" w:rsidP="00D86F60">
            <w:pPr>
              <w:jc w:val="center"/>
              <w:rPr>
                <w:sz w:val="28"/>
                <w:szCs w:val="28"/>
                <w:lang w:val="kk-KZ"/>
              </w:rPr>
            </w:pPr>
            <w:r>
              <w:rPr>
                <w:sz w:val="28"/>
                <w:szCs w:val="28"/>
                <w:lang w:val="kk-KZ"/>
              </w:rPr>
              <w:t>23.09-01.10.2024ж</w:t>
            </w:r>
          </w:p>
        </w:tc>
      </w:tr>
      <w:tr w:rsidR="00D86F60" w:rsidRPr="00C41231" w14:paraId="58061857" w14:textId="77777777" w:rsidTr="00D86F60">
        <w:tc>
          <w:tcPr>
            <w:tcW w:w="498" w:type="dxa"/>
          </w:tcPr>
          <w:p w14:paraId="1E57EFE1" w14:textId="77777777" w:rsidR="00D86F60" w:rsidRDefault="00D86F60" w:rsidP="00D86F60">
            <w:pPr>
              <w:jc w:val="center"/>
              <w:rPr>
                <w:sz w:val="28"/>
                <w:szCs w:val="28"/>
                <w:lang w:val="kk-KZ"/>
              </w:rPr>
            </w:pPr>
            <w:r>
              <w:rPr>
                <w:sz w:val="28"/>
                <w:szCs w:val="28"/>
                <w:lang w:val="kk-KZ"/>
              </w:rPr>
              <w:t>3</w:t>
            </w:r>
          </w:p>
        </w:tc>
        <w:tc>
          <w:tcPr>
            <w:tcW w:w="2479" w:type="dxa"/>
          </w:tcPr>
          <w:p w14:paraId="2E9A4A81" w14:textId="77777777" w:rsidR="00D86F60" w:rsidRDefault="00D86F60" w:rsidP="00D86F60">
            <w:pPr>
              <w:jc w:val="center"/>
              <w:rPr>
                <w:sz w:val="28"/>
                <w:szCs w:val="28"/>
                <w:lang w:val="kk-KZ"/>
              </w:rPr>
            </w:pPr>
            <w:r>
              <w:rPr>
                <w:sz w:val="28"/>
                <w:szCs w:val="28"/>
                <w:lang w:val="kk-KZ"/>
              </w:rPr>
              <w:t>Наркеш Нарбек Мұратұлы</w:t>
            </w:r>
          </w:p>
        </w:tc>
        <w:tc>
          <w:tcPr>
            <w:tcW w:w="866" w:type="dxa"/>
          </w:tcPr>
          <w:p w14:paraId="70290071" w14:textId="77777777" w:rsidR="00D86F60" w:rsidRDefault="00D86F60" w:rsidP="00D86F60">
            <w:pPr>
              <w:jc w:val="center"/>
              <w:rPr>
                <w:sz w:val="28"/>
                <w:szCs w:val="28"/>
                <w:lang w:val="kk-KZ"/>
              </w:rPr>
            </w:pPr>
            <w:r>
              <w:rPr>
                <w:sz w:val="28"/>
                <w:szCs w:val="28"/>
                <w:lang w:val="kk-KZ"/>
              </w:rPr>
              <w:t>9Б</w:t>
            </w:r>
          </w:p>
        </w:tc>
        <w:tc>
          <w:tcPr>
            <w:tcW w:w="1671" w:type="dxa"/>
          </w:tcPr>
          <w:p w14:paraId="7002D720" w14:textId="77777777" w:rsidR="00D86F60" w:rsidRDefault="00D86F60" w:rsidP="00D86F60">
            <w:pPr>
              <w:jc w:val="center"/>
              <w:rPr>
                <w:sz w:val="28"/>
                <w:szCs w:val="28"/>
                <w:lang w:val="kk-KZ"/>
              </w:rPr>
            </w:pPr>
            <w:r>
              <w:rPr>
                <w:sz w:val="28"/>
                <w:szCs w:val="28"/>
                <w:lang w:val="kk-KZ"/>
              </w:rPr>
              <w:t>18.11.2024ж</w:t>
            </w:r>
          </w:p>
        </w:tc>
        <w:tc>
          <w:tcPr>
            <w:tcW w:w="3336" w:type="dxa"/>
          </w:tcPr>
          <w:p w14:paraId="3803CC01" w14:textId="77777777" w:rsidR="00D86F60" w:rsidRDefault="00D86F60" w:rsidP="00D86F60">
            <w:pPr>
              <w:jc w:val="center"/>
              <w:rPr>
                <w:sz w:val="28"/>
                <w:szCs w:val="28"/>
                <w:lang w:val="kk-KZ"/>
              </w:rPr>
            </w:pPr>
            <w:r>
              <w:rPr>
                <w:sz w:val="28"/>
                <w:szCs w:val="28"/>
                <w:lang w:val="kk-KZ"/>
              </w:rPr>
              <w:t>Очаговая травма головного мозга, ЗЧМТ Ущиб головного мозга. Острый период. Закрытый перелом передней стенки лобной пазухи справа со смещением. Линейный перелом верхней стенки глазницы справа</w:t>
            </w:r>
          </w:p>
        </w:tc>
        <w:tc>
          <w:tcPr>
            <w:tcW w:w="1634" w:type="dxa"/>
          </w:tcPr>
          <w:p w14:paraId="04B61311" w14:textId="77777777" w:rsidR="00D86F60" w:rsidRDefault="00D86F60" w:rsidP="00D86F60">
            <w:pPr>
              <w:jc w:val="center"/>
              <w:rPr>
                <w:sz w:val="28"/>
                <w:szCs w:val="28"/>
                <w:lang w:val="kk-KZ"/>
              </w:rPr>
            </w:pPr>
            <w:r>
              <w:rPr>
                <w:sz w:val="28"/>
                <w:szCs w:val="28"/>
                <w:lang w:val="kk-KZ"/>
              </w:rPr>
              <w:t>18.11-18.12.2024ж</w:t>
            </w:r>
          </w:p>
        </w:tc>
      </w:tr>
      <w:tr w:rsidR="00D86F60" w:rsidRPr="00C41231" w14:paraId="176E8C88" w14:textId="77777777" w:rsidTr="00D86F60">
        <w:tc>
          <w:tcPr>
            <w:tcW w:w="498" w:type="dxa"/>
          </w:tcPr>
          <w:p w14:paraId="7CE09F0A" w14:textId="77777777" w:rsidR="00D86F60" w:rsidRDefault="00D86F60" w:rsidP="00D86F60">
            <w:pPr>
              <w:jc w:val="center"/>
              <w:rPr>
                <w:sz w:val="28"/>
                <w:szCs w:val="28"/>
                <w:lang w:val="kk-KZ"/>
              </w:rPr>
            </w:pPr>
            <w:r>
              <w:rPr>
                <w:sz w:val="28"/>
                <w:szCs w:val="28"/>
                <w:lang w:val="kk-KZ"/>
              </w:rPr>
              <w:t>4</w:t>
            </w:r>
          </w:p>
        </w:tc>
        <w:tc>
          <w:tcPr>
            <w:tcW w:w="2479" w:type="dxa"/>
          </w:tcPr>
          <w:p w14:paraId="50422FE1" w14:textId="77777777" w:rsidR="00D86F60" w:rsidRDefault="00D86F60" w:rsidP="00D86F60">
            <w:pPr>
              <w:jc w:val="center"/>
              <w:rPr>
                <w:sz w:val="28"/>
                <w:szCs w:val="28"/>
                <w:lang w:val="kk-KZ"/>
              </w:rPr>
            </w:pPr>
            <w:r>
              <w:rPr>
                <w:sz w:val="28"/>
                <w:szCs w:val="28"/>
                <w:lang w:val="kk-KZ"/>
              </w:rPr>
              <w:t>Султан Айислам</w:t>
            </w:r>
          </w:p>
        </w:tc>
        <w:tc>
          <w:tcPr>
            <w:tcW w:w="866" w:type="dxa"/>
          </w:tcPr>
          <w:p w14:paraId="16339E49" w14:textId="77777777" w:rsidR="00D86F60" w:rsidRDefault="00D86F60" w:rsidP="00D86F60">
            <w:pPr>
              <w:jc w:val="center"/>
              <w:rPr>
                <w:sz w:val="28"/>
                <w:szCs w:val="28"/>
                <w:lang w:val="kk-KZ"/>
              </w:rPr>
            </w:pPr>
            <w:r>
              <w:rPr>
                <w:sz w:val="28"/>
                <w:szCs w:val="28"/>
                <w:lang w:val="kk-KZ"/>
              </w:rPr>
              <w:t>4А</w:t>
            </w:r>
          </w:p>
        </w:tc>
        <w:tc>
          <w:tcPr>
            <w:tcW w:w="1671" w:type="dxa"/>
          </w:tcPr>
          <w:p w14:paraId="554C1E4D" w14:textId="77777777" w:rsidR="00D86F60" w:rsidRDefault="00D86F60" w:rsidP="00D86F60">
            <w:pPr>
              <w:jc w:val="center"/>
              <w:rPr>
                <w:sz w:val="28"/>
                <w:szCs w:val="28"/>
                <w:lang w:val="kk-KZ"/>
              </w:rPr>
            </w:pPr>
            <w:r>
              <w:rPr>
                <w:sz w:val="28"/>
                <w:szCs w:val="28"/>
                <w:lang w:val="kk-KZ"/>
              </w:rPr>
              <w:t>25.11.2024ж</w:t>
            </w:r>
          </w:p>
        </w:tc>
        <w:tc>
          <w:tcPr>
            <w:tcW w:w="3336" w:type="dxa"/>
          </w:tcPr>
          <w:p w14:paraId="64334A42" w14:textId="77777777" w:rsidR="00D86F60" w:rsidRDefault="00D86F60" w:rsidP="00D86F60">
            <w:pPr>
              <w:jc w:val="center"/>
              <w:rPr>
                <w:sz w:val="28"/>
                <w:szCs w:val="28"/>
                <w:lang w:val="kk-KZ"/>
              </w:rPr>
            </w:pPr>
            <w:r>
              <w:rPr>
                <w:sz w:val="28"/>
                <w:szCs w:val="28"/>
                <w:lang w:val="kk-KZ"/>
              </w:rPr>
              <w:t>Перелом другого пальца стопы, закрытый перелом основния о/ф 5 пальца правой стопы без смещения</w:t>
            </w:r>
          </w:p>
        </w:tc>
        <w:tc>
          <w:tcPr>
            <w:tcW w:w="1634" w:type="dxa"/>
          </w:tcPr>
          <w:p w14:paraId="1EB4C176" w14:textId="77777777" w:rsidR="00D86F60" w:rsidRDefault="00D86F60" w:rsidP="00D86F60">
            <w:pPr>
              <w:jc w:val="center"/>
              <w:rPr>
                <w:sz w:val="28"/>
                <w:szCs w:val="28"/>
                <w:lang w:val="kk-KZ"/>
              </w:rPr>
            </w:pPr>
            <w:r>
              <w:rPr>
                <w:sz w:val="28"/>
                <w:szCs w:val="28"/>
                <w:lang w:val="kk-KZ"/>
              </w:rPr>
              <w:t>25.11-22.12.2024</w:t>
            </w:r>
          </w:p>
        </w:tc>
      </w:tr>
      <w:tr w:rsidR="00D86F60" w:rsidRPr="00C41231" w14:paraId="2C5A13FC" w14:textId="77777777" w:rsidTr="00D86F60">
        <w:tc>
          <w:tcPr>
            <w:tcW w:w="498" w:type="dxa"/>
          </w:tcPr>
          <w:p w14:paraId="07120DE2" w14:textId="77777777" w:rsidR="00D86F60" w:rsidRDefault="00D86F60" w:rsidP="00D86F60">
            <w:pPr>
              <w:jc w:val="center"/>
              <w:rPr>
                <w:sz w:val="28"/>
                <w:szCs w:val="28"/>
                <w:lang w:val="kk-KZ"/>
              </w:rPr>
            </w:pPr>
            <w:r>
              <w:rPr>
                <w:sz w:val="28"/>
                <w:szCs w:val="28"/>
                <w:lang w:val="kk-KZ"/>
              </w:rPr>
              <w:t>5</w:t>
            </w:r>
          </w:p>
        </w:tc>
        <w:tc>
          <w:tcPr>
            <w:tcW w:w="2479" w:type="dxa"/>
          </w:tcPr>
          <w:p w14:paraId="5AAB4DB9" w14:textId="77777777" w:rsidR="00D86F60" w:rsidRDefault="00D86F60" w:rsidP="00D86F60">
            <w:pPr>
              <w:jc w:val="center"/>
              <w:rPr>
                <w:sz w:val="28"/>
                <w:szCs w:val="28"/>
                <w:lang w:val="kk-KZ"/>
              </w:rPr>
            </w:pPr>
            <w:r>
              <w:rPr>
                <w:sz w:val="28"/>
                <w:szCs w:val="28"/>
                <w:lang w:val="kk-KZ"/>
              </w:rPr>
              <w:t>Рамазан Аяла Арманқызы</w:t>
            </w:r>
          </w:p>
        </w:tc>
        <w:tc>
          <w:tcPr>
            <w:tcW w:w="866" w:type="dxa"/>
          </w:tcPr>
          <w:p w14:paraId="78D19C01" w14:textId="77777777" w:rsidR="00D86F60" w:rsidRDefault="00D86F60" w:rsidP="00D86F60">
            <w:pPr>
              <w:jc w:val="center"/>
              <w:rPr>
                <w:sz w:val="28"/>
                <w:szCs w:val="28"/>
                <w:lang w:val="kk-KZ"/>
              </w:rPr>
            </w:pPr>
            <w:r>
              <w:rPr>
                <w:sz w:val="28"/>
                <w:szCs w:val="28"/>
                <w:lang w:val="kk-KZ"/>
              </w:rPr>
              <w:t>2Г</w:t>
            </w:r>
          </w:p>
        </w:tc>
        <w:tc>
          <w:tcPr>
            <w:tcW w:w="1671" w:type="dxa"/>
          </w:tcPr>
          <w:p w14:paraId="1C5ABE7D" w14:textId="77777777" w:rsidR="00D86F60" w:rsidRDefault="00D86F60" w:rsidP="00D86F60">
            <w:pPr>
              <w:jc w:val="center"/>
              <w:rPr>
                <w:sz w:val="28"/>
                <w:szCs w:val="28"/>
                <w:lang w:val="kk-KZ"/>
              </w:rPr>
            </w:pPr>
            <w:r>
              <w:rPr>
                <w:sz w:val="28"/>
                <w:szCs w:val="28"/>
                <w:lang w:val="kk-KZ"/>
              </w:rPr>
              <w:t>02.12.2024ж</w:t>
            </w:r>
          </w:p>
        </w:tc>
        <w:tc>
          <w:tcPr>
            <w:tcW w:w="3336" w:type="dxa"/>
          </w:tcPr>
          <w:p w14:paraId="604A7915" w14:textId="77777777" w:rsidR="00D86F60" w:rsidRDefault="00D86F60" w:rsidP="00D86F60">
            <w:pPr>
              <w:jc w:val="center"/>
              <w:rPr>
                <w:sz w:val="28"/>
                <w:szCs w:val="28"/>
                <w:lang w:val="kk-KZ"/>
              </w:rPr>
            </w:pPr>
            <w:r>
              <w:rPr>
                <w:sz w:val="28"/>
                <w:szCs w:val="28"/>
                <w:lang w:val="kk-KZ"/>
              </w:rPr>
              <w:t>Перелом нижнего конца плечевой кости</w:t>
            </w:r>
          </w:p>
        </w:tc>
        <w:tc>
          <w:tcPr>
            <w:tcW w:w="1634" w:type="dxa"/>
          </w:tcPr>
          <w:p w14:paraId="2413F2E5" w14:textId="77777777" w:rsidR="00D86F60" w:rsidRDefault="00D86F60" w:rsidP="00D86F60">
            <w:pPr>
              <w:jc w:val="center"/>
              <w:rPr>
                <w:sz w:val="28"/>
                <w:szCs w:val="28"/>
                <w:lang w:val="kk-KZ"/>
              </w:rPr>
            </w:pPr>
            <w:r>
              <w:rPr>
                <w:sz w:val="28"/>
                <w:szCs w:val="28"/>
                <w:lang w:val="kk-KZ"/>
              </w:rPr>
              <w:t>05.12-27.12.2024ж</w:t>
            </w:r>
          </w:p>
        </w:tc>
      </w:tr>
      <w:tr w:rsidR="00D86F60" w:rsidRPr="00C41231" w14:paraId="018E8AA0" w14:textId="77777777" w:rsidTr="00D86F60">
        <w:tc>
          <w:tcPr>
            <w:tcW w:w="498" w:type="dxa"/>
          </w:tcPr>
          <w:p w14:paraId="16BD6764" w14:textId="77777777" w:rsidR="00D86F60" w:rsidRDefault="00D86F60" w:rsidP="00D86F60">
            <w:pPr>
              <w:jc w:val="center"/>
              <w:rPr>
                <w:sz w:val="28"/>
                <w:szCs w:val="28"/>
                <w:lang w:val="kk-KZ"/>
              </w:rPr>
            </w:pPr>
            <w:r>
              <w:rPr>
                <w:sz w:val="28"/>
                <w:szCs w:val="28"/>
                <w:lang w:val="kk-KZ"/>
              </w:rPr>
              <w:t>6</w:t>
            </w:r>
          </w:p>
        </w:tc>
        <w:tc>
          <w:tcPr>
            <w:tcW w:w="2479" w:type="dxa"/>
          </w:tcPr>
          <w:p w14:paraId="7B342DAF" w14:textId="77777777" w:rsidR="00D86F60" w:rsidRDefault="00D86F60" w:rsidP="00D86F60">
            <w:pPr>
              <w:jc w:val="center"/>
              <w:rPr>
                <w:sz w:val="28"/>
                <w:szCs w:val="28"/>
                <w:lang w:val="kk-KZ"/>
              </w:rPr>
            </w:pPr>
            <w:r>
              <w:rPr>
                <w:sz w:val="28"/>
                <w:szCs w:val="28"/>
                <w:lang w:val="kk-KZ"/>
              </w:rPr>
              <w:t>Нұрланова Жансая Бауыржанқызы</w:t>
            </w:r>
          </w:p>
        </w:tc>
        <w:tc>
          <w:tcPr>
            <w:tcW w:w="866" w:type="dxa"/>
          </w:tcPr>
          <w:p w14:paraId="1BC981EC" w14:textId="77777777" w:rsidR="00D86F60" w:rsidRDefault="00D86F60" w:rsidP="00D86F60">
            <w:pPr>
              <w:jc w:val="center"/>
              <w:rPr>
                <w:sz w:val="28"/>
                <w:szCs w:val="28"/>
                <w:lang w:val="kk-KZ"/>
              </w:rPr>
            </w:pPr>
            <w:r>
              <w:rPr>
                <w:sz w:val="28"/>
                <w:szCs w:val="28"/>
                <w:lang w:val="kk-KZ"/>
              </w:rPr>
              <w:t>6А</w:t>
            </w:r>
          </w:p>
        </w:tc>
        <w:tc>
          <w:tcPr>
            <w:tcW w:w="1671" w:type="dxa"/>
          </w:tcPr>
          <w:p w14:paraId="1C89EB37" w14:textId="77777777" w:rsidR="00D86F60" w:rsidRDefault="00D86F60" w:rsidP="00D86F60">
            <w:pPr>
              <w:jc w:val="center"/>
              <w:rPr>
                <w:sz w:val="28"/>
                <w:szCs w:val="28"/>
                <w:lang w:val="kk-KZ"/>
              </w:rPr>
            </w:pPr>
            <w:r>
              <w:rPr>
                <w:sz w:val="28"/>
                <w:szCs w:val="28"/>
                <w:lang w:val="kk-KZ"/>
              </w:rPr>
              <w:t>14.01.2025ж</w:t>
            </w:r>
          </w:p>
        </w:tc>
        <w:tc>
          <w:tcPr>
            <w:tcW w:w="3336" w:type="dxa"/>
          </w:tcPr>
          <w:p w14:paraId="72116476" w14:textId="77777777" w:rsidR="00D86F60" w:rsidRDefault="00D86F60" w:rsidP="00D86F60">
            <w:pPr>
              <w:jc w:val="center"/>
              <w:rPr>
                <w:sz w:val="28"/>
                <w:szCs w:val="28"/>
                <w:lang w:val="kk-KZ"/>
              </w:rPr>
            </w:pPr>
            <w:r>
              <w:rPr>
                <w:sz w:val="28"/>
                <w:szCs w:val="28"/>
                <w:lang w:val="kk-KZ"/>
              </w:rPr>
              <w:t>Перелом другого пальца стопы, закрытый остеоэпифизиолиз основной фаланги 5 пальца левой стопы без смещения</w:t>
            </w:r>
          </w:p>
        </w:tc>
        <w:tc>
          <w:tcPr>
            <w:tcW w:w="1634" w:type="dxa"/>
          </w:tcPr>
          <w:p w14:paraId="2047E7A6" w14:textId="77777777" w:rsidR="00D86F60" w:rsidRDefault="00D86F60" w:rsidP="00D86F60">
            <w:pPr>
              <w:jc w:val="center"/>
              <w:rPr>
                <w:sz w:val="28"/>
                <w:szCs w:val="28"/>
                <w:lang w:val="kk-KZ"/>
              </w:rPr>
            </w:pPr>
            <w:r>
              <w:rPr>
                <w:sz w:val="28"/>
                <w:szCs w:val="28"/>
                <w:lang w:val="kk-KZ"/>
              </w:rPr>
              <w:t>14.01-14.02.2025ж</w:t>
            </w:r>
          </w:p>
        </w:tc>
      </w:tr>
      <w:tr w:rsidR="00D86F60" w14:paraId="298DBD1F" w14:textId="77777777" w:rsidTr="00D86F60">
        <w:tc>
          <w:tcPr>
            <w:tcW w:w="498" w:type="dxa"/>
          </w:tcPr>
          <w:p w14:paraId="5468BBE5" w14:textId="77777777" w:rsidR="00D86F60" w:rsidRDefault="00D86F60" w:rsidP="00D86F60">
            <w:pPr>
              <w:jc w:val="center"/>
              <w:rPr>
                <w:sz w:val="28"/>
                <w:szCs w:val="28"/>
                <w:lang w:val="kk-KZ"/>
              </w:rPr>
            </w:pPr>
            <w:r>
              <w:rPr>
                <w:sz w:val="28"/>
                <w:szCs w:val="28"/>
                <w:lang w:val="kk-KZ"/>
              </w:rPr>
              <w:t>7</w:t>
            </w:r>
          </w:p>
        </w:tc>
        <w:tc>
          <w:tcPr>
            <w:tcW w:w="2479" w:type="dxa"/>
          </w:tcPr>
          <w:p w14:paraId="50FD1AA1" w14:textId="77777777" w:rsidR="00D86F60" w:rsidRPr="00852DF9" w:rsidRDefault="00D86F60" w:rsidP="00D86F60">
            <w:pPr>
              <w:jc w:val="center"/>
              <w:rPr>
                <w:sz w:val="28"/>
                <w:szCs w:val="28"/>
                <w:highlight w:val="yellow"/>
                <w:lang w:val="kk-KZ"/>
              </w:rPr>
            </w:pPr>
            <w:r w:rsidRPr="0003674A">
              <w:rPr>
                <w:sz w:val="28"/>
                <w:szCs w:val="28"/>
                <w:lang w:val="kk-KZ"/>
              </w:rPr>
              <w:t>Әскербек Дамир Ролланұлы</w:t>
            </w:r>
          </w:p>
        </w:tc>
        <w:tc>
          <w:tcPr>
            <w:tcW w:w="866" w:type="dxa"/>
          </w:tcPr>
          <w:p w14:paraId="18F38103" w14:textId="77777777" w:rsidR="00D86F60" w:rsidRPr="0003674A" w:rsidRDefault="00D86F60" w:rsidP="00D86F60">
            <w:pPr>
              <w:jc w:val="center"/>
              <w:rPr>
                <w:sz w:val="28"/>
                <w:szCs w:val="28"/>
                <w:lang w:val="kk-KZ"/>
              </w:rPr>
            </w:pPr>
            <w:r w:rsidRPr="0003674A">
              <w:rPr>
                <w:sz w:val="28"/>
                <w:szCs w:val="28"/>
                <w:lang w:val="kk-KZ"/>
              </w:rPr>
              <w:t>5Ә</w:t>
            </w:r>
          </w:p>
        </w:tc>
        <w:tc>
          <w:tcPr>
            <w:tcW w:w="1671" w:type="dxa"/>
          </w:tcPr>
          <w:p w14:paraId="50A9007E" w14:textId="77777777" w:rsidR="00D86F60" w:rsidRPr="0003674A" w:rsidRDefault="00D86F60" w:rsidP="00D86F60">
            <w:pPr>
              <w:jc w:val="center"/>
              <w:rPr>
                <w:sz w:val="28"/>
                <w:szCs w:val="28"/>
                <w:lang w:val="kk-KZ"/>
              </w:rPr>
            </w:pPr>
            <w:r w:rsidRPr="0003674A">
              <w:rPr>
                <w:sz w:val="28"/>
                <w:szCs w:val="28"/>
                <w:lang w:val="kk-KZ"/>
              </w:rPr>
              <w:t>30.04.2025ж</w:t>
            </w:r>
          </w:p>
        </w:tc>
        <w:tc>
          <w:tcPr>
            <w:tcW w:w="3336" w:type="dxa"/>
          </w:tcPr>
          <w:p w14:paraId="7E84C8A6" w14:textId="77777777" w:rsidR="00D86F60" w:rsidRPr="0003674A" w:rsidRDefault="00D86F60" w:rsidP="00D86F60">
            <w:pPr>
              <w:jc w:val="center"/>
              <w:rPr>
                <w:sz w:val="28"/>
                <w:szCs w:val="28"/>
                <w:lang w:val="kk-KZ"/>
              </w:rPr>
            </w:pPr>
            <w:r w:rsidRPr="0003674A">
              <w:rPr>
                <w:sz w:val="28"/>
                <w:szCs w:val="28"/>
                <w:lang w:val="kk-KZ"/>
              </w:rPr>
              <w:t>Ушиб колленного сустава</w:t>
            </w:r>
          </w:p>
        </w:tc>
        <w:tc>
          <w:tcPr>
            <w:tcW w:w="1634" w:type="dxa"/>
          </w:tcPr>
          <w:p w14:paraId="47127134" w14:textId="77777777" w:rsidR="00D86F60" w:rsidRPr="0003674A" w:rsidRDefault="00D86F60" w:rsidP="00D86F60">
            <w:pPr>
              <w:jc w:val="center"/>
              <w:rPr>
                <w:sz w:val="28"/>
                <w:szCs w:val="28"/>
                <w:lang w:val="kk-KZ"/>
              </w:rPr>
            </w:pPr>
            <w:r w:rsidRPr="0003674A">
              <w:rPr>
                <w:sz w:val="28"/>
                <w:szCs w:val="28"/>
                <w:lang w:val="kk-KZ"/>
              </w:rPr>
              <w:t>05.05-31.05.2025ж</w:t>
            </w:r>
          </w:p>
        </w:tc>
      </w:tr>
    </w:tbl>
    <w:p w14:paraId="4BC2D994" w14:textId="77777777" w:rsidR="00D86F60" w:rsidRDefault="00D86F60" w:rsidP="00D86F60">
      <w:pPr>
        <w:pStyle w:val="TableParagraph"/>
        <w:jc w:val="both"/>
        <w:rPr>
          <w:sz w:val="28"/>
          <w:szCs w:val="28"/>
          <w:lang w:eastAsia="ru-RU"/>
        </w:rPr>
      </w:pPr>
    </w:p>
    <w:p w14:paraId="3E81FDE5" w14:textId="375EA647" w:rsidR="00D86F60" w:rsidRPr="00D86F60" w:rsidRDefault="00D86F60" w:rsidP="00D86F60">
      <w:pPr>
        <w:pStyle w:val="TableParagraph"/>
        <w:jc w:val="both"/>
        <w:rPr>
          <w:sz w:val="28"/>
          <w:szCs w:val="28"/>
          <w:lang w:eastAsia="ru-RU"/>
        </w:rPr>
      </w:pPr>
      <w:r>
        <w:rPr>
          <w:sz w:val="28"/>
          <w:szCs w:val="28"/>
          <w:lang w:eastAsia="ru-RU"/>
        </w:rPr>
        <w:lastRenderedPageBreak/>
        <w:t>2025–2026</w:t>
      </w:r>
      <w:r w:rsidRPr="00D86F60">
        <w:rPr>
          <w:sz w:val="28"/>
          <w:szCs w:val="28"/>
          <w:lang w:eastAsia="ru-RU"/>
        </w:rPr>
        <w:t xml:space="preserve"> оқу жылында дәрігерлік-консультациялық комиссияны</w:t>
      </w:r>
      <w:r>
        <w:rPr>
          <w:sz w:val="28"/>
          <w:szCs w:val="28"/>
          <w:lang w:eastAsia="ru-RU"/>
        </w:rPr>
        <w:t>ң (ДКК) қорытындысы негізінде 7</w:t>
      </w:r>
      <w:r w:rsidRPr="00D86F60">
        <w:rPr>
          <w:sz w:val="28"/>
          <w:szCs w:val="28"/>
          <w:lang w:eastAsia="ru-RU"/>
        </w:rPr>
        <w:t xml:space="preserve"> білім алушыға үйде жеке оқыту ұйымдастырылды. Бұл мектептегі ж</w:t>
      </w:r>
      <w:r>
        <w:rPr>
          <w:sz w:val="28"/>
          <w:szCs w:val="28"/>
          <w:lang w:eastAsia="ru-RU"/>
        </w:rPr>
        <w:t>алпы білім алушылар санының 0,7</w:t>
      </w:r>
      <w:r w:rsidRPr="00D86F60">
        <w:rPr>
          <w:sz w:val="28"/>
          <w:szCs w:val="28"/>
          <w:lang w:eastAsia="ru-RU"/>
        </w:rPr>
        <w:t>%-ын құрайды.</w:t>
      </w:r>
    </w:p>
    <w:p w14:paraId="27A0040E" w14:textId="77777777" w:rsidR="00D86F60" w:rsidRDefault="00D86F60" w:rsidP="00884E6F">
      <w:pPr>
        <w:pStyle w:val="a8"/>
        <w:jc w:val="both"/>
        <w:rPr>
          <w:rFonts w:ascii="Times New Roman" w:hAnsi="Times New Roman" w:cs="Times New Roman"/>
          <w:sz w:val="28"/>
          <w:szCs w:val="28"/>
        </w:rPr>
      </w:pPr>
    </w:p>
    <w:p w14:paraId="7F6189D2" w14:textId="30AEB3A8" w:rsidR="00D86F60" w:rsidRDefault="00D86F60" w:rsidP="00D86F60">
      <w:pPr>
        <w:jc w:val="center"/>
        <w:rPr>
          <w:b/>
          <w:sz w:val="28"/>
          <w:szCs w:val="28"/>
          <w:lang w:val="kk-KZ"/>
        </w:rPr>
      </w:pPr>
      <w:r w:rsidRPr="00656942">
        <w:rPr>
          <w:b/>
          <w:sz w:val="28"/>
          <w:szCs w:val="28"/>
          <w:lang w:val="kk-KZ"/>
        </w:rPr>
        <w:t>2025-2026 оқу жылындағы үйде оқытылған оқушылардың тізімі</w:t>
      </w:r>
    </w:p>
    <w:p w14:paraId="392F0002" w14:textId="77777777" w:rsidR="00656942" w:rsidRPr="00656942" w:rsidRDefault="00656942" w:rsidP="00D86F60">
      <w:pPr>
        <w:jc w:val="center"/>
        <w:rPr>
          <w:b/>
          <w:sz w:val="28"/>
          <w:szCs w:val="28"/>
          <w:lang w:val="kk-KZ"/>
        </w:rPr>
      </w:pPr>
    </w:p>
    <w:tbl>
      <w:tblPr>
        <w:tblStyle w:val="a7"/>
        <w:tblW w:w="0" w:type="auto"/>
        <w:tblInd w:w="-318" w:type="dxa"/>
        <w:tblLayout w:type="fixed"/>
        <w:tblLook w:val="04A0" w:firstRow="1" w:lastRow="0" w:firstColumn="1" w:lastColumn="0" w:noHBand="0" w:noVBand="1"/>
      </w:tblPr>
      <w:tblGrid>
        <w:gridCol w:w="426"/>
        <w:gridCol w:w="1978"/>
        <w:gridCol w:w="1298"/>
        <w:gridCol w:w="1671"/>
        <w:gridCol w:w="3336"/>
        <w:gridCol w:w="1634"/>
      </w:tblGrid>
      <w:tr w:rsidR="00D86F60" w:rsidRPr="00F060A1" w14:paraId="6A6D326D" w14:textId="77777777" w:rsidTr="00D86F60">
        <w:tc>
          <w:tcPr>
            <w:tcW w:w="426" w:type="dxa"/>
          </w:tcPr>
          <w:p w14:paraId="5BF141C3" w14:textId="77777777" w:rsidR="00D86F60" w:rsidRPr="00D86F60" w:rsidRDefault="00D86F60" w:rsidP="00D86F60">
            <w:pPr>
              <w:jc w:val="center"/>
              <w:rPr>
                <w:b/>
                <w:sz w:val="28"/>
                <w:szCs w:val="28"/>
                <w:lang w:val="kk-KZ"/>
              </w:rPr>
            </w:pPr>
            <w:r w:rsidRPr="00D86F60">
              <w:rPr>
                <w:b/>
                <w:sz w:val="28"/>
                <w:szCs w:val="28"/>
                <w:lang w:val="kk-KZ"/>
              </w:rPr>
              <w:t>№</w:t>
            </w:r>
          </w:p>
        </w:tc>
        <w:tc>
          <w:tcPr>
            <w:tcW w:w="1978" w:type="dxa"/>
          </w:tcPr>
          <w:p w14:paraId="5174B513" w14:textId="77777777" w:rsidR="00D86F60" w:rsidRPr="00D86F60" w:rsidRDefault="00D86F60" w:rsidP="00D86F60">
            <w:pPr>
              <w:jc w:val="center"/>
              <w:rPr>
                <w:b/>
                <w:sz w:val="28"/>
                <w:szCs w:val="28"/>
                <w:lang w:val="kk-KZ"/>
              </w:rPr>
            </w:pPr>
            <w:r w:rsidRPr="00D86F60">
              <w:rPr>
                <w:b/>
                <w:sz w:val="28"/>
                <w:szCs w:val="28"/>
                <w:lang w:val="kk-KZ"/>
              </w:rPr>
              <w:t>Оқушының аты-жөні</w:t>
            </w:r>
          </w:p>
        </w:tc>
        <w:tc>
          <w:tcPr>
            <w:tcW w:w="1298" w:type="dxa"/>
          </w:tcPr>
          <w:p w14:paraId="05536E93" w14:textId="77777777" w:rsidR="00D86F60" w:rsidRPr="00D86F60" w:rsidRDefault="00D86F60" w:rsidP="00D86F60">
            <w:pPr>
              <w:jc w:val="center"/>
              <w:rPr>
                <w:b/>
                <w:sz w:val="28"/>
                <w:szCs w:val="28"/>
                <w:lang w:val="kk-KZ"/>
              </w:rPr>
            </w:pPr>
            <w:r w:rsidRPr="00D86F60">
              <w:rPr>
                <w:b/>
                <w:sz w:val="28"/>
                <w:szCs w:val="28"/>
                <w:lang w:val="kk-KZ"/>
              </w:rPr>
              <w:t>сыныбы</w:t>
            </w:r>
          </w:p>
        </w:tc>
        <w:tc>
          <w:tcPr>
            <w:tcW w:w="1671" w:type="dxa"/>
          </w:tcPr>
          <w:p w14:paraId="6CC5BA9E" w14:textId="77777777" w:rsidR="00D86F60" w:rsidRPr="00D86F60" w:rsidRDefault="00D86F60" w:rsidP="00D86F60">
            <w:pPr>
              <w:jc w:val="center"/>
              <w:rPr>
                <w:b/>
                <w:sz w:val="28"/>
                <w:szCs w:val="28"/>
                <w:lang w:val="kk-KZ"/>
              </w:rPr>
            </w:pPr>
            <w:r w:rsidRPr="00D86F60">
              <w:rPr>
                <w:b/>
                <w:sz w:val="28"/>
                <w:szCs w:val="28"/>
                <w:lang w:val="kk-KZ"/>
              </w:rPr>
              <w:t xml:space="preserve">ДКК №026/у берген күні </w:t>
            </w:r>
          </w:p>
        </w:tc>
        <w:tc>
          <w:tcPr>
            <w:tcW w:w="3336" w:type="dxa"/>
          </w:tcPr>
          <w:p w14:paraId="78952898" w14:textId="77777777" w:rsidR="00D86F60" w:rsidRPr="00D86F60" w:rsidRDefault="00D86F60" w:rsidP="00D86F60">
            <w:pPr>
              <w:jc w:val="center"/>
              <w:rPr>
                <w:b/>
                <w:sz w:val="28"/>
                <w:szCs w:val="28"/>
                <w:lang w:val="kk-KZ"/>
              </w:rPr>
            </w:pPr>
            <w:r w:rsidRPr="00D86F60">
              <w:rPr>
                <w:b/>
                <w:sz w:val="28"/>
                <w:szCs w:val="28"/>
                <w:lang w:val="kk-KZ"/>
              </w:rPr>
              <w:t>диагнозы</w:t>
            </w:r>
          </w:p>
        </w:tc>
        <w:tc>
          <w:tcPr>
            <w:tcW w:w="1634" w:type="dxa"/>
          </w:tcPr>
          <w:p w14:paraId="0D435053" w14:textId="77777777" w:rsidR="00D86F60" w:rsidRPr="00D86F60" w:rsidRDefault="00D86F60" w:rsidP="00D86F60">
            <w:pPr>
              <w:jc w:val="center"/>
              <w:rPr>
                <w:b/>
                <w:sz w:val="28"/>
                <w:szCs w:val="28"/>
                <w:lang w:val="kk-KZ"/>
              </w:rPr>
            </w:pPr>
            <w:r w:rsidRPr="00D86F60">
              <w:rPr>
                <w:b/>
                <w:sz w:val="28"/>
                <w:szCs w:val="28"/>
                <w:lang w:val="kk-KZ"/>
              </w:rPr>
              <w:t>Қай аралықта тегін үйде оқытылды</w:t>
            </w:r>
          </w:p>
        </w:tc>
      </w:tr>
      <w:tr w:rsidR="00D86F60" w:rsidRPr="00D86F60" w14:paraId="36FA215D" w14:textId="77777777" w:rsidTr="00D86F60">
        <w:tc>
          <w:tcPr>
            <w:tcW w:w="426" w:type="dxa"/>
          </w:tcPr>
          <w:p w14:paraId="7A347B3A" w14:textId="77777777" w:rsidR="00D86F60" w:rsidRPr="00D86F60" w:rsidRDefault="00D86F60" w:rsidP="00D86F60">
            <w:pPr>
              <w:jc w:val="center"/>
              <w:rPr>
                <w:sz w:val="28"/>
                <w:szCs w:val="28"/>
                <w:lang w:val="kk-KZ"/>
              </w:rPr>
            </w:pPr>
            <w:r w:rsidRPr="00D86F60">
              <w:rPr>
                <w:sz w:val="28"/>
                <w:szCs w:val="28"/>
                <w:lang w:val="kk-KZ"/>
              </w:rPr>
              <w:t>1</w:t>
            </w:r>
          </w:p>
        </w:tc>
        <w:tc>
          <w:tcPr>
            <w:tcW w:w="1978" w:type="dxa"/>
          </w:tcPr>
          <w:p w14:paraId="4A685508" w14:textId="77777777" w:rsidR="00D86F60" w:rsidRPr="00D86F60" w:rsidRDefault="00D86F60" w:rsidP="00D86F60">
            <w:pPr>
              <w:jc w:val="center"/>
              <w:rPr>
                <w:sz w:val="28"/>
                <w:szCs w:val="28"/>
                <w:lang w:val="kk-KZ"/>
              </w:rPr>
            </w:pPr>
            <w:r w:rsidRPr="00D86F60">
              <w:rPr>
                <w:sz w:val="28"/>
                <w:szCs w:val="28"/>
                <w:lang w:val="kk-KZ"/>
              </w:rPr>
              <w:t xml:space="preserve">Нисанбаева Наркенже Тойлыбековна </w:t>
            </w:r>
          </w:p>
        </w:tc>
        <w:tc>
          <w:tcPr>
            <w:tcW w:w="1298" w:type="dxa"/>
          </w:tcPr>
          <w:p w14:paraId="1F930294" w14:textId="77777777" w:rsidR="00D86F60" w:rsidRPr="00D86F60" w:rsidRDefault="00D86F60" w:rsidP="00D86F60">
            <w:pPr>
              <w:jc w:val="center"/>
              <w:rPr>
                <w:sz w:val="28"/>
                <w:szCs w:val="28"/>
                <w:lang w:val="kk-KZ"/>
              </w:rPr>
            </w:pPr>
            <w:r w:rsidRPr="00D86F60">
              <w:rPr>
                <w:sz w:val="28"/>
                <w:szCs w:val="28"/>
                <w:lang w:val="kk-KZ"/>
              </w:rPr>
              <w:t>2Ә</w:t>
            </w:r>
          </w:p>
        </w:tc>
        <w:tc>
          <w:tcPr>
            <w:tcW w:w="1671" w:type="dxa"/>
          </w:tcPr>
          <w:p w14:paraId="65D6A61B" w14:textId="77777777" w:rsidR="00D86F60" w:rsidRPr="00D86F60" w:rsidRDefault="00D86F60" w:rsidP="00D86F60">
            <w:pPr>
              <w:jc w:val="center"/>
              <w:rPr>
                <w:sz w:val="28"/>
                <w:szCs w:val="28"/>
                <w:lang w:val="kk-KZ"/>
              </w:rPr>
            </w:pPr>
            <w:r w:rsidRPr="00D86F60">
              <w:rPr>
                <w:sz w:val="28"/>
                <w:szCs w:val="28"/>
                <w:lang w:val="kk-KZ"/>
              </w:rPr>
              <w:t>04.09.2025ж</w:t>
            </w:r>
          </w:p>
        </w:tc>
        <w:tc>
          <w:tcPr>
            <w:tcW w:w="3336" w:type="dxa"/>
          </w:tcPr>
          <w:p w14:paraId="76AF3871" w14:textId="77777777" w:rsidR="00D86F60" w:rsidRPr="00D86F60" w:rsidRDefault="00D86F60" w:rsidP="00D86F60">
            <w:pPr>
              <w:jc w:val="center"/>
              <w:rPr>
                <w:sz w:val="28"/>
                <w:szCs w:val="28"/>
                <w:lang w:val="kk-KZ"/>
              </w:rPr>
            </w:pPr>
            <w:r w:rsidRPr="00D86F60">
              <w:rPr>
                <w:sz w:val="28"/>
                <w:szCs w:val="28"/>
                <w:lang w:val="kk-KZ"/>
              </w:rPr>
              <w:t>тері жамылғысының ауқымды туа біткен пигментті невустары (гигантский врожденный меланоцитарный невус)</w:t>
            </w:r>
          </w:p>
        </w:tc>
        <w:tc>
          <w:tcPr>
            <w:tcW w:w="1634" w:type="dxa"/>
          </w:tcPr>
          <w:p w14:paraId="3B1530B3" w14:textId="77777777" w:rsidR="00D86F60" w:rsidRPr="00D86F60" w:rsidRDefault="00D86F60" w:rsidP="00D86F60">
            <w:pPr>
              <w:jc w:val="center"/>
              <w:rPr>
                <w:sz w:val="28"/>
                <w:szCs w:val="28"/>
                <w:lang w:val="kk-KZ"/>
              </w:rPr>
            </w:pPr>
            <w:r w:rsidRPr="00D86F60">
              <w:rPr>
                <w:sz w:val="28"/>
                <w:szCs w:val="28"/>
                <w:lang w:val="kk-KZ"/>
              </w:rPr>
              <w:t>04.09-25.05.2026</w:t>
            </w:r>
          </w:p>
        </w:tc>
      </w:tr>
      <w:tr w:rsidR="00D86F60" w:rsidRPr="00D86F60" w14:paraId="20099501" w14:textId="77777777" w:rsidTr="00D86F60">
        <w:tc>
          <w:tcPr>
            <w:tcW w:w="426" w:type="dxa"/>
          </w:tcPr>
          <w:p w14:paraId="34DEBA90" w14:textId="77777777" w:rsidR="00D86F60" w:rsidRPr="00D86F60" w:rsidRDefault="00D86F60" w:rsidP="00D86F60">
            <w:pPr>
              <w:jc w:val="center"/>
              <w:rPr>
                <w:sz w:val="28"/>
                <w:szCs w:val="28"/>
                <w:lang w:val="kk-KZ"/>
              </w:rPr>
            </w:pPr>
            <w:r w:rsidRPr="00D86F60">
              <w:rPr>
                <w:sz w:val="28"/>
                <w:szCs w:val="28"/>
                <w:lang w:val="kk-KZ"/>
              </w:rPr>
              <w:t>2</w:t>
            </w:r>
          </w:p>
        </w:tc>
        <w:tc>
          <w:tcPr>
            <w:tcW w:w="1978" w:type="dxa"/>
          </w:tcPr>
          <w:p w14:paraId="5FA7EE9E" w14:textId="77777777" w:rsidR="00D86F60" w:rsidRPr="00D86F60" w:rsidRDefault="00D86F60" w:rsidP="00D86F60">
            <w:pPr>
              <w:jc w:val="center"/>
              <w:rPr>
                <w:sz w:val="28"/>
                <w:szCs w:val="28"/>
                <w:lang w:val="kk-KZ"/>
              </w:rPr>
            </w:pPr>
            <w:r w:rsidRPr="00D86F60">
              <w:rPr>
                <w:sz w:val="28"/>
                <w:szCs w:val="28"/>
                <w:lang w:val="kk-KZ"/>
              </w:rPr>
              <w:t>Хасенов Ерали Еркебуланович</w:t>
            </w:r>
          </w:p>
        </w:tc>
        <w:tc>
          <w:tcPr>
            <w:tcW w:w="1298" w:type="dxa"/>
          </w:tcPr>
          <w:p w14:paraId="487A081A" w14:textId="77777777" w:rsidR="00D86F60" w:rsidRPr="00D86F60" w:rsidRDefault="00D86F60" w:rsidP="00D86F60">
            <w:pPr>
              <w:jc w:val="center"/>
              <w:rPr>
                <w:sz w:val="28"/>
                <w:szCs w:val="28"/>
                <w:lang w:val="kk-KZ"/>
              </w:rPr>
            </w:pPr>
            <w:r w:rsidRPr="00D86F60">
              <w:rPr>
                <w:sz w:val="28"/>
                <w:szCs w:val="28"/>
                <w:lang w:val="kk-KZ"/>
              </w:rPr>
              <w:t>2Г</w:t>
            </w:r>
          </w:p>
        </w:tc>
        <w:tc>
          <w:tcPr>
            <w:tcW w:w="1671" w:type="dxa"/>
          </w:tcPr>
          <w:p w14:paraId="0C95AC15" w14:textId="77777777" w:rsidR="00D86F60" w:rsidRPr="00D86F60" w:rsidRDefault="00D86F60" w:rsidP="00D86F60">
            <w:pPr>
              <w:jc w:val="center"/>
              <w:rPr>
                <w:sz w:val="28"/>
                <w:szCs w:val="28"/>
                <w:lang w:val="kk-KZ"/>
              </w:rPr>
            </w:pPr>
            <w:r w:rsidRPr="00D86F60">
              <w:rPr>
                <w:sz w:val="28"/>
                <w:szCs w:val="28"/>
                <w:lang w:val="kk-KZ"/>
              </w:rPr>
              <w:t>05.11.2025ж</w:t>
            </w:r>
          </w:p>
        </w:tc>
        <w:tc>
          <w:tcPr>
            <w:tcW w:w="3336" w:type="dxa"/>
          </w:tcPr>
          <w:p w14:paraId="64F764EA" w14:textId="77777777" w:rsidR="00D86F60" w:rsidRPr="00D86F60" w:rsidRDefault="00D86F60" w:rsidP="00D86F60">
            <w:pPr>
              <w:jc w:val="center"/>
              <w:rPr>
                <w:sz w:val="28"/>
                <w:szCs w:val="28"/>
                <w:lang w:val="kk-KZ"/>
              </w:rPr>
            </w:pPr>
            <w:r w:rsidRPr="00D86F60">
              <w:rPr>
                <w:sz w:val="28"/>
                <w:szCs w:val="28"/>
                <w:lang w:val="kk-KZ"/>
              </w:rPr>
              <w:t>Последствия пердома верхней конечности, исключая запястье и кисть, з/черезмыщелковый перелом левого плеча со смещением МОС</w:t>
            </w:r>
          </w:p>
        </w:tc>
        <w:tc>
          <w:tcPr>
            <w:tcW w:w="1634" w:type="dxa"/>
          </w:tcPr>
          <w:p w14:paraId="01E74332" w14:textId="77777777" w:rsidR="00D86F60" w:rsidRPr="00D86F60" w:rsidRDefault="00D86F60" w:rsidP="00D86F60">
            <w:pPr>
              <w:jc w:val="center"/>
              <w:rPr>
                <w:sz w:val="28"/>
                <w:szCs w:val="28"/>
                <w:lang w:val="kk-KZ"/>
              </w:rPr>
            </w:pPr>
            <w:r w:rsidRPr="00D86F60">
              <w:rPr>
                <w:sz w:val="28"/>
                <w:szCs w:val="28"/>
                <w:lang w:val="kk-KZ"/>
              </w:rPr>
              <w:t>10.11-05.12.2025</w:t>
            </w:r>
          </w:p>
        </w:tc>
      </w:tr>
      <w:tr w:rsidR="00D86F60" w:rsidRPr="00D86F60" w14:paraId="359FAF73" w14:textId="77777777" w:rsidTr="00D86F60">
        <w:tc>
          <w:tcPr>
            <w:tcW w:w="426" w:type="dxa"/>
          </w:tcPr>
          <w:p w14:paraId="2AA617EA" w14:textId="77777777" w:rsidR="00D86F60" w:rsidRPr="00D86F60" w:rsidRDefault="00D86F60" w:rsidP="00D86F60">
            <w:pPr>
              <w:jc w:val="center"/>
              <w:rPr>
                <w:sz w:val="28"/>
                <w:szCs w:val="28"/>
                <w:lang w:val="kk-KZ"/>
              </w:rPr>
            </w:pPr>
            <w:r w:rsidRPr="00D86F60">
              <w:rPr>
                <w:sz w:val="28"/>
                <w:szCs w:val="28"/>
                <w:lang w:val="kk-KZ"/>
              </w:rPr>
              <w:t>3</w:t>
            </w:r>
          </w:p>
        </w:tc>
        <w:tc>
          <w:tcPr>
            <w:tcW w:w="1978" w:type="dxa"/>
          </w:tcPr>
          <w:p w14:paraId="40F0409A" w14:textId="77777777" w:rsidR="00D86F60" w:rsidRPr="00D86F60" w:rsidRDefault="00D86F60" w:rsidP="00D86F60">
            <w:pPr>
              <w:jc w:val="center"/>
              <w:rPr>
                <w:sz w:val="28"/>
                <w:szCs w:val="28"/>
                <w:lang w:val="kk-KZ"/>
              </w:rPr>
            </w:pPr>
            <w:r w:rsidRPr="00D86F60">
              <w:rPr>
                <w:sz w:val="28"/>
                <w:szCs w:val="28"/>
                <w:lang w:val="kk-KZ"/>
              </w:rPr>
              <w:t>Аманжол Інжу Айбекқызы</w:t>
            </w:r>
          </w:p>
        </w:tc>
        <w:tc>
          <w:tcPr>
            <w:tcW w:w="1298" w:type="dxa"/>
          </w:tcPr>
          <w:p w14:paraId="5BEB308E" w14:textId="77777777" w:rsidR="00D86F60" w:rsidRPr="00D86F60" w:rsidRDefault="00D86F60" w:rsidP="00D86F60">
            <w:pPr>
              <w:jc w:val="center"/>
              <w:rPr>
                <w:sz w:val="28"/>
                <w:szCs w:val="28"/>
                <w:lang w:val="kk-KZ"/>
              </w:rPr>
            </w:pPr>
            <w:r w:rsidRPr="00D86F60">
              <w:rPr>
                <w:sz w:val="28"/>
                <w:szCs w:val="28"/>
                <w:lang w:val="kk-KZ"/>
              </w:rPr>
              <w:t>5А</w:t>
            </w:r>
          </w:p>
        </w:tc>
        <w:tc>
          <w:tcPr>
            <w:tcW w:w="1671" w:type="dxa"/>
          </w:tcPr>
          <w:p w14:paraId="68B2A4E7" w14:textId="77777777" w:rsidR="00D86F60" w:rsidRPr="00D86F60" w:rsidRDefault="00D86F60" w:rsidP="00D86F60">
            <w:pPr>
              <w:jc w:val="center"/>
              <w:rPr>
                <w:sz w:val="28"/>
                <w:szCs w:val="28"/>
                <w:lang w:val="kk-KZ"/>
              </w:rPr>
            </w:pPr>
            <w:r w:rsidRPr="00D86F60">
              <w:rPr>
                <w:sz w:val="28"/>
                <w:szCs w:val="28"/>
                <w:lang w:val="kk-KZ"/>
              </w:rPr>
              <w:t>08.12.2025ж</w:t>
            </w:r>
          </w:p>
        </w:tc>
        <w:tc>
          <w:tcPr>
            <w:tcW w:w="3336" w:type="dxa"/>
          </w:tcPr>
          <w:p w14:paraId="286D32A6" w14:textId="77777777" w:rsidR="00D86F60" w:rsidRPr="00D86F60" w:rsidRDefault="00D86F60" w:rsidP="00D86F60">
            <w:pPr>
              <w:jc w:val="center"/>
              <w:rPr>
                <w:sz w:val="28"/>
                <w:szCs w:val="28"/>
                <w:lang w:val="kk-KZ"/>
              </w:rPr>
            </w:pPr>
            <w:r w:rsidRPr="00D86F60">
              <w:rPr>
                <w:sz w:val="28"/>
                <w:szCs w:val="28"/>
                <w:lang w:val="kk-KZ"/>
              </w:rPr>
              <w:t>Врожденная митральная недостаточность</w:t>
            </w:r>
          </w:p>
        </w:tc>
        <w:tc>
          <w:tcPr>
            <w:tcW w:w="1634" w:type="dxa"/>
          </w:tcPr>
          <w:p w14:paraId="003CC008" w14:textId="77777777" w:rsidR="00D86F60" w:rsidRPr="00D86F60" w:rsidRDefault="00D86F60" w:rsidP="00D86F60">
            <w:pPr>
              <w:jc w:val="center"/>
              <w:rPr>
                <w:sz w:val="28"/>
                <w:szCs w:val="28"/>
                <w:lang w:val="kk-KZ"/>
              </w:rPr>
            </w:pPr>
            <w:r w:rsidRPr="00D86F60">
              <w:rPr>
                <w:sz w:val="28"/>
                <w:szCs w:val="28"/>
                <w:lang w:val="kk-KZ"/>
              </w:rPr>
              <w:t>08.12-25.05.2026</w:t>
            </w:r>
          </w:p>
        </w:tc>
      </w:tr>
      <w:tr w:rsidR="00D86F60" w:rsidRPr="00D86F60" w14:paraId="31C84B62" w14:textId="77777777" w:rsidTr="00D86F60">
        <w:tc>
          <w:tcPr>
            <w:tcW w:w="426" w:type="dxa"/>
          </w:tcPr>
          <w:p w14:paraId="4A1A9FA0" w14:textId="77777777" w:rsidR="00D86F60" w:rsidRPr="00D86F60" w:rsidRDefault="00D86F60" w:rsidP="00D86F60">
            <w:pPr>
              <w:jc w:val="center"/>
              <w:rPr>
                <w:sz w:val="28"/>
                <w:szCs w:val="28"/>
                <w:lang w:val="kk-KZ"/>
              </w:rPr>
            </w:pPr>
            <w:r w:rsidRPr="00D86F60">
              <w:rPr>
                <w:sz w:val="28"/>
                <w:szCs w:val="28"/>
                <w:lang w:val="kk-KZ"/>
              </w:rPr>
              <w:t>4</w:t>
            </w:r>
          </w:p>
        </w:tc>
        <w:tc>
          <w:tcPr>
            <w:tcW w:w="1978" w:type="dxa"/>
          </w:tcPr>
          <w:p w14:paraId="7A6AA4F9" w14:textId="77777777" w:rsidR="00D86F60" w:rsidRPr="00D86F60" w:rsidRDefault="00D86F60" w:rsidP="00D86F60">
            <w:pPr>
              <w:jc w:val="center"/>
              <w:rPr>
                <w:sz w:val="28"/>
                <w:szCs w:val="28"/>
                <w:lang w:val="kk-KZ"/>
              </w:rPr>
            </w:pPr>
            <w:r w:rsidRPr="00D86F60">
              <w:rPr>
                <w:sz w:val="28"/>
                <w:szCs w:val="28"/>
                <w:lang w:val="kk-KZ"/>
              </w:rPr>
              <w:t xml:space="preserve">Жаманбекова Инабат Сапаровна </w:t>
            </w:r>
          </w:p>
        </w:tc>
        <w:tc>
          <w:tcPr>
            <w:tcW w:w="1298" w:type="dxa"/>
          </w:tcPr>
          <w:p w14:paraId="6847DB37" w14:textId="77777777" w:rsidR="00D86F60" w:rsidRPr="00D86F60" w:rsidRDefault="00D86F60" w:rsidP="00D86F60">
            <w:pPr>
              <w:jc w:val="center"/>
              <w:rPr>
                <w:sz w:val="28"/>
                <w:szCs w:val="28"/>
                <w:lang w:val="kk-KZ"/>
              </w:rPr>
            </w:pPr>
            <w:r w:rsidRPr="00D86F60">
              <w:rPr>
                <w:sz w:val="28"/>
                <w:szCs w:val="28"/>
                <w:lang w:val="kk-KZ"/>
              </w:rPr>
              <w:t>5Ә</w:t>
            </w:r>
          </w:p>
        </w:tc>
        <w:tc>
          <w:tcPr>
            <w:tcW w:w="1671" w:type="dxa"/>
          </w:tcPr>
          <w:p w14:paraId="27B1C970" w14:textId="77777777" w:rsidR="00D86F60" w:rsidRPr="00D86F60" w:rsidRDefault="00D86F60" w:rsidP="00D86F60">
            <w:pPr>
              <w:jc w:val="center"/>
              <w:rPr>
                <w:sz w:val="28"/>
                <w:szCs w:val="28"/>
                <w:lang w:val="kk-KZ"/>
              </w:rPr>
            </w:pPr>
            <w:r w:rsidRPr="00D86F60">
              <w:rPr>
                <w:sz w:val="28"/>
                <w:szCs w:val="28"/>
                <w:lang w:val="kk-KZ"/>
              </w:rPr>
              <w:t>03.02.2026ж</w:t>
            </w:r>
          </w:p>
        </w:tc>
        <w:tc>
          <w:tcPr>
            <w:tcW w:w="3336" w:type="dxa"/>
          </w:tcPr>
          <w:p w14:paraId="6A899C36" w14:textId="77777777" w:rsidR="00D86F60" w:rsidRPr="00D86F60" w:rsidRDefault="00D86F60" w:rsidP="00D86F60">
            <w:pPr>
              <w:jc w:val="center"/>
              <w:rPr>
                <w:sz w:val="28"/>
                <w:szCs w:val="28"/>
                <w:lang w:val="kk-KZ"/>
              </w:rPr>
            </w:pPr>
            <w:r w:rsidRPr="00D86F60">
              <w:rPr>
                <w:sz w:val="28"/>
                <w:szCs w:val="28"/>
                <w:lang w:val="kk-KZ"/>
              </w:rPr>
              <w:t>Последствия перлома верхней конесности, исключая запястье и кисть, з/перелом в/з левого плеча в области хирургической шейки без смещения, репозиция МОС</w:t>
            </w:r>
          </w:p>
        </w:tc>
        <w:tc>
          <w:tcPr>
            <w:tcW w:w="1634" w:type="dxa"/>
          </w:tcPr>
          <w:p w14:paraId="3C3AAB3E" w14:textId="77777777" w:rsidR="00D86F60" w:rsidRPr="00D86F60" w:rsidRDefault="00D86F60" w:rsidP="00D86F60">
            <w:pPr>
              <w:jc w:val="center"/>
              <w:rPr>
                <w:sz w:val="28"/>
                <w:szCs w:val="28"/>
                <w:lang w:val="kk-KZ"/>
              </w:rPr>
            </w:pPr>
            <w:r w:rsidRPr="00D86F60">
              <w:rPr>
                <w:sz w:val="28"/>
                <w:szCs w:val="28"/>
                <w:lang w:val="kk-KZ"/>
              </w:rPr>
              <w:t>10.02-02.03.2026</w:t>
            </w:r>
          </w:p>
        </w:tc>
      </w:tr>
      <w:tr w:rsidR="00D86F60" w:rsidRPr="00D86F60" w14:paraId="3286BDC1" w14:textId="77777777" w:rsidTr="00D86F60">
        <w:tc>
          <w:tcPr>
            <w:tcW w:w="426" w:type="dxa"/>
          </w:tcPr>
          <w:p w14:paraId="6C00AA9E" w14:textId="77777777" w:rsidR="00D86F60" w:rsidRPr="00D86F60" w:rsidRDefault="00D86F60" w:rsidP="00D86F60">
            <w:pPr>
              <w:jc w:val="center"/>
              <w:rPr>
                <w:sz w:val="28"/>
                <w:szCs w:val="28"/>
                <w:lang w:val="kk-KZ"/>
              </w:rPr>
            </w:pPr>
            <w:r w:rsidRPr="00D86F60">
              <w:rPr>
                <w:sz w:val="28"/>
                <w:szCs w:val="28"/>
                <w:lang w:val="kk-KZ"/>
              </w:rPr>
              <w:t>5</w:t>
            </w:r>
          </w:p>
        </w:tc>
        <w:tc>
          <w:tcPr>
            <w:tcW w:w="1978" w:type="dxa"/>
          </w:tcPr>
          <w:p w14:paraId="709E5C31" w14:textId="77777777" w:rsidR="00D86F60" w:rsidRPr="00D86F60" w:rsidRDefault="00D86F60" w:rsidP="00D86F60">
            <w:pPr>
              <w:jc w:val="center"/>
              <w:rPr>
                <w:sz w:val="28"/>
                <w:szCs w:val="28"/>
                <w:lang w:val="kk-KZ"/>
              </w:rPr>
            </w:pPr>
            <w:r w:rsidRPr="00D86F60">
              <w:rPr>
                <w:sz w:val="28"/>
                <w:szCs w:val="28"/>
                <w:lang w:val="kk-KZ"/>
              </w:rPr>
              <w:t>Нұралы Бегәлі Ернатұлы</w:t>
            </w:r>
          </w:p>
        </w:tc>
        <w:tc>
          <w:tcPr>
            <w:tcW w:w="1298" w:type="dxa"/>
          </w:tcPr>
          <w:p w14:paraId="0643BA1E" w14:textId="77777777" w:rsidR="00D86F60" w:rsidRPr="00D86F60" w:rsidRDefault="00D86F60" w:rsidP="00D86F60">
            <w:pPr>
              <w:jc w:val="center"/>
              <w:rPr>
                <w:sz w:val="28"/>
                <w:szCs w:val="28"/>
                <w:lang w:val="kk-KZ"/>
              </w:rPr>
            </w:pPr>
            <w:r w:rsidRPr="00D86F60">
              <w:rPr>
                <w:sz w:val="28"/>
                <w:szCs w:val="28"/>
                <w:lang w:val="kk-KZ"/>
              </w:rPr>
              <w:t>3А</w:t>
            </w:r>
          </w:p>
        </w:tc>
        <w:tc>
          <w:tcPr>
            <w:tcW w:w="1671" w:type="dxa"/>
          </w:tcPr>
          <w:p w14:paraId="6F47BD2E" w14:textId="77777777" w:rsidR="00D86F60" w:rsidRPr="00D86F60" w:rsidRDefault="00D86F60" w:rsidP="00D86F60">
            <w:pPr>
              <w:jc w:val="center"/>
              <w:rPr>
                <w:sz w:val="28"/>
                <w:szCs w:val="28"/>
                <w:lang w:val="kk-KZ"/>
              </w:rPr>
            </w:pPr>
            <w:r w:rsidRPr="00D86F60">
              <w:rPr>
                <w:sz w:val="28"/>
                <w:szCs w:val="28"/>
                <w:lang w:val="kk-KZ"/>
              </w:rPr>
              <w:t>04.03.2026ж</w:t>
            </w:r>
          </w:p>
        </w:tc>
        <w:tc>
          <w:tcPr>
            <w:tcW w:w="3336" w:type="dxa"/>
          </w:tcPr>
          <w:p w14:paraId="2E3174F7" w14:textId="77777777" w:rsidR="00D86F60" w:rsidRPr="00D86F60" w:rsidRDefault="00D86F60" w:rsidP="00D86F60">
            <w:pPr>
              <w:jc w:val="center"/>
              <w:rPr>
                <w:sz w:val="28"/>
                <w:szCs w:val="28"/>
                <w:lang w:val="kk-KZ"/>
              </w:rPr>
            </w:pPr>
            <w:r w:rsidRPr="00D86F60">
              <w:rPr>
                <w:sz w:val="28"/>
                <w:szCs w:val="28"/>
                <w:lang w:val="kk-KZ"/>
              </w:rPr>
              <w:t>Переломы, захватывающие несколько областей одной нижней конечности. Закрытый винтообразный перелом с/3-н/3 большеберцовой кости левой голени со смещением</w:t>
            </w:r>
          </w:p>
        </w:tc>
        <w:tc>
          <w:tcPr>
            <w:tcW w:w="1634" w:type="dxa"/>
          </w:tcPr>
          <w:p w14:paraId="3A60E6E5" w14:textId="77777777" w:rsidR="00D86F60" w:rsidRPr="00D86F60" w:rsidRDefault="00D86F60" w:rsidP="00D86F60">
            <w:pPr>
              <w:jc w:val="center"/>
              <w:rPr>
                <w:sz w:val="28"/>
                <w:szCs w:val="28"/>
                <w:lang w:val="kk-KZ"/>
              </w:rPr>
            </w:pPr>
            <w:r w:rsidRPr="00D86F60">
              <w:rPr>
                <w:sz w:val="28"/>
                <w:szCs w:val="28"/>
                <w:lang w:val="kk-KZ"/>
              </w:rPr>
              <w:t>12.03-03.04.2026</w:t>
            </w:r>
          </w:p>
        </w:tc>
      </w:tr>
      <w:tr w:rsidR="00D86F60" w:rsidRPr="00D86F60" w14:paraId="56F26137" w14:textId="77777777" w:rsidTr="00D86F60">
        <w:tc>
          <w:tcPr>
            <w:tcW w:w="426" w:type="dxa"/>
          </w:tcPr>
          <w:p w14:paraId="762A516D" w14:textId="77777777" w:rsidR="00D86F60" w:rsidRPr="00D86F60" w:rsidRDefault="00D86F60" w:rsidP="00D86F60">
            <w:pPr>
              <w:jc w:val="center"/>
              <w:rPr>
                <w:sz w:val="28"/>
                <w:szCs w:val="28"/>
                <w:lang w:val="kk-KZ"/>
              </w:rPr>
            </w:pPr>
            <w:r w:rsidRPr="00D86F60">
              <w:rPr>
                <w:sz w:val="28"/>
                <w:szCs w:val="28"/>
                <w:lang w:val="kk-KZ"/>
              </w:rPr>
              <w:t>6</w:t>
            </w:r>
          </w:p>
        </w:tc>
        <w:tc>
          <w:tcPr>
            <w:tcW w:w="1978" w:type="dxa"/>
          </w:tcPr>
          <w:p w14:paraId="5082CB44" w14:textId="77777777" w:rsidR="00D86F60" w:rsidRPr="00D86F60" w:rsidRDefault="00D86F60" w:rsidP="00D86F60">
            <w:pPr>
              <w:jc w:val="center"/>
              <w:rPr>
                <w:sz w:val="28"/>
                <w:szCs w:val="28"/>
                <w:lang w:val="kk-KZ"/>
              </w:rPr>
            </w:pPr>
            <w:r w:rsidRPr="00D86F60">
              <w:rPr>
                <w:sz w:val="28"/>
                <w:szCs w:val="28"/>
                <w:lang w:val="kk-KZ"/>
              </w:rPr>
              <w:t>Нұралы Бегәлі Ернатұлы</w:t>
            </w:r>
          </w:p>
        </w:tc>
        <w:tc>
          <w:tcPr>
            <w:tcW w:w="1298" w:type="dxa"/>
          </w:tcPr>
          <w:p w14:paraId="44BCD588" w14:textId="77777777" w:rsidR="00D86F60" w:rsidRPr="00D86F60" w:rsidRDefault="00D86F60" w:rsidP="00D86F60">
            <w:pPr>
              <w:jc w:val="center"/>
              <w:rPr>
                <w:sz w:val="28"/>
                <w:szCs w:val="28"/>
                <w:lang w:val="kk-KZ"/>
              </w:rPr>
            </w:pPr>
            <w:r w:rsidRPr="00D86F60">
              <w:rPr>
                <w:sz w:val="28"/>
                <w:szCs w:val="28"/>
                <w:lang w:val="kk-KZ"/>
              </w:rPr>
              <w:t>3А</w:t>
            </w:r>
          </w:p>
        </w:tc>
        <w:tc>
          <w:tcPr>
            <w:tcW w:w="1671" w:type="dxa"/>
          </w:tcPr>
          <w:p w14:paraId="1B58967A" w14:textId="77777777" w:rsidR="00D86F60" w:rsidRPr="00D86F60" w:rsidRDefault="00D86F60" w:rsidP="00D86F60">
            <w:pPr>
              <w:jc w:val="center"/>
              <w:rPr>
                <w:sz w:val="28"/>
                <w:szCs w:val="28"/>
                <w:lang w:val="kk-KZ"/>
              </w:rPr>
            </w:pPr>
            <w:r w:rsidRPr="00D86F60">
              <w:rPr>
                <w:sz w:val="28"/>
                <w:szCs w:val="28"/>
                <w:lang w:val="kk-KZ"/>
              </w:rPr>
              <w:t>08.04.2026ж</w:t>
            </w:r>
          </w:p>
        </w:tc>
        <w:tc>
          <w:tcPr>
            <w:tcW w:w="3336" w:type="dxa"/>
          </w:tcPr>
          <w:p w14:paraId="30919885" w14:textId="77777777" w:rsidR="00D86F60" w:rsidRPr="00D86F60" w:rsidRDefault="00D86F60" w:rsidP="00D86F60">
            <w:pPr>
              <w:jc w:val="center"/>
              <w:rPr>
                <w:sz w:val="28"/>
                <w:szCs w:val="28"/>
                <w:lang w:val="kk-KZ"/>
              </w:rPr>
            </w:pPr>
            <w:r w:rsidRPr="00D86F60">
              <w:rPr>
                <w:sz w:val="28"/>
                <w:szCs w:val="28"/>
                <w:lang w:val="kk-KZ"/>
              </w:rPr>
              <w:t xml:space="preserve">Переломы, захватывающие несколько областей </w:t>
            </w:r>
            <w:r w:rsidRPr="00D86F60">
              <w:rPr>
                <w:sz w:val="28"/>
                <w:szCs w:val="28"/>
                <w:lang w:val="kk-KZ"/>
              </w:rPr>
              <w:lastRenderedPageBreak/>
              <w:t>одной нижней конечности. Закрытый винтообразный перелом с/3-н/3 большеберцовой кости левой голени со смещением</w:t>
            </w:r>
          </w:p>
        </w:tc>
        <w:tc>
          <w:tcPr>
            <w:tcW w:w="1634" w:type="dxa"/>
          </w:tcPr>
          <w:p w14:paraId="5C94E3C2" w14:textId="77777777" w:rsidR="00D86F60" w:rsidRPr="00D86F60" w:rsidRDefault="00D86F60" w:rsidP="00D86F60">
            <w:pPr>
              <w:jc w:val="center"/>
              <w:rPr>
                <w:sz w:val="28"/>
                <w:szCs w:val="28"/>
                <w:lang w:val="kk-KZ"/>
              </w:rPr>
            </w:pPr>
            <w:r w:rsidRPr="00D86F60">
              <w:rPr>
                <w:sz w:val="28"/>
                <w:szCs w:val="28"/>
                <w:lang w:val="kk-KZ"/>
              </w:rPr>
              <w:lastRenderedPageBreak/>
              <w:t>15.04-06.05.2026</w:t>
            </w:r>
          </w:p>
        </w:tc>
      </w:tr>
      <w:tr w:rsidR="00D86F60" w:rsidRPr="00D86F60" w14:paraId="34416834" w14:textId="77777777" w:rsidTr="00D86F60">
        <w:tc>
          <w:tcPr>
            <w:tcW w:w="426" w:type="dxa"/>
          </w:tcPr>
          <w:p w14:paraId="2B886FB8" w14:textId="77777777" w:rsidR="00D86F60" w:rsidRPr="00D86F60" w:rsidRDefault="00D86F60" w:rsidP="00D86F60">
            <w:pPr>
              <w:jc w:val="center"/>
              <w:rPr>
                <w:sz w:val="28"/>
                <w:szCs w:val="28"/>
                <w:lang w:val="kk-KZ"/>
              </w:rPr>
            </w:pPr>
            <w:r w:rsidRPr="00D86F60">
              <w:rPr>
                <w:sz w:val="28"/>
                <w:szCs w:val="28"/>
                <w:lang w:val="kk-KZ"/>
              </w:rPr>
              <w:t>7</w:t>
            </w:r>
          </w:p>
        </w:tc>
        <w:tc>
          <w:tcPr>
            <w:tcW w:w="1978" w:type="dxa"/>
          </w:tcPr>
          <w:p w14:paraId="2C32BF89" w14:textId="77777777" w:rsidR="00D86F60" w:rsidRPr="00D86F60" w:rsidRDefault="00D86F60" w:rsidP="00D86F60">
            <w:pPr>
              <w:jc w:val="center"/>
              <w:rPr>
                <w:sz w:val="28"/>
                <w:szCs w:val="28"/>
                <w:lang w:val="kk-KZ"/>
              </w:rPr>
            </w:pPr>
            <w:r w:rsidRPr="00D86F60">
              <w:rPr>
                <w:sz w:val="28"/>
                <w:szCs w:val="28"/>
                <w:lang w:val="kk-KZ"/>
              </w:rPr>
              <w:t>Мұқатай Нұралы</w:t>
            </w:r>
          </w:p>
        </w:tc>
        <w:tc>
          <w:tcPr>
            <w:tcW w:w="1298" w:type="dxa"/>
          </w:tcPr>
          <w:p w14:paraId="31EAAE82" w14:textId="77777777" w:rsidR="00D86F60" w:rsidRPr="00D86F60" w:rsidRDefault="00D86F60" w:rsidP="00D86F60">
            <w:pPr>
              <w:jc w:val="center"/>
              <w:rPr>
                <w:sz w:val="28"/>
                <w:szCs w:val="28"/>
                <w:lang w:val="kk-KZ"/>
              </w:rPr>
            </w:pPr>
            <w:r w:rsidRPr="00D86F60">
              <w:rPr>
                <w:sz w:val="28"/>
                <w:szCs w:val="28"/>
                <w:lang w:val="kk-KZ"/>
              </w:rPr>
              <w:t>5Б</w:t>
            </w:r>
          </w:p>
        </w:tc>
        <w:tc>
          <w:tcPr>
            <w:tcW w:w="1671" w:type="dxa"/>
          </w:tcPr>
          <w:p w14:paraId="13356C7F" w14:textId="77777777" w:rsidR="00D86F60" w:rsidRPr="00D86F60" w:rsidRDefault="00D86F60" w:rsidP="00D86F60">
            <w:pPr>
              <w:jc w:val="center"/>
              <w:rPr>
                <w:sz w:val="28"/>
                <w:szCs w:val="28"/>
                <w:lang w:val="kk-KZ"/>
              </w:rPr>
            </w:pPr>
            <w:r w:rsidRPr="00D86F60">
              <w:rPr>
                <w:sz w:val="28"/>
                <w:szCs w:val="28"/>
                <w:lang w:val="kk-KZ"/>
              </w:rPr>
              <w:t>13.04.2026ж</w:t>
            </w:r>
          </w:p>
        </w:tc>
        <w:tc>
          <w:tcPr>
            <w:tcW w:w="3336" w:type="dxa"/>
          </w:tcPr>
          <w:p w14:paraId="0390119E" w14:textId="77777777" w:rsidR="00D86F60" w:rsidRPr="00D86F60" w:rsidRDefault="00D86F60" w:rsidP="00D86F60">
            <w:pPr>
              <w:jc w:val="center"/>
              <w:rPr>
                <w:sz w:val="28"/>
                <w:szCs w:val="28"/>
                <w:lang w:val="kk-KZ"/>
              </w:rPr>
            </w:pPr>
            <w:r w:rsidRPr="00D86F60">
              <w:rPr>
                <w:sz w:val="28"/>
                <w:szCs w:val="28"/>
                <w:lang w:val="kk-KZ"/>
              </w:rPr>
              <w:t>Последствия других уточненых травм нижней конечности, З/перелом надколенника</w:t>
            </w:r>
          </w:p>
        </w:tc>
        <w:tc>
          <w:tcPr>
            <w:tcW w:w="1634" w:type="dxa"/>
          </w:tcPr>
          <w:p w14:paraId="490086D5" w14:textId="77777777" w:rsidR="00D86F60" w:rsidRPr="00D86F60" w:rsidRDefault="00D86F60" w:rsidP="00D86F60">
            <w:pPr>
              <w:jc w:val="center"/>
              <w:rPr>
                <w:sz w:val="28"/>
                <w:szCs w:val="28"/>
                <w:lang w:val="kk-KZ"/>
              </w:rPr>
            </w:pPr>
            <w:r w:rsidRPr="00D86F60">
              <w:rPr>
                <w:sz w:val="28"/>
                <w:szCs w:val="28"/>
                <w:lang w:val="kk-KZ"/>
              </w:rPr>
              <w:t>15.04-13.05.2026</w:t>
            </w:r>
          </w:p>
        </w:tc>
      </w:tr>
    </w:tbl>
    <w:p w14:paraId="4C477007" w14:textId="77777777" w:rsidR="00D86F60" w:rsidRPr="00A21219" w:rsidRDefault="00D86F60" w:rsidP="00D86F60">
      <w:pPr>
        <w:jc w:val="center"/>
        <w:rPr>
          <w:sz w:val="28"/>
          <w:szCs w:val="28"/>
          <w:lang w:val="kk-KZ"/>
        </w:rPr>
      </w:pPr>
    </w:p>
    <w:p w14:paraId="159577A9" w14:textId="06B53266" w:rsidR="00D86F60" w:rsidRDefault="00D86F60" w:rsidP="00D86F60">
      <w:pPr>
        <w:pStyle w:val="TableParagraph"/>
        <w:jc w:val="both"/>
        <w:rPr>
          <w:sz w:val="28"/>
          <w:szCs w:val="28"/>
          <w:lang w:val="kk-KZ" w:eastAsia="ru-RU"/>
        </w:rPr>
      </w:pPr>
      <w:r>
        <w:rPr>
          <w:sz w:val="28"/>
          <w:szCs w:val="28"/>
          <w:lang w:val="kk-KZ" w:eastAsia="ru-RU"/>
        </w:rPr>
        <w:t>2026–2027</w:t>
      </w:r>
      <w:r w:rsidRPr="00D86F60">
        <w:rPr>
          <w:sz w:val="28"/>
          <w:szCs w:val="28"/>
          <w:lang w:val="kk-KZ" w:eastAsia="ru-RU"/>
        </w:rPr>
        <w:t xml:space="preserve"> оқу жылында дәрігерлік-консультациялық комиссияны</w:t>
      </w:r>
      <w:r>
        <w:rPr>
          <w:sz w:val="28"/>
          <w:szCs w:val="28"/>
          <w:lang w:val="kk-KZ" w:eastAsia="ru-RU"/>
        </w:rPr>
        <w:t>ң (ДКК) қорытындысы негізінде 1</w:t>
      </w:r>
      <w:r w:rsidRPr="00D86F60">
        <w:rPr>
          <w:sz w:val="28"/>
          <w:szCs w:val="28"/>
          <w:lang w:val="kk-KZ" w:eastAsia="ru-RU"/>
        </w:rPr>
        <w:t xml:space="preserve"> білім алушыға үйде жеке оқыту ұйымдастырылды. Бұл мектептегі </w:t>
      </w:r>
      <w:r w:rsidR="00656942">
        <w:rPr>
          <w:sz w:val="28"/>
          <w:szCs w:val="28"/>
          <w:lang w:val="kk-KZ" w:eastAsia="ru-RU"/>
        </w:rPr>
        <w:t>жалпы білім алушылар санының 0,09</w:t>
      </w:r>
      <w:r w:rsidRPr="00D86F60">
        <w:rPr>
          <w:sz w:val="28"/>
          <w:szCs w:val="28"/>
          <w:lang w:val="kk-KZ" w:eastAsia="ru-RU"/>
        </w:rPr>
        <w:t>%-ын құрайды.</w:t>
      </w:r>
    </w:p>
    <w:p w14:paraId="705B216F" w14:textId="5E50EC17" w:rsidR="00656942" w:rsidRDefault="00656942" w:rsidP="00D86F60">
      <w:pPr>
        <w:pStyle w:val="TableParagraph"/>
        <w:jc w:val="both"/>
        <w:rPr>
          <w:sz w:val="28"/>
          <w:szCs w:val="28"/>
          <w:lang w:val="kk-KZ" w:eastAsia="ru-RU"/>
        </w:rPr>
      </w:pPr>
    </w:p>
    <w:p w14:paraId="37A6C226" w14:textId="5B3998C4" w:rsidR="00656942" w:rsidRPr="00656942" w:rsidRDefault="00656942" w:rsidP="00656942">
      <w:pPr>
        <w:jc w:val="center"/>
        <w:rPr>
          <w:b/>
          <w:sz w:val="28"/>
          <w:szCs w:val="28"/>
          <w:lang w:val="kk-KZ"/>
        </w:rPr>
      </w:pPr>
      <w:r>
        <w:rPr>
          <w:b/>
          <w:sz w:val="28"/>
          <w:szCs w:val="28"/>
          <w:lang w:val="kk-KZ"/>
        </w:rPr>
        <w:t>2026-2027</w:t>
      </w:r>
      <w:r w:rsidRPr="00656942">
        <w:rPr>
          <w:b/>
          <w:sz w:val="28"/>
          <w:szCs w:val="28"/>
          <w:lang w:val="kk-KZ"/>
        </w:rPr>
        <w:t xml:space="preserve"> оқу жылындағы үйде оқытылған оқушылардың тізімі</w:t>
      </w:r>
    </w:p>
    <w:p w14:paraId="617E0FE9" w14:textId="77777777" w:rsidR="00656942" w:rsidRDefault="00656942" w:rsidP="00D86F60">
      <w:pPr>
        <w:pStyle w:val="TableParagraph"/>
        <w:jc w:val="both"/>
        <w:rPr>
          <w:sz w:val="28"/>
          <w:szCs w:val="28"/>
          <w:lang w:val="kk-KZ" w:eastAsia="ru-RU"/>
        </w:rPr>
      </w:pPr>
    </w:p>
    <w:tbl>
      <w:tblPr>
        <w:tblStyle w:val="a7"/>
        <w:tblW w:w="0" w:type="auto"/>
        <w:tblInd w:w="-318" w:type="dxa"/>
        <w:tblLayout w:type="fixed"/>
        <w:tblLook w:val="04A0" w:firstRow="1" w:lastRow="0" w:firstColumn="1" w:lastColumn="0" w:noHBand="0" w:noVBand="1"/>
      </w:tblPr>
      <w:tblGrid>
        <w:gridCol w:w="426"/>
        <w:gridCol w:w="1978"/>
        <w:gridCol w:w="1298"/>
        <w:gridCol w:w="1671"/>
        <w:gridCol w:w="3336"/>
        <w:gridCol w:w="1634"/>
      </w:tblGrid>
      <w:tr w:rsidR="00656942" w:rsidRPr="00F060A1" w14:paraId="12D2BE37" w14:textId="77777777" w:rsidTr="00E8435A">
        <w:tc>
          <w:tcPr>
            <w:tcW w:w="426" w:type="dxa"/>
          </w:tcPr>
          <w:p w14:paraId="06E7C675" w14:textId="77777777" w:rsidR="00656942" w:rsidRPr="00D86F60" w:rsidRDefault="00656942" w:rsidP="00E8435A">
            <w:pPr>
              <w:jc w:val="center"/>
              <w:rPr>
                <w:b/>
                <w:sz w:val="28"/>
                <w:szCs w:val="28"/>
                <w:lang w:val="kk-KZ"/>
              </w:rPr>
            </w:pPr>
            <w:r w:rsidRPr="00D86F60">
              <w:rPr>
                <w:b/>
                <w:sz w:val="28"/>
                <w:szCs w:val="28"/>
                <w:lang w:val="kk-KZ"/>
              </w:rPr>
              <w:t>№</w:t>
            </w:r>
          </w:p>
        </w:tc>
        <w:tc>
          <w:tcPr>
            <w:tcW w:w="1978" w:type="dxa"/>
          </w:tcPr>
          <w:p w14:paraId="04B51A19" w14:textId="77777777" w:rsidR="00656942" w:rsidRPr="00D86F60" w:rsidRDefault="00656942" w:rsidP="00E8435A">
            <w:pPr>
              <w:jc w:val="center"/>
              <w:rPr>
                <w:b/>
                <w:sz w:val="28"/>
                <w:szCs w:val="28"/>
                <w:lang w:val="kk-KZ"/>
              </w:rPr>
            </w:pPr>
            <w:r w:rsidRPr="00D86F60">
              <w:rPr>
                <w:b/>
                <w:sz w:val="28"/>
                <w:szCs w:val="28"/>
                <w:lang w:val="kk-KZ"/>
              </w:rPr>
              <w:t>Оқушының аты-жөні</w:t>
            </w:r>
          </w:p>
        </w:tc>
        <w:tc>
          <w:tcPr>
            <w:tcW w:w="1298" w:type="dxa"/>
          </w:tcPr>
          <w:p w14:paraId="32B6EF46" w14:textId="77777777" w:rsidR="00656942" w:rsidRPr="00D86F60" w:rsidRDefault="00656942" w:rsidP="00E8435A">
            <w:pPr>
              <w:jc w:val="center"/>
              <w:rPr>
                <w:b/>
                <w:sz w:val="28"/>
                <w:szCs w:val="28"/>
                <w:lang w:val="kk-KZ"/>
              </w:rPr>
            </w:pPr>
            <w:r w:rsidRPr="00D86F60">
              <w:rPr>
                <w:b/>
                <w:sz w:val="28"/>
                <w:szCs w:val="28"/>
                <w:lang w:val="kk-KZ"/>
              </w:rPr>
              <w:t>сыныбы</w:t>
            </w:r>
          </w:p>
        </w:tc>
        <w:tc>
          <w:tcPr>
            <w:tcW w:w="1671" w:type="dxa"/>
          </w:tcPr>
          <w:p w14:paraId="2F062121" w14:textId="77777777" w:rsidR="00656942" w:rsidRPr="00D86F60" w:rsidRDefault="00656942" w:rsidP="00E8435A">
            <w:pPr>
              <w:jc w:val="center"/>
              <w:rPr>
                <w:b/>
                <w:sz w:val="28"/>
                <w:szCs w:val="28"/>
                <w:lang w:val="kk-KZ"/>
              </w:rPr>
            </w:pPr>
            <w:r w:rsidRPr="00D86F60">
              <w:rPr>
                <w:b/>
                <w:sz w:val="28"/>
                <w:szCs w:val="28"/>
                <w:lang w:val="kk-KZ"/>
              </w:rPr>
              <w:t xml:space="preserve">ДКК №026/у берген күні </w:t>
            </w:r>
          </w:p>
        </w:tc>
        <w:tc>
          <w:tcPr>
            <w:tcW w:w="3336" w:type="dxa"/>
          </w:tcPr>
          <w:p w14:paraId="1931BA85" w14:textId="77777777" w:rsidR="00656942" w:rsidRPr="00D86F60" w:rsidRDefault="00656942" w:rsidP="00E8435A">
            <w:pPr>
              <w:jc w:val="center"/>
              <w:rPr>
                <w:b/>
                <w:sz w:val="28"/>
                <w:szCs w:val="28"/>
                <w:lang w:val="kk-KZ"/>
              </w:rPr>
            </w:pPr>
            <w:r w:rsidRPr="00D86F60">
              <w:rPr>
                <w:b/>
                <w:sz w:val="28"/>
                <w:szCs w:val="28"/>
                <w:lang w:val="kk-KZ"/>
              </w:rPr>
              <w:t>диагнозы</w:t>
            </w:r>
          </w:p>
        </w:tc>
        <w:tc>
          <w:tcPr>
            <w:tcW w:w="1634" w:type="dxa"/>
          </w:tcPr>
          <w:p w14:paraId="23CD3764" w14:textId="77777777" w:rsidR="00656942" w:rsidRPr="00D86F60" w:rsidRDefault="00656942" w:rsidP="00E8435A">
            <w:pPr>
              <w:jc w:val="center"/>
              <w:rPr>
                <w:b/>
                <w:sz w:val="28"/>
                <w:szCs w:val="28"/>
                <w:lang w:val="kk-KZ"/>
              </w:rPr>
            </w:pPr>
            <w:r w:rsidRPr="00D86F60">
              <w:rPr>
                <w:b/>
                <w:sz w:val="28"/>
                <w:szCs w:val="28"/>
                <w:lang w:val="kk-KZ"/>
              </w:rPr>
              <w:t>Қай аралықта тегін үйде оқытылды</w:t>
            </w:r>
          </w:p>
        </w:tc>
      </w:tr>
      <w:tr w:rsidR="00656942" w:rsidRPr="00D86F60" w14:paraId="3DC9B563" w14:textId="77777777" w:rsidTr="00E8435A">
        <w:tc>
          <w:tcPr>
            <w:tcW w:w="426" w:type="dxa"/>
          </w:tcPr>
          <w:p w14:paraId="39D7F103" w14:textId="77777777" w:rsidR="00656942" w:rsidRPr="00D86F60" w:rsidRDefault="00656942" w:rsidP="00E8435A">
            <w:pPr>
              <w:jc w:val="center"/>
              <w:rPr>
                <w:sz w:val="28"/>
                <w:szCs w:val="28"/>
                <w:lang w:val="kk-KZ"/>
              </w:rPr>
            </w:pPr>
            <w:r w:rsidRPr="00D86F60">
              <w:rPr>
                <w:sz w:val="28"/>
                <w:szCs w:val="28"/>
                <w:lang w:val="kk-KZ"/>
              </w:rPr>
              <w:t>1</w:t>
            </w:r>
          </w:p>
        </w:tc>
        <w:tc>
          <w:tcPr>
            <w:tcW w:w="1978" w:type="dxa"/>
          </w:tcPr>
          <w:p w14:paraId="2C45E04D" w14:textId="2196D862" w:rsidR="00656942" w:rsidRPr="00D86F60" w:rsidRDefault="00656942" w:rsidP="00E8435A">
            <w:pPr>
              <w:jc w:val="center"/>
              <w:rPr>
                <w:sz w:val="28"/>
                <w:szCs w:val="28"/>
                <w:lang w:val="kk-KZ"/>
              </w:rPr>
            </w:pPr>
            <w:r>
              <w:rPr>
                <w:sz w:val="28"/>
                <w:szCs w:val="28"/>
                <w:lang w:val="kk-KZ"/>
              </w:rPr>
              <w:t>Берік Асылжан Жанасылұлы</w:t>
            </w:r>
          </w:p>
        </w:tc>
        <w:tc>
          <w:tcPr>
            <w:tcW w:w="1298" w:type="dxa"/>
          </w:tcPr>
          <w:p w14:paraId="0FBAA625" w14:textId="5EAD263C" w:rsidR="00656942" w:rsidRPr="00D86F60" w:rsidRDefault="00656942" w:rsidP="00E8435A">
            <w:pPr>
              <w:jc w:val="center"/>
              <w:rPr>
                <w:sz w:val="28"/>
                <w:szCs w:val="28"/>
                <w:lang w:val="kk-KZ"/>
              </w:rPr>
            </w:pPr>
            <w:r>
              <w:rPr>
                <w:sz w:val="28"/>
                <w:szCs w:val="28"/>
                <w:lang w:val="kk-KZ"/>
              </w:rPr>
              <w:t>1В</w:t>
            </w:r>
          </w:p>
        </w:tc>
        <w:tc>
          <w:tcPr>
            <w:tcW w:w="1671" w:type="dxa"/>
          </w:tcPr>
          <w:p w14:paraId="06848774" w14:textId="2A5E0A58" w:rsidR="00656942" w:rsidRPr="00D86F60" w:rsidRDefault="00656942" w:rsidP="00E8435A">
            <w:pPr>
              <w:jc w:val="center"/>
              <w:rPr>
                <w:sz w:val="28"/>
                <w:szCs w:val="28"/>
                <w:lang w:val="kk-KZ"/>
              </w:rPr>
            </w:pPr>
            <w:r>
              <w:rPr>
                <w:sz w:val="28"/>
                <w:szCs w:val="28"/>
                <w:lang w:val="kk-KZ"/>
              </w:rPr>
              <w:t>18.05.2026</w:t>
            </w:r>
            <w:r w:rsidRPr="00D86F60">
              <w:rPr>
                <w:sz w:val="28"/>
                <w:szCs w:val="28"/>
                <w:lang w:val="kk-KZ"/>
              </w:rPr>
              <w:t>ж</w:t>
            </w:r>
          </w:p>
        </w:tc>
        <w:tc>
          <w:tcPr>
            <w:tcW w:w="3336" w:type="dxa"/>
          </w:tcPr>
          <w:p w14:paraId="254D0E7C" w14:textId="5EC43D31" w:rsidR="00656942" w:rsidRPr="00D86F60" w:rsidRDefault="00656942" w:rsidP="00E8435A">
            <w:pPr>
              <w:jc w:val="center"/>
              <w:rPr>
                <w:sz w:val="28"/>
                <w:szCs w:val="28"/>
                <w:lang w:val="kk-KZ"/>
              </w:rPr>
            </w:pPr>
            <w:r>
              <w:rPr>
                <w:sz w:val="28"/>
                <w:szCs w:val="28"/>
                <w:lang w:val="kk-KZ"/>
              </w:rPr>
              <w:t>Дискинетический церебральный паралич, ЦП спастико-гиперкинетическая форма,средней степени</w:t>
            </w:r>
          </w:p>
        </w:tc>
        <w:tc>
          <w:tcPr>
            <w:tcW w:w="1634" w:type="dxa"/>
          </w:tcPr>
          <w:p w14:paraId="18317E5F" w14:textId="3777C7E9" w:rsidR="00656942" w:rsidRPr="00D86F60" w:rsidRDefault="00656942" w:rsidP="00E8435A">
            <w:pPr>
              <w:jc w:val="center"/>
              <w:rPr>
                <w:sz w:val="28"/>
                <w:szCs w:val="28"/>
                <w:lang w:val="kk-KZ"/>
              </w:rPr>
            </w:pPr>
            <w:r>
              <w:rPr>
                <w:sz w:val="28"/>
                <w:szCs w:val="28"/>
                <w:lang w:val="kk-KZ"/>
              </w:rPr>
              <w:t>01.09-18.05.2027</w:t>
            </w:r>
          </w:p>
        </w:tc>
      </w:tr>
    </w:tbl>
    <w:p w14:paraId="2855ED18" w14:textId="5D27011F" w:rsidR="00D86F60" w:rsidRPr="00D86F60" w:rsidRDefault="00D86F60" w:rsidP="00884E6F">
      <w:pPr>
        <w:pStyle w:val="a8"/>
        <w:jc w:val="both"/>
        <w:rPr>
          <w:lang w:val="kk-KZ"/>
        </w:rPr>
      </w:pPr>
    </w:p>
    <w:p w14:paraId="291DB57D" w14:textId="43991338" w:rsidR="00D86F60" w:rsidRPr="007B1EE4" w:rsidRDefault="00EA68D9" w:rsidP="00884E6F">
      <w:pPr>
        <w:pStyle w:val="a8"/>
        <w:jc w:val="both"/>
        <w:rPr>
          <w:rFonts w:ascii="Times New Roman" w:hAnsi="Times New Roman" w:cs="Times New Roman"/>
          <w:b/>
          <w:sz w:val="28"/>
          <w:szCs w:val="28"/>
          <w:lang w:val="kk-KZ"/>
        </w:rPr>
      </w:pPr>
      <w:r w:rsidRPr="007B1EE4">
        <w:rPr>
          <w:rFonts w:ascii="Times New Roman" w:hAnsi="Times New Roman" w:cs="Times New Roman"/>
          <w:b/>
          <w:sz w:val="28"/>
          <w:szCs w:val="28"/>
          <w:lang w:val="kk-KZ"/>
        </w:rPr>
        <w:t xml:space="preserve">Үйде оқыту </w:t>
      </w:r>
      <w:r w:rsidR="00C210C3" w:rsidRPr="007B1EE4">
        <w:rPr>
          <w:rFonts w:ascii="Times New Roman" w:hAnsi="Times New Roman" w:cs="Times New Roman"/>
          <w:b/>
          <w:sz w:val="28"/>
          <w:szCs w:val="28"/>
          <w:lang w:val="kk-KZ"/>
        </w:rPr>
        <w:t>бойынша бұйрықтары мен сабақ кестесі қоса ұсынылды</w:t>
      </w:r>
    </w:p>
    <w:p w14:paraId="62832F39" w14:textId="77777777" w:rsidR="00C210C3" w:rsidRPr="00C210C3" w:rsidRDefault="00C210C3" w:rsidP="00884E6F">
      <w:pPr>
        <w:pStyle w:val="a8"/>
        <w:jc w:val="both"/>
        <w:rPr>
          <w:rFonts w:ascii="Times New Roman" w:hAnsi="Times New Roman" w:cs="Times New Roman"/>
          <w:sz w:val="28"/>
          <w:szCs w:val="28"/>
          <w:lang w:val="kk-KZ"/>
        </w:rPr>
      </w:pPr>
    </w:p>
    <w:p w14:paraId="542DDCB6" w14:textId="68E21FB2" w:rsidR="00EA68D9" w:rsidRDefault="00EA68D9" w:rsidP="00884E6F">
      <w:pPr>
        <w:pStyle w:val="a8"/>
        <w:jc w:val="both"/>
        <w:rPr>
          <w:rFonts w:ascii="Times New Roman" w:hAnsi="Times New Roman" w:cs="Times New Roman"/>
          <w:sz w:val="28"/>
          <w:szCs w:val="28"/>
          <w:lang w:val="kk-KZ"/>
        </w:rPr>
      </w:pPr>
    </w:p>
    <w:p w14:paraId="68A76904" w14:textId="40AACD02" w:rsidR="00E217E8" w:rsidRDefault="00143F52" w:rsidP="00DE4105">
      <w:pPr>
        <w:pStyle w:val="a8"/>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11. </w:t>
      </w:r>
      <w:r w:rsidR="00E217E8" w:rsidRPr="00E217E8">
        <w:rPr>
          <w:rFonts w:ascii="Times New Roman" w:hAnsi="Times New Roman" w:cs="Times New Roman"/>
          <w:b/>
          <w:sz w:val="28"/>
          <w:szCs w:val="28"/>
          <w:lang w:val="kk-KZ"/>
        </w:rPr>
        <w:t>Инклюзивті білім беру шеңберінде сыныптарды топтарға, оның ішінде ерекше білім беру қажеттіліктері бар білім алушылардың жеке ерекшеліктерін ескере отырып бөлуге қойылатын талаптардың сақталуы</w:t>
      </w:r>
    </w:p>
    <w:p w14:paraId="61306CF4" w14:textId="77777777" w:rsidR="00143F52" w:rsidRDefault="00143F52" w:rsidP="00DE4105">
      <w:pPr>
        <w:pStyle w:val="a8"/>
        <w:jc w:val="both"/>
        <w:rPr>
          <w:rFonts w:ascii="Times New Roman" w:hAnsi="Times New Roman" w:cs="Times New Roman"/>
          <w:b/>
          <w:sz w:val="28"/>
          <w:szCs w:val="28"/>
          <w:lang w:val="kk-KZ"/>
        </w:rPr>
      </w:pPr>
    </w:p>
    <w:p w14:paraId="7357BC61" w14:textId="77777777" w:rsidR="00E217E8" w:rsidRPr="00143F52" w:rsidRDefault="00E217E8" w:rsidP="00E217E8">
      <w:pPr>
        <w:pStyle w:val="TableParagraph"/>
        <w:rPr>
          <w:sz w:val="28"/>
          <w:szCs w:val="28"/>
          <w:lang w:val="kk-KZ" w:eastAsia="ru-RU"/>
        </w:rPr>
      </w:pPr>
      <w:r w:rsidRPr="00143F52">
        <w:rPr>
          <w:sz w:val="28"/>
          <w:szCs w:val="28"/>
          <w:lang w:val="kk-KZ" w:eastAsia="ru-RU"/>
        </w:rPr>
        <w:t>Сыныптарды топтарға бөлу туралы мәлімет</w:t>
      </w:r>
    </w:p>
    <w:tbl>
      <w:tblPr>
        <w:tblStyle w:val="12"/>
        <w:tblW w:w="0" w:type="auto"/>
        <w:tblLook w:val="04A0" w:firstRow="1" w:lastRow="0" w:firstColumn="1" w:lastColumn="0" w:noHBand="0" w:noVBand="1"/>
      </w:tblPr>
      <w:tblGrid>
        <w:gridCol w:w="1264"/>
        <w:gridCol w:w="2306"/>
        <w:gridCol w:w="2217"/>
        <w:gridCol w:w="2162"/>
        <w:gridCol w:w="2614"/>
      </w:tblGrid>
      <w:tr w:rsidR="00E217E8" w:rsidRPr="00E217E8" w14:paraId="1A55E7CD" w14:textId="77777777" w:rsidTr="00E217E8">
        <w:tc>
          <w:tcPr>
            <w:tcW w:w="1265" w:type="dxa"/>
            <w:hideMark/>
          </w:tcPr>
          <w:p w14:paraId="07E2D598" w14:textId="77777777" w:rsidR="00E217E8" w:rsidRPr="00143F52" w:rsidRDefault="00E217E8" w:rsidP="00E217E8">
            <w:pPr>
              <w:pStyle w:val="TableParagraph"/>
              <w:rPr>
                <w:sz w:val="28"/>
                <w:szCs w:val="28"/>
                <w:lang w:val="kk-KZ"/>
              </w:rPr>
            </w:pPr>
            <w:r w:rsidRPr="00143F52">
              <w:rPr>
                <w:sz w:val="28"/>
                <w:szCs w:val="28"/>
                <w:lang w:val="kk-KZ"/>
              </w:rPr>
              <w:t>Оқу жылы</w:t>
            </w:r>
          </w:p>
        </w:tc>
        <w:tc>
          <w:tcPr>
            <w:tcW w:w="0" w:type="auto"/>
            <w:hideMark/>
          </w:tcPr>
          <w:p w14:paraId="2428E18A" w14:textId="77777777" w:rsidR="00E217E8" w:rsidRPr="00143F52" w:rsidRDefault="00E217E8" w:rsidP="00E217E8">
            <w:pPr>
              <w:pStyle w:val="TableParagraph"/>
              <w:rPr>
                <w:sz w:val="28"/>
                <w:szCs w:val="28"/>
                <w:lang w:val="kk-KZ"/>
              </w:rPr>
            </w:pPr>
            <w:r w:rsidRPr="00143F52">
              <w:rPr>
                <w:sz w:val="28"/>
                <w:szCs w:val="28"/>
                <w:lang w:val="kk-KZ"/>
              </w:rPr>
              <w:t>Бастауыш буын (сынып саны / бөлінгені)</w:t>
            </w:r>
          </w:p>
        </w:tc>
        <w:tc>
          <w:tcPr>
            <w:tcW w:w="0" w:type="auto"/>
            <w:hideMark/>
          </w:tcPr>
          <w:p w14:paraId="4F61433F" w14:textId="77777777" w:rsidR="00E217E8" w:rsidRPr="00E8435A" w:rsidRDefault="00E217E8" w:rsidP="00E217E8">
            <w:pPr>
              <w:pStyle w:val="TableParagraph"/>
              <w:rPr>
                <w:sz w:val="28"/>
                <w:szCs w:val="28"/>
                <w:lang w:val="kk-KZ"/>
              </w:rPr>
            </w:pPr>
            <w:r w:rsidRPr="00143F52">
              <w:rPr>
                <w:sz w:val="28"/>
                <w:szCs w:val="28"/>
                <w:lang w:val="kk-KZ"/>
              </w:rPr>
              <w:t>Негізгі буын (сынып саны / бөлінген</w:t>
            </w:r>
            <w:r w:rsidRPr="00E8435A">
              <w:rPr>
                <w:sz w:val="28"/>
                <w:szCs w:val="28"/>
                <w:lang w:val="kk-KZ"/>
              </w:rPr>
              <w:t>і)</w:t>
            </w:r>
          </w:p>
        </w:tc>
        <w:tc>
          <w:tcPr>
            <w:tcW w:w="0" w:type="auto"/>
            <w:hideMark/>
          </w:tcPr>
          <w:p w14:paraId="615DB91A" w14:textId="77777777" w:rsidR="00E217E8" w:rsidRPr="00E217E8" w:rsidRDefault="00E217E8" w:rsidP="00E217E8">
            <w:pPr>
              <w:pStyle w:val="TableParagraph"/>
              <w:rPr>
                <w:sz w:val="28"/>
                <w:szCs w:val="28"/>
              </w:rPr>
            </w:pPr>
            <w:r w:rsidRPr="00E217E8">
              <w:rPr>
                <w:sz w:val="28"/>
                <w:szCs w:val="28"/>
              </w:rPr>
              <w:t>Орта буын (сынып саны / бөлінгені)</w:t>
            </w:r>
          </w:p>
        </w:tc>
        <w:tc>
          <w:tcPr>
            <w:tcW w:w="0" w:type="auto"/>
            <w:hideMark/>
          </w:tcPr>
          <w:p w14:paraId="639305E4" w14:textId="77777777" w:rsidR="00E217E8" w:rsidRPr="00E217E8" w:rsidRDefault="00E217E8" w:rsidP="00E217E8">
            <w:pPr>
              <w:pStyle w:val="TableParagraph"/>
              <w:rPr>
                <w:sz w:val="28"/>
                <w:szCs w:val="28"/>
              </w:rPr>
            </w:pPr>
            <w:r w:rsidRPr="00E217E8">
              <w:rPr>
                <w:sz w:val="28"/>
                <w:szCs w:val="28"/>
              </w:rPr>
              <w:t>Мектеп бойынша барлығы (сынып саны / бөлінгені)</w:t>
            </w:r>
          </w:p>
        </w:tc>
      </w:tr>
      <w:tr w:rsidR="00E217E8" w:rsidRPr="00E217E8" w14:paraId="1E90CB88" w14:textId="77777777" w:rsidTr="00E217E8">
        <w:tc>
          <w:tcPr>
            <w:tcW w:w="1265" w:type="dxa"/>
            <w:hideMark/>
          </w:tcPr>
          <w:p w14:paraId="6CAA737E" w14:textId="3E6AA797" w:rsidR="00E217E8" w:rsidRPr="00E217E8" w:rsidRDefault="00E217E8" w:rsidP="00E217E8">
            <w:pPr>
              <w:pStyle w:val="TableParagraph"/>
              <w:rPr>
                <w:sz w:val="28"/>
                <w:szCs w:val="28"/>
              </w:rPr>
            </w:pPr>
            <w:r>
              <w:rPr>
                <w:sz w:val="28"/>
                <w:szCs w:val="28"/>
              </w:rPr>
              <w:t>2024–2025</w:t>
            </w:r>
          </w:p>
        </w:tc>
        <w:tc>
          <w:tcPr>
            <w:tcW w:w="0" w:type="auto"/>
            <w:hideMark/>
          </w:tcPr>
          <w:p w14:paraId="621DA8AD" w14:textId="0CDA01AF" w:rsidR="00E217E8" w:rsidRPr="005018BE" w:rsidRDefault="004C63D3" w:rsidP="00E217E8">
            <w:pPr>
              <w:pStyle w:val="TableParagraph"/>
              <w:rPr>
                <w:sz w:val="28"/>
                <w:szCs w:val="28"/>
              </w:rPr>
            </w:pPr>
            <w:r w:rsidRPr="005018BE">
              <w:rPr>
                <w:sz w:val="28"/>
                <w:szCs w:val="28"/>
              </w:rPr>
              <w:t>17 / 12</w:t>
            </w:r>
          </w:p>
        </w:tc>
        <w:tc>
          <w:tcPr>
            <w:tcW w:w="0" w:type="auto"/>
            <w:hideMark/>
          </w:tcPr>
          <w:p w14:paraId="26DCD116" w14:textId="3FB09A49" w:rsidR="00E217E8" w:rsidRPr="005018BE" w:rsidRDefault="004C63D3" w:rsidP="00E217E8">
            <w:pPr>
              <w:pStyle w:val="TableParagraph"/>
              <w:rPr>
                <w:sz w:val="28"/>
                <w:szCs w:val="28"/>
              </w:rPr>
            </w:pPr>
            <w:r w:rsidRPr="005018BE">
              <w:rPr>
                <w:sz w:val="28"/>
                <w:szCs w:val="28"/>
                <w:lang w:val="kk-KZ"/>
              </w:rPr>
              <w:t>17</w:t>
            </w:r>
            <w:r w:rsidRPr="005018BE">
              <w:rPr>
                <w:sz w:val="28"/>
                <w:szCs w:val="28"/>
              </w:rPr>
              <w:t xml:space="preserve"> / 11</w:t>
            </w:r>
          </w:p>
        </w:tc>
        <w:tc>
          <w:tcPr>
            <w:tcW w:w="0" w:type="auto"/>
            <w:hideMark/>
          </w:tcPr>
          <w:p w14:paraId="004E037A" w14:textId="2131BBE2" w:rsidR="00E217E8" w:rsidRPr="005018BE" w:rsidRDefault="004C63D3" w:rsidP="00E217E8">
            <w:pPr>
              <w:pStyle w:val="TableParagraph"/>
              <w:rPr>
                <w:sz w:val="28"/>
                <w:szCs w:val="28"/>
              </w:rPr>
            </w:pPr>
            <w:r w:rsidRPr="005018BE">
              <w:rPr>
                <w:sz w:val="28"/>
                <w:szCs w:val="28"/>
              </w:rPr>
              <w:t>4 / 4</w:t>
            </w:r>
          </w:p>
        </w:tc>
        <w:tc>
          <w:tcPr>
            <w:tcW w:w="0" w:type="auto"/>
            <w:hideMark/>
          </w:tcPr>
          <w:p w14:paraId="4BE80190" w14:textId="11D159F4" w:rsidR="00E217E8" w:rsidRPr="005018BE" w:rsidRDefault="004C63D3" w:rsidP="00E217E8">
            <w:pPr>
              <w:pStyle w:val="TableParagraph"/>
              <w:rPr>
                <w:sz w:val="28"/>
                <w:szCs w:val="28"/>
              </w:rPr>
            </w:pPr>
            <w:r w:rsidRPr="005018BE">
              <w:rPr>
                <w:sz w:val="28"/>
                <w:szCs w:val="28"/>
              </w:rPr>
              <w:t>38 / 27</w:t>
            </w:r>
          </w:p>
        </w:tc>
      </w:tr>
      <w:tr w:rsidR="00E217E8" w:rsidRPr="00E217E8" w14:paraId="20637DDE" w14:textId="77777777" w:rsidTr="00516F7D">
        <w:tc>
          <w:tcPr>
            <w:tcW w:w="1265" w:type="dxa"/>
            <w:hideMark/>
          </w:tcPr>
          <w:p w14:paraId="33DCD695" w14:textId="1CE6DC35" w:rsidR="00E217E8" w:rsidRPr="00E217E8" w:rsidRDefault="00E217E8" w:rsidP="00E217E8">
            <w:pPr>
              <w:pStyle w:val="TableParagraph"/>
              <w:rPr>
                <w:sz w:val="28"/>
                <w:szCs w:val="28"/>
              </w:rPr>
            </w:pPr>
            <w:r>
              <w:rPr>
                <w:sz w:val="28"/>
                <w:szCs w:val="28"/>
              </w:rPr>
              <w:t>2025–2026</w:t>
            </w:r>
          </w:p>
        </w:tc>
        <w:tc>
          <w:tcPr>
            <w:tcW w:w="0" w:type="auto"/>
          </w:tcPr>
          <w:p w14:paraId="3A20D21E" w14:textId="7379F0B9" w:rsidR="00E217E8" w:rsidRPr="005018BE" w:rsidRDefault="00516F7D" w:rsidP="00E217E8">
            <w:pPr>
              <w:pStyle w:val="TableParagraph"/>
              <w:rPr>
                <w:sz w:val="28"/>
                <w:szCs w:val="28"/>
                <w:lang w:val="kk-KZ"/>
              </w:rPr>
            </w:pPr>
            <w:r w:rsidRPr="005018BE">
              <w:rPr>
                <w:sz w:val="28"/>
                <w:szCs w:val="28"/>
                <w:lang w:val="kk-KZ"/>
              </w:rPr>
              <w:t>19/13</w:t>
            </w:r>
          </w:p>
        </w:tc>
        <w:tc>
          <w:tcPr>
            <w:tcW w:w="0" w:type="auto"/>
          </w:tcPr>
          <w:p w14:paraId="1829A763" w14:textId="1147204F" w:rsidR="00E217E8" w:rsidRPr="005018BE" w:rsidRDefault="005018BE" w:rsidP="00E217E8">
            <w:pPr>
              <w:pStyle w:val="TableParagraph"/>
              <w:rPr>
                <w:sz w:val="28"/>
                <w:szCs w:val="28"/>
                <w:lang w:val="kk-KZ"/>
              </w:rPr>
            </w:pPr>
            <w:r w:rsidRPr="005018BE">
              <w:rPr>
                <w:sz w:val="28"/>
                <w:szCs w:val="28"/>
                <w:lang w:val="kk-KZ"/>
              </w:rPr>
              <w:t>17/10</w:t>
            </w:r>
          </w:p>
        </w:tc>
        <w:tc>
          <w:tcPr>
            <w:tcW w:w="0" w:type="auto"/>
          </w:tcPr>
          <w:p w14:paraId="11073651" w14:textId="3533CA1F" w:rsidR="00E217E8" w:rsidRPr="005018BE" w:rsidRDefault="005018BE" w:rsidP="00E217E8">
            <w:pPr>
              <w:pStyle w:val="TableParagraph"/>
              <w:rPr>
                <w:sz w:val="28"/>
                <w:szCs w:val="28"/>
                <w:lang w:val="kk-KZ"/>
              </w:rPr>
            </w:pPr>
            <w:r w:rsidRPr="005018BE">
              <w:rPr>
                <w:sz w:val="28"/>
                <w:szCs w:val="28"/>
                <w:lang w:val="kk-KZ"/>
              </w:rPr>
              <w:t>4/4</w:t>
            </w:r>
          </w:p>
        </w:tc>
        <w:tc>
          <w:tcPr>
            <w:tcW w:w="0" w:type="auto"/>
          </w:tcPr>
          <w:p w14:paraId="5CBB817D" w14:textId="2954160D" w:rsidR="00E217E8" w:rsidRPr="005018BE" w:rsidRDefault="005018BE" w:rsidP="00E217E8">
            <w:pPr>
              <w:pStyle w:val="TableParagraph"/>
              <w:rPr>
                <w:sz w:val="28"/>
                <w:szCs w:val="28"/>
                <w:lang w:val="kk-KZ"/>
              </w:rPr>
            </w:pPr>
            <w:r w:rsidRPr="005018BE">
              <w:rPr>
                <w:sz w:val="28"/>
                <w:szCs w:val="28"/>
                <w:lang w:val="kk-KZ"/>
              </w:rPr>
              <w:t>40/27</w:t>
            </w:r>
          </w:p>
        </w:tc>
      </w:tr>
      <w:tr w:rsidR="00E217E8" w:rsidRPr="00E217E8" w14:paraId="7173F279" w14:textId="77777777" w:rsidTr="00E217E8">
        <w:tc>
          <w:tcPr>
            <w:tcW w:w="1265" w:type="dxa"/>
            <w:hideMark/>
          </w:tcPr>
          <w:p w14:paraId="23E05EE1" w14:textId="3A80E679" w:rsidR="00E217E8" w:rsidRPr="00E217E8" w:rsidRDefault="00E217E8" w:rsidP="00E217E8">
            <w:pPr>
              <w:pStyle w:val="TableParagraph"/>
              <w:rPr>
                <w:sz w:val="28"/>
                <w:szCs w:val="28"/>
              </w:rPr>
            </w:pPr>
            <w:r>
              <w:rPr>
                <w:sz w:val="28"/>
                <w:szCs w:val="28"/>
              </w:rPr>
              <w:t>2026–2027</w:t>
            </w:r>
          </w:p>
        </w:tc>
        <w:tc>
          <w:tcPr>
            <w:tcW w:w="0" w:type="auto"/>
            <w:hideMark/>
          </w:tcPr>
          <w:p w14:paraId="71A49E2D" w14:textId="0EDA2CC6" w:rsidR="00E217E8" w:rsidRPr="005018BE" w:rsidRDefault="00516F7D" w:rsidP="00E217E8">
            <w:pPr>
              <w:pStyle w:val="TableParagraph"/>
              <w:rPr>
                <w:sz w:val="28"/>
                <w:szCs w:val="28"/>
              </w:rPr>
            </w:pPr>
            <w:r w:rsidRPr="005018BE">
              <w:rPr>
                <w:sz w:val="28"/>
                <w:szCs w:val="28"/>
              </w:rPr>
              <w:t>21 / 10</w:t>
            </w:r>
          </w:p>
        </w:tc>
        <w:tc>
          <w:tcPr>
            <w:tcW w:w="0" w:type="auto"/>
            <w:hideMark/>
          </w:tcPr>
          <w:p w14:paraId="53550647" w14:textId="06F4B0CD" w:rsidR="00E217E8" w:rsidRPr="005018BE" w:rsidRDefault="00516F7D" w:rsidP="00E217E8">
            <w:pPr>
              <w:pStyle w:val="TableParagraph"/>
              <w:rPr>
                <w:sz w:val="28"/>
                <w:szCs w:val="28"/>
              </w:rPr>
            </w:pPr>
            <w:r w:rsidRPr="005018BE">
              <w:rPr>
                <w:sz w:val="28"/>
                <w:szCs w:val="28"/>
              </w:rPr>
              <w:t>18 / 12</w:t>
            </w:r>
          </w:p>
        </w:tc>
        <w:tc>
          <w:tcPr>
            <w:tcW w:w="0" w:type="auto"/>
            <w:hideMark/>
          </w:tcPr>
          <w:p w14:paraId="7FDEBB37" w14:textId="61B50BF1" w:rsidR="00E217E8" w:rsidRPr="005018BE" w:rsidRDefault="00516F7D" w:rsidP="00E217E8">
            <w:pPr>
              <w:pStyle w:val="TableParagraph"/>
              <w:rPr>
                <w:sz w:val="28"/>
                <w:szCs w:val="28"/>
              </w:rPr>
            </w:pPr>
            <w:r w:rsidRPr="005018BE">
              <w:rPr>
                <w:sz w:val="28"/>
                <w:szCs w:val="28"/>
              </w:rPr>
              <w:t>4 / 3</w:t>
            </w:r>
          </w:p>
        </w:tc>
        <w:tc>
          <w:tcPr>
            <w:tcW w:w="0" w:type="auto"/>
            <w:hideMark/>
          </w:tcPr>
          <w:p w14:paraId="1EC11CA0" w14:textId="0F701B81" w:rsidR="00E217E8" w:rsidRPr="005018BE" w:rsidRDefault="00516F7D" w:rsidP="00E217E8">
            <w:pPr>
              <w:pStyle w:val="TableParagraph"/>
              <w:rPr>
                <w:sz w:val="28"/>
                <w:szCs w:val="28"/>
              </w:rPr>
            </w:pPr>
            <w:r w:rsidRPr="005018BE">
              <w:rPr>
                <w:sz w:val="28"/>
                <w:szCs w:val="28"/>
              </w:rPr>
              <w:t>43</w:t>
            </w:r>
            <w:r w:rsidR="00E217E8" w:rsidRPr="005018BE">
              <w:rPr>
                <w:sz w:val="28"/>
                <w:szCs w:val="28"/>
              </w:rPr>
              <w:t xml:space="preserve"> /</w:t>
            </w:r>
            <w:r w:rsidRPr="005018BE">
              <w:rPr>
                <w:sz w:val="28"/>
                <w:szCs w:val="28"/>
              </w:rPr>
              <w:t xml:space="preserve"> 25</w:t>
            </w:r>
          </w:p>
        </w:tc>
      </w:tr>
    </w:tbl>
    <w:p w14:paraId="390D6732" w14:textId="77777777" w:rsidR="00143F52" w:rsidRDefault="00143F52" w:rsidP="00143F52">
      <w:pPr>
        <w:pStyle w:val="TableParagraph"/>
        <w:jc w:val="both"/>
        <w:rPr>
          <w:sz w:val="28"/>
          <w:szCs w:val="28"/>
          <w:lang w:eastAsia="ru-RU"/>
        </w:rPr>
      </w:pPr>
    </w:p>
    <w:p w14:paraId="082A0FAF" w14:textId="22552F89" w:rsidR="00E217E8" w:rsidRPr="00E217E8" w:rsidRDefault="00E217E8" w:rsidP="00143F52">
      <w:pPr>
        <w:pStyle w:val="TableParagraph"/>
        <w:jc w:val="both"/>
        <w:rPr>
          <w:sz w:val="28"/>
          <w:szCs w:val="28"/>
          <w:lang w:eastAsia="ru-RU"/>
        </w:rPr>
      </w:pPr>
      <w:r w:rsidRPr="00E217E8">
        <w:rPr>
          <w:sz w:val="28"/>
          <w:szCs w:val="28"/>
          <w:lang w:eastAsia="ru-RU"/>
        </w:rPr>
        <w:lastRenderedPageBreak/>
        <w:t>Ескерту: кестеде 24 және одан көп білім алушысы бар сыныптарды топтарға бөлу туралы мәліметтер көрсетілген.</w:t>
      </w:r>
    </w:p>
    <w:p w14:paraId="50A86CA3" w14:textId="77777777" w:rsidR="00E217E8" w:rsidRPr="00E217E8" w:rsidRDefault="00E217E8" w:rsidP="00143F52">
      <w:pPr>
        <w:pStyle w:val="TableParagraph"/>
        <w:jc w:val="both"/>
        <w:rPr>
          <w:sz w:val="28"/>
          <w:szCs w:val="28"/>
          <w:lang w:eastAsia="ru-RU"/>
        </w:rPr>
      </w:pPr>
      <w:r w:rsidRPr="00E217E8">
        <w:rPr>
          <w:sz w:val="28"/>
          <w:szCs w:val="28"/>
          <w:lang w:eastAsia="ru-RU"/>
        </w:rPr>
        <w:t>Талдау</w:t>
      </w:r>
    </w:p>
    <w:p w14:paraId="685C8EAA" w14:textId="77777777" w:rsidR="00E217E8" w:rsidRPr="00E217E8" w:rsidRDefault="00E217E8" w:rsidP="00143F52">
      <w:pPr>
        <w:pStyle w:val="TableParagraph"/>
        <w:jc w:val="both"/>
        <w:rPr>
          <w:sz w:val="28"/>
          <w:szCs w:val="28"/>
          <w:lang w:eastAsia="ru-RU"/>
        </w:rPr>
      </w:pPr>
      <w:r w:rsidRPr="00E217E8">
        <w:rPr>
          <w:sz w:val="28"/>
          <w:szCs w:val="28"/>
          <w:lang w:eastAsia="ru-RU"/>
        </w:rPr>
        <w:t>Мектепте инклюзивті білім беру шеңберінде сыныптарды топтарға бөлу Қазақстан Республикасының мемлекеттік жалпыға міндетті білім беру стандарттарының және қолданыстағы нормативтік-құқықтық актілердің талаптарына сәйкес ұйымдастырылады.</w:t>
      </w:r>
    </w:p>
    <w:p w14:paraId="41DA0DB6" w14:textId="7AF30C92" w:rsidR="00E217E8" w:rsidRPr="00E217E8" w:rsidRDefault="00516F7D" w:rsidP="00143F52">
      <w:pPr>
        <w:pStyle w:val="TableParagraph"/>
        <w:jc w:val="both"/>
        <w:rPr>
          <w:sz w:val="28"/>
          <w:szCs w:val="28"/>
          <w:lang w:eastAsia="ru-RU"/>
        </w:rPr>
      </w:pPr>
      <w:r>
        <w:rPr>
          <w:sz w:val="28"/>
          <w:szCs w:val="28"/>
          <w:lang w:eastAsia="ru-RU"/>
        </w:rPr>
        <w:t>2024–2025 оқу жылында мектепте 38</w:t>
      </w:r>
      <w:r w:rsidR="00E217E8" w:rsidRPr="00E217E8">
        <w:rPr>
          <w:sz w:val="28"/>
          <w:szCs w:val="28"/>
          <w:lang w:eastAsia="ru-RU"/>
        </w:rPr>
        <w:t xml:space="preserve"> сын</w:t>
      </w:r>
      <w:r>
        <w:rPr>
          <w:sz w:val="28"/>
          <w:szCs w:val="28"/>
          <w:lang w:eastAsia="ru-RU"/>
        </w:rPr>
        <w:t>ып-комплект жұмыс істеп, оның 27-і топтарға бөлінді. 2025–2026</w:t>
      </w:r>
      <w:r w:rsidR="005018BE">
        <w:rPr>
          <w:sz w:val="28"/>
          <w:szCs w:val="28"/>
          <w:lang w:eastAsia="ru-RU"/>
        </w:rPr>
        <w:t xml:space="preserve"> оқу жылында 40</w:t>
      </w:r>
      <w:r w:rsidR="00E217E8" w:rsidRPr="00E217E8">
        <w:rPr>
          <w:sz w:val="28"/>
          <w:szCs w:val="28"/>
          <w:lang w:eastAsia="ru-RU"/>
        </w:rPr>
        <w:t xml:space="preserve"> </w:t>
      </w:r>
      <w:r w:rsidR="005018BE">
        <w:rPr>
          <w:sz w:val="28"/>
          <w:szCs w:val="28"/>
          <w:lang w:eastAsia="ru-RU"/>
        </w:rPr>
        <w:t>сынып-комплекттің 27</w:t>
      </w:r>
      <w:r>
        <w:rPr>
          <w:sz w:val="28"/>
          <w:szCs w:val="28"/>
          <w:lang w:eastAsia="ru-RU"/>
        </w:rPr>
        <w:t>-сі, ал 2026–2027</w:t>
      </w:r>
      <w:r w:rsidR="00E217E8" w:rsidRPr="00E217E8">
        <w:rPr>
          <w:sz w:val="28"/>
          <w:szCs w:val="28"/>
          <w:lang w:eastAsia="ru-RU"/>
        </w:rPr>
        <w:t xml:space="preserve"> оқу</w:t>
      </w:r>
      <w:r>
        <w:rPr>
          <w:sz w:val="28"/>
          <w:szCs w:val="28"/>
          <w:lang w:eastAsia="ru-RU"/>
        </w:rPr>
        <w:t xml:space="preserve"> жылында 43 сынып-комплекттің 2</w:t>
      </w:r>
      <w:r w:rsidR="00E217E8" w:rsidRPr="00E217E8">
        <w:rPr>
          <w:sz w:val="28"/>
          <w:szCs w:val="28"/>
          <w:lang w:eastAsia="ru-RU"/>
        </w:rPr>
        <w:t>5-і топтарға бөлінген.</w:t>
      </w:r>
    </w:p>
    <w:p w14:paraId="654CE5EB" w14:textId="77777777" w:rsidR="00E217E8" w:rsidRPr="00E217E8" w:rsidRDefault="00E217E8" w:rsidP="00143F52">
      <w:pPr>
        <w:pStyle w:val="TableParagraph"/>
        <w:jc w:val="both"/>
        <w:rPr>
          <w:sz w:val="28"/>
          <w:szCs w:val="28"/>
          <w:lang w:eastAsia="ru-RU"/>
        </w:rPr>
      </w:pPr>
      <w:r w:rsidRPr="00E217E8">
        <w:rPr>
          <w:sz w:val="28"/>
          <w:szCs w:val="28"/>
          <w:lang w:eastAsia="ru-RU"/>
        </w:rPr>
        <w:t>Инклюзивті білім беру жағдайында ерекше білім беру қажеттіліктері бар білім алушылардың жеке ерекшеліктері ескеріледі. Қолданыстағы нормативтік талаптарға сәйкес, сыныптың жалпы толымдылығын есептеу кезінде ерекше білім беру қажеттіліктері бар әрбір білім алушыға қатысты белгіленген төмендету нормалары қолданылады.</w:t>
      </w:r>
    </w:p>
    <w:p w14:paraId="521D4A4D" w14:textId="77777777" w:rsidR="00E217E8" w:rsidRPr="00E217E8" w:rsidRDefault="00E217E8" w:rsidP="00143F52">
      <w:pPr>
        <w:pStyle w:val="TableParagraph"/>
        <w:jc w:val="both"/>
        <w:rPr>
          <w:sz w:val="28"/>
          <w:szCs w:val="28"/>
          <w:lang w:eastAsia="ru-RU"/>
        </w:rPr>
      </w:pPr>
      <w:r w:rsidRPr="00E217E8">
        <w:rPr>
          <w:sz w:val="28"/>
          <w:szCs w:val="28"/>
          <w:lang w:eastAsia="ru-RU"/>
        </w:rPr>
        <w:t>Қалалық жалпы білім беру ұйымдарында сыныптарды екі топқа бөлу тиісті нормативтік талаптар мен сынып толымдылығы ескеріле отырып, төмендегі пәндер бойынша жүзеге асырылады:</w:t>
      </w:r>
    </w:p>
    <w:p w14:paraId="48B85552" w14:textId="4145CEC2" w:rsidR="00E217E8" w:rsidRPr="00E217E8" w:rsidRDefault="00E217E8" w:rsidP="00143F52">
      <w:pPr>
        <w:pStyle w:val="TableParagraph"/>
        <w:jc w:val="both"/>
        <w:rPr>
          <w:sz w:val="28"/>
          <w:szCs w:val="28"/>
          <w:lang w:eastAsia="ru-RU"/>
        </w:rPr>
      </w:pPr>
      <w:r w:rsidRPr="00E217E8">
        <w:rPr>
          <w:sz w:val="28"/>
          <w:szCs w:val="28"/>
          <w:lang w:eastAsia="ru-RU"/>
        </w:rPr>
        <w:t>оқыту қазақ тілінде жүргі</w:t>
      </w:r>
      <w:r w:rsidR="00143F52">
        <w:rPr>
          <w:sz w:val="28"/>
          <w:szCs w:val="28"/>
          <w:lang w:eastAsia="ru-RU"/>
        </w:rPr>
        <w:t>зілетін</w:t>
      </w:r>
      <w:r w:rsidRPr="00E217E8">
        <w:rPr>
          <w:sz w:val="28"/>
          <w:szCs w:val="28"/>
          <w:lang w:eastAsia="ru-RU"/>
        </w:rPr>
        <w:t xml:space="preserve"> сыныптарда;</w:t>
      </w:r>
    </w:p>
    <w:p w14:paraId="62AE1376" w14:textId="77777777" w:rsidR="00E217E8" w:rsidRPr="00E217E8" w:rsidRDefault="00E217E8" w:rsidP="00143F52">
      <w:pPr>
        <w:pStyle w:val="TableParagraph"/>
        <w:jc w:val="both"/>
        <w:rPr>
          <w:sz w:val="28"/>
          <w:szCs w:val="28"/>
          <w:lang w:eastAsia="ru-RU"/>
        </w:rPr>
      </w:pPr>
      <w:r w:rsidRPr="00E217E8">
        <w:rPr>
          <w:sz w:val="28"/>
          <w:szCs w:val="28"/>
          <w:lang w:eastAsia="ru-RU"/>
        </w:rPr>
        <w:t>Шетел тілі;</w:t>
      </w:r>
    </w:p>
    <w:p w14:paraId="4B2D8C8E" w14:textId="77777777" w:rsidR="00E217E8" w:rsidRPr="00E217E8" w:rsidRDefault="00E217E8" w:rsidP="00143F52">
      <w:pPr>
        <w:pStyle w:val="TableParagraph"/>
        <w:jc w:val="both"/>
        <w:rPr>
          <w:sz w:val="28"/>
          <w:szCs w:val="28"/>
          <w:lang w:eastAsia="ru-RU"/>
        </w:rPr>
      </w:pPr>
      <w:r w:rsidRPr="00E217E8">
        <w:rPr>
          <w:sz w:val="28"/>
          <w:szCs w:val="28"/>
          <w:lang w:eastAsia="ru-RU"/>
        </w:rPr>
        <w:t>Көркем еңбек;</w:t>
      </w:r>
    </w:p>
    <w:p w14:paraId="2D75F2A3" w14:textId="77777777" w:rsidR="00E217E8" w:rsidRPr="00E217E8" w:rsidRDefault="00E217E8" w:rsidP="00143F52">
      <w:pPr>
        <w:pStyle w:val="TableParagraph"/>
        <w:jc w:val="both"/>
        <w:rPr>
          <w:sz w:val="28"/>
          <w:szCs w:val="28"/>
          <w:lang w:eastAsia="ru-RU"/>
        </w:rPr>
      </w:pPr>
      <w:r w:rsidRPr="00E217E8">
        <w:rPr>
          <w:sz w:val="28"/>
          <w:szCs w:val="28"/>
          <w:lang w:eastAsia="ru-RU"/>
        </w:rPr>
        <w:t>Информатика;</w:t>
      </w:r>
    </w:p>
    <w:p w14:paraId="20EA22E5" w14:textId="77777777" w:rsidR="00E217E8" w:rsidRPr="00E217E8" w:rsidRDefault="00E217E8" w:rsidP="00143F52">
      <w:pPr>
        <w:pStyle w:val="TableParagraph"/>
        <w:jc w:val="both"/>
        <w:rPr>
          <w:sz w:val="28"/>
          <w:szCs w:val="28"/>
          <w:lang w:eastAsia="ru-RU"/>
        </w:rPr>
      </w:pPr>
      <w:r w:rsidRPr="00E217E8">
        <w:rPr>
          <w:sz w:val="28"/>
          <w:szCs w:val="28"/>
          <w:lang w:eastAsia="ru-RU"/>
        </w:rPr>
        <w:t>Цифрлық сауаттылық (1-сыныптан басқа).</w:t>
      </w:r>
    </w:p>
    <w:p w14:paraId="29B8BBFC" w14:textId="4D715531" w:rsidR="00E217E8" w:rsidRPr="00E217E8" w:rsidRDefault="00E217E8" w:rsidP="00143F52">
      <w:pPr>
        <w:pStyle w:val="TableParagraph"/>
        <w:jc w:val="both"/>
        <w:rPr>
          <w:sz w:val="28"/>
          <w:szCs w:val="28"/>
        </w:rPr>
      </w:pPr>
    </w:p>
    <w:p w14:paraId="4F12CC0E" w14:textId="05F2BD75" w:rsidR="00143F52" w:rsidRPr="00143F52" w:rsidRDefault="00143F52" w:rsidP="00143F52">
      <w:pPr>
        <w:pStyle w:val="31"/>
        <w:rPr>
          <w:rFonts w:ascii="Times New Roman" w:eastAsia="Times New Roman" w:hAnsi="Times New Roman" w:cs="Times New Roman"/>
          <w:b/>
          <w:bCs/>
          <w:color w:val="auto"/>
          <w:sz w:val="28"/>
          <w:szCs w:val="28"/>
          <w:lang w:eastAsia="ru-RU"/>
        </w:rPr>
      </w:pPr>
      <w:r w:rsidRPr="00143F52">
        <w:rPr>
          <w:rFonts w:ascii="Times New Roman" w:hAnsi="Times New Roman" w:cs="Times New Roman"/>
          <w:b/>
          <w:sz w:val="28"/>
          <w:szCs w:val="28"/>
          <w:lang w:val="kk-KZ"/>
        </w:rPr>
        <w:t xml:space="preserve">12. </w:t>
      </w:r>
      <w:r w:rsidRPr="00143F52">
        <w:rPr>
          <w:rFonts w:ascii="Times New Roman" w:eastAsia="Times New Roman" w:hAnsi="Times New Roman" w:cs="Times New Roman"/>
          <w:b/>
          <w:bCs/>
          <w:color w:val="auto"/>
          <w:sz w:val="28"/>
          <w:szCs w:val="28"/>
          <w:lang w:val="kk-KZ" w:eastAsia="ru-RU"/>
        </w:rPr>
        <w:t>Б</w:t>
      </w:r>
      <w:r w:rsidRPr="00143F52">
        <w:rPr>
          <w:rFonts w:ascii="Times New Roman" w:eastAsia="Times New Roman" w:hAnsi="Times New Roman" w:cs="Times New Roman"/>
          <w:b/>
          <w:bCs/>
          <w:color w:val="auto"/>
          <w:sz w:val="28"/>
          <w:szCs w:val="28"/>
          <w:lang w:eastAsia="ru-RU"/>
        </w:rPr>
        <w:t>ілім беру бағдарламаларын меңгеру мерзіміне қойылатын талаптардың сақталуы</w:t>
      </w:r>
    </w:p>
    <w:p w14:paraId="6C98C142" w14:textId="77777777" w:rsidR="003D087B" w:rsidRPr="00E8435A" w:rsidRDefault="00143F52" w:rsidP="00143F52">
      <w:pPr>
        <w:pStyle w:val="TableParagraph"/>
        <w:jc w:val="both"/>
        <w:rPr>
          <w:sz w:val="28"/>
          <w:szCs w:val="28"/>
          <w:lang w:val="kk-KZ" w:eastAsia="ru-RU"/>
        </w:rPr>
      </w:pPr>
      <w:r>
        <w:rPr>
          <w:sz w:val="28"/>
          <w:szCs w:val="28"/>
          <w:lang w:val="kk-KZ" w:eastAsia="ru-RU"/>
        </w:rPr>
        <w:t xml:space="preserve">       </w:t>
      </w:r>
      <w:r w:rsidRPr="00E8435A">
        <w:rPr>
          <w:sz w:val="28"/>
          <w:szCs w:val="28"/>
          <w:lang w:val="kk-KZ" w:eastAsia="ru-RU"/>
        </w:rPr>
        <w:t>Мектепте Қазақстан Республикасының мемлекеттік жалпыға міндетті білім беру стандарттарына (МЖМБС) сәйкес білім берудің тиісті деңгейлеріндегі жалпы білім беретін оқу бағдарламаларын меңгеру мерзімдеріне қойылатын талаптар сақталады.</w:t>
      </w:r>
    </w:p>
    <w:p w14:paraId="04DA80B4" w14:textId="7257773E" w:rsidR="00143F52" w:rsidRPr="00E8435A" w:rsidRDefault="003D087B" w:rsidP="00143F52">
      <w:pPr>
        <w:pStyle w:val="TableParagraph"/>
        <w:jc w:val="both"/>
        <w:rPr>
          <w:sz w:val="28"/>
          <w:szCs w:val="28"/>
          <w:lang w:val="kk-KZ" w:eastAsia="ru-RU"/>
        </w:rPr>
      </w:pPr>
      <w:r>
        <w:rPr>
          <w:sz w:val="28"/>
          <w:szCs w:val="28"/>
          <w:lang w:val="kk-KZ" w:eastAsia="ru-RU"/>
        </w:rPr>
        <w:t xml:space="preserve">       </w:t>
      </w:r>
      <w:r w:rsidR="00143F52" w:rsidRPr="00E8435A">
        <w:rPr>
          <w:sz w:val="28"/>
          <w:szCs w:val="28"/>
          <w:lang w:val="kk-KZ" w:eastAsia="ru-RU"/>
        </w:rPr>
        <w:t>2024–202</w:t>
      </w:r>
      <w:r w:rsidR="00143F52">
        <w:rPr>
          <w:sz w:val="28"/>
          <w:szCs w:val="28"/>
          <w:lang w:val="kk-KZ" w:eastAsia="ru-RU"/>
        </w:rPr>
        <w:t>5</w:t>
      </w:r>
      <w:r w:rsidR="00143F52" w:rsidRPr="00E8435A">
        <w:rPr>
          <w:sz w:val="28"/>
          <w:szCs w:val="28"/>
          <w:lang w:val="kk-KZ" w:eastAsia="ru-RU"/>
        </w:rPr>
        <w:t>, 2025–2026 және 2026–2027 оқу жылдарында мектепте білім беру процесі бекітілген жұмыс оқу жоспарларына, үлгілік оқу бағдарламаларына және күнтізбелік-тақырыптық жоспарларға сәйкес ұйымдастырылды.</w:t>
      </w:r>
    </w:p>
    <w:p w14:paraId="4D883ED9" w14:textId="25CF874E" w:rsidR="00143F52" w:rsidRPr="00E8435A" w:rsidRDefault="003D087B" w:rsidP="00143F52">
      <w:pPr>
        <w:pStyle w:val="TableParagraph"/>
        <w:jc w:val="both"/>
        <w:rPr>
          <w:sz w:val="28"/>
          <w:szCs w:val="28"/>
          <w:lang w:val="kk-KZ" w:eastAsia="ru-RU"/>
        </w:rPr>
      </w:pPr>
      <w:r>
        <w:rPr>
          <w:sz w:val="28"/>
          <w:szCs w:val="28"/>
          <w:lang w:val="kk-KZ" w:eastAsia="ru-RU"/>
        </w:rPr>
        <w:t xml:space="preserve">       </w:t>
      </w:r>
      <w:r w:rsidR="00143F52" w:rsidRPr="00E8435A">
        <w:rPr>
          <w:sz w:val="28"/>
          <w:szCs w:val="28"/>
          <w:lang w:val="kk-KZ" w:eastAsia="ru-RU"/>
        </w:rPr>
        <w:t>Оқу пәндері бойынша мемлекеттік білім беру бағдарламаларының теориялық және практикалық бөлімдері оқу жоспарында қарастырылған сағат көлеміне сәйкес толық орындалды.</w:t>
      </w:r>
    </w:p>
    <w:p w14:paraId="7EDFF347" w14:textId="776BDFB3" w:rsidR="00143F52" w:rsidRPr="00E8435A" w:rsidRDefault="003D087B" w:rsidP="00143F52">
      <w:pPr>
        <w:pStyle w:val="TableParagraph"/>
        <w:jc w:val="both"/>
        <w:rPr>
          <w:sz w:val="28"/>
          <w:szCs w:val="28"/>
          <w:lang w:val="kk-KZ" w:eastAsia="ru-RU"/>
        </w:rPr>
      </w:pPr>
      <w:r>
        <w:rPr>
          <w:sz w:val="28"/>
          <w:szCs w:val="28"/>
          <w:lang w:val="kk-KZ" w:eastAsia="ru-RU"/>
        </w:rPr>
        <w:t xml:space="preserve">        </w:t>
      </w:r>
      <w:r w:rsidR="00143F52" w:rsidRPr="00E8435A">
        <w:rPr>
          <w:sz w:val="28"/>
          <w:szCs w:val="28"/>
          <w:lang w:val="kk-KZ" w:eastAsia="ru-RU"/>
        </w:rPr>
        <w:t>Мектеп әкімшілігі тарапынан оқу бағдарламаларының орындалуына, күнтізбелік-тақырыптық жоспарлардың сақталуына және электрондық журналдардың уақытылы толтырылуына жүйелі бақылау жүргізілді.</w:t>
      </w:r>
    </w:p>
    <w:p w14:paraId="7084F2EF" w14:textId="77777777" w:rsidR="00143F52" w:rsidRPr="00E8435A" w:rsidRDefault="00143F52" w:rsidP="00143F52">
      <w:pPr>
        <w:pStyle w:val="TableParagraph"/>
        <w:jc w:val="both"/>
        <w:rPr>
          <w:sz w:val="28"/>
          <w:szCs w:val="28"/>
          <w:lang w:val="kk-KZ" w:eastAsia="ru-RU"/>
        </w:rPr>
      </w:pPr>
      <w:r w:rsidRPr="00E8435A">
        <w:rPr>
          <w:sz w:val="28"/>
          <w:szCs w:val="28"/>
          <w:lang w:val="kk-KZ" w:eastAsia="ru-RU"/>
        </w:rPr>
        <w:t>Барлық оқу пәндері бойынша оқу бағдарламаларының орындалу көрсеткіші 100%-ды құрады.</w:t>
      </w:r>
    </w:p>
    <w:p w14:paraId="1036EC8F" w14:textId="775FCFD5" w:rsidR="00143F52" w:rsidRPr="00E8435A" w:rsidRDefault="00143F52" w:rsidP="00143F52">
      <w:pPr>
        <w:pStyle w:val="TableParagraph"/>
        <w:rPr>
          <w:b/>
          <w:sz w:val="28"/>
          <w:szCs w:val="28"/>
          <w:lang w:val="kk-KZ"/>
        </w:rPr>
      </w:pPr>
    </w:p>
    <w:p w14:paraId="45A891B3" w14:textId="415FA5CC" w:rsidR="00143F52" w:rsidRPr="00E8435A" w:rsidRDefault="00143F52" w:rsidP="00143F52">
      <w:pPr>
        <w:pStyle w:val="TableParagraph"/>
        <w:rPr>
          <w:b/>
          <w:sz w:val="28"/>
          <w:szCs w:val="28"/>
          <w:lang w:val="kk-KZ" w:eastAsia="ru-RU"/>
        </w:rPr>
      </w:pPr>
      <w:r w:rsidRPr="00143F52">
        <w:rPr>
          <w:b/>
          <w:sz w:val="28"/>
          <w:szCs w:val="28"/>
          <w:lang w:val="kk-KZ"/>
        </w:rPr>
        <w:t xml:space="preserve">13. </w:t>
      </w:r>
      <w:r w:rsidRPr="00E8435A">
        <w:rPr>
          <w:b/>
          <w:sz w:val="28"/>
          <w:szCs w:val="28"/>
          <w:lang w:val="kk-KZ" w:eastAsia="ru-RU"/>
        </w:rPr>
        <w:t xml:space="preserve"> </w:t>
      </w:r>
      <w:r w:rsidR="003D087B">
        <w:rPr>
          <w:b/>
          <w:sz w:val="28"/>
          <w:szCs w:val="28"/>
          <w:lang w:val="kk-KZ" w:eastAsia="ru-RU"/>
        </w:rPr>
        <w:t xml:space="preserve">МЖМБС-ға сәйкес оқу жылының ұзақтығына және </w:t>
      </w:r>
      <w:r w:rsidR="003D087B" w:rsidRPr="00E8435A">
        <w:rPr>
          <w:b/>
          <w:sz w:val="28"/>
          <w:szCs w:val="28"/>
          <w:lang w:val="kk-KZ" w:eastAsia="ru-RU"/>
        </w:rPr>
        <w:t xml:space="preserve">каникул уақытына </w:t>
      </w:r>
      <w:r w:rsidRPr="00E8435A">
        <w:rPr>
          <w:b/>
          <w:sz w:val="28"/>
          <w:szCs w:val="28"/>
          <w:lang w:val="kk-KZ" w:eastAsia="ru-RU"/>
        </w:rPr>
        <w:t>қойылатын талаптардың сақталуы</w:t>
      </w:r>
    </w:p>
    <w:p w14:paraId="6EEA5D3C" w14:textId="25C6A9C5" w:rsidR="00143F52" w:rsidRPr="00E8435A" w:rsidRDefault="003D087B" w:rsidP="00143F52">
      <w:pPr>
        <w:pStyle w:val="TableParagraph"/>
        <w:jc w:val="both"/>
        <w:rPr>
          <w:sz w:val="28"/>
          <w:szCs w:val="28"/>
          <w:lang w:val="kk-KZ" w:eastAsia="ru-RU"/>
        </w:rPr>
      </w:pPr>
      <w:r w:rsidRPr="00E8435A">
        <w:rPr>
          <w:sz w:val="28"/>
          <w:szCs w:val="28"/>
          <w:lang w:val="kk-KZ" w:eastAsia="ru-RU"/>
        </w:rPr>
        <w:t>2024–2025, 2025–2026 және 2026–2027</w:t>
      </w:r>
      <w:r w:rsidR="00143F52" w:rsidRPr="00E8435A">
        <w:rPr>
          <w:sz w:val="28"/>
          <w:szCs w:val="28"/>
          <w:lang w:val="kk-KZ" w:eastAsia="ru-RU"/>
        </w:rPr>
        <w:t xml:space="preserve"> оқу жылдарында мектепте оқу процесі Қазақстан Республикасының мемлекеттік жалпыға міндетті білім беру </w:t>
      </w:r>
      <w:r w:rsidR="00143F52" w:rsidRPr="00E8435A">
        <w:rPr>
          <w:sz w:val="28"/>
          <w:szCs w:val="28"/>
          <w:lang w:val="kk-KZ" w:eastAsia="ru-RU"/>
        </w:rPr>
        <w:lastRenderedPageBreak/>
        <w:t>стандарттарына, үлгілік оқу жоспарларына және оқу жылының басталу, аяқталу мерзімдері мен каникул кезеңдерін айқындайтын нормативтік-құқықтық актілерге сәйкес ұйымдастырылды.</w:t>
      </w:r>
    </w:p>
    <w:p w14:paraId="3007C580" w14:textId="77777777" w:rsidR="00143F52" w:rsidRPr="00E8435A" w:rsidRDefault="00143F52" w:rsidP="00143F52">
      <w:pPr>
        <w:pStyle w:val="TableParagraph"/>
        <w:jc w:val="both"/>
        <w:rPr>
          <w:sz w:val="28"/>
          <w:szCs w:val="28"/>
          <w:lang w:val="kk-KZ" w:eastAsia="ru-RU"/>
        </w:rPr>
      </w:pPr>
      <w:r w:rsidRPr="00E8435A">
        <w:rPr>
          <w:sz w:val="28"/>
          <w:szCs w:val="28"/>
          <w:lang w:val="kk-KZ" w:eastAsia="ru-RU"/>
        </w:rPr>
        <w:t>Аталған оқу жылдарында оқу жылының ұзақтығы:</w:t>
      </w:r>
    </w:p>
    <w:p w14:paraId="35309F56" w14:textId="77777777" w:rsidR="00143F52" w:rsidRPr="00E8435A" w:rsidRDefault="00143F52" w:rsidP="00143F52">
      <w:pPr>
        <w:pStyle w:val="TableParagraph"/>
        <w:jc w:val="both"/>
        <w:rPr>
          <w:sz w:val="28"/>
          <w:szCs w:val="28"/>
          <w:lang w:val="kk-KZ" w:eastAsia="ru-RU"/>
        </w:rPr>
      </w:pPr>
      <w:r w:rsidRPr="00E8435A">
        <w:rPr>
          <w:sz w:val="28"/>
          <w:szCs w:val="28"/>
          <w:lang w:val="kk-KZ" w:eastAsia="ru-RU"/>
        </w:rPr>
        <w:t>1-сыныптарда – 33 оқу аптасын;</w:t>
      </w:r>
    </w:p>
    <w:p w14:paraId="255D65EF" w14:textId="77777777" w:rsidR="00143F52" w:rsidRPr="00E8435A" w:rsidRDefault="00143F52" w:rsidP="00143F52">
      <w:pPr>
        <w:pStyle w:val="TableParagraph"/>
        <w:jc w:val="both"/>
        <w:rPr>
          <w:sz w:val="28"/>
          <w:szCs w:val="28"/>
          <w:lang w:val="kk-KZ" w:eastAsia="ru-RU"/>
        </w:rPr>
      </w:pPr>
      <w:r w:rsidRPr="00E8435A">
        <w:rPr>
          <w:sz w:val="28"/>
          <w:szCs w:val="28"/>
          <w:lang w:val="kk-KZ" w:eastAsia="ru-RU"/>
        </w:rPr>
        <w:t>2–11-сыныптарда – 34 оқу аптасын құрады.</w:t>
      </w:r>
    </w:p>
    <w:p w14:paraId="567A4285" w14:textId="77777777" w:rsidR="00143F52" w:rsidRPr="00E8435A" w:rsidRDefault="00143F52" w:rsidP="00143F52">
      <w:pPr>
        <w:pStyle w:val="TableParagraph"/>
        <w:jc w:val="both"/>
        <w:rPr>
          <w:sz w:val="28"/>
          <w:szCs w:val="28"/>
          <w:lang w:val="kk-KZ" w:eastAsia="ru-RU"/>
        </w:rPr>
      </w:pPr>
      <w:r w:rsidRPr="00E8435A">
        <w:rPr>
          <w:sz w:val="28"/>
          <w:szCs w:val="28"/>
          <w:lang w:val="kk-KZ" w:eastAsia="ru-RU"/>
        </w:rPr>
        <w:t>Оқу жылы ішінде білім алушыларға күзгі, қысқы және көктемгі каникулдар ұйымдастырылды. Сонымен қатар 1-сынып білім алушылары үшін үшінші тоқсанда ұзақтығы 7 күн болатын қосымша каникул берілді.</w:t>
      </w:r>
    </w:p>
    <w:p w14:paraId="2B56CD3F" w14:textId="00238A44" w:rsidR="00143F52" w:rsidRPr="00E8435A" w:rsidRDefault="004749A1" w:rsidP="00143F52">
      <w:pPr>
        <w:pStyle w:val="TableParagraph"/>
        <w:jc w:val="both"/>
        <w:rPr>
          <w:sz w:val="28"/>
          <w:szCs w:val="28"/>
          <w:lang w:val="kk-KZ" w:eastAsia="ru-RU"/>
        </w:rPr>
      </w:pPr>
      <w:r w:rsidRPr="00E8435A">
        <w:rPr>
          <w:sz w:val="28"/>
          <w:szCs w:val="28"/>
          <w:lang w:val="kk-KZ" w:eastAsia="ru-RU"/>
        </w:rPr>
        <w:t>2024–2025, 2025–2026 және 2026–2027</w:t>
      </w:r>
      <w:r w:rsidR="00143F52" w:rsidRPr="00E8435A">
        <w:rPr>
          <w:sz w:val="28"/>
          <w:szCs w:val="28"/>
          <w:lang w:val="kk-KZ" w:eastAsia="ru-RU"/>
        </w:rPr>
        <w:t xml:space="preserve"> оқу жылдарында оқу жылының басталу және аяқталу мерзімдерін, оқу кезеңдерінің ұзақтығын, сондай-ақ каникул уақыттарын белгілеу туралы мектеп директорының тиісті бұйрықтары шығарылды.</w:t>
      </w:r>
    </w:p>
    <w:p w14:paraId="3C0CB710" w14:textId="77777777" w:rsidR="00143F52" w:rsidRPr="00E8435A" w:rsidRDefault="00143F52" w:rsidP="00143F52">
      <w:pPr>
        <w:pStyle w:val="TableParagraph"/>
        <w:jc w:val="both"/>
        <w:rPr>
          <w:sz w:val="28"/>
          <w:szCs w:val="28"/>
          <w:lang w:val="kk-KZ" w:eastAsia="ru-RU"/>
        </w:rPr>
      </w:pPr>
      <w:r w:rsidRPr="00E8435A">
        <w:rPr>
          <w:sz w:val="28"/>
          <w:szCs w:val="28"/>
          <w:lang w:val="kk-KZ" w:eastAsia="ru-RU"/>
        </w:rPr>
        <w:t>Мектеп әкімшілігі тарапынан оқу жылының ұзақтығының, оқу бағдарламаларының орындалуының және каникул мерзімдерінің сақталуына жүйелі бақылау жүргізілді.</w:t>
      </w:r>
    </w:p>
    <w:p w14:paraId="23B11EF1" w14:textId="33489926" w:rsidR="00DC5F5C" w:rsidRPr="00DC5F5C" w:rsidRDefault="00107A99" w:rsidP="00DC5F5C">
      <w:pPr>
        <w:pStyle w:val="TableParagraph"/>
        <w:jc w:val="both"/>
        <w:rPr>
          <w:b/>
          <w:sz w:val="32"/>
          <w:szCs w:val="32"/>
          <w:lang w:val="kk-KZ"/>
        </w:rPr>
      </w:pPr>
      <w:r w:rsidRPr="00DC5F5C">
        <w:rPr>
          <w:b/>
          <w:sz w:val="32"/>
          <w:szCs w:val="32"/>
          <w:lang w:val="kk-KZ"/>
        </w:rPr>
        <w:t xml:space="preserve">14. </w:t>
      </w:r>
      <w:r w:rsidR="00DC5F5C" w:rsidRPr="00DC5F5C">
        <w:rPr>
          <w:b/>
          <w:bCs/>
          <w:sz w:val="32"/>
          <w:szCs w:val="32"/>
          <w:lang w:val="kk-KZ" w:eastAsia="ru-RU"/>
        </w:rPr>
        <w:t>Қашықтан оқыту бойынша оқу процесін ұйымдастыру қағидаларының талаптарына сәйкестігі және МЖМБС-ға сәйкес білім беру бағдарламаларының орындалуын қамтамасыз ету</w:t>
      </w:r>
    </w:p>
    <w:p w14:paraId="5CFCCBEC" w14:textId="41A3EC10" w:rsidR="00DC5F5C" w:rsidRPr="00DC5F5C" w:rsidRDefault="00DC5F5C" w:rsidP="00DC5F5C">
      <w:pPr>
        <w:jc w:val="both"/>
        <w:rPr>
          <w:sz w:val="28"/>
          <w:szCs w:val="28"/>
          <w:lang w:val="kk-KZ" w:eastAsia="ru-RU"/>
        </w:rPr>
      </w:pPr>
      <w:r>
        <w:rPr>
          <w:sz w:val="28"/>
          <w:szCs w:val="28"/>
          <w:lang w:val="kk-KZ" w:eastAsia="ru-RU"/>
        </w:rPr>
        <w:t xml:space="preserve">       </w:t>
      </w:r>
      <w:r w:rsidRPr="00DC5F5C">
        <w:rPr>
          <w:sz w:val="28"/>
          <w:szCs w:val="28"/>
          <w:lang w:val="kk-KZ" w:eastAsia="ru-RU"/>
        </w:rPr>
        <w:t>«№14 мектеп-гимназиясы» коммуналдық мемлекеттік мекемесінде қашықтан оқыту бойынша оқу процесін ұйымдастыру Қазақстан Республикасы Оқу-ағарту министрінің 2023 жылғы 27 қарашадағы №349 бұйрығымен (Нормативтік құқықтық актілерді мемлекеттік тіркеу тізілімінде №33682 болып тіркелген) бекітілген қағидаларға сәйкес жүзеге асырылады.</w:t>
      </w:r>
    </w:p>
    <w:p w14:paraId="6927F928" w14:textId="34153B4C" w:rsidR="00DC5F5C" w:rsidRPr="00DC5F5C" w:rsidRDefault="00DC5F5C" w:rsidP="00DC5F5C">
      <w:pPr>
        <w:jc w:val="both"/>
        <w:rPr>
          <w:sz w:val="28"/>
          <w:szCs w:val="28"/>
          <w:lang w:val="kk-KZ" w:eastAsia="ru-RU"/>
        </w:rPr>
      </w:pPr>
      <w:r>
        <w:rPr>
          <w:sz w:val="28"/>
          <w:szCs w:val="28"/>
          <w:lang w:val="kk-KZ" w:eastAsia="ru-RU"/>
        </w:rPr>
        <w:t xml:space="preserve">      </w:t>
      </w:r>
      <w:r w:rsidRPr="00DC5F5C">
        <w:rPr>
          <w:sz w:val="28"/>
          <w:szCs w:val="28"/>
          <w:lang w:val="kk-KZ" w:eastAsia="ru-RU"/>
        </w:rPr>
        <w:t>Білім беру ұйымында қолайсыз ауа райы жағдайларында, төтенше жағдайлар жарияланған, шектеу іс-шаралары, оның ішінде карантин енгізілген кезде оқу процесінің үздіксіздігін қамтамасыз ету мақсатында қашықтан оқыту ұйымдастырылады.</w:t>
      </w:r>
    </w:p>
    <w:p w14:paraId="3D8E6293" w14:textId="7E13E6CB" w:rsidR="00DC5F5C" w:rsidRPr="00FD4D57" w:rsidRDefault="00DC5F5C" w:rsidP="00DC5F5C">
      <w:pPr>
        <w:jc w:val="both"/>
        <w:rPr>
          <w:sz w:val="28"/>
          <w:szCs w:val="28"/>
          <w:lang w:val="kk-KZ" w:eastAsia="ru-RU"/>
        </w:rPr>
      </w:pPr>
      <w:r>
        <w:rPr>
          <w:sz w:val="28"/>
          <w:szCs w:val="28"/>
          <w:lang w:val="kk-KZ" w:eastAsia="ru-RU"/>
        </w:rPr>
        <w:t xml:space="preserve">       </w:t>
      </w:r>
      <w:r w:rsidRPr="00FD4D57">
        <w:rPr>
          <w:sz w:val="28"/>
          <w:szCs w:val="28"/>
          <w:lang w:val="kk-KZ" w:eastAsia="ru-RU"/>
        </w:rPr>
        <w:t>Қашықтан оқыту барысында:</w:t>
      </w:r>
    </w:p>
    <w:p w14:paraId="1A688296" w14:textId="77777777" w:rsidR="00DC5F5C" w:rsidRPr="00FD4D57" w:rsidRDefault="00DC5F5C" w:rsidP="00DC5F5C">
      <w:pPr>
        <w:jc w:val="both"/>
        <w:rPr>
          <w:sz w:val="28"/>
          <w:szCs w:val="28"/>
          <w:lang w:val="kk-KZ" w:eastAsia="ru-RU"/>
        </w:rPr>
      </w:pPr>
      <w:r w:rsidRPr="00FD4D57">
        <w:rPr>
          <w:sz w:val="28"/>
          <w:szCs w:val="28"/>
          <w:lang w:val="kk-KZ" w:eastAsia="ru-RU"/>
        </w:rPr>
        <w:t>Оқу процесі бекітілген оқу жоспары мен сабақ кестесіне сәйкес ұйымдастырылады;</w:t>
      </w:r>
    </w:p>
    <w:p w14:paraId="36667E86" w14:textId="77777777" w:rsidR="00DC5F5C" w:rsidRPr="00FD4D57" w:rsidRDefault="00DC5F5C" w:rsidP="00DC5F5C">
      <w:pPr>
        <w:jc w:val="both"/>
        <w:rPr>
          <w:sz w:val="28"/>
          <w:szCs w:val="28"/>
          <w:lang w:val="kk-KZ" w:eastAsia="ru-RU"/>
        </w:rPr>
      </w:pPr>
      <w:r w:rsidRPr="00FD4D57">
        <w:rPr>
          <w:sz w:val="28"/>
          <w:szCs w:val="28"/>
          <w:lang w:val="kk-KZ" w:eastAsia="ru-RU"/>
        </w:rPr>
        <w:t>Білім алушылардың оқу бағдарламаларын меңгеруі және сабақтарға қатысуы қадағаланады;</w:t>
      </w:r>
    </w:p>
    <w:p w14:paraId="15109FD7" w14:textId="77777777" w:rsidR="00DC5F5C" w:rsidRPr="00FD4D57" w:rsidRDefault="00DC5F5C" w:rsidP="00DC5F5C">
      <w:pPr>
        <w:jc w:val="both"/>
        <w:rPr>
          <w:sz w:val="28"/>
          <w:szCs w:val="28"/>
          <w:lang w:val="kk-KZ" w:eastAsia="ru-RU"/>
        </w:rPr>
      </w:pPr>
      <w:r w:rsidRPr="00FD4D57">
        <w:rPr>
          <w:sz w:val="28"/>
          <w:szCs w:val="28"/>
          <w:lang w:val="kk-KZ" w:eastAsia="ru-RU"/>
        </w:rPr>
        <w:t>Педагогтер электрондық білім беру ресурстарын, цифрлық платформаларды және электрондық журналды пайдаланады;</w:t>
      </w:r>
    </w:p>
    <w:p w14:paraId="39D0C7AF" w14:textId="77777777" w:rsidR="00DC5F5C" w:rsidRPr="00FD4D57" w:rsidRDefault="00DC5F5C" w:rsidP="00DC5F5C">
      <w:pPr>
        <w:jc w:val="both"/>
        <w:rPr>
          <w:sz w:val="28"/>
          <w:szCs w:val="28"/>
          <w:lang w:val="kk-KZ" w:eastAsia="ru-RU"/>
        </w:rPr>
      </w:pPr>
      <w:r w:rsidRPr="00FD4D57">
        <w:rPr>
          <w:sz w:val="28"/>
          <w:szCs w:val="28"/>
          <w:lang w:val="kk-KZ" w:eastAsia="ru-RU"/>
        </w:rPr>
        <w:t>Білім алушылардың оқу жетістіктерін қалыптастырушы және жиынтық бағалау талаптарына сәйкес бағалау қамтамасыз етіледі;</w:t>
      </w:r>
    </w:p>
    <w:p w14:paraId="1989507B" w14:textId="77777777" w:rsidR="00DC5F5C" w:rsidRPr="00FD4D57" w:rsidRDefault="00DC5F5C" w:rsidP="00DC5F5C">
      <w:pPr>
        <w:jc w:val="both"/>
        <w:rPr>
          <w:sz w:val="28"/>
          <w:szCs w:val="28"/>
          <w:lang w:val="kk-KZ" w:eastAsia="ru-RU"/>
        </w:rPr>
      </w:pPr>
      <w:r w:rsidRPr="00FD4D57">
        <w:rPr>
          <w:sz w:val="28"/>
          <w:szCs w:val="28"/>
          <w:lang w:val="kk-KZ" w:eastAsia="ru-RU"/>
        </w:rPr>
        <w:t>Сынып жетекшілері мен пән мұғалімдері білім алушылармен және ата-аналармен тұрақты байланыс орнатады;</w:t>
      </w:r>
    </w:p>
    <w:p w14:paraId="43E1323C" w14:textId="77777777" w:rsidR="00DC5F5C" w:rsidRPr="00FD4D57" w:rsidRDefault="00DC5F5C" w:rsidP="00DC5F5C">
      <w:pPr>
        <w:jc w:val="both"/>
        <w:rPr>
          <w:sz w:val="28"/>
          <w:szCs w:val="28"/>
          <w:lang w:val="kk-KZ" w:eastAsia="ru-RU"/>
        </w:rPr>
      </w:pPr>
      <w:r w:rsidRPr="00FD4D57">
        <w:rPr>
          <w:sz w:val="28"/>
          <w:szCs w:val="28"/>
          <w:lang w:val="kk-KZ" w:eastAsia="ru-RU"/>
        </w:rPr>
        <w:t>Оқу бағдарламаларының орындалуына мектеп әкімшілігі тарапынан бақылау жүргізіледі.</w:t>
      </w:r>
    </w:p>
    <w:p w14:paraId="4D9CB6D6" w14:textId="775EB3DD" w:rsidR="00DC5F5C" w:rsidRPr="00FD4D57" w:rsidRDefault="00DC5F5C" w:rsidP="00DC5F5C">
      <w:pPr>
        <w:jc w:val="both"/>
        <w:rPr>
          <w:sz w:val="28"/>
          <w:szCs w:val="28"/>
          <w:lang w:val="kk-KZ" w:eastAsia="ru-RU"/>
        </w:rPr>
      </w:pPr>
      <w:r w:rsidRPr="00FD4D57">
        <w:rPr>
          <w:sz w:val="28"/>
          <w:szCs w:val="28"/>
          <w:lang w:val="kk-KZ" w:eastAsia="ru-RU"/>
        </w:rPr>
        <w:t>Қашықтан оқыту кезінде білім алушылардың жас ерекшеліктері, жеке мүмкіндіктері және білім беру қажеттіліктері ескеріледі.</w:t>
      </w:r>
    </w:p>
    <w:p w14:paraId="4F17D610" w14:textId="45A10C03" w:rsidR="00107A99" w:rsidRDefault="00DC5F5C" w:rsidP="00143F52">
      <w:pPr>
        <w:pStyle w:val="TableParagraph"/>
        <w:jc w:val="both"/>
        <w:rPr>
          <w:sz w:val="28"/>
          <w:szCs w:val="28"/>
          <w:lang w:val="kk-KZ" w:eastAsia="ru-RU"/>
        </w:rPr>
      </w:pPr>
      <w:r>
        <w:rPr>
          <w:sz w:val="28"/>
          <w:szCs w:val="28"/>
          <w:lang w:val="kk-KZ" w:eastAsia="ru-RU"/>
        </w:rPr>
        <w:t xml:space="preserve">       </w:t>
      </w:r>
      <w:r w:rsidR="00107A99">
        <w:rPr>
          <w:sz w:val="28"/>
          <w:szCs w:val="28"/>
          <w:lang w:val="kk-KZ" w:eastAsia="ru-RU"/>
        </w:rPr>
        <w:t xml:space="preserve">2026 жылы 09 қазаннан бастап </w:t>
      </w:r>
      <w:r w:rsidR="00107A99" w:rsidRPr="00107A99">
        <w:rPr>
          <w:sz w:val="28"/>
          <w:szCs w:val="28"/>
          <w:lang w:val="kk-KZ" w:eastAsia="ru-RU"/>
        </w:rPr>
        <w:t xml:space="preserve">10А сынып білім алушысы </w:t>
      </w:r>
      <w:r w:rsidR="00107A99" w:rsidRPr="00107A99">
        <w:rPr>
          <w:bCs/>
          <w:sz w:val="28"/>
          <w:szCs w:val="28"/>
          <w:lang w:val="kk-KZ" w:eastAsia="ru-RU"/>
        </w:rPr>
        <w:t>Искаков Жанарыс Даулетовичке</w:t>
      </w:r>
      <w:r w:rsidR="00107A99" w:rsidRPr="00107A99">
        <w:rPr>
          <w:b/>
          <w:bCs/>
          <w:sz w:val="28"/>
          <w:szCs w:val="28"/>
          <w:lang w:val="kk-KZ" w:eastAsia="ru-RU"/>
        </w:rPr>
        <w:t xml:space="preserve"> </w:t>
      </w:r>
      <w:r w:rsidR="00107A99" w:rsidRPr="00107A99">
        <w:rPr>
          <w:sz w:val="28"/>
          <w:szCs w:val="28"/>
          <w:lang w:val="kk-KZ" w:eastAsia="ru-RU"/>
        </w:rPr>
        <w:t>қатысты бұлтартпау шарасы ретінде үй қамақ қолданылуына және соттың «04</w:t>
      </w:r>
      <w:r w:rsidR="00107A99" w:rsidRPr="00107A99">
        <w:rPr>
          <w:b/>
          <w:bCs/>
          <w:i/>
          <w:iCs/>
          <w:sz w:val="28"/>
          <w:szCs w:val="28"/>
          <w:lang w:val="kk-KZ" w:eastAsia="ru-RU"/>
        </w:rPr>
        <w:t>» қазан 2026 жылғы №</w:t>
      </w:r>
      <w:r w:rsidR="00107A99" w:rsidRPr="00107A99">
        <w:rPr>
          <w:sz w:val="28"/>
          <w:szCs w:val="28"/>
          <w:lang w:val="kk-KZ" w:eastAsia="ru-RU"/>
        </w:rPr>
        <w:t xml:space="preserve">3595-26-002-3м/6778  қаулысына (шешіміне) сәйкес білім алушының оқу процесін қашықтан ұйымдастыру белгіленуіне байланысты, оның білім алу құқығын және білім беру бағдарламасын үздіксіз </w:t>
      </w:r>
      <w:r w:rsidR="00107A99" w:rsidRPr="00107A99">
        <w:rPr>
          <w:sz w:val="28"/>
          <w:szCs w:val="28"/>
          <w:lang w:val="kk-KZ" w:eastAsia="ru-RU"/>
        </w:rPr>
        <w:lastRenderedPageBreak/>
        <w:t>меңгеруін қамтамасыз ету мақсатында</w:t>
      </w:r>
      <w:r w:rsidR="008D437D">
        <w:rPr>
          <w:sz w:val="28"/>
          <w:szCs w:val="28"/>
          <w:lang w:val="kk-KZ" w:eastAsia="ru-RU"/>
        </w:rPr>
        <w:t xml:space="preserve"> бұйрық </w:t>
      </w:r>
      <w:r w:rsidR="00B3696F">
        <w:rPr>
          <w:sz w:val="28"/>
          <w:szCs w:val="28"/>
          <w:lang w:val="kk-KZ" w:eastAsia="ru-RU"/>
        </w:rPr>
        <w:t>№193 08 қазан 2026ж</w:t>
      </w:r>
      <w:r w:rsidR="008D437D">
        <w:rPr>
          <w:sz w:val="28"/>
          <w:szCs w:val="28"/>
          <w:lang w:val="kk-KZ" w:eastAsia="ru-RU"/>
        </w:rPr>
        <w:t xml:space="preserve"> шығарылып қашықтан оқытылып жатыр.</w:t>
      </w:r>
    </w:p>
    <w:p w14:paraId="34775398" w14:textId="77777777" w:rsidR="00B3696F" w:rsidRDefault="00B3696F" w:rsidP="00143F52">
      <w:pPr>
        <w:pStyle w:val="TableParagraph"/>
        <w:jc w:val="both"/>
        <w:rPr>
          <w:b/>
          <w:sz w:val="24"/>
          <w:szCs w:val="24"/>
          <w:lang w:val="kk-KZ" w:eastAsia="ru-RU"/>
        </w:rPr>
      </w:pPr>
    </w:p>
    <w:p w14:paraId="46B9F842" w14:textId="77777777" w:rsidR="008D437D" w:rsidRPr="00107A99" w:rsidRDefault="008D437D" w:rsidP="00143F52">
      <w:pPr>
        <w:pStyle w:val="TableParagraph"/>
        <w:jc w:val="both"/>
        <w:rPr>
          <w:b/>
          <w:sz w:val="28"/>
          <w:szCs w:val="28"/>
          <w:lang w:val="kk-KZ"/>
        </w:rPr>
      </w:pPr>
    </w:p>
    <w:p w14:paraId="68C51810" w14:textId="4C2AB9E3" w:rsidR="00E217E8" w:rsidRDefault="007B1EE4" w:rsidP="00DE4105">
      <w:pPr>
        <w:pStyle w:val="a8"/>
        <w:jc w:val="both"/>
        <w:rPr>
          <w:rFonts w:ascii="Times New Roman" w:hAnsi="Times New Roman" w:cs="Times New Roman"/>
          <w:b/>
          <w:sz w:val="32"/>
          <w:szCs w:val="32"/>
          <w:lang w:val="kk-KZ" w:eastAsia="ru-RU"/>
        </w:rPr>
      </w:pPr>
      <w:r w:rsidRPr="00414A67">
        <w:rPr>
          <w:rFonts w:ascii="Times New Roman" w:hAnsi="Times New Roman" w:cs="Times New Roman"/>
          <w:b/>
          <w:bCs/>
          <w:sz w:val="32"/>
          <w:szCs w:val="32"/>
          <w:lang w:val="kk-KZ" w:eastAsia="ru-RU"/>
        </w:rPr>
        <w:t>V</w:t>
      </w:r>
      <w:r w:rsidRPr="00414A67">
        <w:rPr>
          <w:rFonts w:ascii="Times New Roman" w:hAnsi="Times New Roman" w:cs="Times New Roman"/>
          <w:b/>
          <w:sz w:val="32"/>
          <w:szCs w:val="32"/>
          <w:lang w:val="kk-KZ" w:eastAsia="ru-RU"/>
        </w:rPr>
        <w:t xml:space="preserve"> Тәрбие жұмысы</w:t>
      </w:r>
    </w:p>
    <w:p w14:paraId="1E2A1EFF" w14:textId="77777777" w:rsidR="00A40AE7" w:rsidRPr="00414A67" w:rsidRDefault="00A40AE7" w:rsidP="00DE4105">
      <w:pPr>
        <w:pStyle w:val="a8"/>
        <w:jc w:val="both"/>
        <w:rPr>
          <w:rFonts w:ascii="Times New Roman" w:hAnsi="Times New Roman" w:cs="Times New Roman"/>
          <w:b/>
          <w:sz w:val="32"/>
          <w:szCs w:val="32"/>
          <w:lang w:val="kk-KZ" w:eastAsia="ru-RU"/>
        </w:rPr>
      </w:pPr>
    </w:p>
    <w:p w14:paraId="7CDAC4C2" w14:textId="77777777" w:rsidR="004616A2" w:rsidRPr="00414A67" w:rsidRDefault="004616A2" w:rsidP="004616A2">
      <w:pPr>
        <w:jc w:val="both"/>
        <w:rPr>
          <w:b/>
          <w:sz w:val="28"/>
          <w:szCs w:val="28"/>
          <w:lang w:val="kk-KZ"/>
        </w:rPr>
      </w:pPr>
      <w:r w:rsidRPr="00414A67">
        <w:rPr>
          <w:b/>
          <w:sz w:val="28"/>
          <w:szCs w:val="28"/>
          <w:lang w:val="kk-KZ"/>
        </w:rPr>
        <w:t>Білім алушылардың субъективті жаңа білімді меңгеруіне және танымдық міндеттерді шешуге, ұлттық салтдәстүрлерді, мәдениетті меңгеруге және жалпыадамзаттық құндылықтарды дарытуға бағытталған тәрбие жұмысын жүзеге асыру; білім алушылардың рухани-адамгершілік, азаматтық патриоттық, көркемдік-эстетикалық, еңбек және дене тәрбиесін қамтамасыз ететін сыныптан тыс жұмыстардың әртүрлі нысандарын ұйымдастыру</w:t>
      </w:r>
    </w:p>
    <w:p w14:paraId="6FBB49F9" w14:textId="77777777" w:rsidR="004616A2" w:rsidRPr="004616A2" w:rsidRDefault="004616A2" w:rsidP="004616A2">
      <w:pPr>
        <w:jc w:val="both"/>
        <w:rPr>
          <w:sz w:val="28"/>
          <w:szCs w:val="28"/>
          <w:lang w:val="kk-KZ"/>
        </w:rPr>
      </w:pPr>
      <w:r w:rsidRPr="004616A2">
        <w:rPr>
          <w:sz w:val="28"/>
          <w:szCs w:val="28"/>
          <w:lang w:val="kk-KZ"/>
        </w:rPr>
        <w:t xml:space="preserve">Мектептің тәрбие жұмысы оқу жылына арналған оқу-тәрбие жұмысының жоспарына сәйкес және Қазақстан Республикасының заңнамалық актілері мен білім берудің нормативтік құжаттары негізінде құрылған: </w:t>
      </w:r>
    </w:p>
    <w:p w14:paraId="7F11CD44" w14:textId="77777777" w:rsidR="004616A2" w:rsidRPr="004616A2" w:rsidRDefault="004616A2" w:rsidP="004616A2">
      <w:pPr>
        <w:jc w:val="both"/>
        <w:rPr>
          <w:sz w:val="28"/>
          <w:szCs w:val="28"/>
          <w:lang w:val="kk-KZ"/>
        </w:rPr>
      </w:pPr>
      <w:r w:rsidRPr="004616A2">
        <w:rPr>
          <w:sz w:val="28"/>
          <w:szCs w:val="28"/>
          <w:lang w:val="kk-KZ"/>
        </w:rPr>
        <w:t>Тиімді тәрбие іс-әрекетінің маңызды шарты мектептің тәрбие жұмысының жұмыс істеуі мен дамуының нормативтік-құқықтық базасының болуы болып табылады. Модернизация жағдайында мектептің қызметін реттейтін нормативтік-құқықтық құжаттарға мыналар жатады:</w:t>
      </w:r>
    </w:p>
    <w:p w14:paraId="68FC94A0" w14:textId="77777777" w:rsidR="004616A2" w:rsidRPr="004616A2" w:rsidRDefault="004616A2" w:rsidP="004616A2">
      <w:pPr>
        <w:jc w:val="both"/>
        <w:rPr>
          <w:sz w:val="28"/>
          <w:szCs w:val="28"/>
          <w:lang w:val="kk-KZ"/>
        </w:rPr>
      </w:pPr>
      <w:r w:rsidRPr="004616A2">
        <w:rPr>
          <w:sz w:val="28"/>
          <w:szCs w:val="28"/>
          <w:lang w:val="kk-KZ"/>
        </w:rPr>
        <w:t>1. Қазақстан Республикасының 2007 жылғы 27 шілдедегі № 319-III «Білім туралы» Заңы.</w:t>
      </w:r>
    </w:p>
    <w:p w14:paraId="3CDE9FC2" w14:textId="77777777" w:rsidR="004616A2" w:rsidRPr="004616A2" w:rsidRDefault="004616A2" w:rsidP="004616A2">
      <w:pPr>
        <w:jc w:val="both"/>
        <w:rPr>
          <w:sz w:val="28"/>
          <w:szCs w:val="28"/>
          <w:lang w:val="kk-KZ"/>
        </w:rPr>
      </w:pPr>
      <w:r w:rsidRPr="004616A2">
        <w:rPr>
          <w:sz w:val="28"/>
          <w:szCs w:val="28"/>
          <w:lang w:val="kk-KZ"/>
        </w:rPr>
        <w:t>2. Қазақстан Республикасының 2011 жылғы 26 желтоқсандағы № 518-IV «Неке (ерлі-зайыптылық) және отбасы туралы» Кодексі.</w:t>
      </w:r>
    </w:p>
    <w:p w14:paraId="43A3A2F4" w14:textId="77777777" w:rsidR="004616A2" w:rsidRPr="004616A2" w:rsidRDefault="004616A2" w:rsidP="004616A2">
      <w:pPr>
        <w:jc w:val="both"/>
        <w:rPr>
          <w:sz w:val="28"/>
          <w:szCs w:val="28"/>
          <w:lang w:val="kk-KZ"/>
        </w:rPr>
      </w:pPr>
      <w:r w:rsidRPr="004616A2">
        <w:rPr>
          <w:sz w:val="28"/>
          <w:szCs w:val="28"/>
          <w:lang w:val="kk-KZ"/>
        </w:rPr>
        <w:t>3. ҚР Үкіметінің «Қазақстан Республикасында мектепке дейінгі, орта, техникалық және кәсіптік білім беруді дамытудың 2023–2029 жылдарға арналған тұжырымдамасын бекіту туралы» № 249 Қаулысы.</w:t>
      </w:r>
    </w:p>
    <w:p w14:paraId="77AF3D6F" w14:textId="77777777" w:rsidR="004616A2" w:rsidRPr="004616A2" w:rsidRDefault="004616A2" w:rsidP="004616A2">
      <w:pPr>
        <w:jc w:val="both"/>
        <w:rPr>
          <w:sz w:val="28"/>
          <w:szCs w:val="28"/>
          <w:lang w:val="kk-KZ"/>
        </w:rPr>
      </w:pPr>
      <w:r w:rsidRPr="004616A2">
        <w:rPr>
          <w:sz w:val="28"/>
          <w:szCs w:val="28"/>
          <w:lang w:val="kk-KZ"/>
        </w:rPr>
        <w:t>4. Қазақстан Республикасының 2002 жылғы 8 тамыздағы № 345 «Қазақстан Республикасындағы баланың құқықтары туралы» Заңы.</w:t>
      </w:r>
    </w:p>
    <w:p w14:paraId="18D4C084" w14:textId="77777777" w:rsidR="004616A2" w:rsidRPr="004616A2" w:rsidRDefault="004616A2" w:rsidP="004616A2">
      <w:pPr>
        <w:jc w:val="both"/>
        <w:rPr>
          <w:sz w:val="28"/>
          <w:szCs w:val="28"/>
          <w:lang w:val="kk-KZ"/>
        </w:rPr>
      </w:pPr>
      <w:r w:rsidRPr="004616A2">
        <w:rPr>
          <w:sz w:val="28"/>
          <w:szCs w:val="28"/>
          <w:lang w:val="kk-KZ"/>
        </w:rPr>
        <w:t>5. ҚР Оқу-ағарту министрінің «Білім беру ұйымдарында «Адал азамат» біртұтас тәрбие бағдарламасын бекіту туралы» № 194 бұйрығы.</w:t>
      </w:r>
    </w:p>
    <w:p w14:paraId="34EA3EBA" w14:textId="77777777" w:rsidR="004616A2" w:rsidRPr="004616A2" w:rsidRDefault="004616A2" w:rsidP="004616A2">
      <w:pPr>
        <w:jc w:val="both"/>
        <w:rPr>
          <w:sz w:val="28"/>
          <w:szCs w:val="28"/>
          <w:lang w:val="kk-KZ"/>
        </w:rPr>
      </w:pPr>
      <w:r w:rsidRPr="004616A2">
        <w:rPr>
          <w:sz w:val="28"/>
          <w:szCs w:val="28"/>
          <w:lang w:val="kk-KZ"/>
        </w:rPr>
        <w:t>6. ҚР Оқу-ағарту министрінің «Баланы қорлаудың (буллингтің) профилактикасы қағидаларын бекіту туралы» № 506 бұйрығы.</w:t>
      </w:r>
    </w:p>
    <w:p w14:paraId="197536F2" w14:textId="77777777" w:rsidR="004616A2" w:rsidRPr="004616A2" w:rsidRDefault="004616A2" w:rsidP="004616A2">
      <w:pPr>
        <w:jc w:val="both"/>
        <w:rPr>
          <w:sz w:val="28"/>
          <w:szCs w:val="28"/>
          <w:lang w:val="kk-KZ"/>
        </w:rPr>
      </w:pPr>
      <w:r w:rsidRPr="004616A2">
        <w:rPr>
          <w:sz w:val="28"/>
          <w:szCs w:val="28"/>
          <w:lang w:val="kk-KZ"/>
        </w:rPr>
        <w:t>7. Қазақстан Республикасы Оқу-ағарту министрінің 2026 жылғы 29 мамырдағы № 144-НҚ бұйрығы. Қазақстан Республикасы Оқу-ағарту министрінің 2025 жылғы 29 сәуірдегі «Білім беру ұйымдарындағы психологиялық-педагогикалық сүйемелдеу қызметінің жұмыс істеу қағидаларын бекіту туралы» № 92 бұйрығына өзгертпе енгізу туралы.</w:t>
      </w:r>
    </w:p>
    <w:p w14:paraId="40C99F6E" w14:textId="77777777" w:rsidR="004616A2" w:rsidRPr="004616A2" w:rsidRDefault="004616A2" w:rsidP="004616A2">
      <w:pPr>
        <w:jc w:val="both"/>
        <w:rPr>
          <w:sz w:val="28"/>
          <w:szCs w:val="28"/>
          <w:lang w:val="kk-KZ"/>
        </w:rPr>
      </w:pPr>
      <w:r w:rsidRPr="004616A2">
        <w:rPr>
          <w:sz w:val="28"/>
          <w:szCs w:val="28"/>
          <w:lang w:val="kk-KZ"/>
        </w:rPr>
        <w:t>8. Қазақстан Республикасының 2025 жылғы 30 желтоқсандағы № 245-VIII ҚРЗ «Құқық бұзушылықтардың профилактикасы туралы» Заңы.</w:t>
      </w:r>
    </w:p>
    <w:p w14:paraId="11F61DAC" w14:textId="77777777" w:rsidR="004616A2" w:rsidRPr="004616A2" w:rsidRDefault="004616A2" w:rsidP="004616A2">
      <w:pPr>
        <w:jc w:val="both"/>
        <w:rPr>
          <w:sz w:val="28"/>
          <w:szCs w:val="28"/>
          <w:lang w:val="kk-KZ"/>
        </w:rPr>
      </w:pPr>
      <w:r w:rsidRPr="004616A2">
        <w:rPr>
          <w:sz w:val="28"/>
          <w:szCs w:val="28"/>
          <w:lang w:val="kk-KZ"/>
        </w:rPr>
        <w:t>9. Балаларды зорлық-зомбылықтан қорғау, суицидтің алдын алу және олардың құқықтары мен әл-ауқатын қамтамасыз ету жөніндегі 2026–2027 жылдарға арналған кешенді жоспарды іске асыру.</w:t>
      </w:r>
    </w:p>
    <w:p w14:paraId="29DD19BD" w14:textId="77777777" w:rsidR="004616A2" w:rsidRPr="004616A2" w:rsidRDefault="004616A2" w:rsidP="004616A2">
      <w:pPr>
        <w:jc w:val="both"/>
        <w:rPr>
          <w:sz w:val="28"/>
          <w:szCs w:val="28"/>
          <w:lang w:val="kk-KZ"/>
        </w:rPr>
      </w:pPr>
      <w:r w:rsidRPr="004616A2">
        <w:rPr>
          <w:sz w:val="28"/>
          <w:szCs w:val="28"/>
          <w:lang w:val="kk-KZ"/>
        </w:rPr>
        <w:t>10. «Кәмелетке толмағандар арасында аутодеструктивті, асоциалды және аддиктивті мінез-құлықтың алдын алу жөніндегі іс-шаралар жоспарын бекіту туралы» облыстық Бұйрықты іске асыру.</w:t>
      </w:r>
    </w:p>
    <w:p w14:paraId="223141BA" w14:textId="77777777" w:rsidR="004616A2" w:rsidRPr="004616A2" w:rsidRDefault="004616A2" w:rsidP="004616A2">
      <w:pPr>
        <w:jc w:val="both"/>
        <w:rPr>
          <w:sz w:val="28"/>
          <w:szCs w:val="28"/>
          <w:lang w:val="kk-KZ"/>
        </w:rPr>
      </w:pPr>
      <w:r w:rsidRPr="004616A2">
        <w:rPr>
          <w:sz w:val="28"/>
          <w:szCs w:val="28"/>
          <w:lang w:val="kk-KZ"/>
        </w:rPr>
        <w:lastRenderedPageBreak/>
        <w:t>11. «Денсаулықты нығайтуға ықпал ететін мектептер» жобасының тұжырымдамасы.</w:t>
      </w:r>
    </w:p>
    <w:p w14:paraId="56B33CC8" w14:textId="77777777" w:rsidR="004616A2" w:rsidRPr="004616A2" w:rsidRDefault="004616A2" w:rsidP="004616A2">
      <w:pPr>
        <w:jc w:val="both"/>
        <w:rPr>
          <w:sz w:val="28"/>
          <w:szCs w:val="28"/>
          <w:lang w:val="kk-KZ"/>
        </w:rPr>
      </w:pPr>
      <w:r w:rsidRPr="004616A2">
        <w:rPr>
          <w:sz w:val="28"/>
          <w:szCs w:val="28"/>
          <w:lang w:val="kk-KZ"/>
        </w:rPr>
        <w:t>12. Кәмелетке толмағандар арасында аутодеструктивті, асоциалды және аддиктивті мінез-құлықтың алдын алу жөніндегі іс-шаралар жоспарын бекіту туралы. Қарағанды облысы Білім басқармасының 2026 жылғы 25 тамыздағы № 475 Бұйрығы.</w:t>
      </w:r>
    </w:p>
    <w:p w14:paraId="352FB80C" w14:textId="77777777" w:rsidR="004616A2" w:rsidRPr="004616A2" w:rsidRDefault="004616A2" w:rsidP="004616A2">
      <w:pPr>
        <w:jc w:val="both"/>
        <w:rPr>
          <w:sz w:val="28"/>
          <w:szCs w:val="28"/>
          <w:lang w:val="kk-KZ"/>
        </w:rPr>
      </w:pPr>
      <w:r w:rsidRPr="004616A2">
        <w:rPr>
          <w:sz w:val="28"/>
          <w:szCs w:val="28"/>
          <w:lang w:val="kk-KZ"/>
        </w:rPr>
        <w:t>13. «Біртұтас» тәрбие бағдарламасын іске асыру мақсатында Қарағанды облысы білім басқармасының Қарағанды  қаласы «№14 мектеп-гимназиясы» КММ-дегі барлық тәрбие және білім беру қызметі балалар мен олардың ата-аналарының  қажеттіліктері мен мүдделеріне, мектептің дәстүрлеріне, жеке даму үшін қажетті мәдени мұраға негізделген.</w:t>
      </w:r>
    </w:p>
    <w:p w14:paraId="02B473B6" w14:textId="77777777" w:rsidR="004616A2" w:rsidRPr="004616A2" w:rsidRDefault="004616A2" w:rsidP="004616A2">
      <w:pPr>
        <w:jc w:val="both"/>
        <w:rPr>
          <w:sz w:val="28"/>
          <w:szCs w:val="28"/>
          <w:lang w:val="kk-KZ"/>
        </w:rPr>
      </w:pPr>
      <w:r w:rsidRPr="004616A2">
        <w:rPr>
          <w:sz w:val="28"/>
          <w:szCs w:val="28"/>
          <w:lang w:val="kk-KZ"/>
        </w:rPr>
        <w:t>«№14 мектеп-гимназиясы» КММ-ның тәрбие жұмысының негізгі мақсаты - үйлесімді дамыған, шығармашылық және жоғары адамгершілік тұлғаны қалыптастыру, өз Отанына адал, бәсекелестік ортада сәтті әрекет ете алатын азамат тәрбиелеу.</w:t>
      </w:r>
    </w:p>
    <w:p w14:paraId="5FC7CE4E" w14:textId="77777777" w:rsidR="004616A2" w:rsidRPr="004616A2" w:rsidRDefault="004616A2" w:rsidP="004616A2">
      <w:pPr>
        <w:jc w:val="both"/>
        <w:rPr>
          <w:sz w:val="28"/>
          <w:szCs w:val="28"/>
          <w:lang w:val="kk-KZ"/>
        </w:rPr>
      </w:pPr>
      <w:r w:rsidRPr="004616A2">
        <w:rPr>
          <w:sz w:val="28"/>
          <w:szCs w:val="28"/>
          <w:lang w:val="kk-KZ"/>
        </w:rPr>
        <w:t>Міндеттері:</w:t>
      </w:r>
    </w:p>
    <w:p w14:paraId="0F42613B" w14:textId="77777777" w:rsidR="004616A2" w:rsidRPr="004616A2" w:rsidRDefault="004616A2" w:rsidP="004616A2">
      <w:pPr>
        <w:jc w:val="both"/>
        <w:rPr>
          <w:sz w:val="28"/>
          <w:szCs w:val="28"/>
          <w:lang w:val="kk-KZ"/>
        </w:rPr>
      </w:pPr>
      <w:r w:rsidRPr="004616A2">
        <w:rPr>
          <w:sz w:val="28"/>
          <w:szCs w:val="28"/>
          <w:lang w:val="kk-KZ"/>
        </w:rPr>
        <w:t>- жалпыадамзаттық және ғылыми құндылықтар негізінде тәрбиелеу;</w:t>
      </w:r>
    </w:p>
    <w:p w14:paraId="0098C537" w14:textId="77777777" w:rsidR="004616A2" w:rsidRPr="004616A2" w:rsidRDefault="004616A2" w:rsidP="004616A2">
      <w:pPr>
        <w:jc w:val="both"/>
        <w:rPr>
          <w:sz w:val="28"/>
          <w:szCs w:val="28"/>
          <w:lang w:val="kk-KZ"/>
        </w:rPr>
      </w:pPr>
      <w:r w:rsidRPr="004616A2">
        <w:rPr>
          <w:sz w:val="28"/>
          <w:szCs w:val="28"/>
          <w:lang w:val="kk-KZ"/>
        </w:rPr>
        <w:t>- тұлғаның жоғары адамгершілік қасиеттерін қалыптастыру: мейірімділік, әдептілік;</w:t>
      </w:r>
    </w:p>
    <w:p w14:paraId="7FD28BF8" w14:textId="77777777" w:rsidR="004616A2" w:rsidRPr="004616A2" w:rsidRDefault="004616A2" w:rsidP="004616A2">
      <w:pPr>
        <w:jc w:val="both"/>
        <w:rPr>
          <w:sz w:val="28"/>
          <w:szCs w:val="28"/>
          <w:lang w:val="kk-KZ"/>
        </w:rPr>
      </w:pPr>
      <w:r w:rsidRPr="004616A2">
        <w:rPr>
          <w:sz w:val="28"/>
          <w:szCs w:val="28"/>
          <w:lang w:val="kk-KZ"/>
        </w:rPr>
        <w:t>- шығармашылық қабілеттерін дамыту, өз мүдделеріне сәйкес іске  асыруға мүмкіндік беру;</w:t>
      </w:r>
    </w:p>
    <w:p w14:paraId="4B50A3C1" w14:textId="77777777" w:rsidR="004616A2" w:rsidRPr="004616A2" w:rsidRDefault="004616A2" w:rsidP="004616A2">
      <w:pPr>
        <w:jc w:val="both"/>
        <w:rPr>
          <w:sz w:val="28"/>
          <w:szCs w:val="28"/>
          <w:lang w:val="kk-KZ"/>
        </w:rPr>
      </w:pPr>
      <w:r w:rsidRPr="004616A2">
        <w:rPr>
          <w:sz w:val="28"/>
          <w:szCs w:val="28"/>
          <w:lang w:val="kk-KZ"/>
        </w:rPr>
        <w:t>- азаматтыққа, патриотизмге, зиялылыққа, адам құқықтары мен бостандықтарын, мемлекеттік рәміздерді, ұлттық дәстүрлерді құрметтеуге тәрбиелеу;</w:t>
      </w:r>
    </w:p>
    <w:p w14:paraId="6FA6EF76" w14:textId="77777777" w:rsidR="004616A2" w:rsidRPr="004616A2" w:rsidRDefault="004616A2" w:rsidP="004616A2">
      <w:pPr>
        <w:jc w:val="both"/>
        <w:rPr>
          <w:sz w:val="28"/>
          <w:szCs w:val="28"/>
          <w:lang w:val="kk-KZ"/>
        </w:rPr>
      </w:pPr>
      <w:r w:rsidRPr="004616A2">
        <w:rPr>
          <w:sz w:val="28"/>
          <w:szCs w:val="28"/>
          <w:lang w:val="kk-KZ"/>
        </w:rPr>
        <w:t>- әлеуметтік, табиғи және мәдени ортадағы өз қызметінің нәтижелері үшін гуманистік дүниетанымды, өзіне және қоғамға, болашақ ұрпаққа жауапкершілікті қалыптастыру;</w:t>
      </w:r>
    </w:p>
    <w:p w14:paraId="723D8597" w14:textId="77777777" w:rsidR="004616A2" w:rsidRPr="004616A2" w:rsidRDefault="004616A2" w:rsidP="004616A2">
      <w:pPr>
        <w:jc w:val="both"/>
        <w:rPr>
          <w:sz w:val="28"/>
          <w:szCs w:val="28"/>
          <w:lang w:val="kk-KZ"/>
        </w:rPr>
      </w:pPr>
      <w:r w:rsidRPr="004616A2">
        <w:rPr>
          <w:sz w:val="28"/>
          <w:szCs w:val="28"/>
          <w:lang w:val="kk-KZ"/>
        </w:rPr>
        <w:t>- мемлекеттік және басқа тілдерді меңгеру, Қазақстан халықтарының дәстүрлері мен мәдениетін зерделеу және қабылдау арқылы балалардың әлемдік және ұлттық мәдениетті игеруіне жағдай жасау,</w:t>
      </w:r>
    </w:p>
    <w:p w14:paraId="3D3AD848" w14:textId="77777777" w:rsidR="004616A2" w:rsidRPr="004616A2" w:rsidRDefault="004616A2" w:rsidP="004616A2">
      <w:pPr>
        <w:jc w:val="both"/>
        <w:rPr>
          <w:sz w:val="28"/>
          <w:szCs w:val="28"/>
          <w:lang w:val="kk-KZ"/>
        </w:rPr>
      </w:pPr>
      <w:r w:rsidRPr="004616A2">
        <w:rPr>
          <w:sz w:val="28"/>
          <w:szCs w:val="28"/>
          <w:lang w:val="kk-KZ"/>
        </w:rPr>
        <w:t>- қазіргі қоғамда өмір сүруге және тиімді әлеуметтік кәсіби қызметке қажетті жеке және кәсіби маңызды қасиеттерді қалыптастыру, үздіксіз жеке және кәсіби өзін-өзі жетілдіру қажеттілігін дамыту,</w:t>
      </w:r>
    </w:p>
    <w:p w14:paraId="158827B0" w14:textId="77777777" w:rsidR="004616A2" w:rsidRPr="004616A2" w:rsidRDefault="004616A2" w:rsidP="004616A2">
      <w:pPr>
        <w:jc w:val="both"/>
        <w:rPr>
          <w:sz w:val="28"/>
          <w:szCs w:val="28"/>
          <w:lang w:val="kk-KZ"/>
        </w:rPr>
      </w:pPr>
      <w:r w:rsidRPr="004616A2">
        <w:rPr>
          <w:sz w:val="28"/>
          <w:szCs w:val="28"/>
          <w:lang w:val="kk-KZ"/>
        </w:rPr>
        <w:t>- қазақстандық қоғамда қалыптасқан этникалық және діни толеранттылықтың тұрақты дәстүрлері негізінде тәрбиелеу және балаларға этно діннің әртүрлі формаларына қарсы тұру дағдыларын қалыптастыру;</w:t>
      </w:r>
    </w:p>
    <w:p w14:paraId="23674323" w14:textId="77777777" w:rsidR="004616A2" w:rsidRPr="004616A2" w:rsidRDefault="004616A2" w:rsidP="004616A2">
      <w:pPr>
        <w:jc w:val="both"/>
        <w:rPr>
          <w:sz w:val="28"/>
          <w:szCs w:val="28"/>
          <w:lang w:val="kk-KZ"/>
        </w:rPr>
      </w:pPr>
      <w:r w:rsidRPr="004616A2">
        <w:rPr>
          <w:sz w:val="28"/>
          <w:szCs w:val="28"/>
          <w:lang w:val="kk-KZ"/>
        </w:rPr>
        <w:t>- отбасылық тәрбие жүйесін жандандыру және отбасын мектептің тәрбие ортасына қосу,</w:t>
      </w:r>
    </w:p>
    <w:p w14:paraId="4B875208" w14:textId="77777777" w:rsidR="004616A2" w:rsidRPr="004616A2" w:rsidRDefault="004616A2" w:rsidP="004616A2">
      <w:pPr>
        <w:jc w:val="both"/>
        <w:rPr>
          <w:sz w:val="28"/>
          <w:szCs w:val="28"/>
          <w:lang w:val="kk-KZ"/>
        </w:rPr>
      </w:pPr>
      <w:r w:rsidRPr="004616A2">
        <w:rPr>
          <w:sz w:val="28"/>
          <w:szCs w:val="28"/>
          <w:lang w:val="kk-KZ"/>
        </w:rPr>
        <w:t>- мектептің өзін-өзі басқаруын және пікірсайыс клубының жұмысын  дамыту,</w:t>
      </w:r>
    </w:p>
    <w:p w14:paraId="2162DF37" w14:textId="77777777" w:rsidR="004616A2" w:rsidRPr="004616A2" w:rsidRDefault="004616A2" w:rsidP="004616A2">
      <w:pPr>
        <w:jc w:val="both"/>
        <w:rPr>
          <w:sz w:val="28"/>
          <w:szCs w:val="28"/>
          <w:lang w:val="kk-KZ"/>
        </w:rPr>
      </w:pPr>
      <w:r w:rsidRPr="004616A2">
        <w:rPr>
          <w:sz w:val="28"/>
          <w:szCs w:val="28"/>
          <w:lang w:val="kk-KZ"/>
        </w:rPr>
        <w:t>-оқушылар мен мұғалімдердің функционалдық оқу сауаттылығын дамыту мақсатында "Балалар кітапханасы" республикалық жобасын іске асыру, жоба  аясында  оқу процесіне аптасына  2 рет  20 минуттық көркем әдебиетті оқу  енгізілген.</w:t>
      </w:r>
    </w:p>
    <w:p w14:paraId="691A0071" w14:textId="77777777" w:rsidR="004616A2" w:rsidRPr="004616A2" w:rsidRDefault="004616A2" w:rsidP="004616A2">
      <w:pPr>
        <w:jc w:val="both"/>
        <w:rPr>
          <w:sz w:val="28"/>
          <w:szCs w:val="28"/>
          <w:lang w:val="kk-KZ"/>
        </w:rPr>
      </w:pPr>
      <w:r w:rsidRPr="004616A2">
        <w:rPr>
          <w:sz w:val="28"/>
          <w:szCs w:val="28"/>
          <w:lang w:val="kk-KZ"/>
        </w:rPr>
        <w:tab/>
        <w:t>Мектепте тәрбие жұмысының белгілі бір жүйесі қалыптасқан, оның құрылымына директордың ТЖ жөніндегі орынбасарлары, сынып жетекшілер, кітапханашылар, педагог-психолог, әлеуметтік педагог, аға тәлімгер қызметі кіреді. Осылайша, мектептің тәрбие жүйесі сыныптың және жалпы мектептің тәрбие қызметін жоспарлы ұйымдастыруға және дамытуға бағытталған.</w:t>
      </w:r>
    </w:p>
    <w:p w14:paraId="258FE97C" w14:textId="77777777" w:rsidR="004616A2" w:rsidRPr="004616A2" w:rsidRDefault="004616A2" w:rsidP="004616A2">
      <w:pPr>
        <w:jc w:val="both"/>
        <w:rPr>
          <w:sz w:val="28"/>
          <w:szCs w:val="28"/>
          <w:lang w:val="kk-KZ"/>
        </w:rPr>
      </w:pPr>
      <w:r w:rsidRPr="004616A2">
        <w:rPr>
          <w:sz w:val="28"/>
          <w:szCs w:val="28"/>
          <w:lang w:val="kk-KZ"/>
        </w:rPr>
        <w:t>2024 -2025 оқу жылында – 909 оқушы, сынып саны- 38</w:t>
      </w:r>
    </w:p>
    <w:p w14:paraId="1CFD0C3F" w14:textId="77777777" w:rsidR="004616A2" w:rsidRPr="004616A2" w:rsidRDefault="004616A2" w:rsidP="004616A2">
      <w:pPr>
        <w:jc w:val="both"/>
        <w:rPr>
          <w:sz w:val="28"/>
          <w:szCs w:val="28"/>
          <w:lang w:val="kk-KZ"/>
        </w:rPr>
      </w:pPr>
      <w:r w:rsidRPr="004616A2">
        <w:rPr>
          <w:sz w:val="28"/>
          <w:szCs w:val="28"/>
          <w:lang w:val="kk-KZ"/>
        </w:rPr>
        <w:t>2025 -2026 оқу жылында-  965 оқушы, сынып саны - 39</w:t>
      </w:r>
    </w:p>
    <w:p w14:paraId="32CB8A54" w14:textId="2D8915B2" w:rsidR="004616A2" w:rsidRPr="004616A2" w:rsidRDefault="004616A2" w:rsidP="004616A2">
      <w:pPr>
        <w:jc w:val="both"/>
        <w:rPr>
          <w:sz w:val="28"/>
          <w:szCs w:val="28"/>
          <w:lang w:val="kk-KZ"/>
        </w:rPr>
      </w:pPr>
      <w:r>
        <w:rPr>
          <w:sz w:val="28"/>
          <w:szCs w:val="28"/>
          <w:lang w:val="kk-KZ"/>
        </w:rPr>
        <w:t>2026 -2027 оқу жылында- 1053</w:t>
      </w:r>
      <w:r w:rsidRPr="004616A2">
        <w:rPr>
          <w:sz w:val="28"/>
          <w:szCs w:val="28"/>
          <w:lang w:val="kk-KZ"/>
        </w:rPr>
        <w:t xml:space="preserve"> оқушы, сынып саны – 43</w:t>
      </w:r>
    </w:p>
    <w:p w14:paraId="45869042" w14:textId="77777777" w:rsidR="004616A2" w:rsidRPr="004616A2" w:rsidRDefault="004616A2" w:rsidP="004616A2">
      <w:pPr>
        <w:jc w:val="both"/>
        <w:rPr>
          <w:sz w:val="28"/>
          <w:szCs w:val="28"/>
          <w:lang w:val="kk-KZ"/>
        </w:rPr>
      </w:pPr>
      <w:r w:rsidRPr="004616A2">
        <w:rPr>
          <w:noProof/>
          <w:sz w:val="28"/>
          <w:szCs w:val="28"/>
          <w:lang w:eastAsia="ru-RU"/>
        </w:rPr>
        <w:lastRenderedPageBreak/>
        <w:drawing>
          <wp:inline distT="0" distB="0" distL="0" distR="0" wp14:anchorId="6AB1D15F" wp14:editId="15875AB0">
            <wp:extent cx="5486400" cy="3200400"/>
            <wp:effectExtent l="0" t="0" r="0" b="0"/>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5659025A" w14:textId="77777777" w:rsidR="004616A2" w:rsidRPr="004616A2" w:rsidRDefault="004616A2" w:rsidP="004616A2">
      <w:pPr>
        <w:jc w:val="both"/>
        <w:rPr>
          <w:sz w:val="28"/>
          <w:szCs w:val="28"/>
          <w:lang w:val="kk-KZ"/>
        </w:rPr>
      </w:pPr>
      <w:r w:rsidRPr="004616A2">
        <w:rPr>
          <w:sz w:val="28"/>
          <w:szCs w:val="28"/>
          <w:lang w:val="kk-KZ"/>
        </w:rPr>
        <w:t>«№14 мектеп-гимназиясы» КММ-де тәрбие процесін жүзеге асыру үшін материалдық-техникалық база құрылды: жиын зал, спорт  зал, музыка кабинеті, арт студия кабинеті, педагог-психолог кабинеті, кітапхана, робототехника және медиа  кабинеттері кіреді.</w:t>
      </w:r>
    </w:p>
    <w:p w14:paraId="2FBC1063" w14:textId="77777777" w:rsidR="004616A2" w:rsidRPr="004616A2" w:rsidRDefault="004616A2" w:rsidP="004616A2">
      <w:pPr>
        <w:jc w:val="both"/>
        <w:rPr>
          <w:sz w:val="28"/>
          <w:szCs w:val="28"/>
          <w:lang w:val="kk-KZ"/>
        </w:rPr>
      </w:pPr>
      <w:r w:rsidRPr="004616A2">
        <w:rPr>
          <w:sz w:val="28"/>
          <w:szCs w:val="28"/>
          <w:lang w:val="kk-KZ"/>
        </w:rPr>
        <w:t xml:space="preserve">Біртұтас тәрбие бағдарламасын  іске асыру мақсатында </w:t>
      </w:r>
    </w:p>
    <w:p w14:paraId="5CCD69B3" w14:textId="77777777" w:rsidR="004616A2" w:rsidRPr="004616A2" w:rsidRDefault="004616A2" w:rsidP="004616A2">
      <w:pPr>
        <w:jc w:val="both"/>
        <w:rPr>
          <w:sz w:val="28"/>
          <w:szCs w:val="28"/>
          <w:lang w:val="kk-KZ"/>
        </w:rPr>
      </w:pPr>
      <w:r w:rsidRPr="004616A2">
        <w:rPr>
          <w:sz w:val="28"/>
          <w:szCs w:val="28"/>
          <w:lang w:val="kk-KZ"/>
        </w:rPr>
        <w:t>2024-2025 оқу жылындағы тәрбие бағыты бойынша атқарылған жылдық жұмыс есебі</w:t>
      </w:r>
    </w:p>
    <w:p w14:paraId="4F5CD9A9" w14:textId="77777777" w:rsidR="004616A2" w:rsidRPr="004616A2" w:rsidRDefault="004616A2" w:rsidP="004616A2">
      <w:pPr>
        <w:jc w:val="both"/>
        <w:rPr>
          <w:sz w:val="28"/>
          <w:szCs w:val="28"/>
          <w:lang w:val="kk-KZ"/>
        </w:rPr>
      </w:pPr>
      <w:r w:rsidRPr="004616A2">
        <w:rPr>
          <w:sz w:val="28"/>
          <w:szCs w:val="28"/>
          <w:lang w:val="kk-KZ"/>
        </w:rPr>
        <w:t>Біртұтас тәрбие жұмысының  мақсаты:</w:t>
      </w:r>
    </w:p>
    <w:p w14:paraId="3816F5DF" w14:textId="77777777" w:rsidR="004616A2" w:rsidRPr="004616A2" w:rsidRDefault="004616A2" w:rsidP="004616A2">
      <w:pPr>
        <w:jc w:val="both"/>
        <w:rPr>
          <w:sz w:val="28"/>
          <w:szCs w:val="28"/>
          <w:lang w:val="kk-KZ"/>
        </w:rPr>
      </w:pPr>
      <w:r w:rsidRPr="004616A2">
        <w:rPr>
          <w:sz w:val="28"/>
          <w:szCs w:val="28"/>
          <w:lang w:val="kk-KZ"/>
        </w:rPr>
        <w:t>Қазақстандық мәдениет құндылықтары негізінде азаматтық жауапкершілік пен патриотизм, парасаттылық пен адалдық, ар-ұждан, рухани-адамгершілік қасиеттерін бойына сіңірген, үйлесімді дамыған тұлға қалыптастыру.</w:t>
      </w:r>
    </w:p>
    <w:p w14:paraId="63E33ECE" w14:textId="77777777" w:rsidR="004616A2" w:rsidRPr="004616A2" w:rsidRDefault="004616A2" w:rsidP="004616A2">
      <w:pPr>
        <w:jc w:val="both"/>
        <w:rPr>
          <w:sz w:val="28"/>
          <w:szCs w:val="28"/>
          <w:lang w:val="kk-KZ"/>
        </w:rPr>
      </w:pPr>
      <w:r w:rsidRPr="004616A2">
        <w:rPr>
          <w:sz w:val="28"/>
          <w:szCs w:val="28"/>
          <w:lang w:val="kk-KZ"/>
        </w:rPr>
        <w:t>Біртұтас тәрбие жұмысының  міндетері:</w:t>
      </w:r>
    </w:p>
    <w:p w14:paraId="1FED5A07" w14:textId="77777777" w:rsidR="004616A2" w:rsidRPr="004616A2" w:rsidRDefault="004616A2" w:rsidP="004616A2">
      <w:pPr>
        <w:jc w:val="both"/>
        <w:rPr>
          <w:sz w:val="28"/>
          <w:szCs w:val="28"/>
          <w:lang w:val="kk-KZ"/>
        </w:rPr>
      </w:pPr>
      <w:r w:rsidRPr="004616A2">
        <w:rPr>
          <w:sz w:val="28"/>
          <w:szCs w:val="28"/>
          <w:lang w:val="kk-KZ"/>
        </w:rPr>
        <w:t>Қазақстандық мәдениет құндылықтары негізінде азаматтық жауапкершілік пен патриотизм, парасаттылық пен адалдық, ар-ұждан, рухани-адамгершілік қасиеттерін бойына сіңірген, үйлесімді дамыған тұлға қалыптастыру.</w:t>
      </w:r>
    </w:p>
    <w:p w14:paraId="6FA37550" w14:textId="77777777" w:rsidR="004616A2" w:rsidRPr="004616A2" w:rsidRDefault="004616A2" w:rsidP="004616A2">
      <w:pPr>
        <w:jc w:val="both"/>
        <w:rPr>
          <w:sz w:val="28"/>
          <w:szCs w:val="28"/>
          <w:lang w:val="kk-KZ"/>
        </w:rPr>
      </w:pPr>
      <w:r w:rsidRPr="004616A2">
        <w:rPr>
          <w:sz w:val="28"/>
          <w:szCs w:val="28"/>
          <w:lang w:val="kk-KZ"/>
        </w:rPr>
        <w:t>•</w:t>
      </w:r>
      <w:r w:rsidRPr="004616A2">
        <w:rPr>
          <w:sz w:val="28"/>
          <w:szCs w:val="28"/>
          <w:lang w:val="kk-KZ"/>
        </w:rPr>
        <w:tab/>
        <w:t>отбасы, қоғам және мемлекет алдындағы өз міндеттеріне саналы көзқарас қалыптастыру;</w:t>
      </w:r>
    </w:p>
    <w:p w14:paraId="6CD875CC" w14:textId="77777777" w:rsidR="004616A2" w:rsidRPr="004616A2" w:rsidRDefault="004616A2" w:rsidP="004616A2">
      <w:pPr>
        <w:jc w:val="both"/>
        <w:rPr>
          <w:sz w:val="28"/>
          <w:szCs w:val="28"/>
          <w:lang w:val="kk-KZ"/>
        </w:rPr>
      </w:pPr>
      <w:r w:rsidRPr="004616A2">
        <w:rPr>
          <w:sz w:val="28"/>
          <w:szCs w:val="28"/>
          <w:lang w:val="kk-KZ"/>
        </w:rPr>
        <w:t>•</w:t>
      </w:r>
      <w:r w:rsidRPr="004616A2">
        <w:rPr>
          <w:sz w:val="28"/>
          <w:szCs w:val="28"/>
          <w:lang w:val="kk-KZ"/>
        </w:rPr>
        <w:tab/>
        <w:t>өз құқығы мен бостандығы, сондай-ақ басқа адамдардың құқықтары мен бостандықтарын қорғауға дайын болуға баулу;</w:t>
      </w:r>
    </w:p>
    <w:p w14:paraId="472BF723" w14:textId="77777777" w:rsidR="004616A2" w:rsidRPr="004616A2" w:rsidRDefault="004616A2" w:rsidP="004616A2">
      <w:pPr>
        <w:jc w:val="both"/>
        <w:rPr>
          <w:sz w:val="28"/>
          <w:szCs w:val="28"/>
          <w:lang w:val="kk-KZ"/>
        </w:rPr>
      </w:pPr>
      <w:r w:rsidRPr="004616A2">
        <w:rPr>
          <w:sz w:val="28"/>
          <w:szCs w:val="28"/>
          <w:lang w:val="kk-KZ"/>
        </w:rPr>
        <w:t>•</w:t>
      </w:r>
      <w:r w:rsidRPr="004616A2">
        <w:rPr>
          <w:sz w:val="28"/>
          <w:szCs w:val="28"/>
          <w:lang w:val="kk-KZ"/>
        </w:rPr>
        <w:tab/>
        <w:t>әлеуметтік маңызы бар қызметке белсенді қатысуға тәрбиелеу.</w:t>
      </w:r>
    </w:p>
    <w:p w14:paraId="7CB4E66F" w14:textId="77777777" w:rsidR="004616A2" w:rsidRPr="004616A2" w:rsidRDefault="004616A2" w:rsidP="004616A2">
      <w:pPr>
        <w:jc w:val="both"/>
        <w:rPr>
          <w:sz w:val="28"/>
          <w:szCs w:val="28"/>
          <w:lang w:val="kk-KZ"/>
        </w:rPr>
      </w:pPr>
      <w:r w:rsidRPr="004616A2">
        <w:rPr>
          <w:sz w:val="28"/>
          <w:szCs w:val="28"/>
          <w:lang w:val="kk-KZ"/>
        </w:rPr>
        <w:t>•</w:t>
      </w:r>
      <w:r w:rsidRPr="004616A2">
        <w:rPr>
          <w:sz w:val="28"/>
          <w:szCs w:val="28"/>
          <w:lang w:val="kk-KZ"/>
        </w:rPr>
        <w:tab/>
        <w:t>парасаттылық пен адалдықты қалыптастыру:</w:t>
      </w:r>
    </w:p>
    <w:p w14:paraId="42F91FAB" w14:textId="77777777" w:rsidR="004616A2" w:rsidRPr="004616A2" w:rsidRDefault="004616A2" w:rsidP="004616A2">
      <w:pPr>
        <w:jc w:val="both"/>
        <w:rPr>
          <w:sz w:val="28"/>
          <w:szCs w:val="28"/>
          <w:lang w:val="kk-KZ"/>
        </w:rPr>
      </w:pPr>
      <w:r w:rsidRPr="004616A2">
        <w:rPr>
          <w:sz w:val="28"/>
          <w:szCs w:val="28"/>
          <w:lang w:val="kk-KZ"/>
        </w:rPr>
        <w:t>•</w:t>
      </w:r>
      <w:r w:rsidRPr="004616A2">
        <w:rPr>
          <w:sz w:val="28"/>
          <w:szCs w:val="28"/>
          <w:lang w:val="kk-KZ"/>
        </w:rPr>
        <w:tab/>
        <w:t>басқалармен қарым-қатынаста адал әрі әділ болуға және әдептілік нормаларын ұстануға тәрбиелеу;</w:t>
      </w:r>
    </w:p>
    <w:p w14:paraId="6A40B9F6" w14:textId="77777777" w:rsidR="004616A2" w:rsidRPr="004616A2" w:rsidRDefault="004616A2" w:rsidP="004616A2">
      <w:pPr>
        <w:jc w:val="both"/>
        <w:rPr>
          <w:sz w:val="28"/>
          <w:szCs w:val="28"/>
          <w:lang w:val="kk-KZ"/>
        </w:rPr>
      </w:pPr>
      <w:r w:rsidRPr="004616A2">
        <w:rPr>
          <w:sz w:val="28"/>
          <w:szCs w:val="28"/>
          <w:lang w:val="kk-KZ"/>
        </w:rPr>
        <w:t>•</w:t>
      </w:r>
      <w:r w:rsidRPr="004616A2">
        <w:rPr>
          <w:sz w:val="28"/>
          <w:szCs w:val="28"/>
          <w:lang w:val="kk-KZ"/>
        </w:rPr>
        <w:tab/>
        <w:t>өз іс-әрекеттері мен сөздері үшін жауапкершілікті түсінуге тәрбиелеу;</w:t>
      </w:r>
    </w:p>
    <w:p w14:paraId="502B0036" w14:textId="77777777" w:rsidR="004616A2" w:rsidRPr="004616A2" w:rsidRDefault="004616A2" w:rsidP="004616A2">
      <w:pPr>
        <w:jc w:val="both"/>
        <w:rPr>
          <w:sz w:val="28"/>
          <w:szCs w:val="28"/>
          <w:lang w:val="kk-KZ"/>
        </w:rPr>
      </w:pPr>
      <w:r w:rsidRPr="004616A2">
        <w:rPr>
          <w:sz w:val="28"/>
          <w:szCs w:val="28"/>
          <w:lang w:val="kk-KZ"/>
        </w:rPr>
        <w:t>•</w:t>
      </w:r>
      <w:r w:rsidRPr="004616A2">
        <w:rPr>
          <w:sz w:val="28"/>
          <w:szCs w:val="28"/>
          <w:lang w:val="kk-KZ"/>
        </w:rPr>
        <w:tab/>
        <w:t>еңбексүйгіштік пен өзін-өзі жетілдіруге деген ұмтылысын қалыптастыру;</w:t>
      </w:r>
    </w:p>
    <w:p w14:paraId="1CB3FC66" w14:textId="77777777" w:rsidR="004616A2" w:rsidRPr="004616A2" w:rsidRDefault="004616A2" w:rsidP="004616A2">
      <w:pPr>
        <w:jc w:val="both"/>
        <w:rPr>
          <w:sz w:val="28"/>
          <w:szCs w:val="28"/>
          <w:lang w:val="kk-KZ"/>
        </w:rPr>
      </w:pPr>
      <w:r w:rsidRPr="004616A2">
        <w:rPr>
          <w:sz w:val="28"/>
          <w:szCs w:val="28"/>
          <w:lang w:val="kk-KZ"/>
        </w:rPr>
        <w:t>•</w:t>
      </w:r>
      <w:r w:rsidRPr="004616A2">
        <w:rPr>
          <w:sz w:val="28"/>
          <w:szCs w:val="28"/>
          <w:lang w:val="kk-KZ"/>
        </w:rPr>
        <w:tab/>
        <w:t>біреудің еңбегі мен мүлкін құрметтеуге тәрбиелеу.</w:t>
      </w:r>
    </w:p>
    <w:p w14:paraId="3FE6944B" w14:textId="77777777" w:rsidR="004616A2" w:rsidRPr="004616A2" w:rsidRDefault="004616A2" w:rsidP="004616A2">
      <w:pPr>
        <w:jc w:val="both"/>
        <w:rPr>
          <w:sz w:val="28"/>
          <w:szCs w:val="28"/>
          <w:lang w:val="kk-KZ"/>
        </w:rPr>
      </w:pPr>
      <w:r w:rsidRPr="004616A2">
        <w:rPr>
          <w:sz w:val="28"/>
          <w:szCs w:val="28"/>
          <w:lang w:val="kk-KZ"/>
        </w:rPr>
        <w:t>•</w:t>
      </w:r>
      <w:r w:rsidRPr="004616A2">
        <w:rPr>
          <w:sz w:val="28"/>
          <w:szCs w:val="28"/>
          <w:lang w:val="kk-KZ"/>
        </w:rPr>
        <w:tab/>
        <w:t>білім алушының жеке басының үйлесімді дамуы үшін жағдай жасау:</w:t>
      </w:r>
    </w:p>
    <w:p w14:paraId="0BD3E6C7" w14:textId="77777777" w:rsidR="004616A2" w:rsidRPr="004616A2" w:rsidRDefault="004616A2" w:rsidP="004616A2">
      <w:pPr>
        <w:jc w:val="both"/>
        <w:rPr>
          <w:sz w:val="28"/>
          <w:szCs w:val="28"/>
          <w:lang w:val="kk-KZ"/>
        </w:rPr>
      </w:pPr>
      <w:r w:rsidRPr="004616A2">
        <w:rPr>
          <w:sz w:val="28"/>
          <w:szCs w:val="28"/>
          <w:lang w:val="kk-KZ"/>
        </w:rPr>
        <w:t>•</w:t>
      </w:r>
      <w:r w:rsidRPr="004616A2">
        <w:rPr>
          <w:sz w:val="28"/>
          <w:szCs w:val="28"/>
          <w:lang w:val="kk-KZ"/>
        </w:rPr>
        <w:tab/>
        <w:t>әрбір білім алушыны тәрбиелеу мен оқытуда даралау мен саралау тәсілдемелерін қамтамасыз ету;</w:t>
      </w:r>
    </w:p>
    <w:p w14:paraId="5B49187D" w14:textId="77777777" w:rsidR="004616A2" w:rsidRPr="004616A2" w:rsidRDefault="004616A2" w:rsidP="004616A2">
      <w:pPr>
        <w:jc w:val="both"/>
        <w:rPr>
          <w:sz w:val="28"/>
          <w:szCs w:val="28"/>
          <w:lang w:val="kk-KZ"/>
        </w:rPr>
      </w:pPr>
      <w:r w:rsidRPr="004616A2">
        <w:rPr>
          <w:sz w:val="28"/>
          <w:szCs w:val="28"/>
          <w:lang w:val="kk-KZ"/>
        </w:rPr>
        <w:t>•</w:t>
      </w:r>
      <w:r w:rsidRPr="004616A2">
        <w:rPr>
          <w:sz w:val="28"/>
          <w:szCs w:val="28"/>
          <w:lang w:val="kk-KZ"/>
        </w:rPr>
        <w:tab/>
        <w:t>білім беру ортасында жағымды психологиялық-педагогикалық ахуал қалыптастыру;</w:t>
      </w:r>
    </w:p>
    <w:p w14:paraId="1E3D5618" w14:textId="77777777" w:rsidR="004616A2" w:rsidRPr="004616A2" w:rsidRDefault="004616A2" w:rsidP="004616A2">
      <w:pPr>
        <w:jc w:val="both"/>
        <w:rPr>
          <w:sz w:val="28"/>
          <w:szCs w:val="28"/>
          <w:lang w:val="kk-KZ"/>
        </w:rPr>
      </w:pPr>
      <w:r w:rsidRPr="004616A2">
        <w:rPr>
          <w:sz w:val="28"/>
          <w:szCs w:val="28"/>
          <w:lang w:val="kk-KZ"/>
        </w:rPr>
        <w:lastRenderedPageBreak/>
        <w:t>•</w:t>
      </w:r>
      <w:r w:rsidRPr="004616A2">
        <w:rPr>
          <w:sz w:val="28"/>
          <w:szCs w:val="28"/>
          <w:lang w:val="kk-KZ"/>
        </w:rPr>
        <w:tab/>
        <w:t>ерекше білім беру қажеттіліктері бар балаларға қолдау көрсету;</w:t>
      </w:r>
    </w:p>
    <w:p w14:paraId="321C92AA" w14:textId="77777777" w:rsidR="004616A2" w:rsidRPr="004616A2" w:rsidRDefault="004616A2" w:rsidP="004616A2">
      <w:pPr>
        <w:jc w:val="both"/>
        <w:rPr>
          <w:sz w:val="28"/>
          <w:szCs w:val="28"/>
          <w:lang w:val="kk-KZ"/>
        </w:rPr>
      </w:pPr>
      <w:r w:rsidRPr="004616A2">
        <w:rPr>
          <w:sz w:val="28"/>
          <w:szCs w:val="28"/>
          <w:lang w:val="kk-KZ"/>
        </w:rPr>
        <w:t>•</w:t>
      </w:r>
      <w:r w:rsidRPr="004616A2">
        <w:rPr>
          <w:sz w:val="28"/>
          <w:szCs w:val="28"/>
          <w:lang w:val="kk-KZ"/>
        </w:rPr>
        <w:tab/>
        <w:t>отбасын білім беру ұйымдарындағы тәрбие процесіне тарту.</w:t>
      </w:r>
    </w:p>
    <w:p w14:paraId="0D33433A" w14:textId="77777777" w:rsidR="004616A2" w:rsidRPr="004616A2" w:rsidRDefault="004616A2" w:rsidP="004616A2">
      <w:pPr>
        <w:jc w:val="both"/>
        <w:rPr>
          <w:sz w:val="28"/>
          <w:szCs w:val="28"/>
          <w:lang w:val="kk-KZ"/>
        </w:rPr>
      </w:pPr>
      <w:r w:rsidRPr="004616A2">
        <w:rPr>
          <w:sz w:val="28"/>
          <w:szCs w:val="28"/>
          <w:lang w:val="kk-KZ"/>
        </w:rPr>
        <w:t>•</w:t>
      </w:r>
      <w:r w:rsidRPr="004616A2">
        <w:rPr>
          <w:sz w:val="28"/>
          <w:szCs w:val="28"/>
          <w:lang w:val="kk-KZ"/>
        </w:rPr>
        <w:tab/>
        <w:t xml:space="preserve">бағдарламаны іске асыру құндылыққа бағдарланған және құзыреттілік тәсілдемелеріне негізделеді. Олар оқытудың, тәрбиелеудің және дамытудың өзара үйлесімді бірлігін қамтамасыз етіп, білім алушылардың қоғамда табысты өмір сүруі үшін қажетті дағдылар мен құндылықтарды қалыптастыруға ықпал етеді. </w:t>
      </w:r>
    </w:p>
    <w:p w14:paraId="02A6B5C8" w14:textId="77777777" w:rsidR="004616A2" w:rsidRPr="004616A2" w:rsidRDefault="004616A2" w:rsidP="004616A2">
      <w:pPr>
        <w:jc w:val="both"/>
        <w:rPr>
          <w:sz w:val="28"/>
          <w:szCs w:val="28"/>
          <w:lang w:val="kk-KZ"/>
        </w:rPr>
      </w:pPr>
      <w:r w:rsidRPr="004616A2">
        <w:rPr>
          <w:sz w:val="28"/>
          <w:szCs w:val="28"/>
          <w:lang w:val="kk-KZ"/>
        </w:rPr>
        <w:t>•</w:t>
      </w:r>
      <w:r w:rsidRPr="004616A2">
        <w:rPr>
          <w:sz w:val="28"/>
          <w:szCs w:val="28"/>
          <w:lang w:val="kk-KZ"/>
        </w:rPr>
        <w:tab/>
        <w:t>тәрбиедегі құндылыққа бағдарланған тәсілдеме білім алушылардың дүниетанымын, мінез-құлқын және қоршаған әлемге деген көзқарасын анықтайтын құндылықтар жүйесін қалыптастыруға негізделген.</w:t>
      </w:r>
    </w:p>
    <w:p w14:paraId="5098657D" w14:textId="77777777" w:rsidR="004616A2" w:rsidRPr="004616A2" w:rsidRDefault="004616A2" w:rsidP="004616A2">
      <w:pPr>
        <w:jc w:val="both"/>
        <w:rPr>
          <w:sz w:val="28"/>
          <w:szCs w:val="28"/>
          <w:lang w:val="kk-KZ"/>
        </w:rPr>
      </w:pPr>
      <w:r w:rsidRPr="004616A2">
        <w:rPr>
          <w:sz w:val="28"/>
          <w:szCs w:val="28"/>
          <w:lang w:val="kk-KZ"/>
        </w:rPr>
        <w:t>•</w:t>
      </w:r>
      <w:r w:rsidRPr="004616A2">
        <w:rPr>
          <w:sz w:val="28"/>
          <w:szCs w:val="28"/>
          <w:lang w:val="kk-KZ"/>
        </w:rPr>
        <w:tab/>
        <w:t xml:space="preserve"> тәуелсіздік және отаншылдық, бірлік және ынтымақ, әділдік және жауапкершілік, заң және тәртіп, еңбекқорлық және кәсіби біліктілік, жасампаздық және жаңашылдық білім алушылардың моральдық таңдауын, мінез-құлқы мен іс-әрекетін айқындайтын түйінді құндылықтар болып табылады.</w:t>
      </w:r>
    </w:p>
    <w:p w14:paraId="017A5039" w14:textId="77777777" w:rsidR="004616A2" w:rsidRPr="004616A2" w:rsidRDefault="004616A2" w:rsidP="004616A2">
      <w:pPr>
        <w:jc w:val="both"/>
        <w:rPr>
          <w:sz w:val="28"/>
          <w:szCs w:val="28"/>
          <w:lang w:val="kk-KZ"/>
        </w:rPr>
      </w:pPr>
      <w:r w:rsidRPr="004616A2">
        <w:rPr>
          <w:sz w:val="28"/>
          <w:szCs w:val="28"/>
          <w:lang w:val="kk-KZ"/>
        </w:rPr>
        <w:t>Күтілетін нәтижелер:</w:t>
      </w:r>
    </w:p>
    <w:p w14:paraId="4C643CB9" w14:textId="77777777" w:rsidR="004616A2" w:rsidRPr="004616A2" w:rsidRDefault="004616A2" w:rsidP="004616A2">
      <w:pPr>
        <w:jc w:val="both"/>
        <w:rPr>
          <w:sz w:val="28"/>
          <w:szCs w:val="28"/>
          <w:lang w:val="kk-KZ"/>
        </w:rPr>
      </w:pPr>
      <w:r w:rsidRPr="004616A2">
        <w:rPr>
          <w:sz w:val="28"/>
          <w:szCs w:val="28"/>
          <w:lang w:val="kk-KZ"/>
        </w:rPr>
        <w:t>•</w:t>
      </w:r>
      <w:r w:rsidRPr="004616A2">
        <w:rPr>
          <w:sz w:val="28"/>
          <w:szCs w:val="28"/>
          <w:lang w:val="kk-KZ"/>
        </w:rPr>
        <w:tab/>
        <w:t>ұлттық мүддені ілгерілету – Отанның дамуына үлес қосуға, өз елінің ұлттық мүддесін қорғауға және дамытуға дайын болуы;</w:t>
      </w:r>
    </w:p>
    <w:p w14:paraId="3C7A70E1" w14:textId="77777777" w:rsidR="004616A2" w:rsidRPr="004616A2" w:rsidRDefault="004616A2" w:rsidP="004616A2">
      <w:pPr>
        <w:jc w:val="both"/>
        <w:rPr>
          <w:sz w:val="28"/>
          <w:szCs w:val="28"/>
          <w:lang w:val="kk-KZ"/>
        </w:rPr>
      </w:pPr>
      <w:r w:rsidRPr="004616A2">
        <w:rPr>
          <w:sz w:val="28"/>
          <w:szCs w:val="28"/>
          <w:lang w:val="kk-KZ"/>
        </w:rPr>
        <w:t>•</w:t>
      </w:r>
      <w:r w:rsidRPr="004616A2">
        <w:rPr>
          <w:sz w:val="28"/>
          <w:szCs w:val="28"/>
          <w:lang w:val="kk-KZ"/>
        </w:rPr>
        <w:tab/>
        <w:t>қоғамға қызмет ету – этикалық, әлеуметтік және мәдени тұрғыдан қолайлы тәжірибелерді қолдана отырып, қоғамның дамуына ерікті үлес қосуға дайын болу;</w:t>
      </w:r>
    </w:p>
    <w:p w14:paraId="40494DB7" w14:textId="77777777" w:rsidR="004616A2" w:rsidRPr="004616A2" w:rsidRDefault="004616A2" w:rsidP="004616A2">
      <w:pPr>
        <w:jc w:val="both"/>
        <w:rPr>
          <w:sz w:val="28"/>
          <w:szCs w:val="28"/>
          <w:lang w:val="kk-KZ"/>
        </w:rPr>
      </w:pPr>
      <w:r w:rsidRPr="004616A2">
        <w:rPr>
          <w:sz w:val="28"/>
          <w:szCs w:val="28"/>
          <w:lang w:val="kk-KZ"/>
        </w:rPr>
        <w:t>•</w:t>
      </w:r>
      <w:r w:rsidRPr="004616A2">
        <w:rPr>
          <w:sz w:val="28"/>
          <w:szCs w:val="28"/>
          <w:lang w:val="kk-KZ"/>
        </w:rPr>
        <w:tab/>
        <w:t>азаматтық парыз – этикалық мінез-құлық нормаларын, адалдық және заңның үстемдігін сақтау, қоғам талаптарын құрметтеу және ұстану;</w:t>
      </w:r>
    </w:p>
    <w:p w14:paraId="5737477C" w14:textId="77777777" w:rsidR="004616A2" w:rsidRPr="004616A2" w:rsidRDefault="004616A2" w:rsidP="004616A2">
      <w:pPr>
        <w:jc w:val="both"/>
        <w:rPr>
          <w:sz w:val="28"/>
          <w:szCs w:val="28"/>
          <w:lang w:val="kk-KZ"/>
        </w:rPr>
      </w:pPr>
      <w:r w:rsidRPr="004616A2">
        <w:rPr>
          <w:sz w:val="28"/>
          <w:szCs w:val="28"/>
          <w:lang w:val="kk-KZ"/>
        </w:rPr>
        <w:t>•</w:t>
      </w:r>
      <w:r w:rsidRPr="004616A2">
        <w:rPr>
          <w:sz w:val="28"/>
          <w:szCs w:val="28"/>
          <w:lang w:val="kk-KZ"/>
        </w:rPr>
        <w:tab/>
        <w:t xml:space="preserve">инновациялық ойлау – жоғары нәтижелерге қол жеткізуге ұмтылу, кедергілерді еңсеру үшін жаңа дағдыларды игеру және болашақ бастамаларын табысты іске асыруда өз әлеуетін пайдалану табандылық таныту; </w:t>
      </w:r>
    </w:p>
    <w:p w14:paraId="7EBE505C" w14:textId="77777777" w:rsidR="004616A2" w:rsidRPr="004616A2" w:rsidRDefault="004616A2" w:rsidP="004616A2">
      <w:pPr>
        <w:jc w:val="both"/>
        <w:rPr>
          <w:sz w:val="28"/>
          <w:szCs w:val="28"/>
          <w:lang w:val="kk-KZ"/>
        </w:rPr>
      </w:pPr>
      <w:r w:rsidRPr="004616A2">
        <w:rPr>
          <w:sz w:val="28"/>
          <w:szCs w:val="28"/>
          <w:lang w:val="kk-KZ"/>
        </w:rPr>
        <w:t>•</w:t>
      </w:r>
      <w:r w:rsidRPr="004616A2">
        <w:rPr>
          <w:sz w:val="28"/>
          <w:szCs w:val="28"/>
          <w:lang w:val="kk-KZ"/>
        </w:rPr>
        <w:tab/>
        <w:t>тәрбиеде құндылыққа бағдарланған және құзыреттілік тәсілдемелері бір-бірін толықтырып, өмірлік сын-қатерлерге төтеп бере алатын және табысты әлеуметтенген жан-жақты дамыған тұлғаны қалыптастыруға ықпал етеді.</w:t>
      </w:r>
    </w:p>
    <w:p w14:paraId="661DE456" w14:textId="77777777" w:rsidR="004616A2" w:rsidRPr="004616A2" w:rsidRDefault="004616A2" w:rsidP="004616A2">
      <w:pPr>
        <w:jc w:val="both"/>
        <w:rPr>
          <w:sz w:val="28"/>
          <w:szCs w:val="28"/>
          <w:lang w:val="kk-KZ"/>
        </w:rPr>
      </w:pPr>
      <w:r w:rsidRPr="004616A2">
        <w:rPr>
          <w:sz w:val="28"/>
          <w:szCs w:val="28"/>
          <w:lang w:val="kk-KZ"/>
        </w:rPr>
        <w:t>Ұлттық құндылықтар:</w:t>
      </w:r>
    </w:p>
    <w:p w14:paraId="23CDAE75" w14:textId="77777777" w:rsidR="004616A2" w:rsidRPr="004616A2" w:rsidRDefault="004616A2" w:rsidP="004616A2">
      <w:pPr>
        <w:jc w:val="both"/>
        <w:rPr>
          <w:sz w:val="28"/>
          <w:szCs w:val="28"/>
          <w:lang w:val="kk-KZ"/>
        </w:rPr>
      </w:pPr>
      <w:r w:rsidRPr="004616A2">
        <w:rPr>
          <w:sz w:val="28"/>
          <w:szCs w:val="28"/>
          <w:lang w:val="kk-KZ"/>
        </w:rPr>
        <w:t>Мемлекет басшысы Қ. Тоқаев озық дамыған мемлекет құру өскелең ұрпаққа тікелей байланысты екендігіне тоқталып, оларды тәрбиелеуге ерекше назар аудару міндетін қойды. Ұлттың жаңа келбетін қалыптастыратын:</w:t>
      </w:r>
    </w:p>
    <w:p w14:paraId="24AA719B" w14:textId="77777777" w:rsidR="004616A2" w:rsidRPr="004616A2" w:rsidRDefault="004616A2" w:rsidP="004616A2">
      <w:pPr>
        <w:jc w:val="both"/>
        <w:rPr>
          <w:sz w:val="28"/>
          <w:szCs w:val="28"/>
          <w:lang w:val="kk-KZ"/>
        </w:rPr>
      </w:pPr>
      <w:r w:rsidRPr="004616A2">
        <w:rPr>
          <w:sz w:val="28"/>
          <w:szCs w:val="28"/>
          <w:lang w:val="kk-KZ"/>
        </w:rPr>
        <w:t>Тәуелсіздік және отаншылдық</w:t>
      </w:r>
    </w:p>
    <w:p w14:paraId="39D51C81" w14:textId="77777777" w:rsidR="004616A2" w:rsidRPr="004616A2" w:rsidRDefault="004616A2" w:rsidP="004616A2">
      <w:pPr>
        <w:jc w:val="both"/>
        <w:rPr>
          <w:sz w:val="28"/>
          <w:szCs w:val="28"/>
          <w:lang w:val="kk-KZ"/>
        </w:rPr>
      </w:pPr>
      <w:r w:rsidRPr="004616A2">
        <w:rPr>
          <w:sz w:val="28"/>
          <w:szCs w:val="28"/>
          <w:lang w:val="kk-KZ"/>
        </w:rPr>
        <w:t>Бірлік және ынтымақ</w:t>
      </w:r>
    </w:p>
    <w:p w14:paraId="3FB3487F" w14:textId="77777777" w:rsidR="004616A2" w:rsidRPr="004616A2" w:rsidRDefault="004616A2" w:rsidP="004616A2">
      <w:pPr>
        <w:jc w:val="both"/>
        <w:rPr>
          <w:sz w:val="28"/>
          <w:szCs w:val="28"/>
          <w:lang w:val="kk-KZ"/>
        </w:rPr>
      </w:pPr>
      <w:r w:rsidRPr="004616A2">
        <w:rPr>
          <w:sz w:val="28"/>
          <w:szCs w:val="28"/>
          <w:lang w:val="kk-KZ"/>
        </w:rPr>
        <w:t>Әділдік және жауапкершілік</w:t>
      </w:r>
    </w:p>
    <w:p w14:paraId="5BF0FC7D" w14:textId="77777777" w:rsidR="004616A2" w:rsidRPr="004616A2" w:rsidRDefault="004616A2" w:rsidP="004616A2">
      <w:pPr>
        <w:jc w:val="both"/>
        <w:rPr>
          <w:sz w:val="28"/>
          <w:szCs w:val="28"/>
          <w:lang w:val="kk-KZ"/>
        </w:rPr>
      </w:pPr>
      <w:r w:rsidRPr="004616A2">
        <w:rPr>
          <w:sz w:val="28"/>
          <w:szCs w:val="28"/>
          <w:lang w:val="kk-KZ"/>
        </w:rPr>
        <w:t>Заң және тәртіп</w:t>
      </w:r>
    </w:p>
    <w:p w14:paraId="471324C5" w14:textId="77777777" w:rsidR="004616A2" w:rsidRPr="004616A2" w:rsidRDefault="004616A2" w:rsidP="004616A2">
      <w:pPr>
        <w:jc w:val="both"/>
        <w:rPr>
          <w:sz w:val="28"/>
          <w:szCs w:val="28"/>
          <w:lang w:val="kk-KZ"/>
        </w:rPr>
      </w:pPr>
      <w:r w:rsidRPr="004616A2">
        <w:rPr>
          <w:sz w:val="28"/>
          <w:szCs w:val="28"/>
          <w:lang w:val="kk-KZ"/>
        </w:rPr>
        <w:t>Еңбекқорлық және кәсіби біліктілік</w:t>
      </w:r>
    </w:p>
    <w:p w14:paraId="44767FD8" w14:textId="77777777" w:rsidR="004616A2" w:rsidRPr="004616A2" w:rsidRDefault="004616A2" w:rsidP="004616A2">
      <w:pPr>
        <w:jc w:val="both"/>
        <w:rPr>
          <w:sz w:val="28"/>
          <w:szCs w:val="28"/>
          <w:lang w:val="kk-KZ"/>
        </w:rPr>
      </w:pPr>
      <w:r w:rsidRPr="004616A2">
        <w:rPr>
          <w:sz w:val="28"/>
          <w:szCs w:val="28"/>
          <w:lang w:val="kk-KZ"/>
        </w:rPr>
        <w:t xml:space="preserve">Жасампаздық және жаңашылдық </w:t>
      </w:r>
    </w:p>
    <w:p w14:paraId="111358FD" w14:textId="77777777" w:rsidR="004616A2" w:rsidRPr="004616A2" w:rsidRDefault="004616A2" w:rsidP="004616A2">
      <w:pPr>
        <w:jc w:val="both"/>
        <w:rPr>
          <w:sz w:val="28"/>
          <w:szCs w:val="28"/>
          <w:lang w:val="kk-KZ"/>
        </w:rPr>
      </w:pPr>
      <w:r w:rsidRPr="004616A2">
        <w:rPr>
          <w:sz w:val="28"/>
          <w:szCs w:val="28"/>
          <w:lang w:val="kk-KZ"/>
        </w:rPr>
        <w:t>құндылықтарын саралап, бала тәрбиесіндегі басты бағдар ретінде айқындады.</w:t>
      </w:r>
    </w:p>
    <w:p w14:paraId="2E499B62" w14:textId="77777777" w:rsidR="004616A2" w:rsidRPr="004616A2" w:rsidRDefault="004616A2" w:rsidP="004616A2">
      <w:pPr>
        <w:jc w:val="both"/>
        <w:rPr>
          <w:sz w:val="28"/>
          <w:szCs w:val="28"/>
          <w:lang w:val="kk-KZ"/>
        </w:rPr>
      </w:pPr>
      <w:r w:rsidRPr="004616A2">
        <w:rPr>
          <w:sz w:val="28"/>
          <w:szCs w:val="28"/>
          <w:lang w:val="kk-KZ"/>
        </w:rPr>
        <w:t>•</w:t>
      </w:r>
      <w:r w:rsidRPr="004616A2">
        <w:rPr>
          <w:sz w:val="28"/>
          <w:szCs w:val="28"/>
          <w:lang w:val="kk-KZ"/>
        </w:rPr>
        <w:tab/>
        <w:t xml:space="preserve">Білім алушылардың бойында құндылықтарды дамыту білім беру ұйымдарының оқу-тәрбие процесі жағдайында жүйелі ұйымдастырылады. Бұл міндетті іске асыру білім беру мазмұны, сынып сағаттары мен сыныптан тыс іс-шаралары арқылы жүзеге асырылады. </w:t>
      </w:r>
    </w:p>
    <w:p w14:paraId="58DABE4A" w14:textId="77777777" w:rsidR="004616A2" w:rsidRPr="004616A2" w:rsidRDefault="004616A2" w:rsidP="004616A2">
      <w:pPr>
        <w:jc w:val="both"/>
        <w:rPr>
          <w:sz w:val="28"/>
          <w:szCs w:val="28"/>
          <w:lang w:val="kk-KZ"/>
        </w:rPr>
      </w:pPr>
      <w:r w:rsidRPr="004616A2">
        <w:rPr>
          <w:sz w:val="28"/>
          <w:szCs w:val="28"/>
          <w:lang w:val="kk-KZ"/>
        </w:rPr>
        <w:t xml:space="preserve">     Ай сайын өткізілетін тұрақты іс-шаралар білім алушылардың біртұтас тұлғасын    қалыптастыруға бағытталуы тиіс:</w:t>
      </w:r>
    </w:p>
    <w:p w14:paraId="5AC305DB" w14:textId="77777777" w:rsidR="004616A2" w:rsidRPr="004616A2" w:rsidRDefault="004616A2" w:rsidP="004616A2">
      <w:pPr>
        <w:jc w:val="both"/>
        <w:rPr>
          <w:sz w:val="28"/>
          <w:szCs w:val="28"/>
          <w:lang w:val="kk-KZ"/>
        </w:rPr>
      </w:pPr>
      <w:r w:rsidRPr="004616A2">
        <w:rPr>
          <w:sz w:val="28"/>
          <w:szCs w:val="28"/>
          <w:lang w:val="kk-KZ"/>
        </w:rPr>
        <w:t>•</w:t>
      </w:r>
      <w:r w:rsidRPr="004616A2">
        <w:rPr>
          <w:sz w:val="28"/>
          <w:szCs w:val="28"/>
          <w:lang w:val="kk-KZ"/>
        </w:rPr>
        <w:tab/>
        <w:t>Қыркүйек – еңбекқорлық және кәсіби біліктілік айы;</w:t>
      </w:r>
    </w:p>
    <w:p w14:paraId="06C48EC2" w14:textId="77777777" w:rsidR="004616A2" w:rsidRPr="004616A2" w:rsidRDefault="004616A2" w:rsidP="004616A2">
      <w:pPr>
        <w:jc w:val="both"/>
        <w:rPr>
          <w:sz w:val="28"/>
          <w:szCs w:val="28"/>
          <w:lang w:val="kk-KZ"/>
        </w:rPr>
      </w:pPr>
      <w:r w:rsidRPr="004616A2">
        <w:rPr>
          <w:sz w:val="28"/>
          <w:szCs w:val="28"/>
          <w:lang w:val="kk-KZ"/>
        </w:rPr>
        <w:t>•</w:t>
      </w:r>
      <w:r w:rsidRPr="004616A2">
        <w:rPr>
          <w:sz w:val="28"/>
          <w:szCs w:val="28"/>
          <w:lang w:val="kk-KZ"/>
        </w:rPr>
        <w:tab/>
        <w:t>Қазан айы – тәуелсіздік және отаншылдық айы;</w:t>
      </w:r>
    </w:p>
    <w:p w14:paraId="3DA5670B" w14:textId="77777777" w:rsidR="004616A2" w:rsidRPr="004616A2" w:rsidRDefault="004616A2" w:rsidP="004616A2">
      <w:pPr>
        <w:jc w:val="both"/>
        <w:rPr>
          <w:sz w:val="28"/>
          <w:szCs w:val="28"/>
          <w:lang w:val="kk-KZ"/>
        </w:rPr>
      </w:pPr>
      <w:r w:rsidRPr="004616A2">
        <w:rPr>
          <w:sz w:val="28"/>
          <w:szCs w:val="28"/>
          <w:lang w:val="kk-KZ"/>
        </w:rPr>
        <w:t>•</w:t>
      </w:r>
      <w:r w:rsidRPr="004616A2">
        <w:rPr>
          <w:sz w:val="28"/>
          <w:szCs w:val="28"/>
          <w:lang w:val="kk-KZ"/>
        </w:rPr>
        <w:tab/>
        <w:t>Қараша айы – әділдік және жауапкершілік айы;</w:t>
      </w:r>
    </w:p>
    <w:p w14:paraId="0D6EDE2D" w14:textId="77777777" w:rsidR="004616A2" w:rsidRPr="004616A2" w:rsidRDefault="004616A2" w:rsidP="004616A2">
      <w:pPr>
        <w:jc w:val="both"/>
        <w:rPr>
          <w:sz w:val="28"/>
          <w:szCs w:val="28"/>
          <w:lang w:val="kk-KZ"/>
        </w:rPr>
      </w:pPr>
      <w:r w:rsidRPr="004616A2">
        <w:rPr>
          <w:sz w:val="28"/>
          <w:szCs w:val="28"/>
          <w:lang w:val="kk-KZ"/>
        </w:rPr>
        <w:lastRenderedPageBreak/>
        <w:t>•</w:t>
      </w:r>
      <w:r w:rsidRPr="004616A2">
        <w:rPr>
          <w:sz w:val="28"/>
          <w:szCs w:val="28"/>
          <w:lang w:val="kk-KZ"/>
        </w:rPr>
        <w:tab/>
        <w:t>Желтоқсан – бірлік және ынтымақ айы;</w:t>
      </w:r>
    </w:p>
    <w:p w14:paraId="714E1B44" w14:textId="77777777" w:rsidR="004616A2" w:rsidRPr="004616A2" w:rsidRDefault="004616A2" w:rsidP="004616A2">
      <w:pPr>
        <w:jc w:val="both"/>
        <w:rPr>
          <w:sz w:val="28"/>
          <w:szCs w:val="28"/>
          <w:lang w:val="kk-KZ"/>
        </w:rPr>
      </w:pPr>
      <w:r w:rsidRPr="004616A2">
        <w:rPr>
          <w:sz w:val="28"/>
          <w:szCs w:val="28"/>
          <w:lang w:val="kk-KZ"/>
        </w:rPr>
        <w:t>•</w:t>
      </w:r>
      <w:r w:rsidRPr="004616A2">
        <w:rPr>
          <w:sz w:val="28"/>
          <w:szCs w:val="28"/>
          <w:lang w:val="kk-KZ"/>
        </w:rPr>
        <w:tab/>
        <w:t>Қаңтар – заң және тәртіп айы;</w:t>
      </w:r>
    </w:p>
    <w:p w14:paraId="5C790560" w14:textId="77777777" w:rsidR="004616A2" w:rsidRPr="004616A2" w:rsidRDefault="004616A2" w:rsidP="004616A2">
      <w:pPr>
        <w:jc w:val="both"/>
        <w:rPr>
          <w:sz w:val="28"/>
          <w:szCs w:val="28"/>
          <w:lang w:val="kk-KZ"/>
        </w:rPr>
      </w:pPr>
      <w:r w:rsidRPr="004616A2">
        <w:rPr>
          <w:sz w:val="28"/>
          <w:szCs w:val="28"/>
          <w:lang w:val="kk-KZ"/>
        </w:rPr>
        <w:t>•</w:t>
      </w:r>
      <w:r w:rsidRPr="004616A2">
        <w:rPr>
          <w:sz w:val="28"/>
          <w:szCs w:val="28"/>
          <w:lang w:val="kk-KZ"/>
        </w:rPr>
        <w:tab/>
        <w:t>Ақпан – жасампаздық және жаңашылдық айы;</w:t>
      </w:r>
    </w:p>
    <w:p w14:paraId="29D00F84" w14:textId="77777777" w:rsidR="004616A2" w:rsidRPr="004616A2" w:rsidRDefault="004616A2" w:rsidP="004616A2">
      <w:pPr>
        <w:jc w:val="both"/>
        <w:rPr>
          <w:sz w:val="28"/>
          <w:szCs w:val="28"/>
          <w:lang w:val="kk-KZ"/>
        </w:rPr>
      </w:pPr>
      <w:r w:rsidRPr="004616A2">
        <w:rPr>
          <w:sz w:val="28"/>
          <w:szCs w:val="28"/>
          <w:lang w:val="kk-KZ"/>
        </w:rPr>
        <w:t>•</w:t>
      </w:r>
      <w:r w:rsidRPr="004616A2">
        <w:rPr>
          <w:sz w:val="28"/>
          <w:szCs w:val="28"/>
          <w:lang w:val="kk-KZ"/>
        </w:rPr>
        <w:tab/>
        <w:t>Наурыз – тәуелсіздік және отаншылдық айы;</w:t>
      </w:r>
    </w:p>
    <w:p w14:paraId="2DEFF40D" w14:textId="77777777" w:rsidR="004616A2" w:rsidRPr="004616A2" w:rsidRDefault="004616A2" w:rsidP="004616A2">
      <w:pPr>
        <w:jc w:val="both"/>
        <w:rPr>
          <w:sz w:val="28"/>
          <w:szCs w:val="28"/>
          <w:lang w:val="kk-KZ"/>
        </w:rPr>
      </w:pPr>
      <w:r w:rsidRPr="004616A2">
        <w:rPr>
          <w:sz w:val="28"/>
          <w:szCs w:val="28"/>
          <w:lang w:val="kk-KZ"/>
        </w:rPr>
        <w:t>•</w:t>
      </w:r>
      <w:r w:rsidRPr="004616A2">
        <w:rPr>
          <w:sz w:val="28"/>
          <w:szCs w:val="28"/>
          <w:lang w:val="kk-KZ"/>
        </w:rPr>
        <w:tab/>
        <w:t>Сәуір – еңбекқорлық және кәсіби біліктілік айы;</w:t>
      </w:r>
    </w:p>
    <w:p w14:paraId="697259EE" w14:textId="77777777" w:rsidR="004616A2" w:rsidRPr="004616A2" w:rsidRDefault="004616A2" w:rsidP="004616A2">
      <w:pPr>
        <w:jc w:val="both"/>
        <w:rPr>
          <w:sz w:val="28"/>
          <w:szCs w:val="28"/>
          <w:lang w:val="kk-KZ"/>
        </w:rPr>
      </w:pPr>
      <w:r w:rsidRPr="004616A2">
        <w:rPr>
          <w:sz w:val="28"/>
          <w:szCs w:val="28"/>
          <w:lang w:val="kk-KZ"/>
        </w:rPr>
        <w:t>•</w:t>
      </w:r>
      <w:r w:rsidRPr="004616A2">
        <w:rPr>
          <w:sz w:val="28"/>
          <w:szCs w:val="28"/>
          <w:lang w:val="kk-KZ"/>
        </w:rPr>
        <w:tab/>
        <w:t>Мамыр – бірлік және ынтымақ айы.</w:t>
      </w:r>
    </w:p>
    <w:p w14:paraId="62F0FD0A" w14:textId="77777777" w:rsidR="004616A2" w:rsidRPr="004616A2" w:rsidRDefault="004616A2" w:rsidP="004616A2">
      <w:pPr>
        <w:jc w:val="both"/>
        <w:rPr>
          <w:sz w:val="28"/>
          <w:szCs w:val="28"/>
          <w:lang w:val="kk-KZ"/>
        </w:rPr>
      </w:pPr>
      <w:r w:rsidRPr="004616A2">
        <w:rPr>
          <w:sz w:val="28"/>
          <w:szCs w:val="28"/>
          <w:lang w:val="kk-KZ"/>
        </w:rPr>
        <w:t>Бағдарлама аясында жүзеге асырылатын жобалар:</w:t>
      </w:r>
    </w:p>
    <w:p w14:paraId="522852F5" w14:textId="77777777" w:rsidR="004616A2" w:rsidRPr="004616A2" w:rsidRDefault="004616A2" w:rsidP="004616A2">
      <w:pPr>
        <w:jc w:val="both"/>
        <w:rPr>
          <w:sz w:val="28"/>
          <w:szCs w:val="28"/>
          <w:lang w:val="kk-KZ"/>
        </w:rPr>
      </w:pPr>
      <w:r w:rsidRPr="004616A2">
        <w:rPr>
          <w:sz w:val="28"/>
          <w:szCs w:val="28"/>
          <w:lang w:val="kk-KZ"/>
        </w:rPr>
        <w:t>«Оқуға құштар мектеп»</w:t>
      </w:r>
    </w:p>
    <w:p w14:paraId="7003512D" w14:textId="77777777" w:rsidR="004616A2" w:rsidRPr="004616A2" w:rsidRDefault="004616A2" w:rsidP="004616A2">
      <w:pPr>
        <w:jc w:val="both"/>
        <w:rPr>
          <w:sz w:val="28"/>
          <w:szCs w:val="28"/>
          <w:lang w:val="kk-KZ"/>
        </w:rPr>
      </w:pPr>
      <w:r w:rsidRPr="004616A2">
        <w:rPr>
          <w:sz w:val="28"/>
          <w:szCs w:val="28"/>
          <w:lang w:val="kk-KZ"/>
        </w:rPr>
        <w:t xml:space="preserve">«Балалар кітапханасы»  </w:t>
      </w:r>
    </w:p>
    <w:p w14:paraId="4A4E12D3" w14:textId="77777777" w:rsidR="004616A2" w:rsidRPr="004616A2" w:rsidRDefault="004616A2" w:rsidP="004616A2">
      <w:pPr>
        <w:jc w:val="both"/>
        <w:rPr>
          <w:sz w:val="28"/>
          <w:szCs w:val="28"/>
          <w:lang w:val="kk-KZ"/>
        </w:rPr>
      </w:pPr>
      <w:r w:rsidRPr="004616A2">
        <w:rPr>
          <w:sz w:val="28"/>
          <w:szCs w:val="28"/>
          <w:lang w:val="kk-KZ"/>
        </w:rPr>
        <w:t>«Еңбегі адал жас өрен»  (Еріктілермен жұмыс)</w:t>
      </w:r>
    </w:p>
    <w:p w14:paraId="3034FCA6" w14:textId="77777777" w:rsidR="004616A2" w:rsidRPr="004616A2" w:rsidRDefault="004616A2" w:rsidP="004616A2">
      <w:pPr>
        <w:jc w:val="both"/>
        <w:rPr>
          <w:sz w:val="28"/>
          <w:szCs w:val="28"/>
          <w:lang w:val="kk-KZ"/>
        </w:rPr>
      </w:pPr>
      <w:r w:rsidRPr="004616A2">
        <w:rPr>
          <w:sz w:val="28"/>
          <w:szCs w:val="28"/>
          <w:lang w:val="kk-KZ"/>
        </w:rPr>
        <w:t xml:space="preserve">«Ұрпаққа аманат» </w:t>
      </w:r>
    </w:p>
    <w:p w14:paraId="7BCD3788" w14:textId="77777777" w:rsidR="004616A2" w:rsidRPr="004616A2" w:rsidRDefault="004616A2" w:rsidP="004616A2">
      <w:pPr>
        <w:jc w:val="both"/>
        <w:rPr>
          <w:sz w:val="28"/>
          <w:szCs w:val="28"/>
          <w:lang w:val="kk-KZ"/>
        </w:rPr>
      </w:pPr>
      <w:r w:rsidRPr="004616A2">
        <w:rPr>
          <w:sz w:val="28"/>
          <w:szCs w:val="28"/>
          <w:lang w:val="kk-KZ"/>
        </w:rPr>
        <w:t>«Ғаламтор қауіпсіздігі»</w:t>
      </w:r>
    </w:p>
    <w:p w14:paraId="0AD84456" w14:textId="77777777" w:rsidR="004616A2" w:rsidRPr="004616A2" w:rsidRDefault="004616A2" w:rsidP="004616A2">
      <w:pPr>
        <w:jc w:val="both"/>
        <w:rPr>
          <w:sz w:val="28"/>
          <w:szCs w:val="28"/>
          <w:lang w:val="kk-KZ"/>
        </w:rPr>
      </w:pPr>
      <w:r w:rsidRPr="004616A2">
        <w:rPr>
          <w:sz w:val="28"/>
          <w:szCs w:val="28"/>
          <w:lang w:val="kk-KZ"/>
        </w:rPr>
        <w:t>«Ата-аналар академиясы»</w:t>
      </w:r>
    </w:p>
    <w:p w14:paraId="25C24852" w14:textId="77777777" w:rsidR="004616A2" w:rsidRPr="004616A2" w:rsidRDefault="004616A2" w:rsidP="004616A2">
      <w:pPr>
        <w:jc w:val="both"/>
        <w:rPr>
          <w:sz w:val="28"/>
          <w:szCs w:val="28"/>
          <w:lang w:val="kk-KZ"/>
        </w:rPr>
      </w:pPr>
      <w:r w:rsidRPr="004616A2">
        <w:rPr>
          <w:sz w:val="28"/>
          <w:szCs w:val="28"/>
          <w:lang w:val="kk-KZ"/>
        </w:rPr>
        <w:t>Ата-аналарды педагогикалық қолдау</w:t>
      </w:r>
    </w:p>
    <w:p w14:paraId="295D4AA8" w14:textId="77777777" w:rsidR="004616A2" w:rsidRPr="004616A2" w:rsidRDefault="004616A2" w:rsidP="004616A2">
      <w:pPr>
        <w:jc w:val="both"/>
        <w:rPr>
          <w:sz w:val="28"/>
          <w:szCs w:val="28"/>
          <w:lang w:val="kk-KZ"/>
        </w:rPr>
      </w:pPr>
      <w:r w:rsidRPr="004616A2">
        <w:rPr>
          <w:sz w:val="28"/>
          <w:szCs w:val="28"/>
          <w:lang w:val="kk-KZ"/>
        </w:rPr>
        <w:t>«Өнегелі өмір»</w:t>
      </w:r>
    </w:p>
    <w:p w14:paraId="7B05D2D7" w14:textId="77777777" w:rsidR="004616A2" w:rsidRPr="004616A2" w:rsidRDefault="004616A2" w:rsidP="004616A2">
      <w:pPr>
        <w:jc w:val="both"/>
        <w:rPr>
          <w:sz w:val="28"/>
          <w:szCs w:val="28"/>
          <w:lang w:val="kk-KZ"/>
        </w:rPr>
      </w:pPr>
      <w:r w:rsidRPr="004616A2">
        <w:rPr>
          <w:sz w:val="28"/>
          <w:szCs w:val="28"/>
          <w:lang w:val="kk-KZ"/>
        </w:rPr>
        <w:t>«Қамқор»</w:t>
      </w:r>
    </w:p>
    <w:p w14:paraId="29766AB5" w14:textId="77777777" w:rsidR="004616A2" w:rsidRPr="004616A2" w:rsidRDefault="004616A2" w:rsidP="004616A2">
      <w:pPr>
        <w:jc w:val="both"/>
        <w:rPr>
          <w:sz w:val="28"/>
          <w:szCs w:val="28"/>
          <w:lang w:val="kk-KZ"/>
        </w:rPr>
      </w:pPr>
      <w:r w:rsidRPr="004616A2">
        <w:rPr>
          <w:sz w:val="28"/>
          <w:szCs w:val="28"/>
          <w:lang w:val="kk-KZ"/>
        </w:rPr>
        <w:t>«Шамшырық»</w:t>
      </w:r>
    </w:p>
    <w:p w14:paraId="3EE86B1C" w14:textId="77777777" w:rsidR="004616A2" w:rsidRPr="004616A2" w:rsidRDefault="004616A2" w:rsidP="004616A2">
      <w:pPr>
        <w:jc w:val="both"/>
        <w:rPr>
          <w:sz w:val="28"/>
          <w:szCs w:val="28"/>
          <w:lang w:val="kk-KZ"/>
        </w:rPr>
      </w:pPr>
      <w:r w:rsidRPr="004616A2">
        <w:rPr>
          <w:sz w:val="28"/>
          <w:szCs w:val="28"/>
          <w:lang w:val="kk-KZ"/>
        </w:rPr>
        <w:t xml:space="preserve">Жоспарланған іс-шаралар мектептің тәрбие жұмысының мақсаттары мен міндеттерін көрсетеді және оқушылардың бойында қазақстандық патриотизмді, азаматтықты, толеранттылықты, рухани-адамгершілік, дене бітімі сау, әлеуметтік белсенді тұлғаны қалыптастыруға бағытталған. </w:t>
      </w:r>
    </w:p>
    <w:p w14:paraId="7561E457" w14:textId="77777777" w:rsidR="004616A2" w:rsidRPr="004616A2" w:rsidRDefault="004616A2" w:rsidP="004616A2">
      <w:pPr>
        <w:jc w:val="both"/>
        <w:rPr>
          <w:sz w:val="28"/>
          <w:szCs w:val="28"/>
          <w:lang w:val="kk-KZ"/>
        </w:rPr>
      </w:pPr>
      <w:r w:rsidRPr="004616A2">
        <w:rPr>
          <w:sz w:val="28"/>
          <w:szCs w:val="28"/>
          <w:lang w:val="kk-KZ"/>
        </w:rPr>
        <w:t xml:space="preserve">Құндылықтарды қалыптастырудағы жүйелі және кешенді жұмыс оқу-тәрбие процесінде күн сайын және апта сайын  іс-шаралар қамтылды:  </w:t>
      </w:r>
    </w:p>
    <w:p w14:paraId="4781CF46" w14:textId="77777777" w:rsidR="004616A2" w:rsidRPr="004616A2" w:rsidRDefault="004616A2" w:rsidP="004616A2">
      <w:pPr>
        <w:jc w:val="both"/>
        <w:rPr>
          <w:sz w:val="28"/>
          <w:szCs w:val="28"/>
          <w:lang w:val="kk-KZ"/>
        </w:rPr>
      </w:pPr>
      <w:r w:rsidRPr="004616A2">
        <w:rPr>
          <w:sz w:val="28"/>
          <w:szCs w:val="28"/>
          <w:lang w:val="kk-KZ"/>
        </w:rPr>
        <w:t>күнделікті:</w:t>
      </w:r>
    </w:p>
    <w:p w14:paraId="59F97909" w14:textId="77777777" w:rsidR="004616A2" w:rsidRPr="004616A2" w:rsidRDefault="004616A2" w:rsidP="004616A2">
      <w:pPr>
        <w:jc w:val="both"/>
        <w:rPr>
          <w:sz w:val="28"/>
          <w:szCs w:val="28"/>
          <w:lang w:val="kk-KZ"/>
        </w:rPr>
      </w:pPr>
      <w:r w:rsidRPr="004616A2">
        <w:rPr>
          <w:sz w:val="28"/>
          <w:szCs w:val="28"/>
          <w:lang w:val="kk-KZ"/>
        </w:rPr>
        <w:t>«Ұлттық ойын – ұлт қазынасы» – үзіліс кезінде білім алушылардың бос уақытын ойын түрінде ұйымдастыру – асық, тоғызқұмалақ, бес тас және т.б.</w:t>
      </w:r>
    </w:p>
    <w:p w14:paraId="52A5287B" w14:textId="77777777" w:rsidR="004616A2" w:rsidRPr="004616A2" w:rsidRDefault="004616A2" w:rsidP="004616A2">
      <w:pPr>
        <w:jc w:val="both"/>
        <w:rPr>
          <w:sz w:val="28"/>
          <w:szCs w:val="28"/>
          <w:lang w:val="kk-KZ"/>
        </w:rPr>
      </w:pPr>
      <w:r w:rsidRPr="004616A2">
        <w:rPr>
          <w:sz w:val="28"/>
          <w:szCs w:val="28"/>
          <w:lang w:val="kk-KZ"/>
        </w:rPr>
        <w:t xml:space="preserve">«Өнегелі 15 минут» – ата-аналардың баласымен мінез-құлық және адамгершілік туралы күнделікті 15 минут жеке әңгімелесуі. </w:t>
      </w:r>
    </w:p>
    <w:p w14:paraId="250EEB33" w14:textId="77777777" w:rsidR="004616A2" w:rsidRPr="004616A2" w:rsidRDefault="004616A2" w:rsidP="004616A2">
      <w:pPr>
        <w:jc w:val="both"/>
        <w:rPr>
          <w:sz w:val="28"/>
          <w:szCs w:val="28"/>
          <w:lang w:val="kk-KZ"/>
        </w:rPr>
      </w:pPr>
      <w:r w:rsidRPr="004616A2">
        <w:rPr>
          <w:sz w:val="28"/>
          <w:szCs w:val="28"/>
          <w:lang w:val="kk-KZ"/>
        </w:rPr>
        <w:t>«Үнемді тұтыну» – жадынамалар, нұсқаулықтар мен парақшалар арқылы суды, тамақты, энергияны және табиғи ресурстарды үнемді тұтынуды және іс-әрекет барысында табиғи ресурстарға (су, энергия және т.б.) ұқыпты қарауды қалыптастыру.</w:t>
      </w:r>
    </w:p>
    <w:p w14:paraId="4861C850" w14:textId="77777777" w:rsidR="004616A2" w:rsidRPr="004616A2" w:rsidRDefault="004616A2" w:rsidP="004616A2">
      <w:pPr>
        <w:jc w:val="both"/>
        <w:rPr>
          <w:sz w:val="28"/>
          <w:szCs w:val="28"/>
          <w:lang w:val="kk-KZ"/>
        </w:rPr>
      </w:pPr>
      <w:r w:rsidRPr="004616A2">
        <w:rPr>
          <w:sz w:val="28"/>
          <w:szCs w:val="28"/>
          <w:lang w:val="kk-KZ"/>
        </w:rPr>
        <w:t>«Күй күмбірі» – қоңыраудың орнына күйді пайдалану, сондай-ақ үлкен үзіліс кезінде арнайы күй тыңдату.</w:t>
      </w:r>
    </w:p>
    <w:p w14:paraId="6A4E7529" w14:textId="77777777" w:rsidR="004616A2" w:rsidRPr="004616A2" w:rsidRDefault="004616A2" w:rsidP="004616A2">
      <w:pPr>
        <w:jc w:val="both"/>
        <w:rPr>
          <w:sz w:val="28"/>
          <w:szCs w:val="28"/>
          <w:lang w:val="kk-KZ"/>
        </w:rPr>
      </w:pPr>
      <w:r w:rsidRPr="004616A2">
        <w:rPr>
          <w:sz w:val="28"/>
          <w:szCs w:val="28"/>
          <w:lang w:val="kk-KZ"/>
        </w:rPr>
        <w:t>апта сайын:</w:t>
      </w:r>
    </w:p>
    <w:p w14:paraId="5EF18667" w14:textId="77777777" w:rsidR="004616A2" w:rsidRPr="004616A2" w:rsidRDefault="004616A2" w:rsidP="004616A2">
      <w:pPr>
        <w:jc w:val="both"/>
        <w:rPr>
          <w:sz w:val="28"/>
          <w:szCs w:val="28"/>
          <w:lang w:val="kk-KZ"/>
        </w:rPr>
      </w:pPr>
      <w:r w:rsidRPr="004616A2">
        <w:rPr>
          <w:sz w:val="28"/>
          <w:szCs w:val="28"/>
          <w:lang w:val="kk-KZ"/>
        </w:rPr>
        <w:t>«Менің Қазақстаным» – оқу аптасының басында бірінші сабақта білім алушылар Қазақстан Республикасының Әнұранын орындайды.</w:t>
      </w:r>
    </w:p>
    <w:p w14:paraId="72BDF575" w14:textId="77777777" w:rsidR="004616A2" w:rsidRPr="004616A2" w:rsidRDefault="004616A2" w:rsidP="004616A2">
      <w:pPr>
        <w:jc w:val="both"/>
        <w:rPr>
          <w:sz w:val="28"/>
          <w:szCs w:val="28"/>
          <w:lang w:val="kk-KZ"/>
        </w:rPr>
      </w:pPr>
      <w:r w:rsidRPr="004616A2">
        <w:rPr>
          <w:sz w:val="28"/>
          <w:szCs w:val="28"/>
          <w:lang w:val="kk-KZ"/>
        </w:rPr>
        <w:t>Аптаның дәйексөздері – мақал-мәтелдер, нақыл сөздер, халық даналығы, ұлы тұлғалардың ұлағатты сөздері. Аптаның дәйексөздері  мектептің 1 қабатындағы Led-экрандарда орналастырылған.</w:t>
      </w:r>
    </w:p>
    <w:p w14:paraId="7C7E73C0" w14:textId="77777777" w:rsidR="004616A2" w:rsidRPr="004616A2" w:rsidRDefault="004616A2" w:rsidP="004616A2">
      <w:pPr>
        <w:jc w:val="both"/>
        <w:rPr>
          <w:sz w:val="28"/>
          <w:szCs w:val="28"/>
          <w:lang w:val="kk-KZ"/>
        </w:rPr>
      </w:pPr>
      <w:r w:rsidRPr="004616A2">
        <w:rPr>
          <w:sz w:val="28"/>
          <w:szCs w:val="28"/>
          <w:lang w:val="kk-KZ"/>
        </w:rPr>
        <w:t>«Қауіпсіздік сабағы» – жол қозғалысы ережелерін, өмір қауіпсіздігі негіздерін зерделеу, білім алушылардың жеке қауіпсіздігін, қауіпсіз мінез-құлқын және т.б. сақтауы туралы сынып сағаты шеңберінде 10 минут ақпарат береді.</w:t>
      </w:r>
    </w:p>
    <w:p w14:paraId="1A2B7C79" w14:textId="77777777" w:rsidR="004616A2" w:rsidRPr="004616A2" w:rsidRDefault="004616A2" w:rsidP="004616A2">
      <w:pPr>
        <w:jc w:val="both"/>
        <w:rPr>
          <w:sz w:val="28"/>
          <w:szCs w:val="28"/>
          <w:lang w:val="kk-KZ"/>
        </w:rPr>
      </w:pPr>
      <w:r w:rsidRPr="004616A2">
        <w:rPr>
          <w:sz w:val="28"/>
          <w:szCs w:val="28"/>
          <w:lang w:val="kk-KZ"/>
        </w:rPr>
        <w:t xml:space="preserve">Білім алушылардың негізгі құзыреттіліктерін дамыту мақсатында сыныптан тыс жұмыстар шеңберінде келесі әлеуметтік жобалар ұсынылады: </w:t>
      </w:r>
    </w:p>
    <w:p w14:paraId="1152DAD8" w14:textId="77777777" w:rsidR="004616A2" w:rsidRPr="004616A2" w:rsidRDefault="004616A2" w:rsidP="004616A2">
      <w:pPr>
        <w:jc w:val="both"/>
        <w:rPr>
          <w:sz w:val="28"/>
          <w:szCs w:val="28"/>
          <w:lang w:val="kk-KZ"/>
        </w:rPr>
      </w:pPr>
      <w:r w:rsidRPr="004616A2">
        <w:rPr>
          <w:sz w:val="28"/>
          <w:szCs w:val="28"/>
          <w:lang w:val="kk-KZ"/>
        </w:rPr>
        <w:t xml:space="preserve">«Қамқор» әлеуметтік жобасын жүзеге асыру арқылы түйінді құндылықтарды дамыту қарастырылады. Жоба шеңберінде білім алушыларды «Қоғамға қызмет ету» </w:t>
      </w:r>
      <w:r w:rsidRPr="004616A2">
        <w:rPr>
          <w:sz w:val="28"/>
          <w:szCs w:val="28"/>
          <w:lang w:val="kk-KZ"/>
        </w:rPr>
        <w:lastRenderedPageBreak/>
        <w:t xml:space="preserve">волонтерлікке ата-аналар қауымдастығы және жергілікті атқарушы органдармен бірлесіп қарттарға көмек көрсету, жануарларға қамқорлық жасау, табиғат элементтерінен қайта өңделген материалдарды пайдалана отырып құстарға ұя жасау т.б. іс – шаралар ұйымдастырылған. </w:t>
      </w:r>
    </w:p>
    <w:p w14:paraId="32A23C61" w14:textId="77777777" w:rsidR="004616A2" w:rsidRPr="004616A2" w:rsidRDefault="004616A2" w:rsidP="004616A2">
      <w:pPr>
        <w:jc w:val="both"/>
        <w:rPr>
          <w:sz w:val="28"/>
          <w:szCs w:val="28"/>
          <w:lang w:val="kk-KZ"/>
        </w:rPr>
      </w:pPr>
      <w:r w:rsidRPr="004616A2">
        <w:rPr>
          <w:sz w:val="28"/>
          <w:szCs w:val="28"/>
          <w:lang w:val="kk-KZ"/>
        </w:rPr>
        <w:t xml:space="preserve"> «Жер сағаты» экологиялық акциясы, «Түлектердің ағаш егуі» экочелленджі, «Табиғатқа қамқорлық жасаймыз» акциясы  мектебізімде ұйымдастырылған. </w:t>
      </w:r>
    </w:p>
    <w:p w14:paraId="14F319A7" w14:textId="77777777" w:rsidR="004616A2" w:rsidRPr="004616A2" w:rsidRDefault="004616A2" w:rsidP="004616A2">
      <w:pPr>
        <w:jc w:val="both"/>
        <w:rPr>
          <w:sz w:val="28"/>
          <w:szCs w:val="28"/>
          <w:lang w:val="kk-KZ"/>
        </w:rPr>
      </w:pPr>
      <w:r w:rsidRPr="004616A2">
        <w:rPr>
          <w:sz w:val="28"/>
          <w:szCs w:val="28"/>
          <w:lang w:val="kk-KZ"/>
        </w:rPr>
        <w:t xml:space="preserve">«Еңбегі адал – жас өрен» – білім алушылардың түрлі мамандыққа деген қызығушылығын дамыту және еңбексүйгіштікке баулу арқылы еңбекқорлық және кәсіби біліктілік құндылығын қалыптастыруды көздейді. </w:t>
      </w:r>
    </w:p>
    <w:p w14:paraId="4D2BC8ED" w14:textId="77777777" w:rsidR="004616A2" w:rsidRPr="004616A2" w:rsidRDefault="004616A2" w:rsidP="004616A2">
      <w:pPr>
        <w:jc w:val="both"/>
        <w:rPr>
          <w:sz w:val="28"/>
          <w:szCs w:val="28"/>
          <w:lang w:val="kk-KZ"/>
        </w:rPr>
      </w:pPr>
      <w:r w:rsidRPr="004616A2">
        <w:rPr>
          <w:sz w:val="28"/>
          <w:szCs w:val="28"/>
          <w:lang w:val="kk-KZ"/>
        </w:rPr>
        <w:t xml:space="preserve"> «Күзгі асар» жәрмеңкесі, «Мамандықтар әлемі» іс-шаралары ұйымдастырылған. «Мамандықтар марафоны» байқауы мектептің әлеуметтік желілеріне жазбалар жариялау арқылы жүзеге асырылады. «Күзгі асар» жәрмеңкесінде білім алушылар күзгі егіннің табиғи материалдары мен табиғаттың орман өнімдерін пайдалана отырып, ата-аналарымен бірлесіп жасаған қолөнерлерін ұсынды. «Мамандық әлемі» шарасын өткізу мамандықтармен танысу үшін түрлі кәсіпорындарға немесе мекемелерге бару жоспары әзірлеп, өңірдегі мамандықтармен танысады. </w:t>
      </w:r>
    </w:p>
    <w:p w14:paraId="39947602" w14:textId="5AF01F4E" w:rsidR="004616A2" w:rsidRDefault="004616A2" w:rsidP="004616A2">
      <w:pPr>
        <w:jc w:val="both"/>
        <w:rPr>
          <w:sz w:val="28"/>
          <w:szCs w:val="28"/>
          <w:lang w:val="kk-KZ"/>
        </w:rPr>
      </w:pPr>
      <w:r w:rsidRPr="004616A2">
        <w:rPr>
          <w:sz w:val="28"/>
          <w:szCs w:val="28"/>
          <w:lang w:val="kk-KZ"/>
        </w:rPr>
        <w:t xml:space="preserve">«Шабыт» –  жобасы аясында «Даналық ұстаздан» челленджі, «Ұлттық мәдениет» көрмесі, «Жас сарбаз» әскери-патриоттық әндер фестивалі, «Ананың аялы алақаны» челленджі, «Әншуақ» фестивалі, «Домбыра күні» көрме және концерт, мектеп театры жұмысы ұйымдастырылды. </w:t>
      </w:r>
    </w:p>
    <w:p w14:paraId="2A21AAFC" w14:textId="6EDE9FFB" w:rsidR="00FA1D49" w:rsidRPr="00FA1D49" w:rsidRDefault="00FA1D49" w:rsidP="004616A2">
      <w:pPr>
        <w:jc w:val="both"/>
        <w:rPr>
          <w:b/>
          <w:sz w:val="28"/>
          <w:szCs w:val="28"/>
          <w:lang w:val="kk-KZ"/>
        </w:rPr>
      </w:pPr>
      <w:r w:rsidRPr="00FA1D49">
        <w:rPr>
          <w:b/>
          <w:sz w:val="28"/>
          <w:szCs w:val="28"/>
          <w:lang w:val="kk-KZ"/>
        </w:rPr>
        <w:t>14-қосымша</w:t>
      </w:r>
    </w:p>
    <w:p w14:paraId="0D968A8A" w14:textId="2694409D" w:rsidR="00A40AE7" w:rsidRPr="00F67FE2" w:rsidRDefault="00A40AE7" w:rsidP="004616A2">
      <w:pPr>
        <w:jc w:val="both"/>
        <w:rPr>
          <w:sz w:val="28"/>
          <w:szCs w:val="28"/>
          <w:lang w:val="kk-KZ"/>
        </w:rPr>
      </w:pPr>
    </w:p>
    <w:p w14:paraId="49EF2D00" w14:textId="033A1FA9" w:rsidR="004616A2" w:rsidRDefault="004616A2" w:rsidP="004616A2">
      <w:pPr>
        <w:jc w:val="both"/>
        <w:rPr>
          <w:b/>
          <w:sz w:val="28"/>
          <w:szCs w:val="28"/>
          <w:lang w:val="kk-KZ"/>
        </w:rPr>
      </w:pPr>
      <w:r w:rsidRPr="004616A2">
        <w:rPr>
          <w:b/>
          <w:sz w:val="28"/>
          <w:szCs w:val="28"/>
          <w:lang w:val="kk-KZ"/>
        </w:rPr>
        <w:t>2024-2025 оқу жылына арналған тәрбие жұмысының  жоспары</w:t>
      </w:r>
    </w:p>
    <w:p w14:paraId="34BEBC8C" w14:textId="0C93800D" w:rsidR="00A82E02" w:rsidRDefault="00A82E02" w:rsidP="004616A2">
      <w:pPr>
        <w:jc w:val="both"/>
      </w:pPr>
    </w:p>
    <w:p w14:paraId="11A4260D" w14:textId="77777777" w:rsidR="00F060A1" w:rsidRDefault="00F060A1" w:rsidP="004616A2">
      <w:pPr>
        <w:jc w:val="both"/>
        <w:rPr>
          <w:b/>
          <w:sz w:val="24"/>
          <w:szCs w:val="24"/>
          <w:lang w:val="kk-KZ"/>
        </w:rPr>
      </w:pPr>
    </w:p>
    <w:p w14:paraId="06121040" w14:textId="15641275" w:rsidR="00A82E02" w:rsidRPr="00A40AE7" w:rsidRDefault="00A82E02" w:rsidP="004616A2">
      <w:pPr>
        <w:jc w:val="both"/>
        <w:rPr>
          <w:b/>
          <w:sz w:val="28"/>
          <w:szCs w:val="28"/>
          <w:lang w:val="kk-KZ"/>
        </w:rPr>
      </w:pPr>
      <w:r w:rsidRPr="00A40AE7">
        <w:rPr>
          <w:b/>
          <w:sz w:val="28"/>
          <w:szCs w:val="28"/>
          <w:lang w:val="kk-KZ"/>
        </w:rPr>
        <w:t>Сынып жетекшілерінің жоспары</w:t>
      </w:r>
    </w:p>
    <w:p w14:paraId="3B24BE6A" w14:textId="77777777" w:rsidR="00A82E02" w:rsidRDefault="00A82E02" w:rsidP="004616A2">
      <w:pPr>
        <w:jc w:val="both"/>
        <w:rPr>
          <w:b/>
          <w:sz w:val="24"/>
          <w:szCs w:val="24"/>
          <w:lang w:val="kk-KZ"/>
        </w:rPr>
      </w:pPr>
    </w:p>
    <w:p w14:paraId="1194D09C" w14:textId="5C42F79F" w:rsidR="00A82E02" w:rsidRPr="004616A2" w:rsidRDefault="00A82E02" w:rsidP="004616A2">
      <w:pPr>
        <w:jc w:val="both"/>
        <w:rPr>
          <w:b/>
          <w:sz w:val="28"/>
          <w:szCs w:val="28"/>
          <w:lang w:val="kk-KZ"/>
        </w:rPr>
      </w:pPr>
    </w:p>
    <w:p w14:paraId="27FCFEEA" w14:textId="5D307AF9" w:rsidR="004616A2" w:rsidRPr="004616A2" w:rsidRDefault="00A40AE7" w:rsidP="004616A2">
      <w:pPr>
        <w:jc w:val="both"/>
        <w:rPr>
          <w:sz w:val="28"/>
          <w:szCs w:val="28"/>
          <w:lang w:val="kk-KZ"/>
        </w:rPr>
      </w:pPr>
      <w:r w:rsidRPr="00A40AE7">
        <w:rPr>
          <w:sz w:val="28"/>
          <w:szCs w:val="28"/>
          <w:lang w:val="kk-KZ"/>
        </w:rPr>
        <w:t xml:space="preserve">       </w:t>
      </w:r>
      <w:r w:rsidR="004616A2" w:rsidRPr="004616A2">
        <w:rPr>
          <w:sz w:val="28"/>
          <w:szCs w:val="28"/>
          <w:lang w:val="kk-KZ"/>
        </w:rPr>
        <w:t xml:space="preserve">Білім беру ұйымдарында «Біртұтас тәрбие» бағдарламасын бекіту туралы </w:t>
      </w:r>
    </w:p>
    <w:p w14:paraId="2FCC13A0" w14:textId="77777777" w:rsidR="004616A2" w:rsidRPr="004616A2" w:rsidRDefault="004616A2" w:rsidP="004616A2">
      <w:pPr>
        <w:jc w:val="both"/>
        <w:rPr>
          <w:sz w:val="28"/>
          <w:szCs w:val="28"/>
          <w:lang w:val="kk-KZ"/>
        </w:rPr>
      </w:pPr>
      <w:r w:rsidRPr="004616A2">
        <w:rPr>
          <w:sz w:val="28"/>
          <w:szCs w:val="28"/>
          <w:lang w:val="kk-KZ"/>
        </w:rPr>
        <w:t xml:space="preserve">ҚР Оқу –ағарту министрінің 2024 жылғы 30 маусымдағы №194 бұйрығы негізінде атқарылған іс –шаралар.  «Мектепке жол» республикалық акциясы мектеп оқушыларын жалпыға бірдей міндетті біліммен қамтамасыз ету мақсатында өткізіледі. «Менің отбасым-менің байлығым» тақырыбында  сынып сағаттары өтті. Оқушылар арасында сурет көрмесі ұйымдастырылып, ағаштан  қолөнер бұйымдарын жасады. «Тіл-кемел болашақ тұғыры» апталығы өткізілді. Апталық аясында  оқушылар эссе байқауына, Redx іс-шарасына қатысты. Апталық қорытынды кешпен аяқталды. «Тарихқа тағзым» тарих апталығы өтті. Апталық аясында ашық сабақтар өткізілді. «Отбасы құндылығы», «Салауатты өмір салты» бағытында оқушылар спорттық ойындарға және қосымша үйірмелерге тартылған.  Қыздармен жұмыстың жоспарлары бекітіліп жүйелі жүргізілуде. «Зере» әжелер мектебінің жұмысы» «Әкелер мектебі» «Аналар мектебі» жүйелі түрде жүргізіледі. 1-2 сыныптар арасында «Әжемнің ертегісі», 3-4 сыныптар арасында «Қисса, дастандар», 5-6 сыныптар арасында  «Қолөнер» бұйымдарын үйрету сабақтары жүргізіліп отырады.  </w:t>
      </w:r>
    </w:p>
    <w:p w14:paraId="4319B8F1" w14:textId="77777777" w:rsidR="004616A2" w:rsidRPr="004616A2" w:rsidRDefault="004616A2" w:rsidP="004616A2">
      <w:pPr>
        <w:jc w:val="both"/>
        <w:rPr>
          <w:sz w:val="28"/>
          <w:szCs w:val="28"/>
          <w:lang w:val="kk-KZ"/>
        </w:rPr>
      </w:pPr>
      <w:r w:rsidRPr="004616A2">
        <w:rPr>
          <w:sz w:val="28"/>
          <w:szCs w:val="28"/>
          <w:lang w:val="kk-KZ"/>
        </w:rPr>
        <w:t xml:space="preserve"> Барлық сыныптан тыс іс — шаралардың жалпы мақсаты оқушыларды үйлесімді тәрбиелеу және жан-жақты дамыту. Тәрбиелік және дамытушылық функциялар моральдық-адамгершілік мәдениетті, рухани мұраттарды қалыптастыру, әр жеке </w:t>
      </w:r>
      <w:r w:rsidRPr="004616A2">
        <w:rPr>
          <w:sz w:val="28"/>
          <w:szCs w:val="28"/>
          <w:lang w:val="kk-KZ"/>
        </w:rPr>
        <w:lastRenderedPageBreak/>
        <w:t>баланың жеке (интеллектуалды, шығармашылық, психологиялық және эмоционалды) қасиеттерін анықтау және дамыту. Оқушылардың сабақтан тыс іс-әрекетінің формаларына мыналар жатады:  пәндік және тақырыптық үйірмелер, оқушылардың ғылыми және жобалық-зерттеу қызметі, спорт секциялары, ұжымдық шығармашылық істер.</w:t>
      </w:r>
    </w:p>
    <w:p w14:paraId="4CD8CAE5" w14:textId="77777777" w:rsidR="004616A2" w:rsidRPr="004616A2" w:rsidRDefault="004616A2" w:rsidP="004616A2">
      <w:pPr>
        <w:jc w:val="both"/>
        <w:rPr>
          <w:sz w:val="28"/>
          <w:szCs w:val="28"/>
          <w:lang w:val="kk-KZ"/>
        </w:rPr>
      </w:pPr>
      <w:r w:rsidRPr="004616A2">
        <w:rPr>
          <w:sz w:val="28"/>
          <w:szCs w:val="28"/>
          <w:lang w:val="kk-KZ"/>
        </w:rPr>
        <w:t>Мектептің тәрбие жұмысының негізгі бағыттарының бағдарламасын  іске асыру олардың ерекшеліктерін (физикалық, интеллектуалдық, психологиялық) ескере отырып, барлық жас топтары бойынша бір мезгілде  жүзеге асырылады.</w:t>
      </w:r>
    </w:p>
    <w:p w14:paraId="33EC88C3" w14:textId="77777777" w:rsidR="004616A2" w:rsidRPr="004616A2" w:rsidRDefault="004616A2" w:rsidP="004616A2">
      <w:pPr>
        <w:jc w:val="both"/>
        <w:rPr>
          <w:sz w:val="28"/>
          <w:szCs w:val="28"/>
          <w:lang w:val="kk-KZ"/>
        </w:rPr>
      </w:pPr>
      <w:r w:rsidRPr="004616A2">
        <w:rPr>
          <w:sz w:val="28"/>
          <w:szCs w:val="28"/>
          <w:lang w:val="kk-KZ"/>
        </w:rPr>
        <w:t>Мектепте тәрбие жұмысын ұйымдастыруды әлеуметтік педагогтың, педагог-психологтың,  аға тәлімгердің  және мектепті бірлесіп басқару органының қатысуымен тәрбие жұмысына жетекшілік ететін директордың орынбасары басқарады. Тәрбие жұмысы жалпы мектептік істерді ұйымдастыруда, сынып ұжымдарының өмірінде, қалада,облыста өткізілетін түрлі акцияларға, жобаларға қатысуында, директор жанындағы кеңестерде, сынып жетекшілер отырыстарында тәрбие қызметі мәселелерін талқылауда, түрлі сауалнамалар жүргізуде іске асырылады.</w:t>
      </w:r>
    </w:p>
    <w:p w14:paraId="144764F4" w14:textId="77777777" w:rsidR="004616A2" w:rsidRPr="004616A2" w:rsidRDefault="004616A2" w:rsidP="004616A2">
      <w:pPr>
        <w:jc w:val="both"/>
        <w:rPr>
          <w:sz w:val="28"/>
          <w:szCs w:val="28"/>
          <w:lang w:val="kk-KZ"/>
        </w:rPr>
      </w:pPr>
      <w:r w:rsidRPr="004616A2">
        <w:rPr>
          <w:sz w:val="28"/>
          <w:szCs w:val="28"/>
          <w:lang w:val="kk-KZ"/>
        </w:rPr>
        <w:t>Жыл бойы әр айдағы өткізілген іс-шаралар, ата-аналар жиналыстары жоспар бойынша жүргізілді. Айлық жұмыс жоспары шығарылып, барлық жоспарланған іс-шаралар уақытылы өткізіліп отырды. Білім беру ұйымдарында білім алушыларды тәрбиелеу ісі:</w:t>
      </w:r>
    </w:p>
    <w:p w14:paraId="11F89C64" w14:textId="77777777" w:rsidR="004616A2" w:rsidRPr="004616A2" w:rsidRDefault="004616A2" w:rsidP="004616A2">
      <w:pPr>
        <w:jc w:val="both"/>
        <w:rPr>
          <w:sz w:val="28"/>
          <w:szCs w:val="28"/>
          <w:lang w:val="kk-KZ"/>
        </w:rPr>
      </w:pPr>
      <w:r w:rsidRPr="004616A2">
        <w:rPr>
          <w:sz w:val="28"/>
          <w:szCs w:val="28"/>
          <w:lang w:val="kk-KZ"/>
        </w:rPr>
        <w:t>– оқу пәндерінің мазмұны;</w:t>
      </w:r>
    </w:p>
    <w:p w14:paraId="09946134" w14:textId="77777777" w:rsidR="004616A2" w:rsidRPr="004616A2" w:rsidRDefault="004616A2" w:rsidP="004616A2">
      <w:pPr>
        <w:jc w:val="both"/>
        <w:rPr>
          <w:sz w:val="28"/>
          <w:szCs w:val="28"/>
          <w:lang w:val="kk-KZ"/>
        </w:rPr>
      </w:pPr>
      <w:r w:rsidRPr="004616A2">
        <w:rPr>
          <w:sz w:val="28"/>
          <w:szCs w:val="28"/>
          <w:lang w:val="kk-KZ"/>
        </w:rPr>
        <w:t>– сынып сағаттары мен тәрбиелік іс-шаралар;</w:t>
      </w:r>
    </w:p>
    <w:p w14:paraId="1C61B633" w14:textId="77777777" w:rsidR="004616A2" w:rsidRPr="004616A2" w:rsidRDefault="004616A2" w:rsidP="004616A2">
      <w:pPr>
        <w:jc w:val="both"/>
        <w:rPr>
          <w:sz w:val="28"/>
          <w:szCs w:val="28"/>
          <w:lang w:val="kk-KZ"/>
        </w:rPr>
      </w:pPr>
      <w:r w:rsidRPr="004616A2">
        <w:rPr>
          <w:sz w:val="28"/>
          <w:szCs w:val="28"/>
          <w:lang w:val="kk-KZ"/>
        </w:rPr>
        <w:t xml:space="preserve">Біртұтас тәрбие бағдарламасының орындалысы бойынша іс-тәжірибе тарату  семинарлары облыс, қала деңгейінде өткізілді. </w:t>
      </w:r>
    </w:p>
    <w:p w14:paraId="6B977FBE" w14:textId="77777777" w:rsidR="004616A2" w:rsidRPr="004616A2" w:rsidRDefault="004616A2" w:rsidP="004616A2">
      <w:pPr>
        <w:jc w:val="both"/>
        <w:rPr>
          <w:sz w:val="28"/>
          <w:szCs w:val="28"/>
          <w:lang w:val="kk-KZ"/>
        </w:rPr>
      </w:pPr>
      <w:r w:rsidRPr="004616A2">
        <w:rPr>
          <w:sz w:val="28"/>
          <w:szCs w:val="28"/>
          <w:lang w:val="kk-KZ"/>
        </w:rPr>
        <w:t>•</w:t>
      </w:r>
      <w:r w:rsidRPr="004616A2">
        <w:rPr>
          <w:sz w:val="28"/>
          <w:szCs w:val="28"/>
          <w:lang w:val="kk-KZ"/>
        </w:rPr>
        <w:tab/>
        <w:t xml:space="preserve"> «Біртұтас Тәрбие бағдарламасын» жүзеге асыру бойынша Ашық есік күні өтті. Шараның мақсаты «Біртұтас тәрбие бағдарламасының «Ұлттық мүдде» бағыты бойынша «Қазақстанның қауіпсіздігін қамтамасыз етуге дайын болу» міндеттерін жүзеге асыру, отаншыл, мемлекетшіл және намысшыл жас ұрпақты Ұлттық мүддені сақтауға тәрбиелеу. </w:t>
      </w:r>
    </w:p>
    <w:p w14:paraId="2E0C8539" w14:textId="77777777" w:rsidR="004616A2" w:rsidRPr="004616A2" w:rsidRDefault="004616A2" w:rsidP="004616A2">
      <w:pPr>
        <w:jc w:val="both"/>
        <w:rPr>
          <w:sz w:val="28"/>
          <w:szCs w:val="28"/>
          <w:lang w:val="kk-KZ"/>
        </w:rPr>
      </w:pPr>
      <w:r w:rsidRPr="004616A2">
        <w:rPr>
          <w:sz w:val="28"/>
          <w:szCs w:val="28"/>
          <w:lang w:val="kk-KZ"/>
        </w:rPr>
        <w:t>•</w:t>
      </w:r>
      <w:r w:rsidRPr="004616A2">
        <w:rPr>
          <w:sz w:val="28"/>
          <w:szCs w:val="28"/>
          <w:lang w:val="kk-KZ"/>
        </w:rPr>
        <w:tab/>
        <w:t xml:space="preserve">Қазан айының 30-ы күні «Біртұтас тәрбие бағдарламасының орындалысы» тақырыбында облыстық іс-тәжірибе тарату семинары Оқу-әдістемелік орталығымен бірлесе өткізілді. </w:t>
      </w:r>
    </w:p>
    <w:p w14:paraId="315FB672" w14:textId="77777777" w:rsidR="004616A2" w:rsidRPr="004616A2" w:rsidRDefault="004616A2" w:rsidP="004616A2">
      <w:pPr>
        <w:jc w:val="both"/>
        <w:rPr>
          <w:sz w:val="28"/>
          <w:szCs w:val="28"/>
          <w:lang w:val="kk-KZ"/>
        </w:rPr>
      </w:pPr>
      <w:r w:rsidRPr="004616A2">
        <w:rPr>
          <w:sz w:val="28"/>
          <w:szCs w:val="28"/>
          <w:lang w:val="kk-KZ"/>
        </w:rPr>
        <w:t>•</w:t>
      </w:r>
      <w:r w:rsidRPr="004616A2">
        <w:rPr>
          <w:sz w:val="28"/>
          <w:szCs w:val="28"/>
          <w:lang w:val="kk-KZ"/>
        </w:rPr>
        <w:tab/>
        <w:t>«Құндылыққа негізделген тәрбие мен білім» облыстық форумы аясында Robo ұлттық ойындар сайысына  «NRG-2024» оқушылар қатыстырылды.</w:t>
      </w:r>
    </w:p>
    <w:p w14:paraId="3FE70BFB" w14:textId="77777777" w:rsidR="004616A2" w:rsidRPr="004616A2" w:rsidRDefault="004616A2" w:rsidP="004616A2">
      <w:pPr>
        <w:jc w:val="both"/>
        <w:rPr>
          <w:sz w:val="28"/>
          <w:szCs w:val="28"/>
          <w:lang w:val="kk-KZ"/>
        </w:rPr>
      </w:pPr>
      <w:r w:rsidRPr="004616A2">
        <w:rPr>
          <w:sz w:val="28"/>
          <w:szCs w:val="28"/>
          <w:lang w:val="kk-KZ"/>
        </w:rPr>
        <w:t>•</w:t>
      </w:r>
      <w:r w:rsidRPr="004616A2">
        <w:rPr>
          <w:sz w:val="28"/>
          <w:szCs w:val="28"/>
          <w:lang w:val="kk-KZ"/>
        </w:rPr>
        <w:tab/>
        <w:t>«Ziatkerlik modernizatsia-24» жобасы аясында Қарағанды қаласының 90 жылдық мерейтойына арналған қалалық «Әнім саған, туған ел!» эстрадалық ән байқауына оқушыларымыз  қатысып жүлделі орындарға ие болды..</w:t>
      </w:r>
    </w:p>
    <w:p w14:paraId="1DC36A7C" w14:textId="77777777" w:rsidR="004616A2" w:rsidRPr="004616A2" w:rsidRDefault="004616A2" w:rsidP="004616A2">
      <w:pPr>
        <w:jc w:val="both"/>
        <w:rPr>
          <w:sz w:val="28"/>
          <w:szCs w:val="28"/>
          <w:lang w:val="kk-KZ"/>
        </w:rPr>
      </w:pPr>
      <w:r w:rsidRPr="004616A2">
        <w:rPr>
          <w:sz w:val="28"/>
          <w:szCs w:val="28"/>
          <w:lang w:val="kk-KZ"/>
        </w:rPr>
        <w:t>•</w:t>
      </w:r>
      <w:r w:rsidRPr="004616A2">
        <w:rPr>
          <w:sz w:val="28"/>
          <w:szCs w:val="28"/>
          <w:lang w:val="kk-KZ"/>
        </w:rPr>
        <w:tab/>
        <w:t>Республикалық XXV Абай оқулары сайысының облыстық кезеңі өтті.</w:t>
      </w:r>
    </w:p>
    <w:p w14:paraId="6CD8E9C4" w14:textId="77777777" w:rsidR="004616A2" w:rsidRPr="004616A2" w:rsidRDefault="004616A2" w:rsidP="004616A2">
      <w:pPr>
        <w:jc w:val="both"/>
        <w:rPr>
          <w:b/>
          <w:sz w:val="28"/>
          <w:szCs w:val="28"/>
          <w:lang w:val="kk-KZ"/>
        </w:rPr>
      </w:pPr>
      <w:r w:rsidRPr="004616A2">
        <w:rPr>
          <w:b/>
          <w:sz w:val="28"/>
          <w:szCs w:val="28"/>
          <w:lang w:val="kk-KZ"/>
        </w:rPr>
        <w:t>Біртұтас тәрбие бағдарламасы аясында біршама жобалар атқарылды:</w:t>
      </w:r>
    </w:p>
    <w:p w14:paraId="588CF26C" w14:textId="77777777" w:rsidR="004616A2" w:rsidRPr="004616A2" w:rsidRDefault="004616A2" w:rsidP="004616A2">
      <w:pPr>
        <w:jc w:val="both"/>
        <w:rPr>
          <w:sz w:val="28"/>
          <w:szCs w:val="28"/>
          <w:lang w:val="kk-KZ"/>
        </w:rPr>
      </w:pPr>
      <w:r w:rsidRPr="004616A2">
        <w:rPr>
          <w:sz w:val="28"/>
          <w:szCs w:val="28"/>
          <w:lang w:val="kk-KZ"/>
        </w:rPr>
        <w:t>•</w:t>
      </w:r>
      <w:r w:rsidRPr="004616A2">
        <w:rPr>
          <w:sz w:val="28"/>
          <w:szCs w:val="28"/>
          <w:lang w:val="kk-KZ"/>
        </w:rPr>
        <w:tab/>
        <w:t>«Оқуға құштар мектеп» жобасы. Кітап оқу сайыстары.</w:t>
      </w:r>
    </w:p>
    <w:p w14:paraId="323CFA91" w14:textId="77777777" w:rsidR="004616A2" w:rsidRPr="004616A2" w:rsidRDefault="004616A2" w:rsidP="004616A2">
      <w:pPr>
        <w:jc w:val="both"/>
        <w:rPr>
          <w:sz w:val="28"/>
          <w:szCs w:val="28"/>
          <w:lang w:val="kk-KZ"/>
        </w:rPr>
      </w:pPr>
      <w:r w:rsidRPr="004616A2">
        <w:rPr>
          <w:sz w:val="28"/>
          <w:szCs w:val="28"/>
          <w:lang w:val="kk-KZ"/>
        </w:rPr>
        <w:t>•</w:t>
      </w:r>
      <w:r w:rsidRPr="004616A2">
        <w:rPr>
          <w:sz w:val="28"/>
          <w:szCs w:val="28"/>
          <w:lang w:val="kk-KZ"/>
        </w:rPr>
        <w:tab/>
        <w:t xml:space="preserve"> «Жас журналист» телестудиясы</w:t>
      </w:r>
    </w:p>
    <w:p w14:paraId="686564A4" w14:textId="77777777" w:rsidR="004616A2" w:rsidRPr="004616A2" w:rsidRDefault="004616A2" w:rsidP="004616A2">
      <w:pPr>
        <w:jc w:val="both"/>
        <w:rPr>
          <w:sz w:val="28"/>
          <w:szCs w:val="28"/>
          <w:lang w:val="kk-KZ"/>
        </w:rPr>
      </w:pPr>
      <w:r w:rsidRPr="004616A2">
        <w:rPr>
          <w:sz w:val="28"/>
          <w:szCs w:val="28"/>
          <w:lang w:val="kk-KZ"/>
        </w:rPr>
        <w:t>•</w:t>
      </w:r>
      <w:r w:rsidRPr="004616A2">
        <w:rPr>
          <w:sz w:val="28"/>
          <w:szCs w:val="28"/>
          <w:lang w:val="kk-KZ"/>
        </w:rPr>
        <w:tab/>
        <w:t>«Ұшқыр ой» алаңы</w:t>
      </w:r>
    </w:p>
    <w:p w14:paraId="14D2CADC" w14:textId="77777777" w:rsidR="004616A2" w:rsidRPr="004616A2" w:rsidRDefault="004616A2" w:rsidP="004616A2">
      <w:pPr>
        <w:jc w:val="both"/>
        <w:rPr>
          <w:sz w:val="28"/>
          <w:szCs w:val="28"/>
          <w:lang w:val="kk-KZ"/>
        </w:rPr>
      </w:pPr>
      <w:r w:rsidRPr="004616A2">
        <w:rPr>
          <w:sz w:val="28"/>
          <w:szCs w:val="28"/>
          <w:lang w:val="kk-KZ"/>
        </w:rPr>
        <w:t>•</w:t>
      </w:r>
      <w:r w:rsidRPr="004616A2">
        <w:rPr>
          <w:sz w:val="28"/>
          <w:szCs w:val="28"/>
          <w:lang w:val="kk-KZ"/>
        </w:rPr>
        <w:tab/>
        <w:t>«Шабыт» жобасы</w:t>
      </w:r>
    </w:p>
    <w:p w14:paraId="75BD273F" w14:textId="77777777" w:rsidR="004616A2" w:rsidRPr="004616A2" w:rsidRDefault="004616A2" w:rsidP="004616A2">
      <w:pPr>
        <w:jc w:val="both"/>
        <w:rPr>
          <w:sz w:val="28"/>
          <w:szCs w:val="28"/>
          <w:lang w:val="kk-KZ"/>
        </w:rPr>
      </w:pPr>
      <w:r w:rsidRPr="004616A2">
        <w:rPr>
          <w:sz w:val="28"/>
          <w:szCs w:val="28"/>
          <w:lang w:val="kk-KZ"/>
        </w:rPr>
        <w:t>•</w:t>
      </w:r>
      <w:r w:rsidRPr="004616A2">
        <w:rPr>
          <w:sz w:val="28"/>
          <w:szCs w:val="28"/>
          <w:lang w:val="kk-KZ"/>
        </w:rPr>
        <w:tab/>
        <w:t>«Домбыра-дастан» жобасы</w:t>
      </w:r>
    </w:p>
    <w:p w14:paraId="7497871B" w14:textId="77777777" w:rsidR="004616A2" w:rsidRPr="004616A2" w:rsidRDefault="004616A2" w:rsidP="004616A2">
      <w:pPr>
        <w:jc w:val="both"/>
        <w:rPr>
          <w:sz w:val="28"/>
          <w:szCs w:val="28"/>
          <w:lang w:val="kk-KZ"/>
        </w:rPr>
      </w:pPr>
      <w:r w:rsidRPr="004616A2">
        <w:rPr>
          <w:sz w:val="28"/>
          <w:szCs w:val="28"/>
          <w:lang w:val="kk-KZ"/>
        </w:rPr>
        <w:t>•</w:t>
      </w:r>
      <w:r w:rsidRPr="004616A2">
        <w:rPr>
          <w:sz w:val="28"/>
          <w:szCs w:val="28"/>
          <w:lang w:val="kk-KZ"/>
        </w:rPr>
        <w:tab/>
        <w:t>«Өнегелі өмір» жобасы. Тұлғалы азаматтармен кездесулер.</w:t>
      </w:r>
    </w:p>
    <w:p w14:paraId="74271450" w14:textId="77777777" w:rsidR="004616A2" w:rsidRPr="004616A2" w:rsidRDefault="004616A2" w:rsidP="004616A2">
      <w:pPr>
        <w:jc w:val="both"/>
        <w:rPr>
          <w:sz w:val="28"/>
          <w:szCs w:val="28"/>
          <w:lang w:val="kk-KZ"/>
        </w:rPr>
      </w:pPr>
      <w:r w:rsidRPr="004616A2">
        <w:rPr>
          <w:sz w:val="28"/>
          <w:szCs w:val="28"/>
          <w:lang w:val="kk-KZ"/>
        </w:rPr>
        <w:t>•</w:t>
      </w:r>
      <w:r w:rsidRPr="004616A2">
        <w:rPr>
          <w:sz w:val="28"/>
          <w:szCs w:val="28"/>
          <w:lang w:val="kk-KZ"/>
        </w:rPr>
        <w:tab/>
        <w:t>«Жасыл мектеп» жобасы</w:t>
      </w:r>
    </w:p>
    <w:p w14:paraId="1A43247F" w14:textId="77777777" w:rsidR="004616A2" w:rsidRPr="004616A2" w:rsidRDefault="004616A2" w:rsidP="004616A2">
      <w:pPr>
        <w:jc w:val="both"/>
        <w:rPr>
          <w:sz w:val="28"/>
          <w:szCs w:val="28"/>
          <w:lang w:val="kk-KZ"/>
        </w:rPr>
      </w:pPr>
      <w:r w:rsidRPr="004616A2">
        <w:rPr>
          <w:sz w:val="28"/>
          <w:szCs w:val="28"/>
          <w:lang w:val="kk-KZ"/>
        </w:rPr>
        <w:lastRenderedPageBreak/>
        <w:t>•</w:t>
      </w:r>
      <w:r w:rsidRPr="004616A2">
        <w:rPr>
          <w:sz w:val="28"/>
          <w:szCs w:val="28"/>
          <w:lang w:val="kk-KZ"/>
        </w:rPr>
        <w:tab/>
        <w:t>«Talim speakers» рухани дамуға кітаппен жобасы.</w:t>
      </w:r>
    </w:p>
    <w:p w14:paraId="1CDBD11D" w14:textId="77777777" w:rsidR="004616A2" w:rsidRPr="004616A2" w:rsidRDefault="004616A2" w:rsidP="004616A2">
      <w:pPr>
        <w:jc w:val="both"/>
        <w:rPr>
          <w:sz w:val="28"/>
          <w:szCs w:val="28"/>
          <w:lang w:val="kk-KZ"/>
        </w:rPr>
      </w:pPr>
      <w:r w:rsidRPr="004616A2">
        <w:rPr>
          <w:sz w:val="28"/>
          <w:szCs w:val="28"/>
          <w:lang w:val="kk-KZ"/>
        </w:rPr>
        <w:t>•</w:t>
      </w:r>
      <w:r w:rsidRPr="004616A2">
        <w:rPr>
          <w:sz w:val="28"/>
          <w:szCs w:val="28"/>
          <w:lang w:val="kk-KZ"/>
        </w:rPr>
        <w:tab/>
        <w:t>«Зере» әжелер мектебі</w:t>
      </w:r>
    </w:p>
    <w:p w14:paraId="37F2091F" w14:textId="77777777" w:rsidR="004616A2" w:rsidRPr="004616A2" w:rsidRDefault="004616A2" w:rsidP="004616A2">
      <w:pPr>
        <w:jc w:val="both"/>
        <w:rPr>
          <w:sz w:val="28"/>
          <w:szCs w:val="28"/>
          <w:lang w:val="kk-KZ"/>
        </w:rPr>
      </w:pPr>
      <w:r w:rsidRPr="004616A2">
        <w:rPr>
          <w:sz w:val="28"/>
          <w:szCs w:val="28"/>
          <w:lang w:val="kk-KZ"/>
        </w:rPr>
        <w:t>•</w:t>
      </w:r>
      <w:r w:rsidRPr="004616A2">
        <w:rPr>
          <w:sz w:val="28"/>
          <w:szCs w:val="28"/>
          <w:lang w:val="kk-KZ"/>
        </w:rPr>
        <w:tab/>
        <w:t>«Әке жолы-ізгі жол» әкелер мектебі қалалық, облыстық сайыстар ұйымдастырды.</w:t>
      </w:r>
    </w:p>
    <w:p w14:paraId="5B54BDF5" w14:textId="77777777" w:rsidR="004616A2" w:rsidRPr="004616A2" w:rsidRDefault="008D1D0B" w:rsidP="004616A2">
      <w:pPr>
        <w:jc w:val="both"/>
        <w:rPr>
          <w:sz w:val="28"/>
          <w:szCs w:val="28"/>
          <w:lang w:val="kk-KZ"/>
        </w:rPr>
      </w:pPr>
      <w:hyperlink r:id="rId36" w:history="1">
        <w:r w:rsidR="004616A2" w:rsidRPr="004616A2">
          <w:rPr>
            <w:rStyle w:val="ae"/>
            <w:sz w:val="28"/>
            <w:szCs w:val="28"/>
            <w:lang w:val="kk-KZ"/>
          </w:rPr>
          <w:t>https://www.instagram.com/p/C_X-ryJMJ28/?utm_source=ig_web_copy_link&amp;stkn=MzRlODBiNWFlZA</w:t>
        </w:r>
      </w:hyperlink>
      <w:r w:rsidR="004616A2" w:rsidRPr="004616A2">
        <w:rPr>
          <w:sz w:val="28"/>
          <w:szCs w:val="28"/>
          <w:lang w:val="kk-KZ"/>
        </w:rPr>
        <w:t>=</w:t>
      </w:r>
    </w:p>
    <w:p w14:paraId="5D0835B8" w14:textId="77777777" w:rsidR="004616A2" w:rsidRPr="004616A2" w:rsidRDefault="004616A2" w:rsidP="004616A2">
      <w:pPr>
        <w:jc w:val="both"/>
        <w:rPr>
          <w:sz w:val="28"/>
          <w:szCs w:val="28"/>
          <w:lang w:val="kk-KZ"/>
        </w:rPr>
      </w:pPr>
      <w:r w:rsidRPr="004616A2">
        <w:rPr>
          <w:sz w:val="28"/>
          <w:szCs w:val="28"/>
          <w:lang w:val="kk-KZ"/>
        </w:rPr>
        <w:t>=</w:t>
      </w:r>
      <w:hyperlink r:id="rId37" w:history="1">
        <w:r w:rsidRPr="004616A2">
          <w:rPr>
            <w:rStyle w:val="ae"/>
            <w:sz w:val="28"/>
            <w:szCs w:val="28"/>
            <w:lang w:val="kk-KZ"/>
          </w:rPr>
          <w:t>https://www.instagram.com/reel/C_YNMWZMpEo/?utm_source=ig_web_copy_link&amp;stkn=MzRlODBiNWFlZA</w:t>
        </w:r>
      </w:hyperlink>
      <w:r w:rsidRPr="004616A2">
        <w:rPr>
          <w:sz w:val="28"/>
          <w:szCs w:val="28"/>
          <w:lang w:val="kk-KZ"/>
        </w:rPr>
        <w:t>=</w:t>
      </w:r>
    </w:p>
    <w:p w14:paraId="1F01CC41" w14:textId="77777777" w:rsidR="004616A2" w:rsidRPr="004616A2" w:rsidRDefault="004616A2" w:rsidP="004616A2">
      <w:pPr>
        <w:jc w:val="both"/>
        <w:rPr>
          <w:sz w:val="28"/>
          <w:szCs w:val="28"/>
          <w:lang w:val="kk-KZ"/>
        </w:rPr>
      </w:pPr>
      <w:r w:rsidRPr="004616A2">
        <w:rPr>
          <w:sz w:val="28"/>
          <w:szCs w:val="28"/>
          <w:lang w:val="kk-KZ"/>
        </w:rPr>
        <w:t>=</w:t>
      </w:r>
      <w:hyperlink r:id="rId38" w:history="1">
        <w:r w:rsidRPr="004616A2">
          <w:rPr>
            <w:rStyle w:val="ae"/>
            <w:sz w:val="28"/>
            <w:szCs w:val="28"/>
            <w:lang w:val="kk-KZ"/>
          </w:rPr>
          <w:t>https://www.instagram.com/p/C_ca74lsNq2/?utm_source=ig_web_copy_link&amp;stkn=MzRlODBiNWFlZA</w:t>
        </w:r>
      </w:hyperlink>
      <w:r w:rsidRPr="004616A2">
        <w:rPr>
          <w:sz w:val="28"/>
          <w:szCs w:val="28"/>
          <w:lang w:val="kk-KZ"/>
        </w:rPr>
        <w:t>=</w:t>
      </w:r>
    </w:p>
    <w:p w14:paraId="2305AF7C" w14:textId="77777777" w:rsidR="004616A2" w:rsidRPr="004616A2" w:rsidRDefault="004616A2" w:rsidP="004616A2">
      <w:pPr>
        <w:jc w:val="both"/>
        <w:rPr>
          <w:sz w:val="28"/>
          <w:szCs w:val="28"/>
          <w:lang w:val="kk-KZ"/>
        </w:rPr>
      </w:pPr>
      <w:r w:rsidRPr="004616A2">
        <w:rPr>
          <w:sz w:val="28"/>
          <w:szCs w:val="28"/>
          <w:lang w:val="kk-KZ"/>
        </w:rPr>
        <w:t>=</w:t>
      </w:r>
      <w:hyperlink r:id="rId39" w:history="1">
        <w:r w:rsidRPr="004616A2">
          <w:rPr>
            <w:rStyle w:val="ae"/>
            <w:sz w:val="28"/>
            <w:szCs w:val="28"/>
            <w:lang w:val="kk-KZ"/>
          </w:rPr>
          <w:t>https://www.instagram.com/p/C_cbA55sUlT/?utm_source=ig_web_copy_link&amp;stkn=MzRlODBiNWFlZA</w:t>
        </w:r>
      </w:hyperlink>
      <w:r w:rsidRPr="004616A2">
        <w:rPr>
          <w:sz w:val="28"/>
          <w:szCs w:val="28"/>
          <w:lang w:val="kk-KZ"/>
        </w:rPr>
        <w:t>=</w:t>
      </w:r>
    </w:p>
    <w:p w14:paraId="2C29E1AB" w14:textId="77777777" w:rsidR="004616A2" w:rsidRPr="004616A2" w:rsidRDefault="004616A2" w:rsidP="004616A2">
      <w:pPr>
        <w:jc w:val="both"/>
        <w:rPr>
          <w:sz w:val="28"/>
          <w:szCs w:val="28"/>
          <w:lang w:val="kk-KZ"/>
        </w:rPr>
      </w:pPr>
      <w:r w:rsidRPr="004616A2">
        <w:rPr>
          <w:sz w:val="28"/>
          <w:szCs w:val="28"/>
          <w:lang w:val="kk-KZ"/>
        </w:rPr>
        <w:t>=</w:t>
      </w:r>
      <w:hyperlink r:id="rId40" w:history="1">
        <w:r w:rsidRPr="004616A2">
          <w:rPr>
            <w:rStyle w:val="ae"/>
            <w:sz w:val="28"/>
            <w:szCs w:val="28"/>
            <w:lang w:val="kk-KZ"/>
          </w:rPr>
          <w:t>https://www.instagram.com/p/C_ftO-bMVd7/?utm_source=ig_web_copy_link&amp;stkn=MzRlODBiNWFlZA</w:t>
        </w:r>
      </w:hyperlink>
      <w:r w:rsidRPr="004616A2">
        <w:rPr>
          <w:sz w:val="28"/>
          <w:szCs w:val="28"/>
          <w:lang w:val="kk-KZ"/>
        </w:rPr>
        <w:t>=</w:t>
      </w:r>
    </w:p>
    <w:p w14:paraId="5DC32ABF" w14:textId="77777777" w:rsidR="004616A2" w:rsidRPr="004616A2" w:rsidRDefault="004616A2" w:rsidP="004616A2">
      <w:pPr>
        <w:jc w:val="both"/>
        <w:rPr>
          <w:sz w:val="28"/>
          <w:szCs w:val="28"/>
          <w:lang w:val="kk-KZ"/>
        </w:rPr>
      </w:pPr>
      <w:r w:rsidRPr="004616A2">
        <w:rPr>
          <w:sz w:val="28"/>
          <w:szCs w:val="28"/>
          <w:lang w:val="kk-KZ"/>
        </w:rPr>
        <w:t>=</w:t>
      </w:r>
      <w:hyperlink r:id="rId41" w:history="1">
        <w:r w:rsidRPr="004616A2">
          <w:rPr>
            <w:rStyle w:val="ae"/>
            <w:sz w:val="28"/>
            <w:szCs w:val="28"/>
            <w:lang w:val="kk-KZ"/>
          </w:rPr>
          <w:t>https://www.instagram.com/p/C_iEhcFMmMI/?utm_source=ig_web_copy_link&amp;stkn=MzRlODBiNWFlZA</w:t>
        </w:r>
      </w:hyperlink>
      <w:r w:rsidRPr="004616A2">
        <w:rPr>
          <w:sz w:val="28"/>
          <w:szCs w:val="28"/>
          <w:lang w:val="kk-KZ"/>
        </w:rPr>
        <w:t>=</w:t>
      </w:r>
    </w:p>
    <w:p w14:paraId="234BC21F" w14:textId="77777777" w:rsidR="004616A2" w:rsidRPr="004616A2" w:rsidRDefault="004616A2" w:rsidP="004616A2">
      <w:pPr>
        <w:jc w:val="both"/>
        <w:rPr>
          <w:sz w:val="28"/>
          <w:szCs w:val="28"/>
          <w:lang w:val="kk-KZ"/>
        </w:rPr>
      </w:pPr>
      <w:r w:rsidRPr="004616A2">
        <w:rPr>
          <w:sz w:val="28"/>
          <w:szCs w:val="28"/>
          <w:lang w:val="kk-KZ"/>
        </w:rPr>
        <w:t>=</w:t>
      </w:r>
      <w:hyperlink r:id="rId42" w:history="1">
        <w:r w:rsidRPr="004616A2">
          <w:rPr>
            <w:rStyle w:val="ae"/>
            <w:sz w:val="28"/>
            <w:szCs w:val="28"/>
            <w:lang w:val="kk-KZ"/>
          </w:rPr>
          <w:t>https://www.instagram.com/p/C_mq6hiN05G/?utm_source=ig_web_copy_link&amp;stkn=MzRlODBiNWFlZA</w:t>
        </w:r>
      </w:hyperlink>
      <w:r w:rsidRPr="004616A2">
        <w:rPr>
          <w:sz w:val="28"/>
          <w:szCs w:val="28"/>
          <w:lang w:val="kk-KZ"/>
        </w:rPr>
        <w:t>=</w:t>
      </w:r>
    </w:p>
    <w:p w14:paraId="2C62E5D8" w14:textId="77777777" w:rsidR="004616A2" w:rsidRPr="004616A2" w:rsidRDefault="004616A2" w:rsidP="004616A2">
      <w:pPr>
        <w:jc w:val="both"/>
        <w:rPr>
          <w:sz w:val="28"/>
          <w:szCs w:val="28"/>
          <w:lang w:val="kk-KZ"/>
        </w:rPr>
      </w:pPr>
      <w:r w:rsidRPr="004616A2">
        <w:rPr>
          <w:sz w:val="28"/>
          <w:szCs w:val="28"/>
          <w:lang w:val="kk-KZ"/>
        </w:rPr>
        <w:t>=</w:t>
      </w:r>
      <w:hyperlink r:id="rId43" w:history="1">
        <w:r w:rsidRPr="004616A2">
          <w:rPr>
            <w:rStyle w:val="ae"/>
            <w:sz w:val="28"/>
            <w:szCs w:val="28"/>
            <w:lang w:val="kk-KZ"/>
          </w:rPr>
          <w:t>https://www.instagram.com/reel/C_sLZ1hMbQ2/?utm_source=ig_web_copy_link&amp;stkn=MzRlODBiNWFlZA</w:t>
        </w:r>
      </w:hyperlink>
      <w:r w:rsidRPr="004616A2">
        <w:rPr>
          <w:sz w:val="28"/>
          <w:szCs w:val="28"/>
          <w:lang w:val="kk-KZ"/>
        </w:rPr>
        <w:t>=</w:t>
      </w:r>
    </w:p>
    <w:p w14:paraId="69186D5A" w14:textId="77777777" w:rsidR="004616A2" w:rsidRPr="004616A2" w:rsidRDefault="004616A2" w:rsidP="004616A2">
      <w:pPr>
        <w:jc w:val="both"/>
        <w:rPr>
          <w:sz w:val="28"/>
          <w:szCs w:val="28"/>
          <w:lang w:val="kk-KZ"/>
        </w:rPr>
      </w:pPr>
      <w:r w:rsidRPr="004616A2">
        <w:rPr>
          <w:sz w:val="28"/>
          <w:szCs w:val="28"/>
          <w:lang w:val="kk-KZ"/>
        </w:rPr>
        <w:t>=</w:t>
      </w:r>
      <w:hyperlink r:id="rId44" w:history="1">
        <w:r w:rsidRPr="004616A2">
          <w:rPr>
            <w:rStyle w:val="ae"/>
            <w:sz w:val="28"/>
            <w:szCs w:val="28"/>
            <w:lang w:val="kk-KZ"/>
          </w:rPr>
          <w:t>https://www.instagram.com/p/C_sxVgqMYDS/?utm_source=ig_web_copy_link&amp;stkn=MzRlODBiNWFlZA</w:t>
        </w:r>
      </w:hyperlink>
      <w:r w:rsidRPr="004616A2">
        <w:rPr>
          <w:sz w:val="28"/>
          <w:szCs w:val="28"/>
          <w:lang w:val="kk-KZ"/>
        </w:rPr>
        <w:t>=</w:t>
      </w:r>
    </w:p>
    <w:p w14:paraId="69280663" w14:textId="77777777" w:rsidR="004616A2" w:rsidRPr="004616A2" w:rsidRDefault="004616A2" w:rsidP="004616A2">
      <w:pPr>
        <w:jc w:val="both"/>
        <w:rPr>
          <w:rStyle w:val="ae"/>
          <w:sz w:val="28"/>
          <w:szCs w:val="28"/>
        </w:rPr>
      </w:pPr>
      <w:r w:rsidRPr="004616A2">
        <w:rPr>
          <w:sz w:val="28"/>
          <w:szCs w:val="28"/>
          <w:lang w:val="kk-KZ"/>
        </w:rPr>
        <w:t>=</w:t>
      </w:r>
      <w:hyperlink r:id="rId45" w:history="1">
        <w:r w:rsidRPr="004616A2">
          <w:rPr>
            <w:rStyle w:val="ae"/>
            <w:sz w:val="28"/>
            <w:szCs w:val="28"/>
            <w:lang w:val="kk-KZ"/>
          </w:rPr>
          <w:t>https://www.instagram.com/reel/C_tMQ-Ksnl1/?utm_source=ig_web_copy_link&amp;stkn=MzRlODBiNWFlZA</w:t>
        </w:r>
      </w:hyperlink>
      <w:r w:rsidRPr="004616A2">
        <w:rPr>
          <w:sz w:val="28"/>
          <w:szCs w:val="28"/>
          <w:lang w:val="kk-KZ"/>
        </w:rPr>
        <w:t>==</w:t>
      </w:r>
      <w:hyperlink r:id="rId46" w:history="1">
        <w:r w:rsidRPr="004616A2">
          <w:rPr>
            <w:rStyle w:val="ae"/>
            <w:sz w:val="28"/>
            <w:szCs w:val="28"/>
            <w:lang w:val="kk-KZ"/>
          </w:rPr>
          <w:t>https://www.instagram.com/p/C_tXljMMp8A/?utm_source=ig_web_copy_link&amp;stkn=MzRlODBiNWFlZA</w:t>
        </w:r>
      </w:hyperlink>
      <w:r w:rsidRPr="004616A2">
        <w:rPr>
          <w:sz w:val="28"/>
          <w:szCs w:val="28"/>
          <w:lang w:val="kk-KZ"/>
        </w:rPr>
        <w:t>==</w:t>
      </w:r>
      <w:hyperlink r:id="rId47" w:history="1">
        <w:r w:rsidRPr="004616A2">
          <w:rPr>
            <w:rStyle w:val="ae"/>
            <w:sz w:val="28"/>
            <w:szCs w:val="28"/>
            <w:lang w:val="kk-KZ"/>
          </w:rPr>
          <w:t>https://www.instagram.com/p/C_u_XofMdzU/?utm_source=ig_web_copy_link&amp;stkn=MzRlODBiNWFlZA</w:t>
        </w:r>
      </w:hyperlink>
      <w:r w:rsidRPr="004616A2">
        <w:rPr>
          <w:sz w:val="28"/>
          <w:szCs w:val="28"/>
          <w:lang w:val="kk-KZ"/>
        </w:rPr>
        <w:t>==</w:t>
      </w:r>
      <w:hyperlink r:id="rId48" w:history="1">
        <w:r w:rsidRPr="004616A2">
          <w:rPr>
            <w:rStyle w:val="ae"/>
            <w:sz w:val="28"/>
            <w:szCs w:val="28"/>
            <w:lang w:val="kk-KZ"/>
          </w:rPr>
          <w:t>https://www.instagram.com/p/C_u_hyWspzM/?utm_source=ig_web_copy_link&amp;stkn=MzRlODBiNWFlZA</w:t>
        </w:r>
      </w:hyperlink>
      <w:r w:rsidRPr="004616A2">
        <w:rPr>
          <w:sz w:val="28"/>
          <w:szCs w:val="28"/>
          <w:lang w:val="kk-KZ"/>
        </w:rPr>
        <w:t>==</w:t>
      </w:r>
      <w:hyperlink r:id="rId49" w:history="1">
        <w:r w:rsidRPr="004616A2">
          <w:rPr>
            <w:rStyle w:val="ae"/>
            <w:sz w:val="28"/>
            <w:szCs w:val="28"/>
            <w:lang w:val="kk-KZ"/>
          </w:rPr>
          <w:t>https://www.instagram.com/p/C_vljttseHf/?utm_source=ig_web_copy_link&amp;stkn=MzRlODBiNWFlZA</w:t>
        </w:r>
      </w:hyperlink>
      <w:r w:rsidRPr="004616A2">
        <w:rPr>
          <w:sz w:val="28"/>
          <w:szCs w:val="28"/>
          <w:lang w:val="kk-KZ"/>
        </w:rPr>
        <w:t>==</w:t>
      </w:r>
      <w:hyperlink r:id="rId50" w:history="1">
        <w:r w:rsidRPr="004616A2">
          <w:rPr>
            <w:rStyle w:val="ae"/>
            <w:sz w:val="28"/>
            <w:szCs w:val="28"/>
            <w:lang w:val="kk-KZ"/>
          </w:rPr>
          <w:t>https://www.instagram.com/p/C_x_JdOsBjH/?utm_source=ig_web_copy_link&amp;stkn=MzRlODBiNWFlZA</w:t>
        </w:r>
      </w:hyperlink>
      <w:r w:rsidRPr="004616A2">
        <w:rPr>
          <w:sz w:val="28"/>
          <w:szCs w:val="28"/>
          <w:lang w:val="kk-KZ"/>
        </w:rPr>
        <w:t>==</w:t>
      </w:r>
      <w:hyperlink r:id="rId51" w:history="1">
        <w:r w:rsidRPr="004616A2">
          <w:rPr>
            <w:rStyle w:val="ae"/>
            <w:sz w:val="28"/>
            <w:szCs w:val="28"/>
            <w:lang w:val="kk-KZ"/>
          </w:rPr>
          <w:t>https://www.instagram.com/p/C_yKdPEMNr9/?utm_source=ig_web_copy_link&amp;stkn=MzRlODBiNWFlZA</w:t>
        </w:r>
      </w:hyperlink>
      <w:r w:rsidRPr="004616A2">
        <w:rPr>
          <w:sz w:val="28"/>
          <w:szCs w:val="28"/>
          <w:lang w:val="kk-KZ"/>
        </w:rPr>
        <w:t>==</w:t>
      </w:r>
      <w:hyperlink r:id="rId52" w:history="1">
        <w:r w:rsidRPr="004616A2">
          <w:rPr>
            <w:rStyle w:val="ae"/>
            <w:sz w:val="28"/>
            <w:szCs w:val="28"/>
            <w:lang w:val="kk-KZ"/>
          </w:rPr>
          <w:t>https://www.instagram.com/p/C_0YHhLMt9i/?utm_source=ig_web_copy_link&amp;stkn=MzRlODBiNWFlZA</w:t>
        </w:r>
      </w:hyperlink>
      <w:r w:rsidRPr="004616A2">
        <w:rPr>
          <w:sz w:val="28"/>
          <w:szCs w:val="28"/>
          <w:lang w:val="kk-KZ"/>
        </w:rPr>
        <w:t>==</w:t>
      </w:r>
      <w:hyperlink r:id="rId53" w:history="1">
        <w:r w:rsidRPr="004616A2">
          <w:rPr>
            <w:rStyle w:val="ae"/>
            <w:sz w:val="28"/>
            <w:szCs w:val="28"/>
            <w:lang w:val="kk-KZ"/>
          </w:rPr>
          <w:t>https://www.instagram.com/p/C_0aW0WsQT0/?utm_source=ig_web_copy_link&amp;stkn=MzRlODBiNWFlZA</w:t>
        </w:r>
      </w:hyperlink>
      <w:r w:rsidRPr="004616A2">
        <w:rPr>
          <w:sz w:val="28"/>
          <w:szCs w:val="28"/>
          <w:lang w:val="kk-KZ"/>
        </w:rPr>
        <w:t>==</w:t>
      </w:r>
      <w:hyperlink r:id="rId54" w:history="1">
        <w:r w:rsidRPr="004616A2">
          <w:rPr>
            <w:rStyle w:val="ae"/>
            <w:sz w:val="28"/>
            <w:szCs w:val="28"/>
            <w:lang w:val="kk-KZ"/>
          </w:rPr>
          <w:t>https://www.instagram.com/p/C_72nQbsRLj/?utm_source=ig_web_copy_link&amp;stkn=MzRlODBiNWFlZA</w:t>
        </w:r>
      </w:hyperlink>
      <w:r w:rsidRPr="004616A2">
        <w:rPr>
          <w:sz w:val="28"/>
          <w:szCs w:val="28"/>
          <w:lang w:val="kk-KZ"/>
        </w:rPr>
        <w:t>==</w:t>
      </w:r>
      <w:hyperlink r:id="rId55" w:history="1">
        <w:r w:rsidRPr="004616A2">
          <w:rPr>
            <w:rStyle w:val="ae"/>
            <w:sz w:val="28"/>
            <w:szCs w:val="28"/>
            <w:lang w:val="kk-KZ"/>
          </w:rPr>
          <w:t>https://www.instagram.com/p/C_72zlwsZGB/?utm_source=ig_web_copy_link&amp;stkn=MzRlODBiNWFlZA</w:t>
        </w:r>
      </w:hyperlink>
      <w:r w:rsidRPr="004616A2">
        <w:rPr>
          <w:sz w:val="28"/>
          <w:szCs w:val="28"/>
          <w:lang w:val="kk-KZ"/>
        </w:rPr>
        <w:t>==</w:t>
      </w:r>
      <w:hyperlink r:id="rId56" w:history="1">
        <w:r w:rsidRPr="004616A2">
          <w:rPr>
            <w:rStyle w:val="ae"/>
            <w:sz w:val="28"/>
            <w:szCs w:val="28"/>
            <w:lang w:val="kk-KZ"/>
          </w:rPr>
          <w:t>https://www.instagram.com/reel/C_7-FkhMrjq/?utm_source=ig_web_copy_link&amp;stkn=MzRlODBiNWFlZA</w:t>
        </w:r>
      </w:hyperlink>
      <w:r w:rsidRPr="004616A2">
        <w:rPr>
          <w:sz w:val="28"/>
          <w:szCs w:val="28"/>
          <w:lang w:val="kk-KZ"/>
        </w:rPr>
        <w:t>==</w:t>
      </w:r>
      <w:hyperlink r:id="rId57" w:history="1">
        <w:r w:rsidRPr="004616A2">
          <w:rPr>
            <w:rStyle w:val="ae"/>
            <w:sz w:val="28"/>
            <w:szCs w:val="28"/>
            <w:lang w:val="kk-KZ"/>
          </w:rPr>
          <w:t>https://www.instagram.com/p/C_8NTTpsFOk/?utm_source=ig_web_copy_link&amp;stkn=MzRlODBiNWFlZA</w:t>
        </w:r>
      </w:hyperlink>
      <w:r w:rsidRPr="004616A2">
        <w:rPr>
          <w:sz w:val="28"/>
          <w:szCs w:val="28"/>
          <w:lang w:val="kk-KZ"/>
        </w:rPr>
        <w:t>==</w:t>
      </w:r>
      <w:hyperlink r:id="rId58" w:history="1">
        <w:r w:rsidRPr="004616A2">
          <w:rPr>
            <w:rStyle w:val="ae"/>
            <w:sz w:val="28"/>
            <w:szCs w:val="28"/>
            <w:lang w:val="kk-KZ"/>
          </w:rPr>
          <w:t>https://www.instagram.com/p/C_97VIsMxjb/?utm_source=ig_web_copy_link&amp;stkn=MzRlODBiNWFlZA</w:t>
        </w:r>
      </w:hyperlink>
      <w:r w:rsidRPr="004616A2">
        <w:rPr>
          <w:sz w:val="28"/>
          <w:szCs w:val="28"/>
          <w:lang w:val="kk-KZ"/>
        </w:rPr>
        <w:t>==</w:t>
      </w:r>
      <w:hyperlink r:id="rId59" w:history="1">
        <w:r w:rsidRPr="004616A2">
          <w:rPr>
            <w:rStyle w:val="ae"/>
            <w:sz w:val="28"/>
            <w:szCs w:val="28"/>
            <w:lang w:val="kk-KZ"/>
          </w:rPr>
          <w:t>https://www.instagram.com/p/C_yPsSMwh_/?utm_source=ig_web_copy_link&amp;stkn=MzRlODBiNWFlZA</w:t>
        </w:r>
      </w:hyperlink>
      <w:r w:rsidRPr="004616A2">
        <w:rPr>
          <w:sz w:val="28"/>
          <w:szCs w:val="28"/>
          <w:lang w:val="kk-KZ"/>
        </w:rPr>
        <w:t>==</w:t>
      </w:r>
      <w:hyperlink r:id="rId60" w:history="1">
        <w:r w:rsidRPr="004616A2">
          <w:rPr>
            <w:rStyle w:val="ae"/>
            <w:sz w:val="28"/>
            <w:szCs w:val="28"/>
            <w:lang w:val="kk-KZ"/>
          </w:rPr>
          <w:t>https://www.instagram.com/reel/C__DDbvsKUR/?utm_source=ig_web_copy_link&amp;stkn=MzRlODBiNWFlZA</w:t>
        </w:r>
      </w:hyperlink>
      <w:r w:rsidRPr="004616A2">
        <w:rPr>
          <w:sz w:val="28"/>
          <w:szCs w:val="28"/>
          <w:lang w:val="kk-KZ"/>
        </w:rPr>
        <w:t>==</w:t>
      </w:r>
      <w:hyperlink r:id="rId61" w:history="1">
        <w:r w:rsidRPr="004616A2">
          <w:rPr>
            <w:rStyle w:val="ae"/>
            <w:sz w:val="28"/>
            <w:szCs w:val="28"/>
            <w:lang w:val="kk-KZ"/>
          </w:rPr>
          <w:t>https://www.instagram.com/p/DAAQru6IaZy/?utm_source=ig_web_copy_link&amp;stkn=MzRlODBiNWFlZA</w:t>
        </w:r>
      </w:hyperlink>
      <w:r w:rsidRPr="004616A2">
        <w:rPr>
          <w:sz w:val="28"/>
          <w:szCs w:val="28"/>
          <w:lang w:val="kk-KZ"/>
        </w:rPr>
        <w:t>==</w:t>
      </w:r>
      <w:hyperlink r:id="rId62" w:history="1">
        <w:r w:rsidRPr="004616A2">
          <w:rPr>
            <w:rStyle w:val="ae"/>
            <w:sz w:val="28"/>
            <w:szCs w:val="28"/>
            <w:lang w:val="kk-KZ"/>
          </w:rPr>
          <w:t>https://www.instagram.com/p/DAEBYn9sbf0/?utm_source=ig_web_copy_link&amp;stkn=MzRlODBiNWFlZA</w:t>
        </w:r>
      </w:hyperlink>
      <w:r w:rsidRPr="004616A2">
        <w:rPr>
          <w:sz w:val="28"/>
          <w:szCs w:val="28"/>
          <w:lang w:val="kk-KZ"/>
        </w:rPr>
        <w:t>==</w:t>
      </w:r>
      <w:hyperlink r:id="rId63" w:history="1">
        <w:r w:rsidRPr="004616A2">
          <w:rPr>
            <w:rStyle w:val="ae"/>
            <w:sz w:val="28"/>
            <w:szCs w:val="28"/>
            <w:lang w:val="kk-KZ"/>
          </w:rPr>
          <w:t>https://www.instagram.com/p/DAGT1DJsvCm/?utm_source=ig_web_copy_link&amp;stk</w:t>
        </w:r>
        <w:r w:rsidRPr="004616A2">
          <w:rPr>
            <w:rStyle w:val="ae"/>
            <w:sz w:val="28"/>
            <w:szCs w:val="28"/>
            <w:lang w:val="kk-KZ"/>
          </w:rPr>
          <w:lastRenderedPageBreak/>
          <w:t>n=MzRlODBiNWFlZA</w:t>
        </w:r>
      </w:hyperlink>
      <w:r w:rsidRPr="004616A2">
        <w:rPr>
          <w:sz w:val="28"/>
          <w:szCs w:val="28"/>
          <w:lang w:val="kk-KZ"/>
        </w:rPr>
        <w:t>==</w:t>
      </w:r>
      <w:hyperlink r:id="rId64" w:history="1">
        <w:r w:rsidRPr="004616A2">
          <w:rPr>
            <w:rStyle w:val="ae"/>
            <w:sz w:val="28"/>
            <w:szCs w:val="28"/>
            <w:lang w:val="kk-KZ"/>
          </w:rPr>
          <w:t>https://www.instagram.com/p/DAGqzLmseKf/?utm_source=ig_web_copy_link&amp;stkn=MzRlODBiNWFlZA</w:t>
        </w:r>
      </w:hyperlink>
      <w:r w:rsidRPr="004616A2">
        <w:rPr>
          <w:sz w:val="28"/>
          <w:szCs w:val="28"/>
          <w:lang w:val="kk-KZ"/>
        </w:rPr>
        <w:t>==</w:t>
      </w:r>
      <w:hyperlink r:id="rId65" w:history="1">
        <w:r w:rsidRPr="004616A2">
          <w:rPr>
            <w:rStyle w:val="ae"/>
            <w:sz w:val="28"/>
            <w:szCs w:val="28"/>
            <w:lang w:val="kk-KZ"/>
          </w:rPr>
          <w:t>https://www.instagram.com/p/DAGraqyMxWS/?utm_source=ig_web_copy_link&amp;stkn=MzRlODBiNWFlZA</w:t>
        </w:r>
      </w:hyperlink>
      <w:r w:rsidRPr="004616A2">
        <w:rPr>
          <w:sz w:val="28"/>
          <w:szCs w:val="28"/>
          <w:lang w:val="kk-KZ"/>
        </w:rPr>
        <w:t>==</w:t>
      </w:r>
      <w:hyperlink r:id="rId66" w:history="1">
        <w:r w:rsidRPr="004616A2">
          <w:rPr>
            <w:rStyle w:val="ae"/>
            <w:sz w:val="28"/>
            <w:szCs w:val="28"/>
            <w:lang w:val="kk-KZ"/>
          </w:rPr>
          <w:t>https://www.instagram.com/p/DAIe9_OMDcg/?utm_source=ig_web_copy_link&amp;stkn=MzRlODBiNWFlZA</w:t>
        </w:r>
      </w:hyperlink>
      <w:r w:rsidRPr="004616A2">
        <w:rPr>
          <w:sz w:val="28"/>
          <w:szCs w:val="28"/>
          <w:lang w:val="kk-KZ"/>
        </w:rPr>
        <w:t>==</w:t>
      </w:r>
      <w:hyperlink r:id="rId67" w:history="1">
        <w:r w:rsidRPr="004616A2">
          <w:rPr>
            <w:rStyle w:val="ae"/>
            <w:sz w:val="28"/>
            <w:szCs w:val="28"/>
            <w:lang w:val="kk-KZ"/>
          </w:rPr>
          <w:t>https://www.instagram.com/p/DAa5xN4MYPI/?utm_source=ig_web_copy_link&amp;stkn=MzRlODBiNWFlZA</w:t>
        </w:r>
      </w:hyperlink>
      <w:r w:rsidRPr="004616A2">
        <w:rPr>
          <w:sz w:val="28"/>
          <w:szCs w:val="28"/>
          <w:lang w:val="kk-KZ"/>
        </w:rPr>
        <w:t>==</w:t>
      </w:r>
      <w:hyperlink r:id="rId68" w:history="1">
        <w:r w:rsidRPr="004616A2">
          <w:rPr>
            <w:rStyle w:val="ae"/>
            <w:sz w:val="28"/>
            <w:szCs w:val="28"/>
            <w:lang w:val="kk-KZ"/>
          </w:rPr>
          <w:t>https://www.instagram.com/p/DAa55I7M7GR/?utm_source=ig_web_copy_link&amp;stkn=MzRlODBiNWFlZA</w:t>
        </w:r>
      </w:hyperlink>
      <w:r w:rsidRPr="004616A2">
        <w:rPr>
          <w:sz w:val="28"/>
          <w:szCs w:val="28"/>
          <w:lang w:val="kk-KZ"/>
        </w:rPr>
        <w:t>==</w:t>
      </w:r>
      <w:hyperlink r:id="rId69" w:history="1">
        <w:r w:rsidRPr="004616A2">
          <w:rPr>
            <w:rStyle w:val="ae"/>
            <w:sz w:val="28"/>
            <w:szCs w:val="28"/>
            <w:lang w:val="kk-KZ"/>
          </w:rPr>
          <w:t>https://www.instagram.com/reel/DAa6vM8MQWw/?utm_source=ig_web_copy_link&amp;stkn=MzRlODBiNWFlZA</w:t>
        </w:r>
      </w:hyperlink>
      <w:r w:rsidRPr="004616A2">
        <w:rPr>
          <w:sz w:val="28"/>
          <w:szCs w:val="28"/>
          <w:lang w:val="kk-KZ"/>
        </w:rPr>
        <w:t>==</w:t>
      </w:r>
      <w:hyperlink r:id="rId70" w:history="1">
        <w:r w:rsidRPr="004616A2">
          <w:rPr>
            <w:rStyle w:val="ae"/>
            <w:sz w:val="28"/>
            <w:szCs w:val="28"/>
            <w:lang w:val="kk-KZ"/>
          </w:rPr>
          <w:t>https://www.instagram.com/p/DAlk0b6yenV/?utm_source=ig_web_copy_link&amp;stkn=MzRlODBiNWFlZA</w:t>
        </w:r>
      </w:hyperlink>
      <w:r w:rsidRPr="004616A2">
        <w:rPr>
          <w:sz w:val="28"/>
          <w:szCs w:val="28"/>
          <w:lang w:val="kk-KZ"/>
        </w:rPr>
        <w:t>==</w:t>
      </w:r>
      <w:hyperlink r:id="rId71" w:history="1">
        <w:r w:rsidRPr="004616A2">
          <w:rPr>
            <w:rStyle w:val="ae"/>
            <w:sz w:val="28"/>
            <w:szCs w:val="28"/>
            <w:lang w:val="kk-KZ"/>
          </w:rPr>
          <w:t>https://www.instagram.com/p/DAlk-l8yi1L/?utm_source=ig_web_copy_link&amp;stkn=MzRlODBiNWFlZA</w:t>
        </w:r>
      </w:hyperlink>
      <w:r w:rsidRPr="004616A2">
        <w:rPr>
          <w:sz w:val="28"/>
          <w:szCs w:val="28"/>
          <w:lang w:val="kk-KZ"/>
        </w:rPr>
        <w:t>==</w:t>
      </w:r>
      <w:hyperlink r:id="rId72" w:history="1">
        <w:r w:rsidRPr="004616A2">
          <w:rPr>
            <w:rStyle w:val="ae"/>
            <w:sz w:val="28"/>
            <w:szCs w:val="28"/>
            <w:lang w:val="kk-KZ"/>
          </w:rPr>
          <w:t>https://www.instagram.com/reel/DAl4VDou5t1/?utm_source=ig_web_copy_link&amp;stkn=MzRlODBiNWFlZA</w:t>
        </w:r>
      </w:hyperlink>
      <w:r w:rsidRPr="004616A2">
        <w:rPr>
          <w:sz w:val="28"/>
          <w:szCs w:val="28"/>
          <w:lang w:val="kk-KZ"/>
        </w:rPr>
        <w:t>==</w:t>
      </w:r>
      <w:hyperlink r:id="rId73" w:history="1">
        <w:r w:rsidRPr="004616A2">
          <w:rPr>
            <w:rStyle w:val="ae"/>
            <w:sz w:val="28"/>
            <w:szCs w:val="28"/>
            <w:lang w:val="kk-KZ"/>
          </w:rPr>
          <w:t>https://www.instagram.com/reel/DAl4Uo_NGBH/?utm_source=ig_web_copy_link&amp;stkn=MzRlODBiNWFlZA</w:t>
        </w:r>
      </w:hyperlink>
      <w:r w:rsidRPr="004616A2">
        <w:rPr>
          <w:sz w:val="28"/>
          <w:szCs w:val="28"/>
          <w:lang w:val="kk-KZ"/>
        </w:rPr>
        <w:t>==</w:t>
      </w:r>
      <w:hyperlink r:id="rId74" w:history="1">
        <w:r w:rsidRPr="004616A2">
          <w:rPr>
            <w:rStyle w:val="ae"/>
            <w:sz w:val="28"/>
            <w:szCs w:val="28"/>
            <w:lang w:val="kk-KZ"/>
          </w:rPr>
          <w:t>https://www.instagram.com/reel/DAm53T4oA8o/?utm_source=ig_web_copy_link&amp;stkn=MzRlODBiNWFlZA</w:t>
        </w:r>
      </w:hyperlink>
      <w:r w:rsidRPr="004616A2">
        <w:rPr>
          <w:sz w:val="28"/>
          <w:szCs w:val="28"/>
          <w:lang w:val="kk-KZ"/>
        </w:rPr>
        <w:t>==</w:t>
      </w:r>
      <w:hyperlink r:id="rId75" w:history="1">
        <w:r w:rsidRPr="004616A2">
          <w:rPr>
            <w:rStyle w:val="ae"/>
            <w:sz w:val="28"/>
            <w:szCs w:val="28"/>
            <w:lang w:val="kk-KZ"/>
          </w:rPr>
          <w:t>https://www.instagram.com/p/DAoKmfRsy5V/?utm_source=ig_web_copy_link&amp;stkn=MzRlODBiNWFlZA</w:t>
        </w:r>
      </w:hyperlink>
      <w:r w:rsidRPr="004616A2">
        <w:rPr>
          <w:sz w:val="28"/>
          <w:szCs w:val="28"/>
          <w:lang w:val="kk-KZ"/>
        </w:rPr>
        <w:t>==</w:t>
      </w:r>
      <w:hyperlink r:id="rId76" w:history="1">
        <w:r w:rsidRPr="004616A2">
          <w:rPr>
            <w:rStyle w:val="ae"/>
            <w:sz w:val="28"/>
            <w:szCs w:val="28"/>
            <w:lang w:val="kk-KZ"/>
          </w:rPr>
          <w:t>https://www.instagram.com/p/DAoK8mrssN-/?utm_source=ig_web_copy_link&amp;stkn=MzRlODBiNWFlZA</w:t>
        </w:r>
      </w:hyperlink>
      <w:r w:rsidRPr="004616A2">
        <w:rPr>
          <w:sz w:val="28"/>
          <w:szCs w:val="28"/>
          <w:lang w:val="kk-KZ"/>
        </w:rPr>
        <w:t>==</w:t>
      </w:r>
      <w:hyperlink r:id="rId77" w:history="1">
        <w:r w:rsidRPr="004616A2">
          <w:rPr>
            <w:rStyle w:val="ae"/>
            <w:sz w:val="28"/>
            <w:szCs w:val="28"/>
            <w:lang w:val="kk-KZ"/>
          </w:rPr>
          <w:t>https://www.instagram.com/p/DAoLApdsRCj/?utm_source=ig_web_copy_link&amp;stkn=MzRlODBiNWFlZA</w:t>
        </w:r>
      </w:hyperlink>
      <w:r w:rsidRPr="004616A2">
        <w:rPr>
          <w:sz w:val="28"/>
          <w:szCs w:val="28"/>
          <w:lang w:val="kk-KZ"/>
        </w:rPr>
        <w:t>==</w:t>
      </w:r>
      <w:hyperlink r:id="rId78" w:history="1">
        <w:r w:rsidRPr="004616A2">
          <w:rPr>
            <w:rStyle w:val="ae"/>
            <w:sz w:val="28"/>
            <w:szCs w:val="28"/>
            <w:lang w:val="kk-KZ"/>
          </w:rPr>
          <w:t>https://www.instagram.com/p/DAoLCXEMW7q/?utm_source=ig_web_copy_link&amp;stkn=MzRlODBiNWFlZA</w:t>
        </w:r>
      </w:hyperlink>
      <w:r w:rsidRPr="004616A2">
        <w:rPr>
          <w:sz w:val="28"/>
          <w:szCs w:val="28"/>
          <w:lang w:val="kk-KZ"/>
        </w:rPr>
        <w:t>==</w:t>
      </w:r>
      <w:hyperlink r:id="rId79" w:history="1">
        <w:r w:rsidRPr="004616A2">
          <w:rPr>
            <w:rStyle w:val="ae"/>
            <w:sz w:val="28"/>
            <w:szCs w:val="28"/>
            <w:lang w:val="kk-KZ"/>
          </w:rPr>
          <w:t>https://www.instagram.com/p/DAoLEL7s8J/?utm_source=ig_web_copy_link&amp;stkn=MzRlODBiNWFlZA</w:t>
        </w:r>
      </w:hyperlink>
      <w:r w:rsidRPr="004616A2">
        <w:rPr>
          <w:sz w:val="28"/>
          <w:szCs w:val="28"/>
          <w:lang w:val="kk-KZ"/>
        </w:rPr>
        <w:t>==</w:t>
      </w:r>
      <w:hyperlink r:id="rId80" w:history="1">
        <w:r w:rsidRPr="004616A2">
          <w:rPr>
            <w:rStyle w:val="ae"/>
            <w:sz w:val="28"/>
            <w:szCs w:val="28"/>
            <w:lang w:val="kk-KZ"/>
          </w:rPr>
          <w:t>https://www.instagram.com/p/DAoLGMhsIYv/?utm_source=ig_web_copy_link&amp;stkn=MzRlODBiNWFlZA</w:t>
        </w:r>
      </w:hyperlink>
      <w:r w:rsidRPr="004616A2">
        <w:rPr>
          <w:sz w:val="28"/>
          <w:szCs w:val="28"/>
          <w:lang w:val="kk-KZ"/>
        </w:rPr>
        <w:t>==</w:t>
      </w:r>
      <w:hyperlink r:id="rId81" w:history="1">
        <w:r w:rsidRPr="004616A2">
          <w:rPr>
            <w:rStyle w:val="ae"/>
            <w:sz w:val="28"/>
            <w:szCs w:val="28"/>
            <w:lang w:val="kk-KZ"/>
          </w:rPr>
          <w:t>https://www.instagram.com/reel/DAqCBoOs7jD/?utm_source=ig_web_copy_link&amp;stkn=MzRlODBiNWFlZA</w:t>
        </w:r>
      </w:hyperlink>
      <w:r w:rsidRPr="004616A2">
        <w:rPr>
          <w:sz w:val="28"/>
          <w:szCs w:val="28"/>
          <w:lang w:val="kk-KZ"/>
        </w:rPr>
        <w:t>==</w:t>
      </w:r>
      <w:hyperlink r:id="rId82" w:history="1">
        <w:r w:rsidRPr="004616A2">
          <w:rPr>
            <w:rStyle w:val="ae"/>
            <w:sz w:val="28"/>
            <w:szCs w:val="28"/>
            <w:lang w:val="kk-KZ"/>
          </w:rPr>
          <w:t>https://www.instagram.com/reel/DArJPEvsIC_/?utm_source=ig_web_copy_link&amp;stkn=MzRlODBiNWFlZA</w:t>
        </w:r>
      </w:hyperlink>
      <w:r w:rsidRPr="004616A2">
        <w:rPr>
          <w:sz w:val="28"/>
          <w:szCs w:val="28"/>
          <w:lang w:val="kk-KZ"/>
        </w:rPr>
        <w:t>==</w:t>
      </w:r>
      <w:hyperlink r:id="rId83" w:history="1">
        <w:r w:rsidRPr="004616A2">
          <w:rPr>
            <w:rStyle w:val="ae"/>
            <w:sz w:val="28"/>
            <w:szCs w:val="28"/>
            <w:lang w:val="kk-KZ"/>
          </w:rPr>
          <w:t>https://www.instagram.com/reel/DArJSrdMWsb/?utm_source=ig_web_copy_link&amp;stkn=MzRlODBiNWFlZA</w:t>
        </w:r>
      </w:hyperlink>
      <w:r w:rsidRPr="004616A2">
        <w:rPr>
          <w:sz w:val="28"/>
          <w:szCs w:val="28"/>
          <w:lang w:val="kk-KZ"/>
        </w:rPr>
        <w:t>==</w:t>
      </w:r>
      <w:hyperlink r:id="rId84" w:history="1">
        <w:r w:rsidRPr="004616A2">
          <w:rPr>
            <w:rStyle w:val="ae"/>
            <w:sz w:val="28"/>
            <w:szCs w:val="28"/>
            <w:lang w:val="kk-KZ"/>
          </w:rPr>
          <w:t>https://www.instagram.com/reel/DArJZSqseDH/?utm_source=ig_web_copy_link&amp;stkn=MzRlODBiNWFlZA</w:t>
        </w:r>
      </w:hyperlink>
      <w:r w:rsidRPr="004616A2">
        <w:rPr>
          <w:sz w:val="28"/>
          <w:szCs w:val="28"/>
          <w:lang w:val="kk-KZ"/>
        </w:rPr>
        <w:t>==</w:t>
      </w:r>
      <w:hyperlink r:id="rId85" w:history="1">
        <w:r w:rsidRPr="004616A2">
          <w:rPr>
            <w:rStyle w:val="ae"/>
            <w:sz w:val="28"/>
            <w:szCs w:val="28"/>
            <w:lang w:val="kk-KZ"/>
          </w:rPr>
          <w:t>https://www.instagram.com/reel/DAvzHXvM0K6/?utm_source=ig_web_copy_link&amp;stkn=MzRlODBiNWFlZA</w:t>
        </w:r>
      </w:hyperlink>
      <w:r w:rsidRPr="004616A2">
        <w:rPr>
          <w:sz w:val="28"/>
          <w:szCs w:val="28"/>
          <w:lang w:val="kk-KZ"/>
        </w:rPr>
        <w:t>==</w:t>
      </w:r>
      <w:hyperlink r:id="rId86" w:history="1">
        <w:r w:rsidRPr="004616A2">
          <w:rPr>
            <w:rStyle w:val="ae"/>
            <w:sz w:val="28"/>
            <w:szCs w:val="28"/>
            <w:lang w:val="kk-KZ"/>
          </w:rPr>
          <w:t>https://www.instagram.com/reel/DAvzohgMaZA/?utm_source=ig_web_copy_link&amp;stkn=MzRlODBiNWFlZA</w:t>
        </w:r>
      </w:hyperlink>
      <w:r w:rsidRPr="004616A2">
        <w:rPr>
          <w:sz w:val="28"/>
          <w:szCs w:val="28"/>
          <w:lang w:val="kk-KZ"/>
        </w:rPr>
        <w:t>==</w:t>
      </w:r>
      <w:hyperlink r:id="rId87" w:history="1">
        <w:r w:rsidRPr="004616A2">
          <w:rPr>
            <w:rStyle w:val="ae"/>
            <w:sz w:val="28"/>
            <w:szCs w:val="28"/>
            <w:lang w:val="kk-KZ"/>
          </w:rPr>
          <w:t>https://www.instagram.com/reel/DAvzmItMkT4/?utm_source=ig_web_copy_link&amp;stkn=MzRlODBiNWFlZA</w:t>
        </w:r>
      </w:hyperlink>
      <w:r w:rsidRPr="004616A2">
        <w:rPr>
          <w:sz w:val="28"/>
          <w:szCs w:val="28"/>
          <w:lang w:val="kk-KZ"/>
        </w:rPr>
        <w:t>==</w:t>
      </w:r>
      <w:hyperlink r:id="rId88" w:history="1">
        <w:r w:rsidRPr="004616A2">
          <w:rPr>
            <w:rStyle w:val="ae"/>
            <w:sz w:val="28"/>
            <w:szCs w:val="28"/>
            <w:lang w:val="kk-KZ"/>
          </w:rPr>
          <w:t>https://www.instagram.com/reel/DAvzoSRsti9/?utm_source=ig_web_copy_link&amp;stkn=MzRlODBiNWFlZA</w:t>
        </w:r>
      </w:hyperlink>
      <w:r w:rsidRPr="004616A2">
        <w:rPr>
          <w:sz w:val="28"/>
          <w:szCs w:val="28"/>
          <w:lang w:val="kk-KZ"/>
        </w:rPr>
        <w:t>==</w:t>
      </w:r>
      <w:hyperlink r:id="rId89" w:history="1">
        <w:r w:rsidRPr="004616A2">
          <w:rPr>
            <w:rStyle w:val="ae"/>
            <w:sz w:val="28"/>
            <w:szCs w:val="28"/>
            <w:lang w:val="kk-KZ"/>
          </w:rPr>
          <w:t>https://www.instagram.com/p/DA6Qei5sJ4l/?utm_source=ig_web_copy_link&amp;stkn=MzRlODBiNWFlZA</w:t>
        </w:r>
      </w:hyperlink>
      <w:r w:rsidRPr="004616A2">
        <w:rPr>
          <w:sz w:val="28"/>
          <w:szCs w:val="28"/>
          <w:lang w:val="kk-KZ"/>
        </w:rPr>
        <w:t>==</w:t>
      </w:r>
      <w:hyperlink r:id="rId90" w:history="1">
        <w:r w:rsidRPr="004616A2">
          <w:rPr>
            <w:rStyle w:val="ae"/>
            <w:sz w:val="28"/>
            <w:szCs w:val="28"/>
            <w:lang w:val="kk-KZ"/>
          </w:rPr>
          <w:t>https://www.instagram.com/reel/DA7-u_kM9tM/?utm_source=ig_web_copy_link&amp;stkn=MzRlODBiNWFlZA</w:t>
        </w:r>
      </w:hyperlink>
      <w:r w:rsidRPr="004616A2">
        <w:rPr>
          <w:sz w:val="28"/>
          <w:szCs w:val="28"/>
          <w:lang w:val="kk-KZ"/>
        </w:rPr>
        <w:t>==</w:t>
      </w:r>
      <w:hyperlink r:id="rId91" w:history="1">
        <w:r w:rsidRPr="004616A2">
          <w:rPr>
            <w:rStyle w:val="ae"/>
            <w:sz w:val="28"/>
            <w:szCs w:val="28"/>
            <w:lang w:val="kk-KZ"/>
          </w:rPr>
          <w:t>https://www.instagram.com/p/DA-dNNasiHv/?utm_source=ig_web_copy_link&amp;stkn=MzRlODBiNWFlZA</w:t>
        </w:r>
      </w:hyperlink>
      <w:r w:rsidRPr="004616A2">
        <w:rPr>
          <w:sz w:val="28"/>
          <w:szCs w:val="28"/>
          <w:lang w:val="kk-KZ"/>
        </w:rPr>
        <w:t>==</w:t>
      </w:r>
      <w:hyperlink r:id="rId92" w:history="1">
        <w:r w:rsidRPr="004616A2">
          <w:rPr>
            <w:rStyle w:val="ae"/>
            <w:sz w:val="28"/>
            <w:szCs w:val="28"/>
            <w:lang w:val="kk-KZ"/>
          </w:rPr>
          <w:t>https://www.instagram.com/p/DA-ql_msl9k/?utm_source=ig_web_copy_link&amp;stkn=MzRlODBiNWFlZA</w:t>
        </w:r>
      </w:hyperlink>
      <w:r w:rsidRPr="004616A2">
        <w:rPr>
          <w:sz w:val="28"/>
          <w:szCs w:val="28"/>
          <w:lang w:val="kk-KZ"/>
        </w:rPr>
        <w:t>==</w:t>
      </w:r>
      <w:hyperlink r:id="rId93" w:history="1">
        <w:r w:rsidRPr="004616A2">
          <w:rPr>
            <w:rStyle w:val="ae"/>
            <w:sz w:val="28"/>
            <w:szCs w:val="28"/>
            <w:lang w:val="kk-KZ"/>
          </w:rPr>
          <w:t>https://www.instagram.com/p/DA_BRMOMm-v/?utm_source=ig_web_copy_link&amp;stkn=MzRlODBiNWFlZA</w:t>
        </w:r>
      </w:hyperlink>
      <w:r w:rsidRPr="004616A2">
        <w:rPr>
          <w:sz w:val="28"/>
          <w:szCs w:val="28"/>
          <w:lang w:val="kk-KZ"/>
        </w:rPr>
        <w:t>==</w:t>
      </w:r>
      <w:hyperlink r:id="rId94" w:history="1">
        <w:r w:rsidRPr="004616A2">
          <w:rPr>
            <w:rStyle w:val="ae"/>
            <w:sz w:val="28"/>
            <w:szCs w:val="28"/>
            <w:lang w:val="kk-KZ"/>
          </w:rPr>
          <w:t>https://www.instagram.com/reel/DBFsOk5o8qt/?utm_source=ig_web_copy_link&amp;stkn=MzRlODBiNWFlZA</w:t>
        </w:r>
      </w:hyperlink>
      <w:r w:rsidRPr="004616A2">
        <w:rPr>
          <w:sz w:val="28"/>
          <w:szCs w:val="28"/>
          <w:lang w:val="kk-KZ"/>
        </w:rPr>
        <w:t>==</w:t>
      </w:r>
      <w:hyperlink r:id="rId95" w:history="1">
        <w:r w:rsidRPr="004616A2">
          <w:rPr>
            <w:rStyle w:val="ae"/>
            <w:sz w:val="28"/>
            <w:szCs w:val="28"/>
            <w:lang w:val="kk-KZ"/>
          </w:rPr>
          <w:t>https://www.instagram.com/p/DBFsY5YoRo3/?utm_source=ig_web_copy_link&amp;stkn=MzRlODBiNWFlZA</w:t>
        </w:r>
      </w:hyperlink>
      <w:r w:rsidRPr="004616A2">
        <w:rPr>
          <w:sz w:val="28"/>
          <w:szCs w:val="28"/>
          <w:lang w:val="kk-KZ"/>
        </w:rPr>
        <w:t>==</w:t>
      </w:r>
      <w:hyperlink r:id="rId96" w:history="1">
        <w:r w:rsidRPr="004616A2">
          <w:rPr>
            <w:rStyle w:val="ae"/>
            <w:sz w:val="28"/>
            <w:szCs w:val="28"/>
            <w:lang w:val="kk-KZ"/>
          </w:rPr>
          <w:t>https://www.instagram.com/reel/DBFsbEbohZR/?utm_source=ig_web_copy_link&amp;stkn=MzRlODBiNWFlZA</w:t>
        </w:r>
      </w:hyperlink>
      <w:r w:rsidRPr="004616A2">
        <w:rPr>
          <w:sz w:val="28"/>
          <w:szCs w:val="28"/>
          <w:lang w:val="kk-KZ"/>
        </w:rPr>
        <w:t>==</w:t>
      </w:r>
      <w:hyperlink r:id="rId97" w:history="1">
        <w:r w:rsidRPr="004616A2">
          <w:rPr>
            <w:rStyle w:val="ae"/>
            <w:sz w:val="28"/>
            <w:szCs w:val="28"/>
            <w:lang w:val="kk-KZ"/>
          </w:rPr>
          <w:t>https://www.instagram.com/reel/DBFseR2odxF/?utm_</w:t>
        </w:r>
        <w:r w:rsidRPr="004616A2">
          <w:rPr>
            <w:rStyle w:val="ae"/>
            <w:sz w:val="28"/>
            <w:szCs w:val="28"/>
            <w:lang w:val="kk-KZ"/>
          </w:rPr>
          <w:lastRenderedPageBreak/>
          <w:t>source=ig_web_copy_link&amp;stkn=MzRlODBiNWFlZA</w:t>
        </w:r>
      </w:hyperlink>
      <w:r w:rsidRPr="004616A2">
        <w:rPr>
          <w:sz w:val="28"/>
          <w:szCs w:val="28"/>
          <w:lang w:val="kk-KZ"/>
        </w:rPr>
        <w:t>==</w:t>
      </w:r>
      <w:hyperlink r:id="rId98" w:history="1">
        <w:r w:rsidRPr="004616A2">
          <w:rPr>
            <w:rStyle w:val="ae"/>
            <w:sz w:val="28"/>
            <w:szCs w:val="28"/>
            <w:lang w:val="kk-KZ"/>
          </w:rPr>
          <w:t>https://www.instagram.com/p/DBGBTL2s2M0/?utm_source=ig_web_copy_link&amp;stkn=MzRlODBiNWFlZA</w:t>
        </w:r>
      </w:hyperlink>
      <w:r w:rsidRPr="004616A2">
        <w:rPr>
          <w:sz w:val="28"/>
          <w:szCs w:val="28"/>
          <w:lang w:val="kk-KZ"/>
        </w:rPr>
        <w:t>==</w:t>
      </w:r>
      <w:hyperlink r:id="rId99" w:history="1">
        <w:r w:rsidRPr="004616A2">
          <w:rPr>
            <w:rStyle w:val="ae"/>
            <w:sz w:val="28"/>
            <w:szCs w:val="28"/>
            <w:lang w:val="kk-KZ"/>
          </w:rPr>
          <w:t>https://www.instagram.com/p/DBGHjn_soX6/?utm_source=ig_web_copy_link&amp;stkn=MzRlODBiNWFlZA</w:t>
        </w:r>
      </w:hyperlink>
      <w:r w:rsidRPr="004616A2">
        <w:rPr>
          <w:sz w:val="28"/>
          <w:szCs w:val="28"/>
          <w:lang w:val="kk-KZ"/>
        </w:rPr>
        <w:t>==</w:t>
      </w:r>
      <w:hyperlink r:id="rId100" w:history="1">
        <w:r w:rsidRPr="004616A2">
          <w:rPr>
            <w:rStyle w:val="ae"/>
            <w:sz w:val="28"/>
            <w:szCs w:val="28"/>
            <w:lang w:val="kk-KZ"/>
          </w:rPr>
          <w:t>https://www.instagram.com/p/DBLMXrdM879/?utm_source=ig_web_copy_link&amp;stkn=MzRlODBiNWFlZA</w:t>
        </w:r>
      </w:hyperlink>
      <w:r w:rsidRPr="004616A2">
        <w:rPr>
          <w:sz w:val="28"/>
          <w:szCs w:val="28"/>
          <w:lang w:val="kk-KZ"/>
        </w:rPr>
        <w:t>==</w:t>
      </w:r>
      <w:hyperlink r:id="rId101" w:history="1">
        <w:r w:rsidRPr="004616A2">
          <w:rPr>
            <w:rStyle w:val="ae"/>
            <w:sz w:val="28"/>
            <w:szCs w:val="28"/>
            <w:lang w:val="kk-KZ"/>
          </w:rPr>
          <w:t>https://www.instagram.com/reel/DBLMejas2pr/?utm_source=ig_web_copy_link&amp;stkn=MzRlODBiNWFlZA</w:t>
        </w:r>
      </w:hyperlink>
      <w:r w:rsidRPr="004616A2">
        <w:rPr>
          <w:sz w:val="28"/>
          <w:szCs w:val="28"/>
          <w:lang w:val="kk-KZ"/>
        </w:rPr>
        <w:t>==</w:t>
      </w:r>
      <w:hyperlink r:id="rId102" w:history="1">
        <w:r w:rsidRPr="004616A2">
          <w:rPr>
            <w:rStyle w:val="ae"/>
            <w:sz w:val="28"/>
            <w:szCs w:val="28"/>
            <w:lang w:val="kk-KZ"/>
          </w:rPr>
          <w:t>https://www.instagram.com/reel/DBN96sjsKYr/?utm_source=ig_web_copy_link&amp;stkn=MzRlODBiNWFlZA</w:t>
        </w:r>
      </w:hyperlink>
      <w:r w:rsidRPr="004616A2">
        <w:rPr>
          <w:sz w:val="28"/>
          <w:szCs w:val="28"/>
          <w:lang w:val="kk-KZ"/>
        </w:rPr>
        <w:t>==</w:t>
      </w:r>
      <w:hyperlink r:id="rId103" w:history="1">
        <w:r w:rsidRPr="004616A2">
          <w:rPr>
            <w:rStyle w:val="ae"/>
            <w:sz w:val="28"/>
            <w:szCs w:val="28"/>
            <w:lang w:val="kk-KZ"/>
          </w:rPr>
          <w:t>https://www.instagram.com/reel/DBN-DlWsfMM/?utm_source=ig_web_copy_link&amp;stkn=MzRlODBiNWFlZA</w:t>
        </w:r>
      </w:hyperlink>
      <w:r w:rsidRPr="004616A2">
        <w:rPr>
          <w:sz w:val="28"/>
          <w:szCs w:val="28"/>
          <w:lang w:val="kk-KZ"/>
        </w:rPr>
        <w:t>==</w:t>
      </w:r>
      <w:hyperlink r:id="rId104" w:history="1">
        <w:r w:rsidRPr="004616A2">
          <w:rPr>
            <w:rStyle w:val="ae"/>
            <w:sz w:val="28"/>
            <w:szCs w:val="28"/>
            <w:lang w:val="kk-KZ"/>
          </w:rPr>
          <w:t>https://www.instagram.com/reel/DBN-BimM4YY/?utm_source=ig_web_copy_link&amp;stkn=MzRlODBiNWFlZA</w:t>
        </w:r>
      </w:hyperlink>
      <w:r w:rsidRPr="004616A2">
        <w:rPr>
          <w:sz w:val="28"/>
          <w:szCs w:val="28"/>
          <w:lang w:val="kk-KZ"/>
        </w:rPr>
        <w:t>==</w:t>
      </w:r>
      <w:hyperlink r:id="rId105" w:history="1">
        <w:r w:rsidRPr="004616A2">
          <w:rPr>
            <w:rStyle w:val="ae"/>
            <w:sz w:val="28"/>
            <w:szCs w:val="28"/>
            <w:lang w:val="kk-KZ"/>
          </w:rPr>
          <w:t>https://www.instagram.com/reel/DBN-OChMdYR/?utm_source=ig_web_copy_link&amp;stkn=MzRlODBiNWFlZA</w:t>
        </w:r>
      </w:hyperlink>
      <w:r w:rsidRPr="004616A2">
        <w:rPr>
          <w:sz w:val="28"/>
          <w:szCs w:val="28"/>
          <w:lang w:val="kk-KZ"/>
        </w:rPr>
        <w:t>==</w:t>
      </w:r>
      <w:hyperlink r:id="rId106" w:history="1">
        <w:r w:rsidRPr="004616A2">
          <w:rPr>
            <w:rStyle w:val="ae"/>
            <w:sz w:val="28"/>
            <w:szCs w:val="28"/>
            <w:lang w:val="kk-KZ"/>
          </w:rPr>
          <w:t>https://www.instagram.com/p/DBTdud3Miax/?utm_source=ig_web_copy_link&amp;stkn=MzRlODBiNWFlZA</w:t>
        </w:r>
      </w:hyperlink>
      <w:r w:rsidRPr="004616A2">
        <w:rPr>
          <w:sz w:val="28"/>
          <w:szCs w:val="28"/>
          <w:lang w:val="kk-KZ"/>
        </w:rPr>
        <w:t>==</w:t>
      </w:r>
      <w:hyperlink r:id="rId107" w:history="1">
        <w:r w:rsidRPr="004616A2">
          <w:rPr>
            <w:rStyle w:val="ae"/>
            <w:sz w:val="28"/>
            <w:szCs w:val="28"/>
            <w:lang w:val="kk-KZ"/>
          </w:rPr>
          <w:t>https://www.instagram.com/p/DBTdygDsKTl/?utm_source=ig_web_copy_link&amp;stkn=MzRlODBiNWFlZA</w:t>
        </w:r>
      </w:hyperlink>
      <w:r w:rsidRPr="004616A2">
        <w:rPr>
          <w:sz w:val="28"/>
          <w:szCs w:val="28"/>
          <w:lang w:val="kk-KZ"/>
        </w:rPr>
        <w:t>==</w:t>
      </w:r>
      <w:hyperlink r:id="rId108" w:history="1">
        <w:r w:rsidRPr="004616A2">
          <w:rPr>
            <w:rStyle w:val="ae"/>
            <w:sz w:val="28"/>
            <w:szCs w:val="28"/>
            <w:lang w:val="kk-KZ"/>
          </w:rPr>
          <w:t>https://www.instagram.com/reel/DBTy9oDspFv/?utm_source=ig_web_copy_link&amp;stkn=MzRlODBiNWFlZA</w:t>
        </w:r>
      </w:hyperlink>
      <w:r w:rsidRPr="004616A2">
        <w:rPr>
          <w:sz w:val="28"/>
          <w:szCs w:val="28"/>
          <w:lang w:val="kk-KZ"/>
        </w:rPr>
        <w:t>==</w:t>
      </w:r>
      <w:hyperlink r:id="rId109" w:history="1">
        <w:r w:rsidRPr="004616A2">
          <w:rPr>
            <w:rStyle w:val="ae"/>
            <w:sz w:val="28"/>
            <w:szCs w:val="28"/>
            <w:lang w:val="kk-KZ"/>
          </w:rPr>
          <w:t>https://www.instagram.com/p/DBT0QTTspF2/?utm_source=ig_web_copy_link&amp;stkn=MzRlODBiNWFlZA</w:t>
        </w:r>
      </w:hyperlink>
      <w:r w:rsidRPr="004616A2">
        <w:rPr>
          <w:sz w:val="28"/>
          <w:szCs w:val="28"/>
          <w:lang w:val="kk-KZ"/>
        </w:rPr>
        <w:t>==</w:t>
      </w:r>
      <w:hyperlink r:id="rId110" w:history="1">
        <w:r w:rsidRPr="004616A2">
          <w:rPr>
            <w:rStyle w:val="ae"/>
            <w:sz w:val="28"/>
            <w:szCs w:val="28"/>
            <w:lang w:val="kk-KZ"/>
          </w:rPr>
          <w:t>https://www.instagram.com/reel/DBYbya0sabY/?utm_source=ig_web_copy_link&amp;stkn=MzRlODBiNWFlZA</w:t>
        </w:r>
      </w:hyperlink>
      <w:r w:rsidRPr="004616A2">
        <w:rPr>
          <w:sz w:val="28"/>
          <w:szCs w:val="28"/>
          <w:lang w:val="kk-KZ"/>
        </w:rPr>
        <w:t>==</w:t>
      </w:r>
      <w:hyperlink r:id="rId111" w:history="1">
        <w:r w:rsidRPr="004616A2">
          <w:rPr>
            <w:rStyle w:val="ae"/>
            <w:sz w:val="28"/>
            <w:szCs w:val="28"/>
            <w:lang w:val="kk-KZ"/>
          </w:rPr>
          <w:t>https://www.instagram.com/reel/DBYb6Uqs5Yk/?utm_source=ig_web_copy_link&amp;stkn=MzRlODBiNWFlZA</w:t>
        </w:r>
      </w:hyperlink>
      <w:r w:rsidRPr="004616A2">
        <w:rPr>
          <w:sz w:val="28"/>
          <w:szCs w:val="28"/>
          <w:lang w:val="kk-KZ"/>
        </w:rPr>
        <w:t>==</w:t>
      </w:r>
      <w:hyperlink r:id="rId112" w:history="1">
        <w:r w:rsidRPr="004616A2">
          <w:rPr>
            <w:rStyle w:val="ae"/>
            <w:sz w:val="28"/>
            <w:szCs w:val="28"/>
            <w:lang w:val="kk-KZ"/>
          </w:rPr>
          <w:t>https://www.instagram.com/p/DBYgCLas87N/?utm_source=ig_web_copy_link&amp;stkn=MzRlODBiNWFlZA</w:t>
        </w:r>
      </w:hyperlink>
      <w:r w:rsidRPr="004616A2">
        <w:rPr>
          <w:sz w:val="28"/>
          <w:szCs w:val="28"/>
          <w:lang w:val="kk-KZ"/>
        </w:rPr>
        <w:t>==</w:t>
      </w:r>
      <w:hyperlink r:id="rId113" w:history="1">
        <w:r w:rsidRPr="004616A2">
          <w:rPr>
            <w:rStyle w:val="ae"/>
            <w:sz w:val="28"/>
            <w:szCs w:val="28"/>
            <w:lang w:val="kk-KZ"/>
          </w:rPr>
          <w:t>https://www.instagram.com/p/DBZMtpqMTze/?utm_source=ig_web_copy_link&amp;stkn=MzRlODBiNWFlZA</w:t>
        </w:r>
      </w:hyperlink>
      <w:r w:rsidRPr="004616A2">
        <w:rPr>
          <w:sz w:val="28"/>
          <w:szCs w:val="28"/>
          <w:lang w:val="kk-KZ"/>
        </w:rPr>
        <w:t>==</w:t>
      </w:r>
      <w:hyperlink r:id="rId114" w:history="1">
        <w:r w:rsidRPr="004616A2">
          <w:rPr>
            <w:rStyle w:val="ae"/>
            <w:sz w:val="28"/>
            <w:szCs w:val="28"/>
            <w:lang w:val="kk-KZ"/>
          </w:rPr>
          <w:t>https://www.instagram.com/p/DBZMzt8MWwH/?utm_source=ig_web_copy_link&amp;stkn=MzRlODBiNWFlZA</w:t>
        </w:r>
      </w:hyperlink>
      <w:r w:rsidRPr="004616A2">
        <w:rPr>
          <w:sz w:val="28"/>
          <w:szCs w:val="28"/>
          <w:lang w:val="kk-KZ"/>
        </w:rPr>
        <w:t>==</w:t>
      </w:r>
      <w:hyperlink r:id="rId115" w:history="1">
        <w:r w:rsidRPr="004616A2">
          <w:rPr>
            <w:rStyle w:val="ae"/>
            <w:sz w:val="28"/>
            <w:szCs w:val="28"/>
            <w:lang w:val="kk-KZ"/>
          </w:rPr>
          <w:t>https://www.instagram.com/reel/DBZM9MbsEu0/?utm_source=ig_web_copy_link&amp;stkn=MzRlODBiNWFlZA</w:t>
        </w:r>
      </w:hyperlink>
      <w:r w:rsidRPr="004616A2">
        <w:rPr>
          <w:sz w:val="28"/>
          <w:szCs w:val="28"/>
          <w:lang w:val="kk-KZ"/>
        </w:rPr>
        <w:t>==</w:t>
      </w:r>
      <w:hyperlink r:id="rId116" w:history="1">
        <w:r w:rsidRPr="004616A2">
          <w:rPr>
            <w:rStyle w:val="ae"/>
            <w:sz w:val="28"/>
            <w:szCs w:val="28"/>
            <w:lang w:val="kk-KZ"/>
          </w:rPr>
          <w:t>https://www.instagram.com/p/DBZNFpgsUHa/?utm_source=ig_web_copy_link</w:t>
        </w:r>
      </w:hyperlink>
      <w:hyperlink r:id="rId117" w:history="1">
        <w:r w:rsidRPr="004616A2">
          <w:rPr>
            <w:rStyle w:val="ae"/>
            <w:sz w:val="28"/>
            <w:szCs w:val="28"/>
            <w:lang w:val="kk-KZ"/>
          </w:rPr>
          <w:t>https://www.instagram.com/p/DBajOqSsX36/?utm_source=ig_web_copy_link&amp;stkn=MzRlODBiNWFlZA</w:t>
        </w:r>
      </w:hyperlink>
      <w:r w:rsidRPr="004616A2">
        <w:rPr>
          <w:sz w:val="28"/>
          <w:szCs w:val="28"/>
          <w:lang w:val="kk-KZ"/>
        </w:rPr>
        <w:t>==</w:t>
      </w:r>
      <w:hyperlink r:id="rId118" w:history="1">
        <w:r w:rsidRPr="004616A2">
          <w:rPr>
            <w:rStyle w:val="ae"/>
            <w:sz w:val="28"/>
            <w:szCs w:val="28"/>
            <w:lang w:val="kk-KZ"/>
          </w:rPr>
          <w:t>https://www.instagram.com/reel/DBajYCkMlUK/?utm_source=ig_web_copy_link&amp;stkn=MzRlODBiNWFlZA</w:t>
        </w:r>
      </w:hyperlink>
      <w:r w:rsidRPr="004616A2">
        <w:rPr>
          <w:sz w:val="28"/>
          <w:szCs w:val="28"/>
          <w:lang w:val="kk-KZ"/>
        </w:rPr>
        <w:t>==</w:t>
      </w:r>
      <w:hyperlink r:id="rId119" w:history="1">
        <w:r w:rsidRPr="004616A2">
          <w:rPr>
            <w:rStyle w:val="ae"/>
            <w:sz w:val="28"/>
            <w:szCs w:val="28"/>
            <w:lang w:val="kk-KZ"/>
          </w:rPr>
          <w:t>https://www.instagram.com/p/DBao5casSDp/?utm_source=ig_web_copy_link&amp;stkn=MzRlODBiNWFlZA</w:t>
        </w:r>
      </w:hyperlink>
      <w:r w:rsidRPr="004616A2">
        <w:rPr>
          <w:sz w:val="28"/>
          <w:szCs w:val="28"/>
          <w:lang w:val="kk-KZ"/>
        </w:rPr>
        <w:t>==</w:t>
      </w:r>
      <w:hyperlink r:id="rId120" w:history="1">
        <w:r w:rsidRPr="004616A2">
          <w:rPr>
            <w:rStyle w:val="ae"/>
            <w:sz w:val="28"/>
            <w:szCs w:val="28"/>
            <w:lang w:val="kk-KZ"/>
          </w:rPr>
          <w:t>https://www.instagram.com/p/DBf8hNAMA0d/?utm_source=ig_web_copy_link&amp;stkn=MzRlODBiNWFlZA</w:t>
        </w:r>
      </w:hyperlink>
      <w:r w:rsidRPr="004616A2">
        <w:rPr>
          <w:sz w:val="28"/>
          <w:szCs w:val="28"/>
          <w:lang w:val="kk-KZ"/>
        </w:rPr>
        <w:t>==</w:t>
      </w:r>
      <w:hyperlink r:id="rId121" w:history="1">
        <w:r w:rsidRPr="004616A2">
          <w:rPr>
            <w:rStyle w:val="ae"/>
            <w:sz w:val="28"/>
            <w:szCs w:val="28"/>
            <w:lang w:val="kk-KZ"/>
          </w:rPr>
          <w:t>https://www.instagram.com/reel/DBf8hVTMOcw/?utm_source=ig_web_copy_link&amp;stkn=MzRlODBiNWFlZA</w:t>
        </w:r>
      </w:hyperlink>
      <w:r w:rsidRPr="004616A2">
        <w:rPr>
          <w:sz w:val="28"/>
          <w:szCs w:val="28"/>
          <w:lang w:val="kk-KZ"/>
        </w:rPr>
        <w:t>==</w:t>
      </w:r>
      <w:hyperlink r:id="rId122" w:history="1">
        <w:r w:rsidRPr="004616A2">
          <w:rPr>
            <w:rStyle w:val="ae"/>
            <w:sz w:val="28"/>
            <w:szCs w:val="28"/>
            <w:lang w:val="kk-KZ"/>
          </w:rPr>
          <w:t>https://www.instagram.com/reel/DBf9IONMiLL/?utm_source=ig_web_copy_link&amp;stkn=MzRlODBiNWFlZA</w:t>
        </w:r>
      </w:hyperlink>
      <w:r w:rsidRPr="004616A2">
        <w:rPr>
          <w:sz w:val="28"/>
          <w:szCs w:val="28"/>
          <w:lang w:val="kk-KZ"/>
        </w:rPr>
        <w:t>==</w:t>
      </w:r>
      <w:hyperlink r:id="rId123" w:history="1">
        <w:r w:rsidRPr="004616A2">
          <w:rPr>
            <w:rStyle w:val="ae"/>
            <w:sz w:val="28"/>
            <w:szCs w:val="28"/>
            <w:lang w:val="kk-KZ"/>
          </w:rPr>
          <w:t>https://www.instagram.com/reel/DBgK54NsT0M/?utm_source=ig_web_copy_link&amp;stkn=MzRlODBiNWFlZA</w:t>
        </w:r>
      </w:hyperlink>
      <w:r w:rsidRPr="004616A2">
        <w:rPr>
          <w:sz w:val="28"/>
          <w:szCs w:val="28"/>
          <w:lang w:val="kk-KZ"/>
        </w:rPr>
        <w:t>==</w:t>
      </w:r>
      <w:hyperlink r:id="rId124" w:history="1">
        <w:r w:rsidRPr="004616A2">
          <w:rPr>
            <w:rStyle w:val="ae"/>
            <w:sz w:val="28"/>
            <w:szCs w:val="28"/>
            <w:lang w:val="kk-KZ"/>
          </w:rPr>
          <w:t>https://www.instagram.com/reel/DBgR2OYMmIX/?utm_source=ig_web_copy_link&amp;stkn=MzRlODBiNWFlZA</w:t>
        </w:r>
      </w:hyperlink>
      <w:r w:rsidRPr="004616A2">
        <w:rPr>
          <w:sz w:val="28"/>
          <w:szCs w:val="28"/>
          <w:lang w:val="kk-KZ"/>
        </w:rPr>
        <w:t>==</w:t>
      </w:r>
      <w:hyperlink r:id="rId125" w:history="1">
        <w:r w:rsidRPr="004616A2">
          <w:rPr>
            <w:rStyle w:val="ae"/>
            <w:sz w:val="28"/>
            <w:szCs w:val="28"/>
            <w:lang w:val="kk-KZ"/>
          </w:rPr>
          <w:t>https://www.instagram.com/reel/DBgSnResKw0/?utm_source=ig_web_copy_link&amp;stkn=MzRlODBiNWFlZA</w:t>
        </w:r>
      </w:hyperlink>
      <w:r w:rsidRPr="004616A2">
        <w:rPr>
          <w:sz w:val="28"/>
          <w:szCs w:val="28"/>
          <w:lang w:val="kk-KZ"/>
        </w:rPr>
        <w:t>==</w:t>
      </w:r>
      <w:hyperlink r:id="rId126" w:history="1">
        <w:r w:rsidRPr="004616A2">
          <w:rPr>
            <w:rStyle w:val="ae"/>
            <w:sz w:val="28"/>
            <w:szCs w:val="28"/>
            <w:lang w:val="kk-KZ"/>
          </w:rPr>
          <w:t>https://www.instagram.com/reel/DBgTOM0swZp/?utm_source=ig_web_copy_link&amp;stkn=MzRlODBiNWFlZA</w:t>
        </w:r>
      </w:hyperlink>
      <w:r w:rsidRPr="004616A2">
        <w:rPr>
          <w:sz w:val="28"/>
          <w:szCs w:val="28"/>
          <w:lang w:val="kk-KZ"/>
        </w:rPr>
        <w:t>==</w:t>
      </w:r>
      <w:hyperlink r:id="rId127" w:history="1">
        <w:r w:rsidRPr="004616A2">
          <w:rPr>
            <w:rStyle w:val="ae"/>
            <w:sz w:val="28"/>
            <w:szCs w:val="28"/>
            <w:lang w:val="kk-KZ"/>
          </w:rPr>
          <w:t>https://www.instagram.com/p/DBgcsjlMvy5/?utm_source=ig_web_copy_link&amp;stkn=MzRlODBiNWFlZA</w:t>
        </w:r>
      </w:hyperlink>
      <w:r w:rsidRPr="004616A2">
        <w:rPr>
          <w:sz w:val="28"/>
          <w:szCs w:val="28"/>
          <w:lang w:val="kk-KZ"/>
        </w:rPr>
        <w:t>==</w:t>
      </w:r>
      <w:hyperlink r:id="rId128" w:history="1">
        <w:r w:rsidRPr="004616A2">
          <w:rPr>
            <w:rStyle w:val="ae"/>
            <w:sz w:val="28"/>
            <w:szCs w:val="28"/>
            <w:lang w:val="kk-KZ"/>
          </w:rPr>
          <w:t>https://www.instagram.com/reel/DBgdN7NMf0g/?utm_source=ig_web_copy_link&amp;stkn=MzRlODBiNWFlZA</w:t>
        </w:r>
      </w:hyperlink>
      <w:r w:rsidRPr="004616A2">
        <w:rPr>
          <w:sz w:val="28"/>
          <w:szCs w:val="28"/>
          <w:lang w:val="kk-KZ"/>
        </w:rPr>
        <w:t>==</w:t>
      </w:r>
      <w:hyperlink r:id="rId129" w:history="1">
        <w:r w:rsidRPr="004616A2">
          <w:rPr>
            <w:rStyle w:val="ae"/>
            <w:sz w:val="28"/>
            <w:szCs w:val="28"/>
            <w:lang w:val="kk-KZ"/>
          </w:rPr>
          <w:t>https://www.instagram.com/p/DBgdvEvMiJM/?utm_source=ig_web_copy_link&amp;stkn=MzRlODBiNWFlZA</w:t>
        </w:r>
      </w:hyperlink>
      <w:r w:rsidRPr="004616A2">
        <w:rPr>
          <w:sz w:val="28"/>
          <w:szCs w:val="28"/>
          <w:lang w:val="kk-KZ"/>
        </w:rPr>
        <w:t>==</w:t>
      </w:r>
      <w:hyperlink r:id="rId130" w:history="1">
        <w:r w:rsidRPr="004616A2">
          <w:rPr>
            <w:rStyle w:val="ae"/>
            <w:sz w:val="28"/>
            <w:szCs w:val="28"/>
            <w:lang w:val="kk-KZ"/>
          </w:rPr>
          <w:t>https://www.instagram.com/p/DBgeCYXMgzK/?utm_source=ig_web_copy_link&amp;stkn=MzRlODBiNWFlZA</w:t>
        </w:r>
      </w:hyperlink>
      <w:r w:rsidRPr="004616A2">
        <w:rPr>
          <w:sz w:val="28"/>
          <w:szCs w:val="28"/>
          <w:lang w:val="kk-KZ"/>
        </w:rPr>
        <w:t>==</w:t>
      </w:r>
      <w:hyperlink r:id="rId131" w:history="1">
        <w:r w:rsidRPr="004616A2">
          <w:rPr>
            <w:rStyle w:val="ae"/>
            <w:sz w:val="28"/>
            <w:szCs w:val="28"/>
            <w:lang w:val="kk-KZ"/>
          </w:rPr>
          <w:t>https://www.instagram.com/reel/DBgeEiwsgHf/?utm_source=ig_web_copy_link&amp;stkn=MzRlODBiNWFlZA</w:t>
        </w:r>
      </w:hyperlink>
      <w:r w:rsidRPr="004616A2">
        <w:rPr>
          <w:sz w:val="28"/>
          <w:szCs w:val="28"/>
          <w:lang w:val="kk-KZ"/>
        </w:rPr>
        <w:t>==</w:t>
      </w:r>
      <w:hyperlink r:id="rId132" w:history="1">
        <w:r w:rsidRPr="004616A2">
          <w:rPr>
            <w:rStyle w:val="ae"/>
            <w:sz w:val="28"/>
            <w:szCs w:val="28"/>
            <w:lang w:val="kk-KZ"/>
          </w:rPr>
          <w:t>https://www.instagram.com/p/DBgirB_s29S/?utm_source=ig_web_copy_link&amp;stkn=MzRlODBiNWFlZA</w:t>
        </w:r>
      </w:hyperlink>
      <w:r w:rsidRPr="004616A2">
        <w:rPr>
          <w:sz w:val="28"/>
          <w:szCs w:val="28"/>
          <w:lang w:val="kk-KZ"/>
        </w:rPr>
        <w:t>==</w:t>
      </w:r>
      <w:hyperlink r:id="rId133" w:history="1">
        <w:r w:rsidRPr="004616A2">
          <w:rPr>
            <w:rStyle w:val="ae"/>
            <w:sz w:val="28"/>
            <w:szCs w:val="28"/>
            <w:lang w:val="kk-KZ"/>
          </w:rPr>
          <w:t>https://www.instagram.com</w:t>
        </w:r>
        <w:r w:rsidRPr="004616A2">
          <w:rPr>
            <w:rStyle w:val="ae"/>
            <w:sz w:val="28"/>
            <w:szCs w:val="28"/>
            <w:lang w:val="kk-KZ"/>
          </w:rPr>
          <w:lastRenderedPageBreak/>
          <w:t>/p/DBgivHps9h-/?utm_source=ig_web_copy_link&amp;stkn=MzRlODBiNWFlZA</w:t>
        </w:r>
      </w:hyperlink>
      <w:r w:rsidRPr="004616A2">
        <w:rPr>
          <w:sz w:val="28"/>
          <w:szCs w:val="28"/>
          <w:lang w:val="kk-KZ"/>
        </w:rPr>
        <w:t>==</w:t>
      </w:r>
      <w:hyperlink r:id="rId134" w:history="1">
        <w:r w:rsidRPr="004616A2">
          <w:rPr>
            <w:rStyle w:val="ae"/>
            <w:sz w:val="28"/>
            <w:szCs w:val="28"/>
            <w:lang w:val="kk-KZ"/>
          </w:rPr>
          <w:t>https://www.instagram.com/p/DBio3Wmssoc/?utm_source=ig_web_copy_link&amp;stkn=MzRlODBiNWFlZA</w:t>
        </w:r>
      </w:hyperlink>
      <w:r w:rsidRPr="004616A2">
        <w:rPr>
          <w:sz w:val="28"/>
          <w:szCs w:val="28"/>
          <w:lang w:val="kk-KZ"/>
        </w:rPr>
        <w:t>==</w:t>
      </w:r>
      <w:hyperlink r:id="rId135" w:history="1">
        <w:r w:rsidRPr="004616A2">
          <w:rPr>
            <w:rStyle w:val="ae"/>
            <w:sz w:val="28"/>
            <w:szCs w:val="28"/>
            <w:lang w:val="kk-KZ"/>
          </w:rPr>
          <w:t>https://www.instagram.com/reel/DBipQOsshb3/?utm_source=ig_web_copy_link&amp;stkn=MzRlODBiNWFlZA</w:t>
        </w:r>
      </w:hyperlink>
      <w:r w:rsidRPr="004616A2">
        <w:rPr>
          <w:sz w:val="28"/>
          <w:szCs w:val="28"/>
          <w:lang w:val="kk-KZ"/>
        </w:rPr>
        <w:t>==</w:t>
      </w:r>
      <w:hyperlink r:id="rId136" w:history="1">
        <w:r w:rsidRPr="004616A2">
          <w:rPr>
            <w:rStyle w:val="ae"/>
            <w:sz w:val="28"/>
            <w:szCs w:val="28"/>
            <w:lang w:val="kk-KZ"/>
          </w:rPr>
          <w:t>https://www.instagram.com/p/DBipYaVsSL0/?utm_source=ig_web_copy_link&amp;stkn=MzRlODBiNWFlZA</w:t>
        </w:r>
      </w:hyperlink>
      <w:r w:rsidRPr="004616A2">
        <w:rPr>
          <w:sz w:val="28"/>
          <w:szCs w:val="28"/>
          <w:lang w:val="kk-KZ"/>
        </w:rPr>
        <w:t>==</w:t>
      </w:r>
      <w:hyperlink r:id="rId137" w:history="1">
        <w:r w:rsidRPr="004616A2">
          <w:rPr>
            <w:rStyle w:val="ae"/>
            <w:sz w:val="28"/>
            <w:szCs w:val="28"/>
            <w:lang w:val="kk-KZ"/>
          </w:rPr>
          <w:t>https://www.instagram.com/reel/DBipfpSMVng/?utm_source=ig_web_copy_link&amp;stkn=MzRlODBiNWFlZA</w:t>
        </w:r>
      </w:hyperlink>
      <w:r w:rsidRPr="004616A2">
        <w:rPr>
          <w:sz w:val="28"/>
          <w:szCs w:val="28"/>
          <w:lang w:val="kk-KZ"/>
        </w:rPr>
        <w:t>==</w:t>
      </w:r>
      <w:hyperlink r:id="rId138" w:history="1">
        <w:r w:rsidRPr="004616A2">
          <w:rPr>
            <w:rStyle w:val="ae"/>
            <w:sz w:val="28"/>
            <w:szCs w:val="28"/>
            <w:lang w:val="kk-KZ"/>
          </w:rPr>
          <w:t>https://www.instagram.com/reel/DBip3sksz4L/?utm_source=ig_web_copy_link&amp;stkn=MzRlODBiNWFlZA</w:t>
        </w:r>
      </w:hyperlink>
      <w:r w:rsidRPr="004616A2">
        <w:rPr>
          <w:sz w:val="28"/>
          <w:szCs w:val="28"/>
          <w:lang w:val="kk-KZ"/>
        </w:rPr>
        <w:t>==</w:t>
      </w:r>
      <w:hyperlink r:id="rId139" w:history="1">
        <w:r w:rsidRPr="004616A2">
          <w:rPr>
            <w:rStyle w:val="ae"/>
            <w:sz w:val="28"/>
            <w:szCs w:val="28"/>
            <w:lang w:val="kk-KZ"/>
          </w:rPr>
          <w:t>https://www.instagram.com/reel/DBippExsyrk/?utm_source=ig_web_copy_link&amp;stkn=MzRlODBiNWFlZA</w:t>
        </w:r>
      </w:hyperlink>
      <w:r w:rsidRPr="004616A2">
        <w:rPr>
          <w:sz w:val="28"/>
          <w:szCs w:val="28"/>
          <w:lang w:val="kk-KZ"/>
        </w:rPr>
        <w:t>==</w:t>
      </w:r>
      <w:hyperlink r:id="rId140" w:history="1">
        <w:r w:rsidRPr="004616A2">
          <w:rPr>
            <w:rStyle w:val="ae"/>
            <w:sz w:val="28"/>
            <w:szCs w:val="28"/>
            <w:lang w:val="kk-KZ"/>
          </w:rPr>
          <w:t>https://www.instagram.com/reel/DBjLwY0sV4I/?utm_source=ig_web_copy_link&amp;stkn=MzRlODBiNWFlZA</w:t>
        </w:r>
      </w:hyperlink>
      <w:r w:rsidRPr="004616A2">
        <w:rPr>
          <w:sz w:val="28"/>
          <w:szCs w:val="28"/>
          <w:lang w:val="kk-KZ"/>
        </w:rPr>
        <w:t>==</w:t>
      </w:r>
      <w:hyperlink r:id="rId141" w:history="1">
        <w:r w:rsidRPr="004616A2">
          <w:rPr>
            <w:rStyle w:val="ae"/>
            <w:sz w:val="28"/>
            <w:szCs w:val="28"/>
            <w:lang w:val="kk-KZ"/>
          </w:rPr>
          <w:t>https://www.instagram.com/p/DBjMC_oMqC7/?utm_source=ig_web_copy_link&amp;stkn=MzRlODBiNWFlZA</w:t>
        </w:r>
      </w:hyperlink>
      <w:r w:rsidRPr="004616A2">
        <w:rPr>
          <w:sz w:val="28"/>
          <w:szCs w:val="28"/>
          <w:lang w:val="kk-KZ"/>
        </w:rPr>
        <w:t>==</w:t>
      </w:r>
      <w:hyperlink r:id="rId142" w:history="1">
        <w:r w:rsidRPr="004616A2">
          <w:rPr>
            <w:rStyle w:val="ae"/>
            <w:sz w:val="28"/>
            <w:szCs w:val="28"/>
            <w:lang w:val="kk-KZ"/>
          </w:rPr>
          <w:t>https://www.instagram.com/p/DBtFxdgMeoj/?utm_source=ig_web_copy_link&amp;stkn=MzRlODBiNWFlZA</w:t>
        </w:r>
      </w:hyperlink>
      <w:r w:rsidRPr="004616A2">
        <w:rPr>
          <w:sz w:val="28"/>
          <w:szCs w:val="28"/>
          <w:lang w:val="kk-KZ"/>
        </w:rPr>
        <w:t>==</w:t>
      </w:r>
      <w:hyperlink r:id="rId143" w:history="1">
        <w:r w:rsidRPr="004616A2">
          <w:rPr>
            <w:rStyle w:val="ae"/>
            <w:sz w:val="28"/>
            <w:szCs w:val="28"/>
            <w:lang w:val="kk-KZ"/>
          </w:rPr>
          <w:t>https://www.instagram.com/p/DBtNfUIMJq7/?utm_source=ig_web_copy_link&amp;stkn=MzRlODBiNWFlZA</w:t>
        </w:r>
      </w:hyperlink>
      <w:r w:rsidRPr="004616A2">
        <w:rPr>
          <w:sz w:val="28"/>
          <w:szCs w:val="28"/>
          <w:lang w:val="kk-KZ"/>
        </w:rPr>
        <w:t>==</w:t>
      </w:r>
      <w:hyperlink r:id="rId144" w:history="1">
        <w:r w:rsidRPr="004616A2">
          <w:rPr>
            <w:rStyle w:val="ae"/>
            <w:sz w:val="28"/>
            <w:szCs w:val="28"/>
            <w:lang w:val="kk-KZ"/>
          </w:rPr>
          <w:t>https://www.instagram.com/reel/DBtOMzmMc79/?utm_source=ig_web_copy_link&amp;stkn=MzRlODBiNWFlZA</w:t>
        </w:r>
      </w:hyperlink>
      <w:r w:rsidRPr="004616A2">
        <w:rPr>
          <w:sz w:val="28"/>
          <w:szCs w:val="28"/>
          <w:lang w:val="kk-KZ"/>
        </w:rPr>
        <w:t>==</w:t>
      </w:r>
      <w:hyperlink r:id="rId145" w:history="1">
        <w:r w:rsidRPr="004616A2">
          <w:rPr>
            <w:rStyle w:val="ae"/>
            <w:sz w:val="28"/>
            <w:szCs w:val="28"/>
            <w:lang w:val="kk-KZ"/>
          </w:rPr>
          <w:t>https://www.instagram.com/p/DBtOcyHsMiI/?utm_source=ig_web_copy_link&amp;stkn=MzRlODBiNWFlZA</w:t>
        </w:r>
      </w:hyperlink>
      <w:r w:rsidRPr="004616A2">
        <w:rPr>
          <w:sz w:val="28"/>
          <w:szCs w:val="28"/>
          <w:lang w:val="kk-KZ"/>
        </w:rPr>
        <w:t>==</w:t>
      </w:r>
      <w:hyperlink r:id="rId146" w:history="1">
        <w:r w:rsidRPr="004616A2">
          <w:rPr>
            <w:rStyle w:val="ae"/>
            <w:sz w:val="28"/>
            <w:szCs w:val="28"/>
            <w:lang w:val="kk-KZ"/>
          </w:rPr>
          <w:t>https://www.instagram.com/p/DBvCenboadk/?utm_source=ig_web_copy_link&amp;stkn=MzRlODBiNWFlZA</w:t>
        </w:r>
      </w:hyperlink>
      <w:r w:rsidRPr="004616A2">
        <w:rPr>
          <w:sz w:val="28"/>
          <w:szCs w:val="28"/>
          <w:lang w:val="kk-KZ"/>
        </w:rPr>
        <w:t>==</w:t>
      </w:r>
      <w:hyperlink r:id="rId147" w:history="1">
        <w:r w:rsidRPr="004616A2">
          <w:rPr>
            <w:rStyle w:val="ae"/>
            <w:sz w:val="28"/>
            <w:szCs w:val="28"/>
            <w:lang w:val="kk-KZ"/>
          </w:rPr>
          <w:t>https://www.instagram.com/p/DB1JjjNsXdM/?utm_source=ig_web_copy_link&amp;stkn=MzRlODBiNWFlZA</w:t>
        </w:r>
      </w:hyperlink>
      <w:r w:rsidRPr="004616A2">
        <w:rPr>
          <w:sz w:val="28"/>
          <w:szCs w:val="28"/>
          <w:lang w:val="kk-KZ"/>
        </w:rPr>
        <w:t>==</w:t>
      </w:r>
      <w:hyperlink r:id="rId148" w:history="1">
        <w:r w:rsidRPr="004616A2">
          <w:rPr>
            <w:rStyle w:val="ae"/>
            <w:sz w:val="28"/>
            <w:szCs w:val="28"/>
            <w:lang w:val="kk-KZ"/>
          </w:rPr>
          <w:t>https://www.instagram.com/p/DB8LsRZMAob/?utm_source=ig_web_copy_link&amp;stkn=MzRlODBiNWFlZA</w:t>
        </w:r>
      </w:hyperlink>
      <w:r w:rsidRPr="004616A2">
        <w:rPr>
          <w:sz w:val="28"/>
          <w:szCs w:val="28"/>
          <w:lang w:val="kk-KZ"/>
        </w:rPr>
        <w:t>==</w:t>
      </w:r>
      <w:hyperlink r:id="rId149" w:history="1">
        <w:r w:rsidRPr="004616A2">
          <w:rPr>
            <w:rStyle w:val="ae"/>
            <w:sz w:val="28"/>
            <w:szCs w:val="28"/>
            <w:lang w:val="kk-KZ"/>
          </w:rPr>
          <w:t>https://www.instagram.com/p/DB8L2n2sxVE/?utm_source=ig_web_copy_link&amp;stkn=MzRlODBiNWFlZA</w:t>
        </w:r>
      </w:hyperlink>
      <w:r w:rsidRPr="004616A2">
        <w:rPr>
          <w:sz w:val="28"/>
          <w:szCs w:val="28"/>
          <w:lang w:val="kk-KZ"/>
        </w:rPr>
        <w:t>==</w:t>
      </w:r>
      <w:hyperlink r:id="rId150" w:history="1">
        <w:r w:rsidRPr="004616A2">
          <w:rPr>
            <w:rStyle w:val="ae"/>
            <w:sz w:val="28"/>
            <w:szCs w:val="28"/>
            <w:lang w:val="kk-KZ"/>
          </w:rPr>
          <w:t>https://www.instagram.com/p/DB8L5MBsoRV/?utm_source=ig_web_copy_link&amp;stkn=MzRlODBiNWFlZA</w:t>
        </w:r>
      </w:hyperlink>
      <w:r w:rsidRPr="004616A2">
        <w:rPr>
          <w:sz w:val="28"/>
          <w:szCs w:val="28"/>
          <w:lang w:val="kk-KZ"/>
        </w:rPr>
        <w:t>==</w:t>
      </w:r>
      <w:hyperlink r:id="rId151" w:history="1">
        <w:r w:rsidRPr="004616A2">
          <w:rPr>
            <w:rStyle w:val="ae"/>
            <w:sz w:val="28"/>
            <w:szCs w:val="28"/>
            <w:lang w:val="kk-KZ"/>
          </w:rPr>
          <w:t>https://www.instagram.com/p/DB8MQKIsA2G/?utm_source=ig_web_copy_link&amp;stkn=MzRlODBiNWFlZA</w:t>
        </w:r>
      </w:hyperlink>
      <w:r w:rsidRPr="004616A2">
        <w:rPr>
          <w:sz w:val="28"/>
          <w:szCs w:val="28"/>
          <w:lang w:val="kk-KZ"/>
        </w:rPr>
        <w:t>==</w:t>
      </w:r>
      <w:hyperlink r:id="rId152" w:history="1">
        <w:r w:rsidRPr="004616A2">
          <w:rPr>
            <w:rStyle w:val="ae"/>
            <w:sz w:val="28"/>
            <w:szCs w:val="28"/>
            <w:lang w:val="kk-KZ"/>
          </w:rPr>
          <w:t>https://www.instagram.com/reel/DB8MaYAsh3R/?utm_source=ig_web_copy_link&amp;stkn=MzRlODBiNWFlZA</w:t>
        </w:r>
      </w:hyperlink>
      <w:r w:rsidRPr="004616A2">
        <w:rPr>
          <w:sz w:val="28"/>
          <w:szCs w:val="28"/>
          <w:lang w:val="kk-KZ"/>
        </w:rPr>
        <w:t>==</w:t>
      </w:r>
      <w:hyperlink r:id="rId153" w:history="1">
        <w:r w:rsidRPr="004616A2">
          <w:rPr>
            <w:rStyle w:val="ae"/>
            <w:sz w:val="28"/>
            <w:szCs w:val="28"/>
            <w:lang w:val="kk-KZ"/>
          </w:rPr>
          <w:t>https://www.instagram.com/reel/DB8MdcDsaOH/?utm_source=ig_web_copy_link&amp;stkn=MzRlODBiNWFlZA</w:t>
        </w:r>
      </w:hyperlink>
      <w:r w:rsidRPr="004616A2">
        <w:rPr>
          <w:sz w:val="28"/>
          <w:szCs w:val="28"/>
          <w:lang w:val="kk-KZ"/>
        </w:rPr>
        <w:t>==</w:t>
      </w:r>
      <w:hyperlink r:id="rId154" w:history="1">
        <w:r w:rsidRPr="004616A2">
          <w:rPr>
            <w:rStyle w:val="ae"/>
            <w:sz w:val="28"/>
            <w:szCs w:val="28"/>
            <w:lang w:val="kk-KZ"/>
          </w:rPr>
          <w:t>https://www.instagram.com/p/DB8jiXPMpgL/?utm_source=ig_web_copy_link&amp;stkn=MzRlODBiNWFlZA</w:t>
        </w:r>
      </w:hyperlink>
      <w:r w:rsidRPr="004616A2">
        <w:rPr>
          <w:sz w:val="28"/>
          <w:szCs w:val="28"/>
          <w:lang w:val="kk-KZ"/>
        </w:rPr>
        <w:t>==</w:t>
      </w:r>
      <w:hyperlink r:id="rId155" w:history="1">
        <w:r w:rsidRPr="004616A2">
          <w:rPr>
            <w:rStyle w:val="ae"/>
            <w:sz w:val="28"/>
            <w:szCs w:val="28"/>
            <w:lang w:val="kk-KZ"/>
          </w:rPr>
          <w:t>https://www.instagram.com/p/DB9Lx2FMl68/?utm_source=ig_web_copy_link&amp;stkn=MzRlODBiNWFlZA</w:t>
        </w:r>
      </w:hyperlink>
      <w:r w:rsidRPr="004616A2">
        <w:rPr>
          <w:sz w:val="28"/>
          <w:szCs w:val="28"/>
          <w:lang w:val="kk-KZ"/>
        </w:rPr>
        <w:t>==</w:t>
      </w:r>
      <w:hyperlink r:id="rId156" w:history="1">
        <w:r w:rsidRPr="004616A2">
          <w:rPr>
            <w:rStyle w:val="ae"/>
            <w:sz w:val="28"/>
            <w:szCs w:val="28"/>
            <w:lang w:val="kk-KZ"/>
          </w:rPr>
          <w:t>https://www.instagram.com/p/DB9RjTJsBak/?utm_source=ig_web_copy_link</w:t>
        </w:r>
      </w:hyperlink>
      <w:hyperlink r:id="rId157" w:history="1">
        <w:r w:rsidRPr="004616A2">
          <w:rPr>
            <w:rStyle w:val="ae"/>
            <w:sz w:val="28"/>
            <w:szCs w:val="28"/>
            <w:lang w:val="kk-KZ"/>
          </w:rPr>
          <w:t>https://www.instagram.com/p/DB_hziEs59m/?utm_source=ig_web_copy_link&amp;stkn=MzRlODBiNWFlZA</w:t>
        </w:r>
      </w:hyperlink>
      <w:r w:rsidRPr="004616A2">
        <w:rPr>
          <w:sz w:val="28"/>
          <w:szCs w:val="28"/>
          <w:lang w:val="kk-KZ"/>
        </w:rPr>
        <w:t>==</w:t>
      </w:r>
      <w:hyperlink r:id="rId158" w:history="1">
        <w:r w:rsidRPr="004616A2">
          <w:rPr>
            <w:rStyle w:val="ae"/>
            <w:sz w:val="28"/>
            <w:szCs w:val="28"/>
            <w:lang w:val="kk-KZ"/>
          </w:rPr>
          <w:t>https://www.instagram.com/reel/DCBfbE6MeGa/?utm_source=ig_web_copy_link&amp;stkn=MzRlODBiNWFlZA</w:t>
        </w:r>
      </w:hyperlink>
      <w:r w:rsidRPr="004616A2">
        <w:rPr>
          <w:sz w:val="28"/>
          <w:szCs w:val="28"/>
          <w:lang w:val="kk-KZ"/>
        </w:rPr>
        <w:t>==</w:t>
      </w:r>
      <w:hyperlink r:id="rId159" w:history="1">
        <w:r w:rsidRPr="004616A2">
          <w:rPr>
            <w:rStyle w:val="ae"/>
            <w:sz w:val="28"/>
            <w:szCs w:val="28"/>
            <w:lang w:val="kk-KZ"/>
          </w:rPr>
          <w:t>https://www.instagram.com/reel/DCBfs21M4RC/?utm_source=ig_web_copy_link&amp;stkn=MzRlODBiNWFlZA</w:t>
        </w:r>
      </w:hyperlink>
      <w:r w:rsidRPr="004616A2">
        <w:rPr>
          <w:sz w:val="28"/>
          <w:szCs w:val="28"/>
          <w:lang w:val="kk-KZ"/>
        </w:rPr>
        <w:t>==</w:t>
      </w:r>
      <w:hyperlink r:id="rId160" w:history="1">
        <w:r w:rsidRPr="004616A2">
          <w:rPr>
            <w:rStyle w:val="ae"/>
            <w:sz w:val="28"/>
            <w:szCs w:val="28"/>
            <w:lang w:val="kk-KZ"/>
          </w:rPr>
          <w:t>https://www.instagram.com/p/DCBfyFEM4qW/?utm_source=ig_web_copy_link&amp;stkn=MzRlODBiNWFlZA</w:t>
        </w:r>
      </w:hyperlink>
      <w:r w:rsidRPr="004616A2">
        <w:rPr>
          <w:sz w:val="28"/>
          <w:szCs w:val="28"/>
          <w:lang w:val="kk-KZ"/>
        </w:rPr>
        <w:t>==</w:t>
      </w:r>
      <w:hyperlink r:id="rId161" w:history="1">
        <w:r w:rsidRPr="004616A2">
          <w:rPr>
            <w:rStyle w:val="ae"/>
            <w:sz w:val="28"/>
            <w:szCs w:val="28"/>
            <w:lang w:val="kk-KZ"/>
          </w:rPr>
          <w:t>https://www.instagram.com/p/DCB-BhNMUjg/?utm_source=ig_web_copy_link&amp;stkn=MzRlODBiNWFlZA</w:t>
        </w:r>
      </w:hyperlink>
      <w:r w:rsidRPr="004616A2">
        <w:rPr>
          <w:sz w:val="28"/>
          <w:szCs w:val="28"/>
          <w:lang w:val="kk-KZ"/>
        </w:rPr>
        <w:t>==</w:t>
      </w:r>
      <w:hyperlink r:id="rId162" w:history="1">
        <w:r w:rsidRPr="004616A2">
          <w:rPr>
            <w:rStyle w:val="ae"/>
            <w:sz w:val="28"/>
            <w:szCs w:val="28"/>
            <w:lang w:val="kk-KZ"/>
          </w:rPr>
          <w:t>https://www.instagram.com/p/DCHAQwzMWMy/?utm_source=ig_web_copy_link&amp;stkn=MzRlODBiNWFlZA</w:t>
        </w:r>
      </w:hyperlink>
      <w:r w:rsidRPr="004616A2">
        <w:rPr>
          <w:sz w:val="28"/>
          <w:szCs w:val="28"/>
          <w:lang w:val="kk-KZ"/>
        </w:rPr>
        <w:t>==</w:t>
      </w:r>
      <w:hyperlink r:id="rId163" w:history="1">
        <w:r w:rsidRPr="004616A2">
          <w:rPr>
            <w:rStyle w:val="ae"/>
            <w:sz w:val="28"/>
            <w:szCs w:val="28"/>
            <w:lang w:val="kk-KZ"/>
          </w:rPr>
          <w:t>https://www.instagram.com/p/DCN-3kSIi2j/?utm_source=ig_web_copy_link&amp;stkn=MzRlODBiNWFlZA</w:t>
        </w:r>
      </w:hyperlink>
      <w:r w:rsidRPr="004616A2">
        <w:rPr>
          <w:sz w:val="28"/>
          <w:szCs w:val="28"/>
          <w:lang w:val="kk-KZ"/>
        </w:rPr>
        <w:t>==</w:t>
      </w:r>
      <w:hyperlink r:id="rId164" w:history="1">
        <w:r w:rsidRPr="004616A2">
          <w:rPr>
            <w:rStyle w:val="ae"/>
            <w:sz w:val="28"/>
            <w:szCs w:val="28"/>
            <w:lang w:val="kk-KZ"/>
          </w:rPr>
          <w:t>https://www.instagram.com/p/DCOFr4Bt_Pk/?utm_source=ig_web_copy_link&amp;stkn=MzRlODBiNWFlZA</w:t>
        </w:r>
      </w:hyperlink>
      <w:r w:rsidRPr="004616A2">
        <w:rPr>
          <w:sz w:val="28"/>
          <w:szCs w:val="28"/>
          <w:lang w:val="kk-KZ"/>
        </w:rPr>
        <w:t>==</w:t>
      </w:r>
      <w:hyperlink r:id="rId165" w:history="1">
        <w:r w:rsidRPr="004616A2">
          <w:rPr>
            <w:rStyle w:val="ae"/>
            <w:sz w:val="28"/>
            <w:szCs w:val="28"/>
            <w:lang w:val="kk-KZ"/>
          </w:rPr>
          <w:t>https://www.instagram.com/reel/DCOF4WsNkJQ/?utm_source=ig_web_copy_link</w:t>
        </w:r>
      </w:hyperlink>
      <w:hyperlink r:id="rId166" w:history="1">
        <w:r w:rsidRPr="004616A2">
          <w:rPr>
            <w:rStyle w:val="ae"/>
            <w:sz w:val="28"/>
            <w:szCs w:val="28"/>
            <w:lang w:val="kk-KZ"/>
          </w:rPr>
          <w:t>https://www.instagram.com/reel/DCOGMosNG8P/?utm_source=ig_web_copy_link&amp;stkn=MzRlODBiNWFlZA</w:t>
        </w:r>
      </w:hyperlink>
      <w:r w:rsidRPr="004616A2">
        <w:rPr>
          <w:sz w:val="28"/>
          <w:szCs w:val="28"/>
          <w:lang w:val="kk-KZ"/>
        </w:rPr>
        <w:t>==</w:t>
      </w:r>
      <w:hyperlink r:id="rId167" w:history="1">
        <w:r w:rsidRPr="004616A2">
          <w:rPr>
            <w:rStyle w:val="ae"/>
            <w:sz w:val="28"/>
            <w:szCs w:val="28"/>
            <w:lang w:val="kk-KZ"/>
          </w:rPr>
          <w:t>https://www.instagram.com/p/DCOeAa9to41/?utm_source=ig_web_copy_link&amp;stkn=MzRlODBiNWFlZA</w:t>
        </w:r>
      </w:hyperlink>
      <w:r w:rsidRPr="004616A2">
        <w:rPr>
          <w:sz w:val="28"/>
          <w:szCs w:val="28"/>
          <w:lang w:val="kk-KZ"/>
        </w:rPr>
        <w:t>==</w:t>
      </w:r>
      <w:hyperlink r:id="rId168" w:history="1">
        <w:r w:rsidRPr="004616A2">
          <w:rPr>
            <w:rStyle w:val="ae"/>
            <w:sz w:val="28"/>
            <w:szCs w:val="28"/>
            <w:lang w:val="kk-KZ"/>
          </w:rPr>
          <w:t>https://www.instagram.com/p/DCOeKtHta8h/?utm_source=ig_web_copy_link&amp;stkn=MzRlODBiNWFlZA</w:t>
        </w:r>
      </w:hyperlink>
      <w:r w:rsidRPr="004616A2">
        <w:rPr>
          <w:sz w:val="28"/>
          <w:szCs w:val="28"/>
          <w:lang w:val="kk-KZ"/>
        </w:rPr>
        <w:t>==</w:t>
      </w:r>
      <w:hyperlink r:id="rId169" w:history="1">
        <w:r w:rsidRPr="004616A2">
          <w:rPr>
            <w:rStyle w:val="ae"/>
            <w:sz w:val="28"/>
            <w:szCs w:val="28"/>
            <w:lang w:val="kk-KZ"/>
          </w:rPr>
          <w:t>https://www.instagram.com/p/DCOyqmktjlR/?utm_source=ig_web_copy_link&amp;stkn=MzRlODBiNWFlZA</w:t>
        </w:r>
      </w:hyperlink>
      <w:r w:rsidRPr="004616A2">
        <w:rPr>
          <w:sz w:val="28"/>
          <w:szCs w:val="28"/>
          <w:lang w:val="kk-KZ"/>
        </w:rPr>
        <w:t>==</w:t>
      </w:r>
      <w:hyperlink r:id="rId170" w:history="1">
        <w:r w:rsidRPr="004616A2">
          <w:rPr>
            <w:rStyle w:val="ae"/>
            <w:sz w:val="28"/>
            <w:szCs w:val="28"/>
            <w:lang w:val="kk-KZ"/>
          </w:rPr>
          <w:t>https://www.instagr</w:t>
        </w:r>
        <w:r w:rsidRPr="004616A2">
          <w:rPr>
            <w:rStyle w:val="ae"/>
            <w:sz w:val="28"/>
            <w:szCs w:val="28"/>
            <w:lang w:val="kk-KZ"/>
          </w:rPr>
          <w:lastRenderedPageBreak/>
          <w:t>am.com/reel/DCQ0QnjtqAf/?utm_source=ig_web_copy_link&amp;stkn=MzRlODBiNWFlZA</w:t>
        </w:r>
      </w:hyperlink>
      <w:r w:rsidRPr="004616A2">
        <w:rPr>
          <w:sz w:val="28"/>
          <w:szCs w:val="28"/>
          <w:lang w:val="kk-KZ"/>
        </w:rPr>
        <w:t>==</w:t>
      </w:r>
      <w:hyperlink r:id="rId171" w:history="1">
        <w:r w:rsidRPr="004616A2">
          <w:rPr>
            <w:rStyle w:val="ae"/>
            <w:sz w:val="28"/>
            <w:szCs w:val="28"/>
            <w:lang w:val="kk-KZ"/>
          </w:rPr>
          <w:t>https://www.instagram.com/reel/DCQ0pnntWar/?utm_source=ig_web_copy_link&amp;stkn=MzRlODBiNWFlZA</w:t>
        </w:r>
      </w:hyperlink>
      <w:r w:rsidRPr="004616A2">
        <w:rPr>
          <w:sz w:val="28"/>
          <w:szCs w:val="28"/>
          <w:lang w:val="kk-KZ"/>
        </w:rPr>
        <w:t>==</w:t>
      </w:r>
      <w:hyperlink r:id="rId172" w:history="1">
        <w:r w:rsidRPr="004616A2">
          <w:rPr>
            <w:rStyle w:val="ae"/>
            <w:sz w:val="28"/>
            <w:szCs w:val="28"/>
            <w:lang w:val="kk-KZ"/>
          </w:rPr>
          <w:t>https://www.instagram.com/reel/DCR4uRaNT9m/?utm_source=ig_web_copy_link&amp;stkn=MzRlODBiNWFlZA</w:t>
        </w:r>
      </w:hyperlink>
      <w:r w:rsidRPr="004616A2">
        <w:rPr>
          <w:sz w:val="28"/>
          <w:szCs w:val="28"/>
          <w:lang w:val="kk-KZ"/>
        </w:rPr>
        <w:t>==</w:t>
      </w:r>
      <w:hyperlink r:id="rId173" w:history="1">
        <w:r w:rsidRPr="004616A2">
          <w:rPr>
            <w:rStyle w:val="ae"/>
            <w:sz w:val="28"/>
            <w:szCs w:val="28"/>
            <w:lang w:val="kk-KZ"/>
          </w:rPr>
          <w:t>https://www.instagram.com/p/DCR5vPUtgTU/?utm_source=ig_web_copy_link&amp;stkn=MzRlODBiNWFlZA</w:t>
        </w:r>
      </w:hyperlink>
      <w:r w:rsidRPr="004616A2">
        <w:rPr>
          <w:sz w:val="28"/>
          <w:szCs w:val="28"/>
          <w:lang w:val="kk-KZ"/>
        </w:rPr>
        <w:t>==</w:t>
      </w:r>
      <w:hyperlink r:id="rId174" w:history="1">
        <w:r w:rsidRPr="004616A2">
          <w:rPr>
            <w:rStyle w:val="ae"/>
            <w:sz w:val="28"/>
            <w:szCs w:val="28"/>
            <w:lang w:val="kk-KZ"/>
          </w:rPr>
          <w:t>https://www.instagram.com/p/DCR52xxNI9X/?utm_source=ig_web_copy_link&amp;stkn=MzRlODBiNWFlZA</w:t>
        </w:r>
      </w:hyperlink>
      <w:r w:rsidRPr="004616A2">
        <w:rPr>
          <w:sz w:val="28"/>
          <w:szCs w:val="28"/>
          <w:lang w:val="kk-KZ"/>
        </w:rPr>
        <w:t>==</w:t>
      </w:r>
      <w:hyperlink r:id="rId175" w:history="1">
        <w:r w:rsidRPr="004616A2">
          <w:rPr>
            <w:rStyle w:val="ae"/>
            <w:sz w:val="28"/>
            <w:szCs w:val="28"/>
            <w:lang w:val="kk-KZ"/>
          </w:rPr>
          <w:t>https://www.instagram.com/p/DCR6X5dtL7n/?utm_source=ig_web_copy_link&amp;stkn=MzRlODBiNWFlZA</w:t>
        </w:r>
      </w:hyperlink>
      <w:r w:rsidRPr="004616A2">
        <w:rPr>
          <w:sz w:val="28"/>
          <w:szCs w:val="28"/>
          <w:lang w:val="kk-KZ"/>
        </w:rPr>
        <w:t>==</w:t>
      </w:r>
      <w:hyperlink r:id="rId176" w:history="1">
        <w:r w:rsidRPr="004616A2">
          <w:rPr>
            <w:rStyle w:val="ae"/>
            <w:sz w:val="28"/>
            <w:szCs w:val="28"/>
            <w:lang w:val="kk-KZ"/>
          </w:rPr>
          <w:t>https://www.instagram.com/reel/DCR6MVSNXTV/?utm_source=ig_web_copy_link&amp;stkn=MzRlODBiNWFlZA</w:t>
        </w:r>
      </w:hyperlink>
      <w:r w:rsidRPr="004616A2">
        <w:rPr>
          <w:sz w:val="28"/>
          <w:szCs w:val="28"/>
          <w:lang w:val="kk-KZ"/>
        </w:rPr>
        <w:t>==</w:t>
      </w:r>
      <w:hyperlink r:id="rId177" w:history="1">
        <w:r w:rsidRPr="004616A2">
          <w:rPr>
            <w:rStyle w:val="ae"/>
            <w:sz w:val="28"/>
            <w:szCs w:val="28"/>
            <w:lang w:val="kk-KZ"/>
          </w:rPr>
          <w:t>https://www.instagram.com/p/DCTGBb3IRb0/?utm_source=ig_web_copy_link&amp;stkn=MzRlODBiNWFlZA</w:t>
        </w:r>
      </w:hyperlink>
      <w:r w:rsidRPr="004616A2">
        <w:rPr>
          <w:sz w:val="28"/>
          <w:szCs w:val="28"/>
          <w:lang w:val="kk-KZ"/>
        </w:rPr>
        <w:t>==</w:t>
      </w:r>
      <w:hyperlink r:id="rId178" w:history="1">
        <w:r w:rsidRPr="004616A2">
          <w:rPr>
            <w:rStyle w:val="ae"/>
            <w:sz w:val="28"/>
            <w:szCs w:val="28"/>
            <w:lang w:val="kk-KZ"/>
          </w:rPr>
          <w:t>https://www.instagram.com/reel/DCTGLALo9nD/?utm_source=ig_web_copy_link&amp;stkn=MzRlODBiNWFlZA</w:t>
        </w:r>
      </w:hyperlink>
      <w:r w:rsidRPr="004616A2">
        <w:rPr>
          <w:sz w:val="28"/>
          <w:szCs w:val="28"/>
          <w:lang w:val="kk-KZ"/>
        </w:rPr>
        <w:t>==</w:t>
      </w:r>
      <w:hyperlink r:id="rId179" w:history="1">
        <w:r w:rsidRPr="004616A2">
          <w:rPr>
            <w:rStyle w:val="ae"/>
            <w:sz w:val="28"/>
            <w:szCs w:val="28"/>
            <w:lang w:val="kk-KZ"/>
          </w:rPr>
          <w:t>https://www.instagram.com/reel/DCTYkZvt2PD/?utm_source=ig_web_copy_link&amp;stkn=MzRlODBiNWFlZA</w:t>
        </w:r>
      </w:hyperlink>
      <w:r w:rsidRPr="004616A2">
        <w:rPr>
          <w:sz w:val="28"/>
          <w:szCs w:val="28"/>
          <w:lang w:val="kk-KZ"/>
        </w:rPr>
        <w:t>==</w:t>
      </w:r>
      <w:hyperlink r:id="rId180" w:history="1">
        <w:r w:rsidRPr="004616A2">
          <w:rPr>
            <w:rStyle w:val="ae"/>
            <w:sz w:val="28"/>
            <w:szCs w:val="28"/>
            <w:lang w:val="kk-KZ"/>
          </w:rPr>
          <w:t>https://www.instagram.com/p/DCTmlrNt_EK/?utm_source=ig_web_copy_link&amp;stkn=MzRlODBiNWFlZA</w:t>
        </w:r>
      </w:hyperlink>
      <w:r w:rsidRPr="004616A2">
        <w:rPr>
          <w:sz w:val="28"/>
          <w:szCs w:val="28"/>
          <w:lang w:val="kk-KZ"/>
        </w:rPr>
        <w:t>==</w:t>
      </w:r>
      <w:hyperlink r:id="rId181" w:history="1">
        <w:r w:rsidRPr="004616A2">
          <w:rPr>
            <w:rStyle w:val="ae"/>
            <w:sz w:val="28"/>
            <w:szCs w:val="28"/>
            <w:lang w:val="kk-KZ"/>
          </w:rPr>
          <w:t>https://www.instagram.com/p/DCT0SepMzoN/?utm_source=ig_web_copy_link&amp;stkn=MzRlODBiNWFlZA</w:t>
        </w:r>
      </w:hyperlink>
      <w:r w:rsidRPr="004616A2">
        <w:rPr>
          <w:sz w:val="28"/>
          <w:szCs w:val="28"/>
          <w:lang w:val="kk-KZ"/>
        </w:rPr>
        <w:t>==</w:t>
      </w:r>
      <w:hyperlink r:id="rId182" w:history="1">
        <w:r w:rsidRPr="004616A2">
          <w:rPr>
            <w:rStyle w:val="ae"/>
            <w:sz w:val="28"/>
            <w:szCs w:val="28"/>
            <w:lang w:val="kk-KZ"/>
          </w:rPr>
          <w:t>https://www.instagram.com/p/DCT2vMGNfSM/?utm_source=ig_web_copy_link&amp;stkn=MzRlODBiNWFlZA</w:t>
        </w:r>
      </w:hyperlink>
      <w:r w:rsidRPr="004616A2">
        <w:rPr>
          <w:sz w:val="28"/>
          <w:szCs w:val="28"/>
          <w:lang w:val="kk-KZ"/>
        </w:rPr>
        <w:t>==</w:t>
      </w:r>
      <w:hyperlink r:id="rId183" w:history="1">
        <w:r w:rsidRPr="004616A2">
          <w:rPr>
            <w:rStyle w:val="ae"/>
            <w:sz w:val="28"/>
            <w:szCs w:val="28"/>
            <w:lang w:val="kk-KZ"/>
          </w:rPr>
          <w:t>https://www.instagram.com/p/DCVonsioLKe/?utm_source=ig_web_copy_link&amp;stkn=MzRlODBiNWFlZA</w:t>
        </w:r>
      </w:hyperlink>
      <w:r w:rsidRPr="004616A2">
        <w:rPr>
          <w:sz w:val="28"/>
          <w:szCs w:val="28"/>
          <w:lang w:val="kk-KZ"/>
        </w:rPr>
        <w:t>==</w:t>
      </w:r>
      <w:hyperlink r:id="rId184" w:history="1">
        <w:r w:rsidRPr="004616A2">
          <w:rPr>
            <w:rStyle w:val="ae"/>
            <w:sz w:val="28"/>
            <w:szCs w:val="28"/>
            <w:lang w:val="kk-KZ"/>
          </w:rPr>
          <w:t>https://www.instagram.com/p/DCWUsJCN_6_/?utm_source=ig_web_copy_link&amp;stkn=MzRlODBiNWFlZA</w:t>
        </w:r>
      </w:hyperlink>
      <w:r w:rsidRPr="004616A2">
        <w:rPr>
          <w:sz w:val="28"/>
          <w:szCs w:val="28"/>
          <w:lang w:val="kk-KZ"/>
        </w:rPr>
        <w:t>==</w:t>
      </w:r>
      <w:hyperlink r:id="rId185" w:history="1">
        <w:r w:rsidRPr="004616A2">
          <w:rPr>
            <w:rStyle w:val="ae"/>
            <w:sz w:val="28"/>
            <w:szCs w:val="28"/>
            <w:lang w:val="kk-KZ"/>
          </w:rPr>
          <w:t>https://www.instagram.com/reel/DCWVl2Zt_e-/?utm_source=ig_web_copy_link&amp;stkn=MzRlODBiNWFlZA</w:t>
        </w:r>
      </w:hyperlink>
      <w:r w:rsidRPr="004616A2">
        <w:rPr>
          <w:sz w:val="28"/>
          <w:szCs w:val="28"/>
          <w:lang w:val="kk-KZ"/>
        </w:rPr>
        <w:t>==</w:t>
      </w:r>
      <w:hyperlink r:id="rId186" w:history="1">
        <w:r w:rsidRPr="004616A2">
          <w:rPr>
            <w:rStyle w:val="ae"/>
            <w:sz w:val="28"/>
            <w:szCs w:val="28"/>
            <w:lang w:val="kk-KZ"/>
          </w:rPr>
          <w:t>https://www.instagram.com/p/DCWZlRCMP5e/?utm_source=ig_web_copy_link&amp;stkn=MzRlODBiNWFlZA</w:t>
        </w:r>
      </w:hyperlink>
      <w:r w:rsidRPr="004616A2">
        <w:rPr>
          <w:sz w:val="28"/>
          <w:szCs w:val="28"/>
          <w:lang w:val="kk-KZ"/>
        </w:rPr>
        <w:t>==</w:t>
      </w:r>
      <w:hyperlink r:id="rId187" w:history="1">
        <w:r w:rsidRPr="004616A2">
          <w:rPr>
            <w:rStyle w:val="ae"/>
            <w:sz w:val="28"/>
            <w:szCs w:val="28"/>
            <w:lang w:val="kk-KZ"/>
          </w:rPr>
          <w:t>https://www.instagram.com/p/DCWZ4yWsQ0M/?utm_source=ig_web_copy_link&amp;stkn=MzRlODBiNWFlZA</w:t>
        </w:r>
      </w:hyperlink>
      <w:r w:rsidRPr="004616A2">
        <w:rPr>
          <w:sz w:val="28"/>
          <w:szCs w:val="28"/>
          <w:lang w:val="kk-KZ"/>
        </w:rPr>
        <w:t>==</w:t>
      </w:r>
      <w:hyperlink r:id="rId188" w:history="1">
        <w:r w:rsidRPr="004616A2">
          <w:rPr>
            <w:rStyle w:val="ae"/>
            <w:sz w:val="28"/>
            <w:szCs w:val="28"/>
            <w:lang w:val="kk-KZ"/>
          </w:rPr>
          <w:t>https://www.instagram.com/p/DCYYZ2_tkyI/?utm_source=ig_web_copy_link</w:t>
        </w:r>
      </w:hyperlink>
      <w:hyperlink r:id="rId189" w:history="1">
        <w:r w:rsidRPr="004616A2">
          <w:rPr>
            <w:rStyle w:val="ae"/>
            <w:sz w:val="28"/>
            <w:szCs w:val="28"/>
            <w:lang w:val="kk-KZ"/>
          </w:rPr>
          <w:t>https://www.instagram.com/reel/DCYsJcYNwTz/?utm_source=ig_web_copy_link&amp;stkn=MzRlODBiNWFlZA</w:t>
        </w:r>
      </w:hyperlink>
      <w:r w:rsidRPr="004616A2">
        <w:rPr>
          <w:sz w:val="28"/>
          <w:szCs w:val="28"/>
          <w:lang w:val="kk-KZ"/>
        </w:rPr>
        <w:t>==</w:t>
      </w:r>
      <w:hyperlink r:id="rId190" w:history="1">
        <w:r w:rsidRPr="004616A2">
          <w:rPr>
            <w:rStyle w:val="ae"/>
            <w:sz w:val="28"/>
            <w:szCs w:val="28"/>
            <w:lang w:val="kk-KZ"/>
          </w:rPr>
          <w:t>https://www.instagram.com/p/DCZE1NmMcDQ/?utm_source=ig_web_copy_link&amp;stkn=MzRlODBiNWFlZA</w:t>
        </w:r>
      </w:hyperlink>
      <w:r w:rsidRPr="004616A2">
        <w:rPr>
          <w:sz w:val="28"/>
          <w:szCs w:val="28"/>
          <w:lang w:val="kk-KZ"/>
        </w:rPr>
        <w:t>==</w:t>
      </w:r>
      <w:hyperlink r:id="rId191" w:history="1">
        <w:r w:rsidRPr="004616A2">
          <w:rPr>
            <w:rStyle w:val="ae"/>
            <w:sz w:val="28"/>
            <w:szCs w:val="28"/>
            <w:lang w:val="kk-KZ"/>
          </w:rPr>
          <w:t>https://www.instagram.com/p/DCbgZ2jspRf/?utm_source=ig_web_copy_link&amp;stkn=MzRlODBiNWFlZA</w:t>
        </w:r>
      </w:hyperlink>
      <w:r w:rsidRPr="004616A2">
        <w:rPr>
          <w:sz w:val="28"/>
          <w:szCs w:val="28"/>
          <w:lang w:val="kk-KZ"/>
        </w:rPr>
        <w:t>==</w:t>
      </w:r>
      <w:hyperlink r:id="rId192" w:history="1">
        <w:r w:rsidRPr="004616A2">
          <w:rPr>
            <w:rStyle w:val="ae"/>
            <w:sz w:val="28"/>
            <w:szCs w:val="28"/>
            <w:lang w:val="kk-KZ"/>
          </w:rPr>
          <w:t>https://www.instagram.com/reel/DCbga4XsjRX/?utm_source=ig_web_copy_link&amp;stkn=MzRlODBiNWFlZA</w:t>
        </w:r>
      </w:hyperlink>
      <w:r w:rsidRPr="004616A2">
        <w:rPr>
          <w:sz w:val="28"/>
          <w:szCs w:val="28"/>
          <w:lang w:val="kk-KZ"/>
        </w:rPr>
        <w:t>==</w:t>
      </w:r>
      <w:hyperlink r:id="rId193" w:history="1">
        <w:r w:rsidRPr="004616A2">
          <w:rPr>
            <w:rStyle w:val="ae"/>
            <w:sz w:val="28"/>
            <w:szCs w:val="28"/>
            <w:lang w:val="kk-KZ"/>
          </w:rPr>
          <w:t>https://www.instagram.com/p/DCg0K6mKudR/?utm_source=ig_web_copy_link&amp;stkn=MzRlODBiNWFlZA</w:t>
        </w:r>
      </w:hyperlink>
      <w:r w:rsidRPr="004616A2">
        <w:rPr>
          <w:sz w:val="28"/>
          <w:szCs w:val="28"/>
          <w:lang w:val="kk-KZ"/>
        </w:rPr>
        <w:t>==</w:t>
      </w:r>
      <w:hyperlink r:id="rId194" w:history="1">
        <w:r w:rsidRPr="004616A2">
          <w:rPr>
            <w:rStyle w:val="ae"/>
            <w:sz w:val="28"/>
            <w:szCs w:val="28"/>
            <w:lang w:val="kk-KZ"/>
          </w:rPr>
          <w:t>https://www.instagram.com/reel/DChEMKToN25/?utm_source=ig_web_copy_link&amp;stkn=MzRlODBiNWFlZA</w:t>
        </w:r>
      </w:hyperlink>
      <w:r w:rsidRPr="004616A2">
        <w:rPr>
          <w:sz w:val="28"/>
          <w:szCs w:val="28"/>
          <w:lang w:val="kk-KZ"/>
        </w:rPr>
        <w:t>==</w:t>
      </w:r>
      <w:hyperlink r:id="rId195" w:history="1">
        <w:r w:rsidRPr="004616A2">
          <w:rPr>
            <w:rStyle w:val="ae"/>
            <w:sz w:val="28"/>
            <w:szCs w:val="28"/>
            <w:lang w:val="kk-KZ"/>
          </w:rPr>
          <w:t>https://www.instagram.com/p/DClUd1XsQ35/?utm_source=ig_web_copy_link&amp;stkn=MzRlODBiNWFlZA</w:t>
        </w:r>
      </w:hyperlink>
      <w:r w:rsidRPr="004616A2">
        <w:rPr>
          <w:sz w:val="28"/>
          <w:szCs w:val="28"/>
          <w:lang w:val="kk-KZ"/>
        </w:rPr>
        <w:t>==</w:t>
      </w:r>
      <w:hyperlink r:id="rId196" w:history="1">
        <w:r w:rsidRPr="004616A2">
          <w:rPr>
            <w:rStyle w:val="ae"/>
            <w:sz w:val="28"/>
            <w:szCs w:val="28"/>
            <w:lang w:val="kk-KZ"/>
          </w:rPr>
          <w:t>https://www.instagram.com/reel/DClbiiOMIJX/?utm_source=ig_web_copy_link&amp;stkn=MzRlODBiNWFlZA</w:t>
        </w:r>
      </w:hyperlink>
      <w:r w:rsidRPr="004616A2">
        <w:rPr>
          <w:sz w:val="28"/>
          <w:szCs w:val="28"/>
          <w:lang w:val="kk-KZ"/>
        </w:rPr>
        <w:t>==</w:t>
      </w:r>
      <w:hyperlink r:id="rId197" w:history="1">
        <w:r w:rsidRPr="004616A2">
          <w:rPr>
            <w:rStyle w:val="ae"/>
            <w:sz w:val="28"/>
            <w:szCs w:val="28"/>
            <w:lang w:val="kk-KZ"/>
          </w:rPr>
          <w:t>https://www.instagram.com/p/DCl3gTQs2xe/?utm_source=ig_web_copy_link&amp;stkn=MzRlODBiNWFlZA</w:t>
        </w:r>
      </w:hyperlink>
      <w:r w:rsidRPr="004616A2">
        <w:rPr>
          <w:sz w:val="28"/>
          <w:szCs w:val="28"/>
          <w:lang w:val="kk-KZ"/>
        </w:rPr>
        <w:t>==</w:t>
      </w:r>
      <w:hyperlink r:id="rId198" w:history="1">
        <w:r w:rsidRPr="004616A2">
          <w:rPr>
            <w:rStyle w:val="ae"/>
            <w:sz w:val="28"/>
            <w:szCs w:val="28"/>
            <w:lang w:val="kk-KZ"/>
          </w:rPr>
          <w:t>https://www.instagram.com/p/DCl3wlgMNCX/?utm_source=ig_web_copy_link&amp;stkn=MzRlODBiNWFlZA</w:t>
        </w:r>
      </w:hyperlink>
      <w:r w:rsidRPr="004616A2">
        <w:rPr>
          <w:sz w:val="28"/>
          <w:szCs w:val="28"/>
          <w:lang w:val="kk-KZ"/>
        </w:rPr>
        <w:t>==</w:t>
      </w:r>
      <w:hyperlink r:id="rId199" w:history="1">
        <w:r w:rsidRPr="004616A2">
          <w:rPr>
            <w:rStyle w:val="ae"/>
            <w:sz w:val="28"/>
            <w:szCs w:val="28"/>
            <w:lang w:val="kk-KZ"/>
          </w:rPr>
          <w:t>https://www.instagram.com/p/DCyeloEMRYV/?utm_source=ig_web_copy_link&amp;stkn=MzRlODBiNWFlZA</w:t>
        </w:r>
      </w:hyperlink>
      <w:r w:rsidRPr="004616A2">
        <w:rPr>
          <w:sz w:val="28"/>
          <w:szCs w:val="28"/>
          <w:lang w:val="kk-KZ"/>
        </w:rPr>
        <w:t>==</w:t>
      </w:r>
      <w:hyperlink r:id="rId200" w:history="1">
        <w:r w:rsidRPr="004616A2">
          <w:rPr>
            <w:rStyle w:val="ae"/>
            <w:sz w:val="28"/>
            <w:szCs w:val="28"/>
            <w:lang w:val="kk-KZ"/>
          </w:rPr>
          <w:t>https://www.instagram.com/p/DCyeo8SsgEE/?utm_source=ig_web_copy_link&amp;stkn=MzRlODBiNWFlZA</w:t>
        </w:r>
      </w:hyperlink>
      <w:r w:rsidRPr="004616A2">
        <w:rPr>
          <w:sz w:val="28"/>
          <w:szCs w:val="28"/>
          <w:lang w:val="kk-KZ"/>
        </w:rPr>
        <w:t>==</w:t>
      </w:r>
      <w:hyperlink r:id="rId201" w:history="1">
        <w:r w:rsidRPr="004616A2">
          <w:rPr>
            <w:rStyle w:val="ae"/>
            <w:sz w:val="28"/>
            <w:szCs w:val="28"/>
            <w:lang w:val="kk-KZ"/>
          </w:rPr>
          <w:t>https://www.instagram.com/p/DC1A7ESsf9V/?utm_source=ig_web_copy_link&amp;stkn=MzRlODBiNWFlZA</w:t>
        </w:r>
      </w:hyperlink>
      <w:r w:rsidRPr="004616A2">
        <w:rPr>
          <w:sz w:val="28"/>
          <w:szCs w:val="28"/>
          <w:lang w:val="kk-KZ"/>
        </w:rPr>
        <w:t>==</w:t>
      </w:r>
      <w:hyperlink r:id="rId202" w:history="1">
        <w:r w:rsidRPr="004616A2">
          <w:rPr>
            <w:rStyle w:val="ae"/>
            <w:sz w:val="28"/>
            <w:szCs w:val="28"/>
            <w:lang w:val="kk-KZ"/>
          </w:rPr>
          <w:t>https://www.instagram.com/p/DC1BGIHMnYq/?utm_source=ig_web_copy_link&amp;stkn=MzRlODBiNWFlZA</w:t>
        </w:r>
      </w:hyperlink>
      <w:r w:rsidRPr="004616A2">
        <w:rPr>
          <w:sz w:val="28"/>
          <w:szCs w:val="28"/>
          <w:lang w:val="kk-KZ"/>
        </w:rPr>
        <w:t>==</w:t>
      </w:r>
      <w:hyperlink r:id="rId203" w:history="1">
        <w:r w:rsidRPr="004616A2">
          <w:rPr>
            <w:rStyle w:val="ae"/>
            <w:sz w:val="28"/>
            <w:szCs w:val="28"/>
            <w:lang w:val="kk-KZ"/>
          </w:rPr>
          <w:t>https://www.instagram.com/p/DC1LQUpMI7y/?utm_source=ig_web_copy_link&amp;stkn=MzRlODBiNWFlZA</w:t>
        </w:r>
      </w:hyperlink>
      <w:r w:rsidRPr="004616A2">
        <w:rPr>
          <w:sz w:val="28"/>
          <w:szCs w:val="28"/>
          <w:lang w:val="kk-KZ"/>
        </w:rPr>
        <w:t>==</w:t>
      </w:r>
      <w:hyperlink r:id="rId204" w:history="1">
        <w:r w:rsidRPr="004616A2">
          <w:rPr>
            <w:rStyle w:val="ae"/>
            <w:sz w:val="28"/>
            <w:szCs w:val="28"/>
            <w:lang w:val="kk-KZ"/>
          </w:rPr>
          <w:t>https://www.instagram.com/reel/DC1S7M6s4Le/?utm_source=ig_web_copy_link&amp;stkn=MzRlODBiNWFlZA</w:t>
        </w:r>
      </w:hyperlink>
      <w:r w:rsidRPr="004616A2">
        <w:rPr>
          <w:sz w:val="28"/>
          <w:szCs w:val="28"/>
          <w:lang w:val="kk-KZ"/>
        </w:rPr>
        <w:t>==</w:t>
      </w:r>
      <w:hyperlink r:id="rId205" w:history="1">
        <w:r w:rsidRPr="004616A2">
          <w:rPr>
            <w:rStyle w:val="ae"/>
            <w:sz w:val="28"/>
            <w:szCs w:val="28"/>
            <w:lang w:val="kk-KZ"/>
          </w:rPr>
          <w:t>https://www.instagram.com/p/DC1TDgasZSN/?utm_source=ig_web_copy_link&amp;stkn=MzRlODBiNWFlZA</w:t>
        </w:r>
      </w:hyperlink>
      <w:r w:rsidRPr="004616A2">
        <w:rPr>
          <w:sz w:val="28"/>
          <w:szCs w:val="28"/>
          <w:lang w:val="kk-KZ"/>
        </w:rPr>
        <w:t>==</w:t>
      </w:r>
      <w:hyperlink r:id="rId206" w:history="1">
        <w:r w:rsidRPr="004616A2">
          <w:rPr>
            <w:rStyle w:val="ae"/>
            <w:sz w:val="28"/>
            <w:szCs w:val="28"/>
            <w:lang w:val="kk-KZ"/>
          </w:rPr>
          <w:t>https://www.instagram.com/p/DC3fQBUsrUj/?utm_source=ig_web_copy_link&amp;stkn=MzRlODBiNWFlZA</w:t>
        </w:r>
      </w:hyperlink>
      <w:r w:rsidRPr="004616A2">
        <w:rPr>
          <w:sz w:val="28"/>
          <w:szCs w:val="28"/>
          <w:lang w:val="kk-KZ"/>
        </w:rPr>
        <w:t>==</w:t>
      </w:r>
      <w:hyperlink r:id="rId207" w:history="1">
        <w:r w:rsidRPr="004616A2">
          <w:rPr>
            <w:rStyle w:val="ae"/>
            <w:sz w:val="28"/>
            <w:szCs w:val="28"/>
            <w:lang w:val="kk-KZ"/>
          </w:rPr>
          <w:t>https://www.instagram.com/reel/DC3xkheMUJX/?utm_source=ig_web_copy_link</w:t>
        </w:r>
        <w:r w:rsidRPr="004616A2">
          <w:rPr>
            <w:rStyle w:val="ae"/>
            <w:sz w:val="28"/>
            <w:szCs w:val="28"/>
            <w:lang w:val="kk-KZ"/>
          </w:rPr>
          <w:lastRenderedPageBreak/>
          <w:t>&amp;stkn=MzRlODBiNWFlZA</w:t>
        </w:r>
      </w:hyperlink>
      <w:r w:rsidRPr="004616A2">
        <w:rPr>
          <w:sz w:val="28"/>
          <w:szCs w:val="28"/>
          <w:lang w:val="kk-KZ"/>
        </w:rPr>
        <w:t>==</w:t>
      </w:r>
      <w:hyperlink r:id="rId208" w:history="1">
        <w:r w:rsidRPr="004616A2">
          <w:rPr>
            <w:rStyle w:val="ae"/>
            <w:sz w:val="28"/>
            <w:szCs w:val="28"/>
            <w:lang w:val="kk-KZ"/>
          </w:rPr>
          <w:t>https://www.instagram.com/p/DDD4dwXoXg7/?utm_source=ig_web_copy_link&amp;stkn=MzRlODBiNWFlZA</w:t>
        </w:r>
      </w:hyperlink>
      <w:r w:rsidRPr="004616A2">
        <w:rPr>
          <w:sz w:val="28"/>
          <w:szCs w:val="28"/>
          <w:lang w:val="kk-KZ"/>
        </w:rPr>
        <w:t>==</w:t>
      </w:r>
      <w:hyperlink r:id="rId209" w:history="1">
        <w:r w:rsidRPr="004616A2">
          <w:rPr>
            <w:rStyle w:val="ae"/>
            <w:sz w:val="28"/>
            <w:szCs w:val="28"/>
            <w:lang w:val="kk-KZ"/>
          </w:rPr>
          <w:t>https://www.instagram.com/p/DDG5kdEMlma/?utm_source=ig_web_copy_link&amp;stkn=MzRlODBiNWFlZA</w:t>
        </w:r>
      </w:hyperlink>
      <w:r w:rsidRPr="004616A2">
        <w:rPr>
          <w:sz w:val="28"/>
          <w:szCs w:val="28"/>
          <w:lang w:val="kk-KZ"/>
        </w:rPr>
        <w:t>==</w:t>
      </w:r>
      <w:hyperlink r:id="rId210" w:history="1">
        <w:r w:rsidRPr="004616A2">
          <w:rPr>
            <w:rStyle w:val="ae"/>
            <w:sz w:val="28"/>
            <w:szCs w:val="28"/>
            <w:lang w:val="kk-KZ"/>
          </w:rPr>
          <w:t>https://www.instagram.com/p/DDG5um9MZBd/?utm_source=ig_web_copy_link&amp;stkn=MzRlODBiNWFlZA</w:t>
        </w:r>
      </w:hyperlink>
      <w:r w:rsidRPr="004616A2">
        <w:rPr>
          <w:sz w:val="28"/>
          <w:szCs w:val="28"/>
          <w:lang w:val="kk-KZ"/>
        </w:rPr>
        <w:t>==</w:t>
      </w:r>
      <w:hyperlink r:id="rId211" w:history="1">
        <w:r w:rsidRPr="004616A2">
          <w:rPr>
            <w:rStyle w:val="ae"/>
            <w:sz w:val="28"/>
            <w:szCs w:val="28"/>
            <w:lang w:val="kk-KZ"/>
          </w:rPr>
          <w:t>https://www.instagram.com/p/DDG53rosf5V/?utm_source=ig_web_copy_link&amp;stkn=MzRlODBiNWFlZA</w:t>
        </w:r>
      </w:hyperlink>
      <w:r w:rsidRPr="004616A2">
        <w:rPr>
          <w:sz w:val="28"/>
          <w:szCs w:val="28"/>
          <w:lang w:val="kk-KZ"/>
        </w:rPr>
        <w:t>==</w:t>
      </w:r>
      <w:hyperlink r:id="rId212" w:history="1">
        <w:r w:rsidRPr="004616A2">
          <w:rPr>
            <w:rStyle w:val="ae"/>
            <w:sz w:val="28"/>
            <w:szCs w:val="28"/>
            <w:lang w:val="kk-KZ"/>
          </w:rPr>
          <w:t>https://www.instagram.com/reel/DDHPKqosw5y/?utm_source=ig_web_copy_link&amp;stkn=MzRlODBiNWFlZA</w:t>
        </w:r>
      </w:hyperlink>
      <w:r w:rsidRPr="004616A2">
        <w:rPr>
          <w:sz w:val="28"/>
          <w:szCs w:val="28"/>
          <w:lang w:val="kk-KZ"/>
        </w:rPr>
        <w:t>==</w:t>
      </w:r>
      <w:hyperlink r:id="rId213" w:history="1">
        <w:r w:rsidRPr="004616A2">
          <w:rPr>
            <w:rStyle w:val="ae"/>
            <w:sz w:val="28"/>
            <w:szCs w:val="28"/>
            <w:lang w:val="kk-KZ"/>
          </w:rPr>
          <w:t>https://www.instagram.com/p/DDJm6CXMqQG/?utm_source=ig_web_copy_link&amp;stkn=MzRlODBiNWFlZA</w:t>
        </w:r>
      </w:hyperlink>
      <w:r w:rsidRPr="004616A2">
        <w:rPr>
          <w:sz w:val="28"/>
          <w:szCs w:val="28"/>
          <w:lang w:val="kk-KZ"/>
        </w:rPr>
        <w:t>==</w:t>
      </w:r>
      <w:hyperlink r:id="rId214" w:history="1">
        <w:r w:rsidRPr="004616A2">
          <w:rPr>
            <w:rStyle w:val="ae"/>
            <w:sz w:val="28"/>
            <w:szCs w:val="28"/>
            <w:lang w:val="kk-KZ"/>
          </w:rPr>
          <w:t>https://www.instagram.com/p/DDJnGwNMZFE/?utm_source=ig_web_copy_link&amp;stkn=MzRlODBiNWFlZA</w:t>
        </w:r>
      </w:hyperlink>
      <w:r w:rsidRPr="004616A2">
        <w:rPr>
          <w:sz w:val="28"/>
          <w:szCs w:val="28"/>
          <w:lang w:val="kk-KZ"/>
        </w:rPr>
        <w:t>==</w:t>
      </w:r>
      <w:hyperlink r:id="rId215" w:history="1">
        <w:r w:rsidRPr="004616A2">
          <w:rPr>
            <w:rStyle w:val="ae"/>
            <w:sz w:val="28"/>
            <w:szCs w:val="28"/>
            <w:lang w:val="kk-KZ"/>
          </w:rPr>
          <w:t>https://www.instagram.com/p/DDJrw_7MBqW/?utm_source=ig_web_copy_link&amp;stkn=MzRlODBiNWFlZA</w:t>
        </w:r>
      </w:hyperlink>
      <w:r w:rsidRPr="004616A2">
        <w:rPr>
          <w:sz w:val="28"/>
          <w:szCs w:val="28"/>
          <w:lang w:val="kk-KZ"/>
        </w:rPr>
        <w:t>==</w:t>
      </w:r>
      <w:hyperlink r:id="rId216" w:history="1">
        <w:r w:rsidRPr="004616A2">
          <w:rPr>
            <w:rStyle w:val="ae"/>
            <w:sz w:val="28"/>
            <w:szCs w:val="28"/>
            <w:lang w:val="kk-KZ"/>
          </w:rPr>
          <w:t>https://www.instagram.com/p/DDLwQPZIoxp/?utm_source=ig_web_copy_link&amp;stkn=MzRlODBiNWFlZA</w:t>
        </w:r>
      </w:hyperlink>
      <w:r w:rsidRPr="004616A2">
        <w:rPr>
          <w:sz w:val="28"/>
          <w:szCs w:val="28"/>
          <w:lang w:val="kk-KZ"/>
        </w:rPr>
        <w:t>==</w:t>
      </w:r>
      <w:hyperlink r:id="rId217" w:history="1">
        <w:r w:rsidRPr="004616A2">
          <w:rPr>
            <w:rStyle w:val="ae"/>
            <w:sz w:val="28"/>
            <w:szCs w:val="28"/>
            <w:lang w:val="kk-KZ"/>
          </w:rPr>
          <w:t>https://www.instagram.com/reel/DDL7U_oM4HE/?utm_source=ig_web_copy_link&amp;stkn=MzRlODBiNWFlZA</w:t>
        </w:r>
      </w:hyperlink>
      <w:r w:rsidRPr="004616A2">
        <w:rPr>
          <w:sz w:val="28"/>
          <w:szCs w:val="28"/>
          <w:lang w:val="kk-KZ"/>
        </w:rPr>
        <w:t>==</w:t>
      </w:r>
      <w:hyperlink r:id="rId218" w:history="1">
        <w:r w:rsidRPr="004616A2">
          <w:rPr>
            <w:rStyle w:val="ae"/>
            <w:sz w:val="28"/>
            <w:szCs w:val="28"/>
            <w:lang w:val="kk-KZ"/>
          </w:rPr>
          <w:t>https://www.instagram.com/p/DDMkM9psssW/?utm_source=ig_web_copy_link&amp;stkn=MzRlODBiNWFlZA</w:t>
        </w:r>
      </w:hyperlink>
      <w:r w:rsidRPr="004616A2">
        <w:rPr>
          <w:sz w:val="28"/>
          <w:szCs w:val="28"/>
          <w:lang w:val="kk-KZ"/>
        </w:rPr>
        <w:t>==</w:t>
      </w:r>
      <w:hyperlink r:id="rId219" w:history="1">
        <w:r w:rsidRPr="004616A2">
          <w:rPr>
            <w:rStyle w:val="ae"/>
            <w:sz w:val="28"/>
            <w:szCs w:val="28"/>
            <w:lang w:val="kk-KZ"/>
          </w:rPr>
          <w:t>https://www.instagram.com/p/DDMxM5Sso6r/?utm_source=ig_web_copy_link&amp;stkn=MzRlODBiNWFlZA</w:t>
        </w:r>
      </w:hyperlink>
      <w:r w:rsidRPr="004616A2">
        <w:rPr>
          <w:sz w:val="28"/>
          <w:szCs w:val="28"/>
          <w:lang w:val="kk-KZ"/>
        </w:rPr>
        <w:t>==</w:t>
      </w:r>
      <w:hyperlink r:id="rId220" w:history="1">
        <w:r w:rsidRPr="004616A2">
          <w:rPr>
            <w:rStyle w:val="ae"/>
            <w:sz w:val="28"/>
            <w:szCs w:val="28"/>
            <w:lang w:val="kk-KZ"/>
          </w:rPr>
          <w:t>https://www.instagram.com/p/DDOpLWLMONv/?utm_source=ig_web_copy_link&amp;stkn=MzRlODBiNWFlZA</w:t>
        </w:r>
      </w:hyperlink>
      <w:r w:rsidRPr="004616A2">
        <w:rPr>
          <w:sz w:val="28"/>
          <w:szCs w:val="28"/>
          <w:lang w:val="kk-KZ"/>
        </w:rPr>
        <w:t>==</w:t>
      </w:r>
      <w:hyperlink r:id="rId221" w:history="1">
        <w:r w:rsidRPr="004616A2">
          <w:rPr>
            <w:rStyle w:val="ae"/>
            <w:sz w:val="28"/>
            <w:szCs w:val="28"/>
            <w:lang w:val="kk-KZ"/>
          </w:rPr>
          <w:t>https://www.instagram.com/reel/DDOqrn-sbnR/?utm_source=ig_web_copy_link&amp;stkn=MzRlODBiNWFlZA</w:t>
        </w:r>
      </w:hyperlink>
      <w:r w:rsidRPr="004616A2">
        <w:rPr>
          <w:sz w:val="28"/>
          <w:szCs w:val="28"/>
          <w:lang w:val="kk-KZ"/>
        </w:rPr>
        <w:t>==</w:t>
      </w:r>
      <w:hyperlink r:id="rId222" w:history="1">
        <w:r w:rsidRPr="004616A2">
          <w:rPr>
            <w:rStyle w:val="ae"/>
            <w:sz w:val="28"/>
            <w:szCs w:val="28"/>
            <w:lang w:val="kk-KZ"/>
          </w:rPr>
          <w:t>https://www.instagram.com/reel/DDPA8_LMZHx/?utm_source=ig_web_copy_link&amp;stkn=MzRlODBiNWFlZA</w:t>
        </w:r>
      </w:hyperlink>
      <w:r w:rsidRPr="004616A2">
        <w:rPr>
          <w:sz w:val="28"/>
          <w:szCs w:val="28"/>
          <w:lang w:val="kk-KZ"/>
        </w:rPr>
        <w:t>==</w:t>
      </w:r>
      <w:hyperlink r:id="rId223" w:history="1">
        <w:r w:rsidRPr="004616A2">
          <w:rPr>
            <w:rStyle w:val="ae"/>
            <w:sz w:val="28"/>
            <w:szCs w:val="28"/>
            <w:lang w:val="kk-KZ"/>
          </w:rPr>
          <w:t>https://www.instagram.com/p/DDRLSO0sPc0/?utm_source=ig_web_copy_link&amp;stkn=MzRlODBiNWFlZA</w:t>
        </w:r>
      </w:hyperlink>
      <w:r w:rsidRPr="004616A2">
        <w:rPr>
          <w:sz w:val="28"/>
          <w:szCs w:val="28"/>
          <w:lang w:val="kk-KZ"/>
        </w:rPr>
        <w:t>==</w:t>
      </w:r>
      <w:hyperlink r:id="rId224" w:history="1">
        <w:r w:rsidRPr="004616A2">
          <w:rPr>
            <w:rStyle w:val="ae"/>
            <w:sz w:val="28"/>
            <w:szCs w:val="28"/>
            <w:lang w:val="kk-KZ"/>
          </w:rPr>
          <w:t>https://www.instagram.com/p/DDRLXksmDl/?utm_source=ig_web_copy_link&amp;stkn=MzRlODBiNWFlZA</w:t>
        </w:r>
      </w:hyperlink>
      <w:r w:rsidRPr="004616A2">
        <w:rPr>
          <w:sz w:val="28"/>
          <w:szCs w:val="28"/>
          <w:lang w:val="kk-KZ"/>
        </w:rPr>
        <w:t>==</w:t>
      </w:r>
      <w:hyperlink r:id="rId225" w:history="1">
        <w:r w:rsidRPr="004616A2">
          <w:rPr>
            <w:rStyle w:val="ae"/>
            <w:sz w:val="28"/>
            <w:szCs w:val="28"/>
            <w:lang w:val="kk-KZ"/>
          </w:rPr>
          <w:t>https://www.instagram.com/p/DDRLjsOs1WR/?utm_source=ig_web_copy_link&amp;stkn=MzRlODBiNWFlZA</w:t>
        </w:r>
      </w:hyperlink>
      <w:r w:rsidRPr="004616A2">
        <w:rPr>
          <w:sz w:val="28"/>
          <w:szCs w:val="28"/>
          <w:lang w:val="kk-KZ"/>
        </w:rPr>
        <w:t>==</w:t>
      </w:r>
      <w:hyperlink r:id="rId226" w:history="1">
        <w:r w:rsidRPr="004616A2">
          <w:rPr>
            <w:rStyle w:val="ae"/>
            <w:sz w:val="28"/>
            <w:szCs w:val="28"/>
            <w:lang w:val="kk-KZ"/>
          </w:rPr>
          <w:t>https://www.instagram.com/reel/DDRLewlMB3o/?utm_source=ig_web_copy_link&amp;stkn=MzRlODBiNWFlZA</w:t>
        </w:r>
      </w:hyperlink>
      <w:r w:rsidRPr="004616A2">
        <w:rPr>
          <w:sz w:val="28"/>
          <w:szCs w:val="28"/>
          <w:lang w:val="kk-KZ"/>
        </w:rPr>
        <w:t>==</w:t>
      </w:r>
      <w:hyperlink r:id="rId227" w:history="1">
        <w:r w:rsidRPr="004616A2">
          <w:rPr>
            <w:rStyle w:val="ae"/>
            <w:sz w:val="28"/>
            <w:szCs w:val="28"/>
            <w:lang w:val="kk-KZ"/>
          </w:rPr>
          <w:t>https://www.instagram.com/reel/DDRLs6sMp0N/?utm_source=ig_web_copy_link&amp;stkn=MzRlODBiNWFlZA</w:t>
        </w:r>
      </w:hyperlink>
      <w:r w:rsidRPr="004616A2">
        <w:rPr>
          <w:sz w:val="28"/>
          <w:szCs w:val="28"/>
          <w:lang w:val="kk-KZ"/>
        </w:rPr>
        <w:t>=</w:t>
      </w:r>
      <w:hyperlink r:id="rId228" w:history="1">
        <w:r w:rsidRPr="004616A2">
          <w:rPr>
            <w:rStyle w:val="ae"/>
            <w:sz w:val="28"/>
            <w:szCs w:val="28"/>
            <w:lang w:val="kk-KZ"/>
          </w:rPr>
          <w:t>https://www.instagram.com/reel/DDUwEwJsScC/?utm_source=ig_web_copy_link&amp;stkn=MzRlODBiNWFlZA</w:t>
        </w:r>
      </w:hyperlink>
      <w:r w:rsidRPr="004616A2">
        <w:rPr>
          <w:sz w:val="28"/>
          <w:szCs w:val="28"/>
          <w:lang w:val="kk-KZ"/>
        </w:rPr>
        <w:t>==</w:t>
      </w:r>
      <w:hyperlink r:id="rId229" w:history="1">
        <w:r w:rsidRPr="004616A2">
          <w:rPr>
            <w:rStyle w:val="ae"/>
            <w:sz w:val="28"/>
            <w:szCs w:val="28"/>
            <w:lang w:val="kk-KZ"/>
          </w:rPr>
          <w:t>https://www.instagram.com/reel/DDUwRMRMiW2/?utm_source=ig_web_copy_link&amp;stkn=MzRlODBiNWFlZA</w:t>
        </w:r>
      </w:hyperlink>
      <w:r w:rsidRPr="004616A2">
        <w:rPr>
          <w:sz w:val="28"/>
          <w:szCs w:val="28"/>
          <w:lang w:val="kk-KZ"/>
        </w:rPr>
        <w:t>==</w:t>
      </w:r>
      <w:hyperlink r:id="rId230" w:history="1">
        <w:r w:rsidRPr="004616A2">
          <w:rPr>
            <w:rStyle w:val="ae"/>
            <w:sz w:val="28"/>
            <w:szCs w:val="28"/>
            <w:lang w:val="kk-KZ"/>
          </w:rPr>
          <w:t>https://www.instagram.com/p/DDWd50PManC/?utm_source=ig_web_copy_link&amp;stkn=MzRlODBiNWFlZA</w:t>
        </w:r>
      </w:hyperlink>
      <w:r w:rsidRPr="004616A2">
        <w:rPr>
          <w:sz w:val="28"/>
          <w:szCs w:val="28"/>
          <w:lang w:val="kk-KZ"/>
        </w:rPr>
        <w:t>==</w:t>
      </w:r>
      <w:hyperlink r:id="rId231" w:history="1">
        <w:r w:rsidRPr="004616A2">
          <w:rPr>
            <w:rStyle w:val="ae"/>
            <w:sz w:val="28"/>
            <w:szCs w:val="28"/>
            <w:lang w:val="kk-KZ"/>
          </w:rPr>
          <w:t>https://www.instagram.com/p/DDWrE3us5QC/?utm_source=ig_web_copy_link&amp;stkn=MzRlODBiNWFlZA</w:t>
        </w:r>
      </w:hyperlink>
      <w:r w:rsidRPr="004616A2">
        <w:rPr>
          <w:sz w:val="28"/>
          <w:szCs w:val="28"/>
          <w:lang w:val="kk-KZ"/>
        </w:rPr>
        <w:t>==</w:t>
      </w:r>
      <w:hyperlink r:id="rId232" w:history="1">
        <w:r w:rsidRPr="004616A2">
          <w:rPr>
            <w:rStyle w:val="ae"/>
            <w:sz w:val="28"/>
            <w:szCs w:val="28"/>
            <w:lang w:val="kk-KZ"/>
          </w:rPr>
          <w:t>https://www.instagram.com/reel/DDWrISQs1pI/?utm_source=ig_web_copy_link&amp;stkn=MzRlODBiNWFlZA</w:t>
        </w:r>
      </w:hyperlink>
      <w:r w:rsidRPr="004616A2">
        <w:rPr>
          <w:sz w:val="28"/>
          <w:szCs w:val="28"/>
          <w:lang w:val="kk-KZ"/>
        </w:rPr>
        <w:t>==</w:t>
      </w:r>
      <w:hyperlink r:id="rId233" w:history="1">
        <w:r w:rsidRPr="004616A2">
          <w:rPr>
            <w:rStyle w:val="ae"/>
            <w:sz w:val="28"/>
            <w:szCs w:val="28"/>
            <w:lang w:val="kk-KZ"/>
          </w:rPr>
          <w:t>https://www.instagram.com/reel/DDW2kapM7AW/?utm_source=ig_web_copy_link&amp;stkn=MzRlODBiNWFlZA</w:t>
        </w:r>
      </w:hyperlink>
      <w:r w:rsidRPr="004616A2">
        <w:rPr>
          <w:sz w:val="28"/>
          <w:szCs w:val="28"/>
          <w:lang w:val="kk-KZ"/>
        </w:rPr>
        <w:t>==</w:t>
      </w:r>
      <w:hyperlink r:id="rId234" w:history="1">
        <w:r w:rsidRPr="004616A2">
          <w:rPr>
            <w:rStyle w:val="ae"/>
            <w:sz w:val="28"/>
            <w:szCs w:val="28"/>
            <w:lang w:val="kk-KZ"/>
          </w:rPr>
          <w:t>https://www.instagram.com/p/DDW3GgsPve/?utm_source=ig_web_copy_link&amp;stkn=MzRlODBiNWFlZA</w:t>
        </w:r>
      </w:hyperlink>
      <w:r w:rsidRPr="004616A2">
        <w:rPr>
          <w:sz w:val="28"/>
          <w:szCs w:val="28"/>
          <w:lang w:val="kk-KZ"/>
        </w:rPr>
        <w:t>==</w:t>
      </w:r>
      <w:hyperlink r:id="rId235" w:history="1">
        <w:r w:rsidRPr="004616A2">
          <w:rPr>
            <w:rStyle w:val="ae"/>
            <w:sz w:val="28"/>
            <w:szCs w:val="28"/>
            <w:lang w:val="kk-KZ"/>
          </w:rPr>
          <w:t>https://www.instagram.com/p/DDXCSuGsebU/?utm_source=ig_web_copy_link&amp;stkn=MzRlODBiNWFlZA</w:t>
        </w:r>
      </w:hyperlink>
      <w:r w:rsidRPr="004616A2">
        <w:rPr>
          <w:sz w:val="28"/>
          <w:szCs w:val="28"/>
          <w:lang w:val="kk-KZ"/>
        </w:rPr>
        <w:t>==</w:t>
      </w:r>
      <w:hyperlink r:id="rId236" w:history="1">
        <w:r w:rsidRPr="004616A2">
          <w:rPr>
            <w:rStyle w:val="ae"/>
            <w:sz w:val="28"/>
            <w:szCs w:val="28"/>
            <w:lang w:val="kk-KZ"/>
          </w:rPr>
          <w:t>https://www.instagram.com/reel/DDYeYnwqFcf/?utm_source=ig_web_copy_link&amp;stkn=MzRlODBiNWFlZA</w:t>
        </w:r>
      </w:hyperlink>
      <w:r w:rsidRPr="004616A2">
        <w:rPr>
          <w:sz w:val="28"/>
          <w:szCs w:val="28"/>
          <w:lang w:val="kk-KZ"/>
        </w:rPr>
        <w:t>==</w:t>
      </w:r>
      <w:hyperlink r:id="rId237" w:history="1">
        <w:r w:rsidRPr="004616A2">
          <w:rPr>
            <w:rStyle w:val="ae"/>
            <w:sz w:val="28"/>
            <w:szCs w:val="28"/>
            <w:lang w:val="kk-KZ"/>
          </w:rPr>
          <w:t>https://www.instagram.com/reel/DDYhkhyKx6P/?utm_source=ig_web_copy_link&amp;stkn=MzRlODBiNWFlZA</w:t>
        </w:r>
      </w:hyperlink>
      <w:r w:rsidRPr="004616A2">
        <w:rPr>
          <w:sz w:val="28"/>
          <w:szCs w:val="28"/>
          <w:lang w:val="kk-KZ"/>
        </w:rPr>
        <w:t>==</w:t>
      </w:r>
      <w:hyperlink r:id="rId238" w:history="1">
        <w:r w:rsidRPr="004616A2">
          <w:rPr>
            <w:rStyle w:val="ae"/>
            <w:sz w:val="28"/>
            <w:szCs w:val="28"/>
            <w:lang w:val="kk-KZ"/>
          </w:rPr>
          <w:t>https://www.instagram.com/reel/DDYvsX2K1Wn/?utm_source=ig_web_copy_link&amp;stkn=MzRlODBiNWFlZA</w:t>
        </w:r>
      </w:hyperlink>
      <w:r w:rsidRPr="004616A2">
        <w:rPr>
          <w:sz w:val="28"/>
          <w:szCs w:val="28"/>
          <w:lang w:val="kk-KZ"/>
        </w:rPr>
        <w:t>==</w:t>
      </w:r>
      <w:hyperlink r:id="rId239" w:history="1">
        <w:r w:rsidRPr="004616A2">
          <w:rPr>
            <w:rStyle w:val="ae"/>
            <w:sz w:val="28"/>
            <w:szCs w:val="28"/>
            <w:lang w:val="kk-KZ"/>
          </w:rPr>
          <w:t>https://www.instagram.com/reel/DDY1KWeq3XN/?utm_source=ig_web_copy_link&amp;stkn=MzRlODBiNWFlZA</w:t>
        </w:r>
      </w:hyperlink>
      <w:r w:rsidRPr="004616A2">
        <w:rPr>
          <w:sz w:val="28"/>
          <w:szCs w:val="28"/>
          <w:lang w:val="kk-KZ"/>
        </w:rPr>
        <w:t>==</w:t>
      </w:r>
      <w:hyperlink r:id="rId240" w:history="1">
        <w:r w:rsidRPr="004616A2">
          <w:rPr>
            <w:rStyle w:val="ae"/>
            <w:sz w:val="28"/>
            <w:szCs w:val="28"/>
            <w:lang w:val="kk-KZ"/>
          </w:rPr>
          <w:t>https://www.instagram.com/p/DDY1SOoKbML/?utm_source=ig_web_copy_link&amp;stkn=MzRlODBiNWFlZA</w:t>
        </w:r>
      </w:hyperlink>
      <w:r w:rsidRPr="004616A2">
        <w:rPr>
          <w:sz w:val="28"/>
          <w:szCs w:val="28"/>
          <w:lang w:val="kk-KZ"/>
        </w:rPr>
        <w:t>==</w:t>
      </w:r>
      <w:hyperlink r:id="rId241" w:history="1">
        <w:r w:rsidRPr="004616A2">
          <w:rPr>
            <w:rStyle w:val="ae"/>
            <w:sz w:val="28"/>
            <w:szCs w:val="28"/>
            <w:lang w:val="kk-KZ"/>
          </w:rPr>
          <w:t>https://www.instagram.com/reel/DDY8ZQKZLV/?utm_source=ig_web_copy_link&amp;stkn=MzRlODBiNWFlZA</w:t>
        </w:r>
      </w:hyperlink>
      <w:r w:rsidRPr="004616A2">
        <w:rPr>
          <w:sz w:val="28"/>
          <w:szCs w:val="28"/>
          <w:lang w:val="kk-KZ"/>
        </w:rPr>
        <w:t>==</w:t>
      </w:r>
      <w:hyperlink r:id="rId242" w:history="1">
        <w:r w:rsidRPr="004616A2">
          <w:rPr>
            <w:rStyle w:val="ae"/>
            <w:sz w:val="28"/>
            <w:szCs w:val="28"/>
            <w:lang w:val="kk-KZ"/>
          </w:rPr>
          <w:t>https://www.instagram.com/reel/DDY8gwuqR_7/?utm_source=ig_web_copy_link&amp;stkn=MzRlODBiNWFlZA</w:t>
        </w:r>
      </w:hyperlink>
      <w:r w:rsidRPr="004616A2">
        <w:rPr>
          <w:sz w:val="28"/>
          <w:szCs w:val="28"/>
          <w:lang w:val="kk-KZ"/>
        </w:rPr>
        <w:t>==</w:t>
      </w:r>
      <w:hyperlink r:id="rId243" w:history="1">
        <w:r w:rsidRPr="004616A2">
          <w:rPr>
            <w:rStyle w:val="ae"/>
            <w:sz w:val="28"/>
            <w:szCs w:val="28"/>
            <w:lang w:val="kk-KZ"/>
          </w:rPr>
          <w:t>https://www.instagram.com/reel/DDZF0FMqsRq/?utm_source=ig_web_copy_link&amp;stkn=MzRlODBiNWFlZA</w:t>
        </w:r>
      </w:hyperlink>
      <w:r w:rsidRPr="004616A2">
        <w:rPr>
          <w:sz w:val="28"/>
          <w:szCs w:val="28"/>
          <w:lang w:val="kk-KZ"/>
        </w:rPr>
        <w:t>==</w:t>
      </w:r>
      <w:hyperlink r:id="rId244" w:history="1">
        <w:r w:rsidRPr="004616A2">
          <w:rPr>
            <w:rStyle w:val="ae"/>
            <w:sz w:val="28"/>
            <w:szCs w:val="28"/>
            <w:lang w:val="kk-KZ"/>
          </w:rPr>
          <w:t>https://www.instagram.com/reel/DDeAqqEs8AX/?utm_source=ig_web_copy_l</w:t>
        </w:r>
        <w:r w:rsidRPr="004616A2">
          <w:rPr>
            <w:rStyle w:val="ae"/>
            <w:sz w:val="28"/>
            <w:szCs w:val="28"/>
            <w:lang w:val="kk-KZ"/>
          </w:rPr>
          <w:lastRenderedPageBreak/>
          <w:t>ink&amp;stkn=MzRlODBiNWFlZA</w:t>
        </w:r>
      </w:hyperlink>
      <w:r w:rsidRPr="004616A2">
        <w:rPr>
          <w:sz w:val="28"/>
          <w:szCs w:val="28"/>
          <w:lang w:val="kk-KZ"/>
        </w:rPr>
        <w:t>==</w:t>
      </w:r>
      <w:hyperlink r:id="rId245" w:history="1">
        <w:r w:rsidRPr="004616A2">
          <w:rPr>
            <w:rStyle w:val="ae"/>
            <w:sz w:val="28"/>
            <w:szCs w:val="28"/>
            <w:lang w:val="kk-KZ"/>
          </w:rPr>
          <w:t>https://www.instagram.com/reel/DDeIf-SMxf0/?utm_source=ig_web_copy_link&amp;stkn=MzRlODBiNWFlZA</w:t>
        </w:r>
      </w:hyperlink>
      <w:r w:rsidRPr="004616A2">
        <w:rPr>
          <w:sz w:val="28"/>
          <w:szCs w:val="28"/>
          <w:lang w:val="kk-KZ"/>
        </w:rPr>
        <w:t>==</w:t>
      </w:r>
      <w:hyperlink r:id="rId246" w:history="1">
        <w:r w:rsidRPr="004616A2">
          <w:rPr>
            <w:rStyle w:val="ae"/>
            <w:sz w:val="28"/>
            <w:szCs w:val="28"/>
            <w:lang w:val="kk-KZ"/>
          </w:rPr>
          <w:t>https://www.instagram.com/p/DDeZcl4sjzK/?utm_source=ig_web_copy_link&amp;stkn=MzRlODBiNWFlZA</w:t>
        </w:r>
      </w:hyperlink>
      <w:r w:rsidRPr="004616A2">
        <w:rPr>
          <w:sz w:val="28"/>
          <w:szCs w:val="28"/>
          <w:lang w:val="kk-KZ"/>
        </w:rPr>
        <w:t>==</w:t>
      </w:r>
      <w:hyperlink r:id="rId247" w:history="1">
        <w:r w:rsidRPr="004616A2">
          <w:rPr>
            <w:rStyle w:val="ae"/>
            <w:sz w:val="28"/>
            <w:szCs w:val="28"/>
            <w:lang w:val="kk-KZ"/>
          </w:rPr>
          <w:t>https://www.instagram.com/p/DDeZhA0sDD_/?utm_source=ig_web_copy_link&amp;stkn=MzRlODBiNWFlZA</w:t>
        </w:r>
      </w:hyperlink>
      <w:r w:rsidRPr="004616A2">
        <w:rPr>
          <w:sz w:val="28"/>
          <w:szCs w:val="28"/>
          <w:lang w:val="kk-KZ"/>
        </w:rPr>
        <w:t>==</w:t>
      </w:r>
      <w:hyperlink r:id="rId248" w:history="1">
        <w:r w:rsidRPr="004616A2">
          <w:rPr>
            <w:rStyle w:val="ae"/>
            <w:sz w:val="28"/>
            <w:szCs w:val="28"/>
            <w:lang w:val="kk-KZ"/>
          </w:rPr>
          <w:t>https://www.instagram.com/reel/DDfNWw1sqwb/?utm_source=ig_web_copy_link&amp;stkn=MzRlODBiNWFlZA</w:t>
        </w:r>
      </w:hyperlink>
      <w:r w:rsidRPr="004616A2">
        <w:rPr>
          <w:sz w:val="28"/>
          <w:szCs w:val="28"/>
          <w:lang w:val="kk-KZ"/>
        </w:rPr>
        <w:t>==</w:t>
      </w:r>
      <w:hyperlink r:id="rId249" w:history="1">
        <w:r w:rsidRPr="004616A2">
          <w:rPr>
            <w:rStyle w:val="ae"/>
            <w:sz w:val="28"/>
            <w:szCs w:val="28"/>
            <w:lang w:val="kk-KZ"/>
          </w:rPr>
          <w:t>https://www.instagram.com/reel/DDfS26AM2nm/?utm_source=ig_web_copy_link&amp;stkn=MzRlODBiNWFlZA</w:t>
        </w:r>
      </w:hyperlink>
      <w:r w:rsidRPr="004616A2">
        <w:rPr>
          <w:sz w:val="28"/>
          <w:szCs w:val="28"/>
          <w:lang w:val="kk-KZ"/>
        </w:rPr>
        <w:t>==</w:t>
      </w:r>
      <w:hyperlink r:id="rId250" w:history="1">
        <w:r w:rsidRPr="004616A2">
          <w:rPr>
            <w:rStyle w:val="ae"/>
            <w:sz w:val="28"/>
            <w:szCs w:val="28"/>
            <w:lang w:val="kk-KZ"/>
          </w:rPr>
          <w:t>https://www.instagram.com/reel/DDoLe7FN2iE/?utm_source=ig_web_copy_link&amp;stkn=MzRlODBiNWFlZA</w:t>
        </w:r>
      </w:hyperlink>
      <w:r w:rsidRPr="004616A2">
        <w:rPr>
          <w:sz w:val="28"/>
          <w:szCs w:val="28"/>
          <w:lang w:val="kk-KZ"/>
        </w:rPr>
        <w:t>==</w:t>
      </w:r>
      <w:hyperlink r:id="rId251" w:history="1">
        <w:r w:rsidRPr="004616A2">
          <w:rPr>
            <w:rStyle w:val="ae"/>
            <w:sz w:val="28"/>
            <w:szCs w:val="28"/>
            <w:lang w:val="kk-KZ"/>
          </w:rPr>
          <w:t>https://www.instagram.com/p/DDoQvLDM2ss/?utm_source=ig_web_copy_link&amp;stkn=MzRlODBiNWFlZA</w:t>
        </w:r>
      </w:hyperlink>
      <w:r w:rsidRPr="004616A2">
        <w:rPr>
          <w:sz w:val="28"/>
          <w:szCs w:val="28"/>
          <w:lang w:val="kk-KZ"/>
        </w:rPr>
        <w:t>==</w:t>
      </w:r>
      <w:hyperlink r:id="rId252" w:history="1">
        <w:r w:rsidRPr="004616A2">
          <w:rPr>
            <w:rStyle w:val="ae"/>
            <w:sz w:val="28"/>
            <w:szCs w:val="28"/>
            <w:lang w:val="kk-KZ"/>
          </w:rPr>
          <w:t>https://www.instagram.com/p/DDoQxcssQ0z/?utm_source=ig_web_copy_link&amp;stkn=MzRlODBiNWFlZA</w:t>
        </w:r>
      </w:hyperlink>
      <w:r w:rsidRPr="004616A2">
        <w:rPr>
          <w:sz w:val="28"/>
          <w:szCs w:val="28"/>
          <w:lang w:val="kk-KZ"/>
        </w:rPr>
        <w:t>==</w:t>
      </w:r>
      <w:hyperlink r:id="rId253" w:history="1">
        <w:r w:rsidRPr="004616A2">
          <w:rPr>
            <w:rStyle w:val="ae"/>
            <w:sz w:val="28"/>
            <w:szCs w:val="28"/>
            <w:lang w:val="kk-KZ"/>
          </w:rPr>
          <w:t>https://www.instagram.com/reel/DDoQ4E7MYyL/?utm_source=ig_web_copy_link&amp;stkn=MzRlODBiNWFlZA</w:t>
        </w:r>
      </w:hyperlink>
      <w:r w:rsidRPr="004616A2">
        <w:rPr>
          <w:sz w:val="28"/>
          <w:szCs w:val="28"/>
          <w:lang w:val="kk-KZ"/>
        </w:rPr>
        <w:t>==</w:t>
      </w:r>
      <w:hyperlink r:id="rId254" w:history="1">
        <w:r w:rsidRPr="004616A2">
          <w:rPr>
            <w:rStyle w:val="ae"/>
            <w:sz w:val="28"/>
            <w:szCs w:val="28"/>
            <w:lang w:val="kk-KZ"/>
          </w:rPr>
          <w:t>https://www.instagram.com/reel/DDoRF77MgYQ/?utm_source=ig_web_copy_link&amp;stkn=MzRlODBiNWFlZA</w:t>
        </w:r>
      </w:hyperlink>
      <w:r w:rsidRPr="004616A2">
        <w:rPr>
          <w:sz w:val="28"/>
          <w:szCs w:val="28"/>
          <w:lang w:val="kk-KZ"/>
        </w:rPr>
        <w:t>==</w:t>
      </w:r>
      <w:hyperlink r:id="rId255" w:history="1">
        <w:r w:rsidRPr="004616A2">
          <w:rPr>
            <w:rStyle w:val="ae"/>
            <w:sz w:val="28"/>
            <w:szCs w:val="28"/>
            <w:lang w:val="kk-KZ"/>
          </w:rPr>
          <w:t>https://www.instagram.com/reel/DDoW6xHM1I3/?utm_source=ig_web_copy_link&amp;stkn=MzRlODBiNWFlZA</w:t>
        </w:r>
      </w:hyperlink>
      <w:r w:rsidRPr="004616A2">
        <w:rPr>
          <w:sz w:val="28"/>
          <w:szCs w:val="28"/>
          <w:lang w:val="kk-KZ"/>
        </w:rPr>
        <w:t>==</w:t>
      </w:r>
      <w:hyperlink r:id="rId256" w:history="1">
        <w:r w:rsidRPr="004616A2">
          <w:rPr>
            <w:rStyle w:val="ae"/>
            <w:sz w:val="28"/>
            <w:szCs w:val="28"/>
            <w:lang w:val="kk-KZ"/>
          </w:rPr>
          <w:t>https://www.instagram.com/p/DDrSmdZsjgL/?utm_source=ig_web_copy_link&amp;stkn=MzRlODBiNWFlZA</w:t>
        </w:r>
      </w:hyperlink>
      <w:r w:rsidRPr="004616A2">
        <w:rPr>
          <w:sz w:val="28"/>
          <w:szCs w:val="28"/>
          <w:lang w:val="kk-KZ"/>
        </w:rPr>
        <w:t>==</w:t>
      </w:r>
      <w:hyperlink r:id="rId257" w:history="1">
        <w:r w:rsidRPr="004616A2">
          <w:rPr>
            <w:rStyle w:val="ae"/>
            <w:sz w:val="28"/>
            <w:szCs w:val="28"/>
            <w:lang w:val="kk-KZ"/>
          </w:rPr>
          <w:t>https://www.instagram.com/p/DDrhG4SMgxZ/?utm_source=ig_web_copy_link&amp;srtk=MzRlODBiNWFlZA</w:t>
        </w:r>
      </w:hyperlink>
      <w:r w:rsidRPr="004616A2">
        <w:rPr>
          <w:sz w:val="28"/>
          <w:szCs w:val="28"/>
          <w:lang w:val="kk-KZ"/>
        </w:rPr>
        <w:t>==</w:t>
      </w:r>
      <w:hyperlink r:id="rId258" w:history="1">
        <w:r w:rsidRPr="004616A2">
          <w:rPr>
            <w:rStyle w:val="ae"/>
            <w:sz w:val="28"/>
            <w:szCs w:val="28"/>
            <w:lang w:val="kk-KZ"/>
          </w:rPr>
          <w:t>https://www.instagram.com/p/DDtwcrsxHg/?utm_source=ig_web_copy_link</w:t>
        </w:r>
      </w:hyperlink>
      <w:hyperlink r:id="rId259" w:history="1">
        <w:r w:rsidRPr="004616A2">
          <w:rPr>
            <w:rStyle w:val="ae"/>
            <w:sz w:val="28"/>
            <w:szCs w:val="28"/>
            <w:lang w:val="kk-KZ"/>
          </w:rPr>
          <w:t>https://www.instagram.com/reel/DDwgCDWMC4h/?utm_source=ig_web_copy_link&amp;srtk=MzRlODBiNWFlZA</w:t>
        </w:r>
      </w:hyperlink>
      <w:r w:rsidRPr="004616A2">
        <w:rPr>
          <w:sz w:val="28"/>
          <w:szCs w:val="28"/>
          <w:lang w:val="kk-KZ"/>
        </w:rPr>
        <w:t>==</w:t>
      </w:r>
      <w:hyperlink r:id="rId260" w:history="1">
        <w:r w:rsidRPr="004616A2">
          <w:rPr>
            <w:rStyle w:val="ae"/>
            <w:sz w:val="28"/>
            <w:szCs w:val="28"/>
            <w:lang w:val="kk-KZ"/>
          </w:rPr>
          <w:t>https://www.instagram.com/p/DDwg74Zsj2P/?utm_source=ig_web_copy_link&amp;cplk=MzRlODBiNWFlZA==&amp;srtk=MzRlODBiNWFlZA</w:t>
        </w:r>
      </w:hyperlink>
      <w:r w:rsidRPr="004616A2">
        <w:rPr>
          <w:sz w:val="28"/>
          <w:szCs w:val="28"/>
          <w:lang w:val="kk-KZ"/>
        </w:rPr>
        <w:t>==</w:t>
      </w:r>
      <w:hyperlink r:id="rId261" w:history="1">
        <w:r w:rsidRPr="004616A2">
          <w:rPr>
            <w:rStyle w:val="ae"/>
            <w:sz w:val="28"/>
            <w:szCs w:val="28"/>
            <w:lang w:val="kk-KZ"/>
          </w:rPr>
          <w:t>https://www.instagram.com/p/DD6eoTus7NT/?utm_source=ig_web_copy_link&amp;cplk=MzRlODBiNWFlZA==&amp;srtk=MzRlODBiNWFlZA</w:t>
        </w:r>
      </w:hyperlink>
      <w:r w:rsidRPr="004616A2">
        <w:rPr>
          <w:sz w:val="28"/>
          <w:szCs w:val="28"/>
          <w:lang w:val="kk-KZ"/>
        </w:rPr>
        <w:t>==</w:t>
      </w:r>
      <w:hyperlink r:id="rId262" w:history="1">
        <w:r w:rsidRPr="004616A2">
          <w:rPr>
            <w:rStyle w:val="ae"/>
            <w:sz w:val="28"/>
            <w:szCs w:val="28"/>
            <w:lang w:val="kk-KZ"/>
          </w:rPr>
          <w:t>https://www.instagram.com/p/DD6ex4UMNjg/?utm_source=ig_web_copy_link&amp;obrf=MzRlODBiNWFlZA==&amp;srtk=MzRlODBiNWFlZA</w:t>
        </w:r>
      </w:hyperlink>
      <w:r w:rsidRPr="004616A2">
        <w:rPr>
          <w:sz w:val="28"/>
          <w:szCs w:val="28"/>
          <w:lang w:val="kk-KZ"/>
        </w:rPr>
        <w:t>==</w:t>
      </w:r>
      <w:hyperlink r:id="rId263" w:history="1">
        <w:r w:rsidRPr="004616A2">
          <w:rPr>
            <w:rStyle w:val="ae"/>
            <w:sz w:val="28"/>
            <w:szCs w:val="28"/>
            <w:lang w:val="kk-KZ"/>
          </w:rPr>
          <w:t>https://www.instagram.com/p/DD6-wqtMEU1/?utm_source=ig_web_copy_link&amp;srtk=MzRlODBiNWFlZA</w:t>
        </w:r>
      </w:hyperlink>
      <w:r w:rsidRPr="004616A2">
        <w:rPr>
          <w:sz w:val="28"/>
          <w:szCs w:val="28"/>
          <w:lang w:val="kk-KZ"/>
        </w:rPr>
        <w:t>==</w:t>
      </w:r>
      <w:hyperlink r:id="rId264" w:history="1">
        <w:r w:rsidRPr="004616A2">
          <w:rPr>
            <w:rStyle w:val="ae"/>
            <w:sz w:val="28"/>
            <w:szCs w:val="28"/>
            <w:lang w:val="kk-KZ"/>
          </w:rPr>
          <w:t>https://www.instagram.com/p/DD8zdIjtNNJ/?utm_source=ig_web_copy_link&amp;exln=MzRlODBiNWFlZA==&amp;srtk=MzRlODBiNWFlZA</w:t>
        </w:r>
      </w:hyperlink>
      <w:r w:rsidRPr="004616A2">
        <w:rPr>
          <w:sz w:val="28"/>
          <w:szCs w:val="28"/>
          <w:lang w:val="kk-KZ"/>
        </w:rPr>
        <w:t>==</w:t>
      </w:r>
      <w:hyperlink r:id="rId265" w:history="1">
        <w:r w:rsidRPr="004616A2">
          <w:rPr>
            <w:rStyle w:val="ae"/>
            <w:sz w:val="28"/>
            <w:szCs w:val="28"/>
            <w:lang w:val="kk-KZ"/>
          </w:rPr>
          <w:t>https://www.instagram.com/reel/DD8zjIJtJMw/?utm_source=ig_web_copy_link&amp;vrfl=MzRlODBiNWFlZA==&amp;srtk=MzRlODBiNWFlZA</w:t>
        </w:r>
      </w:hyperlink>
      <w:r w:rsidRPr="004616A2">
        <w:rPr>
          <w:sz w:val="28"/>
          <w:szCs w:val="28"/>
          <w:lang w:val="kk-KZ"/>
        </w:rPr>
        <w:t>==</w:t>
      </w:r>
      <w:hyperlink r:id="rId266" w:history="1">
        <w:r w:rsidRPr="004616A2">
          <w:rPr>
            <w:rStyle w:val="ae"/>
            <w:sz w:val="28"/>
            <w:szCs w:val="28"/>
            <w:lang w:val="kk-KZ"/>
          </w:rPr>
          <w:t>https://www.instagram.com/p/DD9BHXM9Fj/?utm_source=ig_web_copy_link&amp;psln=MzRlODBiNWFlZA==&amp;srtk=MzRlODBiNW</w:t>
        </w:r>
        <w:r w:rsidRPr="004616A2">
          <w:rPr>
            <w:rStyle w:val="ae"/>
            <w:sz w:val="28"/>
            <w:szCs w:val="28"/>
          </w:rPr>
          <w:t>FlZA</w:t>
        </w:r>
      </w:hyperlink>
      <w:r w:rsidRPr="004616A2">
        <w:rPr>
          <w:sz w:val="28"/>
          <w:szCs w:val="28"/>
          <w:lang w:val="kk-KZ"/>
        </w:rPr>
        <w:t>==</w:t>
      </w:r>
      <w:hyperlink r:id="rId267" w:history="1">
        <w:r w:rsidRPr="004616A2">
          <w:rPr>
            <w:rStyle w:val="ae"/>
            <w:sz w:val="28"/>
            <w:szCs w:val="28"/>
          </w:rPr>
          <w:t>https://www.instagram.com/p/DDHrJEMhZR/?utm_source=ig_web_copy_link&amp;vrfl=MzRlODBiNWFlZA==&amp;srtk=MzRlODBiNWFlZA</w:t>
        </w:r>
      </w:hyperlink>
      <w:r w:rsidRPr="004616A2">
        <w:rPr>
          <w:sz w:val="28"/>
          <w:szCs w:val="28"/>
          <w:lang w:val="kk-KZ"/>
        </w:rPr>
        <w:t>==</w:t>
      </w:r>
      <w:hyperlink r:id="rId268" w:history="1">
        <w:r w:rsidRPr="004616A2">
          <w:rPr>
            <w:rStyle w:val="ae"/>
            <w:sz w:val="28"/>
            <w:szCs w:val="28"/>
          </w:rPr>
          <w:t>https://www.instagram.com/reel/DEMdmo9MtNR/?utm_source=ig_web_copy_link&amp;dlrf=MzRlODBiNWFlZA==&amp;srtk=MzRlODBiNWFlZA</w:t>
        </w:r>
      </w:hyperlink>
      <w:r w:rsidRPr="004616A2">
        <w:rPr>
          <w:sz w:val="28"/>
          <w:szCs w:val="28"/>
          <w:lang w:val="kk-KZ"/>
        </w:rPr>
        <w:t>==</w:t>
      </w:r>
      <w:hyperlink r:id="rId269" w:history="1">
        <w:r w:rsidRPr="004616A2">
          <w:rPr>
            <w:rStyle w:val="ae"/>
            <w:sz w:val="28"/>
            <w:szCs w:val="28"/>
          </w:rPr>
          <w:t>https://www.instagram.com/reel/DEMedySMh2/?utm_source=ig_web_copy_link&amp;cplk=MzRlODBiNWFlZA==&amp;srtk=MzRlODBiNWFlZA</w:t>
        </w:r>
      </w:hyperlink>
      <w:r w:rsidRPr="004616A2">
        <w:rPr>
          <w:sz w:val="28"/>
          <w:szCs w:val="28"/>
          <w:lang w:val="kk-KZ"/>
        </w:rPr>
        <w:t>==</w:t>
      </w:r>
      <w:hyperlink r:id="rId270" w:history="1">
        <w:r w:rsidRPr="004616A2">
          <w:rPr>
            <w:rStyle w:val="ae"/>
            <w:sz w:val="28"/>
            <w:szCs w:val="28"/>
          </w:rPr>
          <w:t>https://www.instagram.com/p/DEPkzajsF4X/?utm_source=ig_web_copy_link&amp;obrf=MzRlODBiNWFlZA==&amp;srtk=MzRlODBiNWFlZA</w:t>
        </w:r>
      </w:hyperlink>
      <w:r w:rsidRPr="004616A2">
        <w:rPr>
          <w:sz w:val="28"/>
          <w:szCs w:val="28"/>
          <w:lang w:val="kk-KZ"/>
        </w:rPr>
        <w:t>==</w:t>
      </w:r>
      <w:hyperlink r:id="rId271" w:history="1">
        <w:r w:rsidRPr="004616A2">
          <w:rPr>
            <w:rStyle w:val="ae"/>
            <w:sz w:val="28"/>
            <w:szCs w:val="28"/>
          </w:rPr>
          <w:t>https://www.instagram.com/p/DEjdJnAsP6U/?utm_source=ig_web_copy_link&amp;psln=MzRlODBiNWFlZA==&amp;srtk=MzRlODBiNWFlZA</w:t>
        </w:r>
      </w:hyperlink>
      <w:r w:rsidRPr="004616A2">
        <w:rPr>
          <w:sz w:val="28"/>
          <w:szCs w:val="28"/>
          <w:lang w:val="kk-KZ"/>
        </w:rPr>
        <w:t>==</w:t>
      </w:r>
      <w:hyperlink r:id="rId272" w:history="1">
        <w:r w:rsidRPr="004616A2">
          <w:rPr>
            <w:rStyle w:val="ae"/>
            <w:sz w:val="28"/>
            <w:szCs w:val="28"/>
          </w:rPr>
          <w:t>https://www.instagram.com/p/DEzL_NQsOFA/?utm_source=ig_web_copy_link&amp;obrf=MzRlODBiNWFlZA==&amp;srtk=MzRlODBiNWFlZA</w:t>
        </w:r>
      </w:hyperlink>
      <w:r w:rsidRPr="004616A2">
        <w:rPr>
          <w:sz w:val="28"/>
          <w:szCs w:val="28"/>
          <w:lang w:val="kk-KZ"/>
        </w:rPr>
        <w:t>==</w:t>
      </w:r>
      <w:hyperlink r:id="rId273" w:history="1">
        <w:r w:rsidRPr="004616A2">
          <w:rPr>
            <w:rStyle w:val="ae"/>
            <w:sz w:val="28"/>
            <w:szCs w:val="28"/>
          </w:rPr>
          <w:t>https://www.instagram.com/reel/DEzL6mJM9sm/?utm_source=ig_web_copy_link&amp;srtk=MzRlODBiNWFlZA</w:t>
        </w:r>
      </w:hyperlink>
      <w:r w:rsidRPr="004616A2">
        <w:rPr>
          <w:sz w:val="28"/>
          <w:szCs w:val="28"/>
          <w:lang w:val="kk-KZ"/>
        </w:rPr>
        <w:t>==</w:t>
      </w:r>
      <w:hyperlink r:id="rId274" w:history="1">
        <w:r w:rsidRPr="004616A2">
          <w:rPr>
            <w:rStyle w:val="ae"/>
            <w:sz w:val="28"/>
            <w:szCs w:val="28"/>
          </w:rPr>
          <w:t>https://www.instagram.com/p/DEzOAD3MUYE/?utm_source=ig_web_copy_link&amp;exln=MzRlODBiNWFlZA==&amp;srtk=MzRlODBiNWFlZA</w:t>
        </w:r>
      </w:hyperlink>
      <w:r w:rsidRPr="004616A2">
        <w:rPr>
          <w:sz w:val="28"/>
          <w:szCs w:val="28"/>
          <w:lang w:val="kk-KZ"/>
        </w:rPr>
        <w:t>==</w:t>
      </w:r>
      <w:hyperlink r:id="rId275" w:history="1">
        <w:r w:rsidRPr="004616A2">
          <w:rPr>
            <w:rStyle w:val="ae"/>
            <w:sz w:val="28"/>
            <w:szCs w:val="28"/>
          </w:rPr>
          <w:t>https://www.instagram.com/p/DEzfrtosolp/?utm_source=ig_web_copy_link&amp;vrfl=MzRlODBiNWFlZA==&amp;srtk=MzRlODBiNWFlZA</w:t>
        </w:r>
      </w:hyperlink>
      <w:r w:rsidRPr="004616A2">
        <w:rPr>
          <w:sz w:val="28"/>
          <w:szCs w:val="28"/>
          <w:lang w:val="kk-KZ"/>
        </w:rPr>
        <w:t>==</w:t>
      </w:r>
      <w:hyperlink r:id="rId276" w:history="1">
        <w:r w:rsidRPr="004616A2">
          <w:rPr>
            <w:rStyle w:val="ae"/>
            <w:sz w:val="28"/>
            <w:szCs w:val="28"/>
          </w:rPr>
          <w:t>https://www.instagram.com/reel/DEzheOKsQiT/?utm_source=ig_web_copy_link&amp;srtk=MzRlODBiNWFlZA</w:t>
        </w:r>
      </w:hyperlink>
      <w:r w:rsidRPr="004616A2">
        <w:rPr>
          <w:sz w:val="28"/>
          <w:szCs w:val="28"/>
          <w:lang w:val="kk-KZ"/>
        </w:rPr>
        <w:t>==</w:t>
      </w:r>
      <w:hyperlink r:id="rId277" w:history="1">
        <w:r w:rsidRPr="004616A2">
          <w:rPr>
            <w:rStyle w:val="ae"/>
            <w:sz w:val="28"/>
            <w:szCs w:val="28"/>
          </w:rPr>
          <w:t>https://www.instagram.com/p/DEzrK0zMR4P/?utm_source=ig_web_copy_link&amp;cplk=MzRlODBiNWFlZA==&amp;srtk=MzRlODBiNWFlZA</w:t>
        </w:r>
      </w:hyperlink>
      <w:r w:rsidRPr="004616A2">
        <w:rPr>
          <w:sz w:val="28"/>
          <w:szCs w:val="28"/>
          <w:lang w:val="kk-KZ"/>
        </w:rPr>
        <w:t>==</w:t>
      </w:r>
      <w:hyperlink r:id="rId278" w:history="1">
        <w:r w:rsidRPr="004616A2">
          <w:rPr>
            <w:rStyle w:val="ae"/>
            <w:sz w:val="28"/>
            <w:szCs w:val="28"/>
          </w:rPr>
          <w:t>https</w:t>
        </w:r>
        <w:r w:rsidRPr="004616A2">
          <w:rPr>
            <w:rStyle w:val="ae"/>
            <w:sz w:val="28"/>
            <w:szCs w:val="28"/>
          </w:rPr>
          <w:lastRenderedPageBreak/>
          <w:t>://www.instagram.com/p/DE2MPtSMHsY/?utm_source=ig_web_copy_link&amp;cplk=MzRlODBiNWFlZA==&amp;srtk=MzRlODBiNWFlZA</w:t>
        </w:r>
      </w:hyperlink>
      <w:r w:rsidRPr="004616A2">
        <w:rPr>
          <w:sz w:val="28"/>
          <w:szCs w:val="28"/>
          <w:lang w:val="kk-KZ"/>
        </w:rPr>
        <w:t>==</w:t>
      </w:r>
      <w:hyperlink r:id="rId279" w:history="1">
        <w:r w:rsidRPr="004616A2">
          <w:rPr>
            <w:rStyle w:val="ae"/>
            <w:sz w:val="28"/>
            <w:szCs w:val="28"/>
          </w:rPr>
          <w:t>https://www.instagram.com/p/DE2MTbBM-oX/?utm_source=ig_web_copy_link&amp;exln=MzRlODBiNWFlZA==&amp;srtk=MzRlODBiNWFlZA</w:t>
        </w:r>
      </w:hyperlink>
      <w:r w:rsidRPr="004616A2">
        <w:rPr>
          <w:sz w:val="28"/>
          <w:szCs w:val="28"/>
          <w:lang w:val="kk-KZ"/>
        </w:rPr>
        <w:t>==</w:t>
      </w:r>
      <w:hyperlink r:id="rId280" w:history="1">
        <w:r w:rsidRPr="004616A2">
          <w:rPr>
            <w:rStyle w:val="ae"/>
            <w:sz w:val="28"/>
            <w:szCs w:val="28"/>
          </w:rPr>
          <w:t>https://www.instagram.com/reel/DE2MmWwMYWo/?utm_source=ig_web_copy_link&amp;rpxt=MzRlODBiNWFlZA==&amp;srtk=MzRlODBiNWFlZA</w:t>
        </w:r>
      </w:hyperlink>
      <w:r w:rsidRPr="004616A2">
        <w:rPr>
          <w:sz w:val="28"/>
          <w:szCs w:val="28"/>
          <w:lang w:val="kk-KZ"/>
        </w:rPr>
        <w:t>==</w:t>
      </w:r>
      <w:hyperlink r:id="rId281" w:history="1">
        <w:r w:rsidRPr="004616A2">
          <w:rPr>
            <w:rStyle w:val="ae"/>
            <w:sz w:val="28"/>
            <w:szCs w:val="28"/>
          </w:rPr>
          <w:t>https://www.instagram.com/p/DE4K3K6sj68/?utm_source=ig_web_copy_link&amp;rpxt=MzRlODBiNWFlZA==&amp;srtk=MzRlODBiNWFlZA</w:t>
        </w:r>
      </w:hyperlink>
      <w:r w:rsidRPr="004616A2">
        <w:rPr>
          <w:sz w:val="28"/>
          <w:szCs w:val="28"/>
          <w:lang w:val="kk-KZ"/>
        </w:rPr>
        <w:t>==</w:t>
      </w:r>
      <w:hyperlink r:id="rId282" w:history="1">
        <w:r w:rsidRPr="004616A2">
          <w:rPr>
            <w:rStyle w:val="ae"/>
            <w:sz w:val="28"/>
            <w:szCs w:val="28"/>
          </w:rPr>
          <w:t>https://www.instagram.com/reel/DE4Ow9bMAVZ/?utm_source=ig_web_copy_link&amp;exln=MzRlODBiNWFlZA==&amp;srtk=MzRlODBiNWFlZA</w:t>
        </w:r>
      </w:hyperlink>
      <w:r w:rsidRPr="004616A2">
        <w:rPr>
          <w:sz w:val="28"/>
          <w:szCs w:val="28"/>
          <w:lang w:val="kk-KZ"/>
        </w:rPr>
        <w:t>==</w:t>
      </w:r>
      <w:hyperlink r:id="rId283" w:history="1">
        <w:r w:rsidRPr="004616A2">
          <w:rPr>
            <w:rStyle w:val="ae"/>
            <w:sz w:val="28"/>
            <w:szCs w:val="28"/>
          </w:rPr>
          <w:t>https://www.instagram.com/p/DE4k6zZstud/?utm_source=ig_web_copy_link&amp;psln=MzRlODBiNWFlZA==&amp;srtk=MzRlODBiNWFlZA</w:t>
        </w:r>
      </w:hyperlink>
      <w:r w:rsidRPr="004616A2">
        <w:rPr>
          <w:sz w:val="28"/>
          <w:szCs w:val="28"/>
          <w:lang w:val="kk-KZ"/>
        </w:rPr>
        <w:t>==</w:t>
      </w:r>
      <w:hyperlink r:id="rId284" w:history="1">
        <w:r w:rsidRPr="004616A2">
          <w:rPr>
            <w:rStyle w:val="ae"/>
            <w:sz w:val="28"/>
            <w:szCs w:val="28"/>
          </w:rPr>
          <w:t>https://www.instagram.com/reel/DE6xOcVMQKw/?utm_source=ig_web_copy_link&amp;xtok=MzRlODBiNWFlZA==&amp;srtk=MzRlODBiNWFlZA</w:t>
        </w:r>
      </w:hyperlink>
      <w:r w:rsidRPr="004616A2">
        <w:rPr>
          <w:sz w:val="28"/>
          <w:szCs w:val="28"/>
          <w:lang w:val="kk-KZ"/>
        </w:rPr>
        <w:t>==</w:t>
      </w:r>
      <w:hyperlink r:id="rId285" w:history="1">
        <w:r w:rsidRPr="004616A2">
          <w:rPr>
            <w:rStyle w:val="ae"/>
            <w:sz w:val="28"/>
            <w:szCs w:val="28"/>
          </w:rPr>
          <w:t>https://www.instagram.com/p/DFDCkP3sKyE/?utm_source=ig_web_copy_link&amp;vrfl=MzRlODBiNWFlZA==&amp;srtk=MzRlODBiNWFlZA</w:t>
        </w:r>
      </w:hyperlink>
      <w:r w:rsidRPr="004616A2">
        <w:rPr>
          <w:sz w:val="28"/>
          <w:szCs w:val="28"/>
          <w:lang w:val="kk-KZ"/>
        </w:rPr>
        <w:t>==</w:t>
      </w:r>
      <w:hyperlink r:id="rId286" w:history="1">
        <w:r w:rsidRPr="004616A2">
          <w:rPr>
            <w:rStyle w:val="ae"/>
            <w:sz w:val="28"/>
            <w:szCs w:val="28"/>
          </w:rPr>
          <w:t>https://www.instagram.com/p/DFDCu2vM9Q6/?utm_source=ig_web_copy_link&amp;exln=MzRlODBiNWFlZA==&amp;srtk=MzRlODBiNWFlZA</w:t>
        </w:r>
      </w:hyperlink>
      <w:r w:rsidRPr="004616A2">
        <w:rPr>
          <w:sz w:val="28"/>
          <w:szCs w:val="28"/>
          <w:lang w:val="kk-KZ"/>
        </w:rPr>
        <w:t>==</w:t>
      </w:r>
      <w:hyperlink r:id="rId287" w:history="1">
        <w:r w:rsidRPr="004616A2">
          <w:rPr>
            <w:rStyle w:val="ae"/>
            <w:sz w:val="28"/>
            <w:szCs w:val="28"/>
          </w:rPr>
          <w:t>https://www.instagram.com/reel/DFDCwnzMUQm/?utm_source=ig_web_copy_link&amp;psln=MzRlODBiNWFlZA==&amp;srtk=MzRlODBiNWFlZA</w:t>
        </w:r>
      </w:hyperlink>
      <w:r w:rsidRPr="004616A2">
        <w:rPr>
          <w:sz w:val="28"/>
          <w:szCs w:val="28"/>
          <w:lang w:val="kk-KZ"/>
        </w:rPr>
        <w:t>==</w:t>
      </w:r>
      <w:hyperlink r:id="rId288" w:history="1">
        <w:r w:rsidRPr="004616A2">
          <w:rPr>
            <w:rStyle w:val="ae"/>
            <w:sz w:val="28"/>
            <w:szCs w:val="28"/>
          </w:rPr>
          <w:t>https://www.instagram.com/reel/DFEsmXHIGvd/?utm_source=ig_web_copy_link&amp;dlrf=MzRlODBiNWFlZA==&amp;srtk=MzRlODBiNWFlZA</w:t>
        </w:r>
      </w:hyperlink>
      <w:r w:rsidRPr="004616A2">
        <w:rPr>
          <w:sz w:val="28"/>
          <w:szCs w:val="28"/>
          <w:lang w:val="kk-KZ"/>
        </w:rPr>
        <w:t>==</w:t>
      </w:r>
      <w:hyperlink r:id="rId289" w:history="1">
        <w:r w:rsidRPr="004616A2">
          <w:rPr>
            <w:rStyle w:val="ae"/>
            <w:sz w:val="28"/>
            <w:szCs w:val="28"/>
          </w:rPr>
          <w:t>https://www.instagram.com/reel/DFEsom7Id2E/?utm_source=ig_web_copy_link&amp;obrf=MzRlODBiNWFlZA==&amp;srtk=MzRlODBiNWFlZA</w:t>
        </w:r>
      </w:hyperlink>
      <w:r w:rsidRPr="004616A2">
        <w:rPr>
          <w:sz w:val="28"/>
          <w:szCs w:val="28"/>
          <w:lang w:val="kk-KZ"/>
        </w:rPr>
        <w:t>==</w:t>
      </w:r>
      <w:hyperlink r:id="rId290" w:history="1">
        <w:r w:rsidRPr="004616A2">
          <w:rPr>
            <w:rStyle w:val="ae"/>
            <w:sz w:val="28"/>
            <w:szCs w:val="28"/>
          </w:rPr>
          <w:t>https://www.instagram.com/reel/DFEs_cMI2Yn/?utm_source=ig_web_copy_link&amp;obrf=MzRlODBiNWFlZA==&amp;srtk=MzRlODBiNWFlZA</w:t>
        </w:r>
      </w:hyperlink>
      <w:r w:rsidRPr="004616A2">
        <w:rPr>
          <w:sz w:val="28"/>
          <w:szCs w:val="28"/>
          <w:lang w:val="kk-KZ"/>
        </w:rPr>
        <w:t>==</w:t>
      </w:r>
      <w:hyperlink r:id="rId291" w:history="1">
        <w:r w:rsidRPr="004616A2">
          <w:rPr>
            <w:rStyle w:val="ae"/>
            <w:sz w:val="28"/>
            <w:szCs w:val="28"/>
          </w:rPr>
          <w:t>https://www.instagram.com/p/DFHL8suoqmt/?utm_source=ig_web_copy_link&amp;xtok=MzRlODBiNWFlZA==&amp;srtk=MzRlODBiNWFlZA</w:t>
        </w:r>
      </w:hyperlink>
      <w:r w:rsidRPr="004616A2">
        <w:rPr>
          <w:sz w:val="28"/>
          <w:szCs w:val="28"/>
          <w:lang w:val="kk-KZ"/>
        </w:rPr>
        <w:t>==</w:t>
      </w:r>
      <w:hyperlink r:id="rId292" w:history="1">
        <w:r w:rsidRPr="004616A2">
          <w:rPr>
            <w:rStyle w:val="ae"/>
            <w:sz w:val="28"/>
            <w:szCs w:val="28"/>
          </w:rPr>
          <w:t>https://www.instagram.com/p/DFKMgUIsXtM/?utm_source=ig_web_copy_link&amp;dlrf=MzRlODBiNWFlZA==&amp;srtk=MzRlODBiNWFlZA</w:t>
        </w:r>
      </w:hyperlink>
      <w:r w:rsidRPr="004616A2">
        <w:rPr>
          <w:sz w:val="28"/>
          <w:szCs w:val="28"/>
          <w:lang w:val="kk-KZ"/>
        </w:rPr>
        <w:t>==</w:t>
      </w:r>
      <w:hyperlink r:id="rId293" w:history="1">
        <w:r w:rsidRPr="004616A2">
          <w:rPr>
            <w:rStyle w:val="ae"/>
            <w:sz w:val="28"/>
            <w:szCs w:val="28"/>
            <w:lang w:val="kk-KZ"/>
          </w:rPr>
          <w:t>https://www.instagram.com/reel/DFNS8tjsT7B/?utm_source=ig_web_copy_link&amp;obrf=MzRlODBiNWFlZA==&amp;srtk=MzRlODBiNWFlZA</w:t>
        </w:r>
      </w:hyperlink>
      <w:r w:rsidRPr="004616A2">
        <w:rPr>
          <w:sz w:val="28"/>
          <w:szCs w:val="28"/>
          <w:lang w:val="kk-KZ"/>
        </w:rPr>
        <w:t>==</w:t>
      </w:r>
      <w:hyperlink r:id="rId294" w:history="1">
        <w:r w:rsidRPr="004616A2">
          <w:rPr>
            <w:rStyle w:val="ae"/>
            <w:sz w:val="28"/>
            <w:szCs w:val="28"/>
            <w:lang w:val="kk-KZ"/>
          </w:rPr>
          <w:t>https://www.instagram.com/p/DFXpMSKMPsF/?utm_source=ig_web_copy_link&amp;cplk=MzRlODBiNWFlZA==&amp;srtk=MzRlODBiNWFlZA</w:t>
        </w:r>
      </w:hyperlink>
      <w:r w:rsidRPr="004616A2">
        <w:rPr>
          <w:sz w:val="28"/>
          <w:szCs w:val="28"/>
          <w:lang w:val="kk-KZ"/>
        </w:rPr>
        <w:t>==</w:t>
      </w:r>
      <w:hyperlink r:id="rId295" w:history="1">
        <w:r w:rsidRPr="004616A2">
          <w:rPr>
            <w:rStyle w:val="ae"/>
            <w:sz w:val="28"/>
            <w:szCs w:val="28"/>
            <w:lang w:val="kk-KZ"/>
          </w:rPr>
          <w:t>https://www.instagram.com/reel/DFXrzg8syRh/?utm_source=ig_web_copy_link&amp;cplk=MzRlODBiNWFlZA==&amp;srtk=MzRlODBiNWFlZA</w:t>
        </w:r>
      </w:hyperlink>
      <w:r w:rsidRPr="004616A2">
        <w:rPr>
          <w:sz w:val="28"/>
          <w:szCs w:val="28"/>
          <w:lang w:val="kk-KZ"/>
        </w:rPr>
        <w:t>==</w:t>
      </w:r>
      <w:hyperlink r:id="rId296" w:history="1">
        <w:r w:rsidRPr="004616A2">
          <w:rPr>
            <w:rStyle w:val="ae"/>
            <w:sz w:val="28"/>
            <w:szCs w:val="28"/>
            <w:lang w:val="kk-KZ"/>
          </w:rPr>
          <w:t>https://www.instagram.com/reel/DFXr22cMSC0/?utm_source=ig_web_copy_link&amp;dlrf=MzRlODBiNWFlZA==&amp;srtk=MzRlODBiNWFlZA</w:t>
        </w:r>
      </w:hyperlink>
      <w:r w:rsidRPr="004616A2">
        <w:rPr>
          <w:sz w:val="28"/>
          <w:szCs w:val="28"/>
          <w:lang w:val="kk-KZ"/>
        </w:rPr>
        <w:t>==</w:t>
      </w:r>
      <w:hyperlink r:id="rId297" w:history="1">
        <w:r w:rsidRPr="004616A2">
          <w:rPr>
            <w:rStyle w:val="ae"/>
            <w:sz w:val="28"/>
            <w:szCs w:val="28"/>
            <w:lang w:val="kk-KZ"/>
          </w:rPr>
          <w:t>https://www.instagram.com/p/DFZd8rRNV10/?utm_source=ig_web_copy_link&amp;srtk=MzRlODBiNWFlZA</w:t>
        </w:r>
      </w:hyperlink>
      <w:r w:rsidRPr="004616A2">
        <w:rPr>
          <w:sz w:val="28"/>
          <w:szCs w:val="28"/>
          <w:lang w:val="kk-KZ"/>
        </w:rPr>
        <w:t>==</w:t>
      </w:r>
      <w:hyperlink r:id="rId298" w:history="1">
        <w:r w:rsidRPr="004616A2">
          <w:rPr>
            <w:rStyle w:val="ae"/>
            <w:sz w:val="28"/>
            <w:szCs w:val="28"/>
            <w:lang w:val="kk-KZ"/>
          </w:rPr>
          <w:t>https://www.instagram.com/reel/DFeyx6KMaME/?utm_source=ig_web_copy_link&amp;obrf=MzRlODBiNWFlZA==&amp;srtk=MzRlODBiNWFlZA</w:t>
        </w:r>
      </w:hyperlink>
      <w:r w:rsidRPr="004616A2">
        <w:rPr>
          <w:sz w:val="28"/>
          <w:szCs w:val="28"/>
          <w:lang w:val="kk-KZ"/>
        </w:rPr>
        <w:t>==</w:t>
      </w:r>
      <w:hyperlink r:id="rId299" w:history="1">
        <w:r w:rsidRPr="004616A2">
          <w:rPr>
            <w:rStyle w:val="ae"/>
            <w:sz w:val="28"/>
            <w:szCs w:val="28"/>
            <w:lang w:val="kk-KZ"/>
          </w:rPr>
          <w:t>https://www.instagram.com/p/DFpCUzEsTTM/?utm_source=ig_web_copy_link&amp;vrfl=MzRlODBiNWFlZA==&amp;srtk=MzRlODBiNWFlZA</w:t>
        </w:r>
      </w:hyperlink>
      <w:r w:rsidRPr="004616A2">
        <w:rPr>
          <w:sz w:val="28"/>
          <w:szCs w:val="28"/>
          <w:lang w:val="kk-KZ"/>
        </w:rPr>
        <w:t>==</w:t>
      </w:r>
      <w:hyperlink r:id="rId300" w:history="1">
        <w:r w:rsidRPr="004616A2">
          <w:rPr>
            <w:rStyle w:val="ae"/>
            <w:sz w:val="28"/>
            <w:szCs w:val="28"/>
            <w:lang w:val="kk-KZ"/>
          </w:rPr>
          <w:t>https://www.instagram.com/reel/DFpCfUqMuW-/?utm_source=ig_web_copy_link&amp;obrf=MzRlODBiNWFlZA==&amp;srtk=MzRlODBiNWFlZA</w:t>
        </w:r>
      </w:hyperlink>
      <w:r w:rsidRPr="004616A2">
        <w:rPr>
          <w:sz w:val="28"/>
          <w:szCs w:val="28"/>
          <w:lang w:val="kk-KZ"/>
        </w:rPr>
        <w:t>==</w:t>
      </w:r>
      <w:hyperlink r:id="rId301" w:history="1">
        <w:r w:rsidRPr="004616A2">
          <w:rPr>
            <w:rStyle w:val="ae"/>
            <w:sz w:val="28"/>
            <w:szCs w:val="28"/>
            <w:lang w:val="kk-KZ"/>
          </w:rPr>
          <w:t>https://www.instagram.com/reel/DFpCjTkMV9H/?utm_source=ig_web_copy_link&amp;obrf=MzRlODBiNWFlZA==&amp;srtk=MzRlODBiNWFlZA</w:t>
        </w:r>
      </w:hyperlink>
      <w:r w:rsidRPr="004616A2">
        <w:rPr>
          <w:sz w:val="28"/>
          <w:szCs w:val="28"/>
          <w:lang w:val="kk-KZ"/>
        </w:rPr>
        <w:t>==</w:t>
      </w:r>
      <w:hyperlink r:id="rId302" w:history="1">
        <w:r w:rsidRPr="004616A2">
          <w:rPr>
            <w:rStyle w:val="ae"/>
            <w:sz w:val="28"/>
            <w:szCs w:val="28"/>
            <w:lang w:val="kk-KZ"/>
          </w:rPr>
          <w:t>https://www.instagram.com/reel/DF4feakM0lx/?utm_source=ig_web_copy_link&amp;rpxt=MzRlODBiNWFlZA==&amp;srtk=MzRlODBiNWFlZA</w:t>
        </w:r>
      </w:hyperlink>
      <w:r w:rsidRPr="004616A2">
        <w:rPr>
          <w:sz w:val="28"/>
          <w:szCs w:val="28"/>
          <w:lang w:val="kk-KZ"/>
        </w:rPr>
        <w:t>==</w:t>
      </w:r>
      <w:hyperlink r:id="rId303" w:history="1">
        <w:r w:rsidRPr="004616A2">
          <w:rPr>
            <w:rStyle w:val="ae"/>
            <w:sz w:val="28"/>
            <w:szCs w:val="28"/>
            <w:lang w:val="kk-KZ"/>
          </w:rPr>
          <w:t>https://www.instagram.com/p/DF5oIq0szDF/?utm_source=ig_web_copy_link&amp;vrfl=MzRlODBiNWFlZA==&amp;srtk=MzRlODBiNWFlZA</w:t>
        </w:r>
      </w:hyperlink>
      <w:r w:rsidRPr="004616A2">
        <w:rPr>
          <w:sz w:val="28"/>
          <w:szCs w:val="28"/>
          <w:lang w:val="kk-KZ"/>
        </w:rPr>
        <w:t>==</w:t>
      </w:r>
      <w:hyperlink r:id="rId304" w:history="1">
        <w:r w:rsidRPr="004616A2">
          <w:rPr>
            <w:rStyle w:val="ae"/>
            <w:sz w:val="28"/>
            <w:szCs w:val="28"/>
            <w:lang w:val="kk-KZ"/>
          </w:rPr>
          <w:t>https://www.instagram.com/p/DF5oUG8s78M/?utm_source=ig_web_copy_link&amp;xtok=MzRlODBiNWFlZA==&amp;srtk=MzRlODBiNWFlZA</w:t>
        </w:r>
      </w:hyperlink>
      <w:r w:rsidRPr="004616A2">
        <w:rPr>
          <w:sz w:val="28"/>
          <w:szCs w:val="28"/>
          <w:lang w:val="kk-KZ"/>
        </w:rPr>
        <w:t>==</w:t>
      </w:r>
      <w:hyperlink r:id="rId305" w:history="1">
        <w:r w:rsidRPr="004616A2">
          <w:rPr>
            <w:rStyle w:val="ae"/>
            <w:sz w:val="28"/>
            <w:szCs w:val="28"/>
            <w:lang w:val="kk-KZ"/>
          </w:rPr>
          <w:t>https://www.instagram.com/reel/DF5qDEbszVe/?u</w:t>
        </w:r>
        <w:r w:rsidRPr="004616A2">
          <w:rPr>
            <w:rStyle w:val="ae"/>
            <w:sz w:val="28"/>
            <w:szCs w:val="28"/>
          </w:rPr>
          <w:t>tm_source=ig_web_copy_link&amp;exln=MzRlODBiNWFlZA==&amp;srtk=MzRlODBiNWFlZA</w:t>
        </w:r>
      </w:hyperlink>
      <w:r w:rsidRPr="004616A2">
        <w:rPr>
          <w:sz w:val="28"/>
          <w:szCs w:val="28"/>
          <w:lang w:val="kk-KZ"/>
        </w:rPr>
        <w:t>==</w:t>
      </w:r>
      <w:hyperlink r:id="rId306" w:history="1">
        <w:r w:rsidRPr="004616A2">
          <w:rPr>
            <w:rStyle w:val="ae"/>
            <w:sz w:val="28"/>
            <w:szCs w:val="28"/>
          </w:rPr>
          <w:t>https://www.instagram.com/reel/DF8I3wasgcV/?utm_source=ig_web_copy_link&amp;cplk=MzRlODBiNW</w:t>
        </w:r>
        <w:r w:rsidRPr="004616A2">
          <w:rPr>
            <w:rStyle w:val="ae"/>
            <w:sz w:val="28"/>
            <w:szCs w:val="28"/>
          </w:rPr>
          <w:lastRenderedPageBreak/>
          <w:t>FlZA==&amp;srtk=MzRlODBiNWFlZA</w:t>
        </w:r>
      </w:hyperlink>
      <w:r w:rsidRPr="004616A2">
        <w:rPr>
          <w:sz w:val="28"/>
          <w:szCs w:val="28"/>
          <w:lang w:val="kk-KZ"/>
        </w:rPr>
        <w:t>==</w:t>
      </w:r>
      <w:hyperlink r:id="rId307" w:history="1">
        <w:r w:rsidRPr="004616A2">
          <w:rPr>
            <w:rStyle w:val="ae"/>
            <w:sz w:val="28"/>
            <w:szCs w:val="28"/>
          </w:rPr>
          <w:t>https://www.instagram.com/reel/DGAftQrsbf8/?utm_source=ig_web_copy_link&amp;srtk=MzRlODBiNWFlZA</w:t>
        </w:r>
      </w:hyperlink>
      <w:r w:rsidRPr="004616A2">
        <w:rPr>
          <w:sz w:val="28"/>
          <w:szCs w:val="28"/>
          <w:lang w:val="kk-KZ"/>
        </w:rPr>
        <w:t>==</w:t>
      </w:r>
      <w:hyperlink r:id="rId308" w:history="1">
        <w:r w:rsidRPr="004616A2">
          <w:rPr>
            <w:rStyle w:val="ae"/>
            <w:sz w:val="28"/>
            <w:szCs w:val="28"/>
          </w:rPr>
          <w:t>https://www.instagram.com/reel/DGBagECMcRT/?utm_source=ig_web_copy_link&amp;psln=MzRlODBiNWFlZA==&amp;srtk=MzRlODBiNWFlZA</w:t>
        </w:r>
      </w:hyperlink>
      <w:r w:rsidRPr="004616A2">
        <w:rPr>
          <w:sz w:val="28"/>
          <w:szCs w:val="28"/>
          <w:lang w:val="kk-KZ"/>
        </w:rPr>
        <w:t>==</w:t>
      </w:r>
      <w:hyperlink r:id="rId309" w:history="1">
        <w:r w:rsidRPr="004616A2">
          <w:rPr>
            <w:rStyle w:val="ae"/>
            <w:sz w:val="28"/>
            <w:szCs w:val="28"/>
          </w:rPr>
          <w:t>https://www.instagram.com/p/DGCxY8Psfdw/?utm_source=ig_web_copy_link&amp;dlrf=MzRlODBiNWFlZA==&amp;srtk=MzRlODBiNWFlZA</w:t>
        </w:r>
      </w:hyperlink>
      <w:r w:rsidRPr="004616A2">
        <w:rPr>
          <w:sz w:val="28"/>
          <w:szCs w:val="28"/>
          <w:lang w:val="kk-KZ"/>
        </w:rPr>
        <w:t>==</w:t>
      </w:r>
      <w:hyperlink r:id="rId310" w:history="1">
        <w:r w:rsidRPr="004616A2">
          <w:rPr>
            <w:rStyle w:val="ae"/>
            <w:sz w:val="28"/>
            <w:szCs w:val="28"/>
          </w:rPr>
          <w:t>https://www.instagram.com/reel/DGCyXQXstIn/?utm_source=ig_web_copy_link&amp;psln=MzRlODBiNWFlZA==&amp;srtk=MzRlODBiNWFlZA</w:t>
        </w:r>
      </w:hyperlink>
      <w:r w:rsidRPr="004616A2">
        <w:rPr>
          <w:sz w:val="28"/>
          <w:szCs w:val="28"/>
          <w:lang w:val="kk-KZ"/>
        </w:rPr>
        <w:t>==</w:t>
      </w:r>
      <w:hyperlink r:id="rId311" w:history="1">
        <w:r w:rsidRPr="004616A2">
          <w:rPr>
            <w:rStyle w:val="ae"/>
            <w:sz w:val="28"/>
            <w:szCs w:val="28"/>
          </w:rPr>
          <w:t>https://www.instagram.com/p/DGDjOpsv3o/?utm_source=ig_web_copy_link&amp;dlrf=MzRlODBiNWFlZA==&amp;srtk=MzRlODBiNWFlZA</w:t>
        </w:r>
      </w:hyperlink>
      <w:r w:rsidRPr="004616A2">
        <w:rPr>
          <w:sz w:val="28"/>
          <w:szCs w:val="28"/>
          <w:lang w:val="kk-KZ"/>
        </w:rPr>
        <w:t>==</w:t>
      </w:r>
      <w:hyperlink r:id="rId312" w:history="1">
        <w:r w:rsidRPr="004616A2">
          <w:rPr>
            <w:rStyle w:val="ae"/>
            <w:sz w:val="28"/>
            <w:szCs w:val="28"/>
          </w:rPr>
          <w:t>https://www.instagram.com/p/DGKynHQsn8J/?utm_source=ig_web_copy_link&amp;srtk=MzRlODBiNWFlZA</w:t>
        </w:r>
      </w:hyperlink>
      <w:r w:rsidRPr="004616A2">
        <w:rPr>
          <w:sz w:val="28"/>
          <w:szCs w:val="28"/>
          <w:lang w:val="kk-KZ"/>
        </w:rPr>
        <w:t>==</w:t>
      </w:r>
      <w:hyperlink r:id="rId313" w:history="1">
        <w:r w:rsidRPr="004616A2">
          <w:rPr>
            <w:rStyle w:val="ae"/>
            <w:sz w:val="28"/>
            <w:szCs w:val="28"/>
          </w:rPr>
          <w:t>https://www.instagram.com/p/DGKytyHsZJ0/?utm_source=ig_web_copy_link&amp;obrf=MzRlODBiNWFlZA==&amp;srtk=MzRlODBiNWFlZA</w:t>
        </w:r>
      </w:hyperlink>
      <w:r w:rsidRPr="004616A2">
        <w:rPr>
          <w:sz w:val="28"/>
          <w:szCs w:val="28"/>
          <w:lang w:val="kk-KZ"/>
        </w:rPr>
        <w:t>==</w:t>
      </w:r>
      <w:hyperlink r:id="rId314" w:history="1">
        <w:r w:rsidRPr="004616A2">
          <w:rPr>
            <w:rStyle w:val="ae"/>
            <w:sz w:val="28"/>
            <w:szCs w:val="28"/>
          </w:rPr>
          <w:t>https://www.instagram.com/reel/DGLJ-1mMn01/?utm_source=ig_web_copy_link&amp;psln=MzRlODBiNWFlZA==&amp;srtk=MzRlODBiNWFlZA</w:t>
        </w:r>
      </w:hyperlink>
      <w:r w:rsidRPr="004616A2">
        <w:rPr>
          <w:sz w:val="28"/>
          <w:szCs w:val="28"/>
          <w:lang w:val="kk-KZ"/>
        </w:rPr>
        <w:t>==</w:t>
      </w:r>
      <w:hyperlink r:id="rId315" w:history="1">
        <w:r w:rsidRPr="004616A2">
          <w:rPr>
            <w:rStyle w:val="ae"/>
            <w:sz w:val="28"/>
            <w:szCs w:val="28"/>
          </w:rPr>
          <w:t>https://www.instagram.com/reel/DGNkXKRM-RB/?utm_source=ig_web_copy_link&amp;obrf=MzRlODBiNWFlZA==&amp;srtk=MzRlODBiNWFlZA</w:t>
        </w:r>
      </w:hyperlink>
      <w:r w:rsidRPr="004616A2">
        <w:rPr>
          <w:sz w:val="28"/>
          <w:szCs w:val="28"/>
          <w:lang w:val="kk-KZ"/>
        </w:rPr>
        <w:t>==</w:t>
      </w:r>
      <w:hyperlink r:id="rId316" w:history="1">
        <w:r w:rsidRPr="004616A2">
          <w:rPr>
            <w:rStyle w:val="ae"/>
            <w:sz w:val="28"/>
            <w:szCs w:val="28"/>
          </w:rPr>
          <w:t>https://www.instagram.com/reel/DGQs7juMLMX/?utm_source=ig_web_copy_link&amp;cplk=MzRlODBiNWFlZA==&amp;srtk=MzRlODBiNWFlZA</w:t>
        </w:r>
      </w:hyperlink>
      <w:r w:rsidRPr="004616A2">
        <w:rPr>
          <w:sz w:val="28"/>
          <w:szCs w:val="28"/>
          <w:lang w:val="kk-KZ"/>
        </w:rPr>
        <w:t>==</w:t>
      </w:r>
      <w:hyperlink r:id="rId317" w:history="1">
        <w:r w:rsidRPr="004616A2">
          <w:rPr>
            <w:rStyle w:val="ae"/>
            <w:sz w:val="28"/>
            <w:szCs w:val="28"/>
          </w:rPr>
          <w:t>https://www.instagram.com/p/DGcgPhusK73/?utm_source=ig_web_copy_link&amp;exln=MzRlODBiNWFlZA==&amp;srtk=MzRlODBiNWFlZA</w:t>
        </w:r>
      </w:hyperlink>
      <w:r w:rsidRPr="004616A2">
        <w:rPr>
          <w:sz w:val="28"/>
          <w:szCs w:val="28"/>
          <w:lang w:val="kk-KZ"/>
        </w:rPr>
        <w:t>==</w:t>
      </w:r>
      <w:hyperlink r:id="rId318" w:history="1">
        <w:r w:rsidRPr="004616A2">
          <w:rPr>
            <w:rStyle w:val="ae"/>
            <w:sz w:val="28"/>
            <w:szCs w:val="28"/>
          </w:rPr>
          <w:t>https://www.instagram.com/p/DGcgVBlM8bs/?utm_source=ig_web_copy_link&amp;exln=MzRlODBiNWFlZA==&amp;srtk=MzRlODBiNWFlZA</w:t>
        </w:r>
      </w:hyperlink>
      <w:r w:rsidRPr="004616A2">
        <w:rPr>
          <w:sz w:val="28"/>
          <w:szCs w:val="28"/>
        </w:rPr>
        <w:t>==</w:t>
      </w:r>
      <w:hyperlink r:id="rId319" w:history="1">
        <w:r w:rsidRPr="004616A2">
          <w:rPr>
            <w:rStyle w:val="ae"/>
            <w:sz w:val="28"/>
            <w:szCs w:val="28"/>
          </w:rPr>
          <w:t>https://www.instagram.com/reel/DGc5WLls1xO/?utm_source=ig_web_copy_link&amp;xtok=MzRlODBiNWFlZA==&amp;srtk=MzRlODBiNWFlZA</w:t>
        </w:r>
      </w:hyperlink>
      <w:r w:rsidRPr="004616A2">
        <w:rPr>
          <w:sz w:val="28"/>
          <w:szCs w:val="28"/>
        </w:rPr>
        <w:t>==</w:t>
      </w:r>
      <w:hyperlink r:id="rId320" w:history="1">
        <w:r w:rsidRPr="004616A2">
          <w:rPr>
            <w:rStyle w:val="ae"/>
            <w:sz w:val="28"/>
            <w:szCs w:val="28"/>
          </w:rPr>
          <w:t>https://www.instagram.com/p/DGdOMxSsk-k/?utm_source=ig_web_copy_link&amp;psln=MzRlODBiNWFlZA==&amp;srtk=MzRlODBiNWFlZA</w:t>
        </w:r>
      </w:hyperlink>
      <w:r w:rsidRPr="004616A2">
        <w:rPr>
          <w:sz w:val="28"/>
          <w:szCs w:val="28"/>
        </w:rPr>
        <w:t>==</w:t>
      </w:r>
      <w:hyperlink r:id="rId321" w:history="1">
        <w:r w:rsidRPr="004616A2">
          <w:rPr>
            <w:rStyle w:val="ae"/>
            <w:sz w:val="28"/>
            <w:szCs w:val="28"/>
          </w:rPr>
          <w:t>https://www.instagram.com/reel/DGh19leMnWY/?utm_source=ig_web_copy_link&amp;mdxt=MzRlODBiNWFlZA==&amp;srtk=MzRlODBiNWFlZA</w:t>
        </w:r>
      </w:hyperlink>
      <w:r w:rsidRPr="004616A2">
        <w:rPr>
          <w:sz w:val="28"/>
          <w:szCs w:val="28"/>
        </w:rPr>
        <w:t>==</w:t>
      </w:r>
      <w:hyperlink r:id="rId322" w:history="1">
        <w:r w:rsidRPr="004616A2">
          <w:rPr>
            <w:rStyle w:val="ae"/>
            <w:sz w:val="28"/>
            <w:szCs w:val="28"/>
          </w:rPr>
          <w:t>https://www.instagram.com/p/DGh2CP_shjv/?utm_source=ig_web_copy_link&amp;xtok=MzRlODBiNWFlZA==&amp;srtk=MzRlODBiNWFlZA</w:t>
        </w:r>
      </w:hyperlink>
      <w:r w:rsidRPr="004616A2">
        <w:rPr>
          <w:sz w:val="28"/>
          <w:szCs w:val="28"/>
        </w:rPr>
        <w:t>==</w:t>
      </w:r>
      <w:hyperlink r:id="rId323" w:history="1">
        <w:r w:rsidRPr="004616A2">
          <w:rPr>
            <w:rStyle w:val="ae"/>
            <w:sz w:val="28"/>
            <w:szCs w:val="28"/>
          </w:rPr>
          <w:t>https://www.instagram.com/p/DGiEzaysQgc/?utm_source=ig_web_copy_link&amp;psln=MzRlODBiNWFlZA==&amp;srtk=MzRlODBiNWFlZA</w:t>
        </w:r>
      </w:hyperlink>
      <w:r w:rsidRPr="004616A2">
        <w:rPr>
          <w:sz w:val="28"/>
          <w:szCs w:val="28"/>
        </w:rPr>
        <w:t>==</w:t>
      </w:r>
      <w:hyperlink r:id="rId324" w:history="1">
        <w:r w:rsidRPr="004616A2">
          <w:rPr>
            <w:rStyle w:val="ae"/>
            <w:sz w:val="28"/>
            <w:szCs w:val="28"/>
          </w:rPr>
          <w:t>https://www.instagram.com/reel/DGiSfJAsxZI/?utm_source=ig_web_copy_link&amp;srtk=MzRlODBiNWFlZA</w:t>
        </w:r>
      </w:hyperlink>
      <w:r w:rsidRPr="004616A2">
        <w:rPr>
          <w:sz w:val="28"/>
          <w:szCs w:val="28"/>
        </w:rPr>
        <w:t>==</w:t>
      </w:r>
      <w:hyperlink r:id="rId325" w:history="1">
        <w:r w:rsidRPr="004616A2">
          <w:rPr>
            <w:rStyle w:val="ae"/>
            <w:sz w:val="28"/>
            <w:szCs w:val="28"/>
          </w:rPr>
          <w:t>https://www.instagram.com/reel/DGior8Ls2Jc/?utm_source=ig_web_copy_link&amp;srtk=MzRlODBiNWFlZA</w:t>
        </w:r>
      </w:hyperlink>
      <w:r w:rsidRPr="004616A2">
        <w:rPr>
          <w:sz w:val="28"/>
          <w:szCs w:val="28"/>
        </w:rPr>
        <w:t>==</w:t>
      </w:r>
      <w:hyperlink r:id="rId326" w:history="1">
        <w:r w:rsidRPr="004616A2">
          <w:rPr>
            <w:rStyle w:val="ae"/>
            <w:sz w:val="28"/>
            <w:szCs w:val="28"/>
          </w:rPr>
          <w:t>https://www.instagram.com/p/DGio8ArMDKw/?utm_source=ig_web_copy_link&amp;vrfl=MzRlODBiNWFlZA==&amp;srtk=MzRlODBiNWFlZA</w:t>
        </w:r>
      </w:hyperlink>
      <w:r w:rsidRPr="004616A2">
        <w:rPr>
          <w:sz w:val="28"/>
          <w:szCs w:val="28"/>
        </w:rPr>
        <w:t>==</w:t>
      </w:r>
      <w:hyperlink r:id="rId327" w:history="1">
        <w:r w:rsidRPr="004616A2">
          <w:rPr>
            <w:rStyle w:val="ae"/>
            <w:sz w:val="28"/>
            <w:szCs w:val="28"/>
          </w:rPr>
          <w:t>https://www.instagram.com/reel/DGk-r47steS/?utm_source=ig_web_copy_link&amp;cplk=MzRlODBiNWFlZA==&amp;srtk=MzRlODBiNWFlZA</w:t>
        </w:r>
      </w:hyperlink>
      <w:r w:rsidRPr="004616A2">
        <w:rPr>
          <w:sz w:val="28"/>
          <w:szCs w:val="28"/>
        </w:rPr>
        <w:t>==</w:t>
      </w:r>
      <w:hyperlink r:id="rId328" w:history="1">
        <w:r w:rsidRPr="004616A2">
          <w:rPr>
            <w:rStyle w:val="ae"/>
            <w:sz w:val="28"/>
            <w:szCs w:val="28"/>
          </w:rPr>
          <w:t>https://www.instagram.com/p/DGm27utsxdN/?utm_source=ig_web_copy_link&amp;vrfl=MzRlODBiNWFlZA==&amp;srtk=MzRlODBiNWFlZA</w:t>
        </w:r>
      </w:hyperlink>
      <w:r w:rsidRPr="004616A2">
        <w:rPr>
          <w:sz w:val="28"/>
          <w:szCs w:val="28"/>
        </w:rPr>
        <w:t>==</w:t>
      </w:r>
      <w:hyperlink r:id="rId329" w:history="1">
        <w:r w:rsidRPr="004616A2">
          <w:rPr>
            <w:rStyle w:val="ae"/>
            <w:sz w:val="28"/>
            <w:szCs w:val="28"/>
          </w:rPr>
          <w:t>https://www.instagram.com/p/DGnXtiksKJU/?utm_source=ig_web_copy_link&amp;mdxt=MzRlODBiNWFlZA==&amp;srtk=MzRlODBiNWFlZA</w:t>
        </w:r>
      </w:hyperlink>
      <w:r w:rsidRPr="004616A2">
        <w:rPr>
          <w:sz w:val="28"/>
          <w:szCs w:val="28"/>
        </w:rPr>
        <w:t>==</w:t>
      </w:r>
      <w:hyperlink r:id="rId330" w:history="1">
        <w:r w:rsidRPr="004616A2">
          <w:rPr>
            <w:rStyle w:val="ae"/>
            <w:sz w:val="28"/>
            <w:szCs w:val="28"/>
          </w:rPr>
          <w:t>https://www.instagram.com/reel/DGp7dPqsXVQ/?utm_source=ig_web_copy_link&amp;psln=MzRlODBiNWFlZA==&amp;srtk=MzRlODBiNWFlZA</w:t>
        </w:r>
      </w:hyperlink>
      <w:r w:rsidRPr="004616A2">
        <w:rPr>
          <w:sz w:val="28"/>
          <w:szCs w:val="28"/>
        </w:rPr>
        <w:t>==</w:t>
      </w:r>
      <w:hyperlink r:id="rId331" w:history="1">
        <w:r w:rsidRPr="004616A2">
          <w:rPr>
            <w:rStyle w:val="ae"/>
            <w:sz w:val="28"/>
            <w:szCs w:val="28"/>
          </w:rPr>
          <w:t>https://www.instagram.com/reel/DGuk9yYMJKE/?utm_source=ig_web_copy_link&amp;dlrf=MzRlODBiNWFlZA==&amp;srtk=MzRlODBiNWFlZA</w:t>
        </w:r>
      </w:hyperlink>
      <w:r w:rsidRPr="004616A2">
        <w:rPr>
          <w:sz w:val="28"/>
          <w:szCs w:val="28"/>
        </w:rPr>
        <w:t>==</w:t>
      </w:r>
      <w:hyperlink r:id="rId332" w:history="1">
        <w:r w:rsidRPr="004616A2">
          <w:rPr>
            <w:rStyle w:val="ae"/>
            <w:sz w:val="28"/>
            <w:szCs w:val="28"/>
          </w:rPr>
          <w:t>https://www.instagram.com/p/DGulbzTMLkD/?utm_source=ig_web_copy_link&amp;obrf=MzRlODBiNWFlZA==&amp;srtk=MzRlODBiNWFlZA</w:t>
        </w:r>
      </w:hyperlink>
      <w:r w:rsidRPr="004616A2">
        <w:rPr>
          <w:sz w:val="28"/>
          <w:szCs w:val="28"/>
        </w:rPr>
        <w:t>==</w:t>
      </w:r>
      <w:hyperlink r:id="rId333" w:history="1">
        <w:r w:rsidRPr="004616A2">
          <w:rPr>
            <w:rStyle w:val="ae"/>
            <w:sz w:val="28"/>
            <w:szCs w:val="28"/>
          </w:rPr>
          <w:t>https://www.instagram.com/reel/DGvC5d2slw3/?utm_source=ig_web_copy_link&amp;rpxt=MzRlODBiNWFlZA==&amp;srtk=MzRlODBiNWFlZA</w:t>
        </w:r>
      </w:hyperlink>
      <w:r w:rsidRPr="004616A2">
        <w:rPr>
          <w:sz w:val="28"/>
          <w:szCs w:val="28"/>
        </w:rPr>
        <w:t>==</w:t>
      </w:r>
      <w:hyperlink r:id="rId334" w:history="1">
        <w:r w:rsidRPr="004616A2">
          <w:rPr>
            <w:rStyle w:val="ae"/>
            <w:sz w:val="28"/>
            <w:szCs w:val="28"/>
          </w:rPr>
          <w:t>https://www.instagram.com/reel/DGvDHRpshLJ/?utm_source=ig_web_copy_link&amp;mdxt=MzRlODBiNWFlZA==&amp;srtk=MzRlODBiNWFlZA</w:t>
        </w:r>
      </w:hyperlink>
      <w:r w:rsidRPr="004616A2">
        <w:rPr>
          <w:sz w:val="28"/>
          <w:szCs w:val="28"/>
        </w:rPr>
        <w:t>==</w:t>
      </w:r>
      <w:hyperlink r:id="rId335" w:history="1">
        <w:r w:rsidRPr="004616A2">
          <w:rPr>
            <w:rStyle w:val="ae"/>
            <w:sz w:val="28"/>
            <w:szCs w:val="28"/>
          </w:rPr>
          <w:t>https://www.instagram.com/p/DGxDsyatxVh/?utm_source=ig_web_copy_link&amp;</w:t>
        </w:r>
        <w:r w:rsidRPr="004616A2">
          <w:rPr>
            <w:rStyle w:val="ae"/>
            <w:sz w:val="28"/>
            <w:szCs w:val="28"/>
          </w:rPr>
          <w:lastRenderedPageBreak/>
          <w:t>psln=MzRlODBiNWFlZA==&amp;srtk=MzRlODBiNWFlZA</w:t>
        </w:r>
      </w:hyperlink>
      <w:r w:rsidRPr="004616A2">
        <w:rPr>
          <w:sz w:val="28"/>
          <w:szCs w:val="28"/>
        </w:rPr>
        <w:t>==</w:t>
      </w:r>
      <w:hyperlink r:id="rId336" w:history="1">
        <w:r w:rsidRPr="004616A2">
          <w:rPr>
            <w:rStyle w:val="ae"/>
            <w:sz w:val="28"/>
            <w:szCs w:val="28"/>
          </w:rPr>
          <w:t>https://www.instagram.com/reel/DGxAE_NtJ8B/?utm_source=ig_web_copy_link&amp;psln=MzRlODBiNWFlZA==&amp;srtk=MzRlODBiNWFlZA</w:t>
        </w:r>
      </w:hyperlink>
      <w:r w:rsidRPr="004616A2">
        <w:rPr>
          <w:sz w:val="28"/>
          <w:szCs w:val="28"/>
        </w:rPr>
        <w:t>==</w:t>
      </w:r>
      <w:hyperlink r:id="rId337" w:history="1">
        <w:r w:rsidRPr="004616A2">
          <w:rPr>
            <w:rStyle w:val="ae"/>
            <w:sz w:val="28"/>
            <w:szCs w:val="28"/>
          </w:rPr>
          <w:t>https://www.instagram.com/reel/DGw_yCitu_K/?utm_source=ig_web_copy_link&amp;exln=MzRlODBiNWFlZA==&amp;srtk=MzRlODBiNWFlZA</w:t>
        </w:r>
      </w:hyperlink>
      <w:r w:rsidRPr="004616A2">
        <w:rPr>
          <w:sz w:val="28"/>
          <w:szCs w:val="28"/>
        </w:rPr>
        <w:t>==</w:t>
      </w:r>
      <w:hyperlink r:id="rId338" w:history="1">
        <w:r w:rsidRPr="004616A2">
          <w:rPr>
            <w:rStyle w:val="ae"/>
            <w:sz w:val="28"/>
            <w:szCs w:val="28"/>
          </w:rPr>
          <w:t>https://www.instagram.com/reel/DG04oqKsqTI/?utm_source=ig_web_copy_link&amp;exln=MzRlODBiNWFlZA==&amp;srtk=MzRlODBiNWFlZA</w:t>
        </w:r>
      </w:hyperlink>
      <w:r w:rsidRPr="004616A2">
        <w:rPr>
          <w:sz w:val="28"/>
          <w:szCs w:val="28"/>
        </w:rPr>
        <w:t>==</w:t>
      </w:r>
      <w:hyperlink r:id="rId339" w:history="1">
        <w:r w:rsidRPr="004616A2">
          <w:rPr>
            <w:rStyle w:val="ae"/>
            <w:sz w:val="28"/>
            <w:szCs w:val="28"/>
          </w:rPr>
          <w:t>https://www.instagram.com/reel/DG2HHkWoshq/?utm_source=ig_web_copy_link&amp;cplk=MzRlODBiNWFlZA==&amp;srtk=MzRlODBiNWFlZA</w:t>
        </w:r>
      </w:hyperlink>
      <w:r w:rsidRPr="004616A2">
        <w:rPr>
          <w:sz w:val="28"/>
          <w:szCs w:val="28"/>
        </w:rPr>
        <w:t>==</w:t>
      </w:r>
      <w:hyperlink r:id="rId340" w:history="1">
        <w:r w:rsidRPr="004616A2">
          <w:rPr>
            <w:rStyle w:val="ae"/>
            <w:sz w:val="28"/>
            <w:szCs w:val="28"/>
          </w:rPr>
          <w:t>https://www.instagram.com/reel/DG2TqCuMzBU/?utm_source=ig_web_copy_link&amp;exln=MzRlODBiNWFlZA==&amp;srtk=MzRlODBiNWFlZA</w:t>
        </w:r>
      </w:hyperlink>
      <w:r w:rsidRPr="004616A2">
        <w:rPr>
          <w:sz w:val="28"/>
          <w:szCs w:val="28"/>
        </w:rPr>
        <w:t>==</w:t>
      </w:r>
      <w:hyperlink r:id="rId341" w:history="1">
        <w:r w:rsidRPr="004616A2">
          <w:rPr>
            <w:rStyle w:val="ae"/>
            <w:sz w:val="28"/>
            <w:szCs w:val="28"/>
          </w:rPr>
          <w:t>https://www.instagram.com/p/DG42VLGseQS/?utm_source=ig_web_copy_link&amp;vrfl=MzRlODBiNWFlZA==&amp;srtk=MzRlODBiNWFlZA</w:t>
        </w:r>
      </w:hyperlink>
      <w:r w:rsidRPr="004616A2">
        <w:rPr>
          <w:sz w:val="28"/>
          <w:szCs w:val="28"/>
        </w:rPr>
        <w:t>==</w:t>
      </w:r>
      <w:hyperlink r:id="rId342" w:history="1">
        <w:r w:rsidRPr="004616A2">
          <w:rPr>
            <w:rStyle w:val="ae"/>
            <w:sz w:val="28"/>
            <w:szCs w:val="28"/>
          </w:rPr>
          <w:t>https://www.instagram.com/reel/DG42ERDsDHz/?utm_source=ig_web_copy_link&amp;mdxt=MzRlODBiNWFlZA==&amp;srtk=MzRlODBiNWFlZA</w:t>
        </w:r>
      </w:hyperlink>
      <w:r w:rsidRPr="004616A2">
        <w:rPr>
          <w:sz w:val="28"/>
          <w:szCs w:val="28"/>
        </w:rPr>
        <w:t>==</w:t>
      </w:r>
      <w:hyperlink r:id="rId343" w:history="1">
        <w:r w:rsidRPr="004616A2">
          <w:rPr>
            <w:rStyle w:val="ae"/>
            <w:sz w:val="28"/>
            <w:szCs w:val="28"/>
          </w:rPr>
          <w:t>https://www.instagram.com/reel/DG42JF5ML_V/?utm_source=ig_web_copy_link&amp;xtok=MzRlODBiNWFlZA==&amp;srtk=MzRlODBiNWFlZA</w:t>
        </w:r>
      </w:hyperlink>
      <w:r w:rsidRPr="004616A2">
        <w:rPr>
          <w:sz w:val="28"/>
          <w:szCs w:val="28"/>
        </w:rPr>
        <w:t>==</w:t>
      </w:r>
      <w:hyperlink r:id="rId344" w:history="1">
        <w:r w:rsidRPr="004616A2">
          <w:rPr>
            <w:rStyle w:val="ae"/>
            <w:sz w:val="28"/>
            <w:szCs w:val="28"/>
          </w:rPr>
          <w:t>https://www.instagram.com/reel/DG42Y67MdP2/?utm_source=ig_web_copy_link&amp;vrfl=MzRlODBiNWFlZA==&amp;srtk=MzRlODBiNWFlZA</w:t>
        </w:r>
      </w:hyperlink>
      <w:r w:rsidRPr="004616A2">
        <w:rPr>
          <w:sz w:val="28"/>
          <w:szCs w:val="28"/>
        </w:rPr>
        <w:t>==</w:t>
      </w:r>
      <w:hyperlink r:id="rId345" w:history="1">
        <w:r w:rsidRPr="004616A2">
          <w:rPr>
            <w:rStyle w:val="ae"/>
            <w:sz w:val="28"/>
            <w:szCs w:val="28"/>
          </w:rPr>
          <w:t>https://www.instagram.com/reel/DG42TBhsUuc/?utm_source=ig_web_copy_link&amp;exln=MzRlODBiNWFlZA==&amp;srtk=MzRlODBiNWFlZA</w:t>
        </w:r>
      </w:hyperlink>
      <w:r w:rsidRPr="004616A2">
        <w:rPr>
          <w:sz w:val="28"/>
          <w:szCs w:val="28"/>
        </w:rPr>
        <w:t>==</w:t>
      </w:r>
      <w:hyperlink r:id="rId346" w:history="1">
        <w:r w:rsidRPr="004616A2">
          <w:rPr>
            <w:rStyle w:val="ae"/>
            <w:sz w:val="28"/>
            <w:szCs w:val="28"/>
          </w:rPr>
          <w:t>https://www.instagram.com/p/DG42y39MsR3/?utm_source=ig_web_copy_link&amp;srtk=MzRlODBiNWFlZA</w:t>
        </w:r>
      </w:hyperlink>
      <w:r w:rsidRPr="004616A2">
        <w:rPr>
          <w:sz w:val="28"/>
          <w:szCs w:val="28"/>
        </w:rPr>
        <w:t>==</w:t>
      </w:r>
      <w:hyperlink r:id="rId347" w:history="1">
        <w:r w:rsidRPr="004616A2">
          <w:rPr>
            <w:rStyle w:val="ae"/>
            <w:sz w:val="28"/>
            <w:szCs w:val="28"/>
          </w:rPr>
          <w:t>https://www.instagram.com/reel/DG5VEYKMquG/?utm_source=ig_web_copy_link&amp;vrfl=MzRlODBiNWFlZA==&amp;srtk=MzRlODBiNWFlZA</w:t>
        </w:r>
      </w:hyperlink>
      <w:r w:rsidRPr="004616A2">
        <w:rPr>
          <w:sz w:val="28"/>
          <w:szCs w:val="28"/>
        </w:rPr>
        <w:t>==</w:t>
      </w:r>
      <w:hyperlink r:id="rId348" w:history="1">
        <w:r w:rsidRPr="004616A2">
          <w:rPr>
            <w:rStyle w:val="ae"/>
            <w:sz w:val="28"/>
            <w:szCs w:val="28"/>
          </w:rPr>
          <w:t>https://www.instagram.com/reel/DHINEx-t1y5/?utm_source=ig_web_copy_link&amp;vrfl=MzRlODBiNWFlZA==&amp;srtk=MzRlODBiNWFlZA</w:t>
        </w:r>
      </w:hyperlink>
      <w:r w:rsidRPr="004616A2">
        <w:rPr>
          <w:sz w:val="28"/>
          <w:szCs w:val="28"/>
        </w:rPr>
        <w:t>==</w:t>
      </w:r>
      <w:hyperlink r:id="rId349" w:history="1">
        <w:r w:rsidRPr="004616A2">
          <w:rPr>
            <w:rStyle w:val="ae"/>
            <w:sz w:val="28"/>
            <w:szCs w:val="28"/>
          </w:rPr>
          <w:t>https://www.instagram.com/p/DHIVOv0MLyz/?utm_source=ig_web_copy_link&amp;vrfl=MzRlODBiNWFlZA==&amp;srtk=MzRlODBiNWFlZA</w:t>
        </w:r>
      </w:hyperlink>
      <w:r w:rsidRPr="004616A2">
        <w:rPr>
          <w:sz w:val="28"/>
          <w:szCs w:val="28"/>
        </w:rPr>
        <w:t>==</w:t>
      </w:r>
      <w:hyperlink r:id="rId350" w:history="1">
        <w:r w:rsidRPr="004616A2">
          <w:rPr>
            <w:rStyle w:val="ae"/>
            <w:sz w:val="28"/>
            <w:szCs w:val="28"/>
          </w:rPr>
          <w:t>https://www.instagram.com/p/DHIVRSBMQPe/?utm_source=ig_web_copy_link&amp;dlrf=MzRlODBiNWFlZA==&amp;srtk=MzRlODBiNWFlZA</w:t>
        </w:r>
      </w:hyperlink>
      <w:r w:rsidRPr="004616A2">
        <w:rPr>
          <w:sz w:val="28"/>
          <w:szCs w:val="28"/>
        </w:rPr>
        <w:t>==</w:t>
      </w:r>
      <w:hyperlink r:id="rId351" w:history="1">
        <w:r w:rsidRPr="004616A2">
          <w:rPr>
            <w:rStyle w:val="ae"/>
            <w:sz w:val="28"/>
            <w:szCs w:val="28"/>
          </w:rPr>
          <w:t>https://www.instagram.com/reel/DHIZLgSs9pT/?utm_source=ig_web_copy_link&amp;psln=MzRlODBiNWFlZA==&amp;srtk=MzRlODBiNWFlZA</w:t>
        </w:r>
      </w:hyperlink>
      <w:r w:rsidRPr="004616A2">
        <w:rPr>
          <w:sz w:val="28"/>
          <w:szCs w:val="28"/>
        </w:rPr>
        <w:t>==</w:t>
      </w:r>
      <w:hyperlink r:id="rId352" w:history="1">
        <w:r w:rsidRPr="004616A2">
          <w:rPr>
            <w:rStyle w:val="ae"/>
            <w:sz w:val="28"/>
            <w:szCs w:val="28"/>
          </w:rPr>
          <w:t>https://www.instagram.com/reel/DHIe0hAMsjh/?utm_source=ig_web_copy_link&amp;obrf=MzRlODBiNWFlZA==&amp;srtk=MzRlODBiNWFlZA</w:t>
        </w:r>
      </w:hyperlink>
      <w:r w:rsidRPr="004616A2">
        <w:rPr>
          <w:sz w:val="28"/>
          <w:szCs w:val="28"/>
        </w:rPr>
        <w:t>==</w:t>
      </w:r>
      <w:hyperlink r:id="rId353" w:history="1">
        <w:r w:rsidRPr="004616A2">
          <w:rPr>
            <w:rStyle w:val="ae"/>
            <w:sz w:val="28"/>
            <w:szCs w:val="28"/>
          </w:rPr>
          <w:t>https://www.instagram.com/reel/DHIiZrcsIP/?utm_source=ig_web_copy_link&amp;psln=MzRlODBiNWFlZA==&amp;srtk=MzRlODBiNWFlZA</w:t>
        </w:r>
      </w:hyperlink>
      <w:r w:rsidRPr="004616A2">
        <w:rPr>
          <w:sz w:val="28"/>
          <w:szCs w:val="28"/>
        </w:rPr>
        <w:t>==</w:t>
      </w:r>
      <w:hyperlink r:id="rId354" w:history="1">
        <w:r w:rsidRPr="004616A2">
          <w:rPr>
            <w:rStyle w:val="ae"/>
            <w:sz w:val="28"/>
            <w:szCs w:val="28"/>
          </w:rPr>
          <w:t>https://www.instagram.com/reel/DHIzWaosVGn/?utm_source=ig_web_copy_link&amp;exln=MzRlODBiNWFlZA==&amp;srtk=MzRlODBiNWFlZA</w:t>
        </w:r>
      </w:hyperlink>
      <w:r w:rsidRPr="004616A2">
        <w:rPr>
          <w:sz w:val="28"/>
          <w:szCs w:val="28"/>
        </w:rPr>
        <w:t>==</w:t>
      </w:r>
      <w:hyperlink r:id="rId355" w:history="1">
        <w:r w:rsidRPr="004616A2">
          <w:rPr>
            <w:rStyle w:val="ae"/>
            <w:sz w:val="28"/>
            <w:szCs w:val="28"/>
          </w:rPr>
          <w:t>https://www.instagram.com/p/DHJDH3MYpi/?utm_source=ig_web_copy_link&amp;xtok=MzRlODBiNWFlZA==&amp;srtk=MzRlODBiNWFlZA</w:t>
        </w:r>
      </w:hyperlink>
      <w:r w:rsidRPr="004616A2">
        <w:rPr>
          <w:sz w:val="28"/>
          <w:szCs w:val="28"/>
        </w:rPr>
        <w:t>==</w:t>
      </w:r>
      <w:hyperlink r:id="rId356" w:history="1">
        <w:r w:rsidRPr="004616A2">
          <w:rPr>
            <w:rStyle w:val="ae"/>
            <w:sz w:val="28"/>
            <w:szCs w:val="28"/>
          </w:rPr>
          <w:t>https://www.instagram.com/reel/DHLe_7xMaHf/?utm_source=ig_web_copy_link&amp;srtk=MzRlODBiNWFlZA</w:t>
        </w:r>
      </w:hyperlink>
      <w:r w:rsidRPr="004616A2">
        <w:rPr>
          <w:sz w:val="28"/>
          <w:szCs w:val="28"/>
        </w:rPr>
        <w:t>==</w:t>
      </w:r>
      <w:hyperlink r:id="rId357" w:history="1">
        <w:r w:rsidRPr="004616A2">
          <w:rPr>
            <w:rStyle w:val="ae"/>
            <w:sz w:val="28"/>
            <w:szCs w:val="28"/>
          </w:rPr>
          <w:t>https://www.instagram.com/reel/DHLfGB1sZPN/?utm_source=ig_web_copy_link&amp;xtok=MzRlODBiNWFlZA==&amp;srtk=MzRlODBiNWFlZA</w:t>
        </w:r>
      </w:hyperlink>
      <w:r w:rsidRPr="004616A2">
        <w:rPr>
          <w:sz w:val="28"/>
          <w:szCs w:val="28"/>
        </w:rPr>
        <w:t>==</w:t>
      </w:r>
      <w:hyperlink r:id="rId358" w:history="1">
        <w:r w:rsidRPr="004616A2">
          <w:rPr>
            <w:rStyle w:val="ae"/>
            <w:sz w:val="28"/>
            <w:szCs w:val="28"/>
          </w:rPr>
          <w:t>https://www.instagram.com/reel/DHLpw11NYpe/?utm_source=ig_web_copy_link&amp;mdxt=MzRlODBiNWFlZA==&amp;srtk=MzRlODBiNWFlZA</w:t>
        </w:r>
      </w:hyperlink>
      <w:r w:rsidRPr="004616A2">
        <w:rPr>
          <w:sz w:val="28"/>
          <w:szCs w:val="28"/>
        </w:rPr>
        <w:t>==</w:t>
      </w:r>
      <w:hyperlink r:id="rId359" w:history="1">
        <w:r w:rsidRPr="004616A2">
          <w:rPr>
            <w:rStyle w:val="ae"/>
            <w:sz w:val="28"/>
            <w:szCs w:val="28"/>
          </w:rPr>
          <w:t>https://www.instagram.com/reel/DHMCG8osW2P/?utm_source=ig_web_copy_link&amp;rpxt=MzRlODBiNWFlZA==&amp;srtk=MzRlODBiNWFlZA</w:t>
        </w:r>
      </w:hyperlink>
      <w:r w:rsidRPr="004616A2">
        <w:rPr>
          <w:sz w:val="28"/>
          <w:szCs w:val="28"/>
        </w:rPr>
        <w:t>==</w:t>
      </w:r>
      <w:hyperlink r:id="rId360" w:history="1">
        <w:r w:rsidRPr="004616A2">
          <w:rPr>
            <w:rStyle w:val="ae"/>
            <w:sz w:val="28"/>
            <w:szCs w:val="28"/>
          </w:rPr>
          <w:t>https://www.instagram.com/p/DHS8XEuMO5X/?utm_source=ig_web_copy_link&amp;srtk=MzRlODBiNWFlZA</w:t>
        </w:r>
      </w:hyperlink>
      <w:r w:rsidRPr="004616A2">
        <w:rPr>
          <w:sz w:val="28"/>
          <w:szCs w:val="28"/>
        </w:rPr>
        <w:t>==</w:t>
      </w:r>
      <w:hyperlink r:id="rId361" w:history="1">
        <w:r w:rsidRPr="004616A2">
          <w:rPr>
            <w:rStyle w:val="ae"/>
            <w:sz w:val="28"/>
            <w:szCs w:val="28"/>
          </w:rPr>
          <w:t>https://www.instagram.com/p/DHS87RRsYgr/?utm_source=ig_web_copy_link&amp;mdxt=MzRlODBiNWFlZA==&amp;srtk=MzRlODBiNWFlZA</w:t>
        </w:r>
      </w:hyperlink>
      <w:r w:rsidRPr="004616A2">
        <w:rPr>
          <w:sz w:val="28"/>
          <w:szCs w:val="28"/>
        </w:rPr>
        <w:t>==</w:t>
      </w:r>
      <w:hyperlink r:id="rId362" w:history="1">
        <w:r w:rsidRPr="004616A2">
          <w:rPr>
            <w:rStyle w:val="ae"/>
            <w:sz w:val="28"/>
            <w:szCs w:val="28"/>
          </w:rPr>
          <w:t>https://www.instagram.com/reel/DHTmycxIgfj/?utm_source=ig_web_copy_link&amp;vrfl=MzRlODBiNWFlZA==&amp;srtk=MzRlODBiNWFlZA</w:t>
        </w:r>
      </w:hyperlink>
      <w:r w:rsidRPr="004616A2">
        <w:rPr>
          <w:sz w:val="28"/>
          <w:szCs w:val="28"/>
        </w:rPr>
        <w:t>==</w:t>
      </w:r>
      <w:hyperlink r:id="rId363" w:history="1">
        <w:r w:rsidRPr="004616A2">
          <w:rPr>
            <w:rStyle w:val="ae"/>
            <w:sz w:val="28"/>
            <w:szCs w:val="28"/>
          </w:rPr>
          <w:t>https://www.instagram.com/reel/DHTyZFsogxi/?utm_source=ig_web_copy_link&amp;psln=MzRlODBiNWFlZA==&amp;srtk=MzRlODBiNWFlZA</w:t>
        </w:r>
      </w:hyperlink>
      <w:r w:rsidRPr="004616A2">
        <w:rPr>
          <w:sz w:val="28"/>
          <w:szCs w:val="28"/>
        </w:rPr>
        <w:t>==</w:t>
      </w:r>
      <w:hyperlink r:id="rId364" w:history="1">
        <w:r w:rsidRPr="004616A2">
          <w:rPr>
            <w:rStyle w:val="ae"/>
            <w:sz w:val="28"/>
            <w:szCs w:val="28"/>
          </w:rPr>
          <w:t>https://www.instagram.com/p/DHTysumoJBj/?utm_source=ig_web_copy_link&amp;dlrf=MzRlODBiNWFlZA==&amp;srtk=MzRlODBiNWFlZA</w:t>
        </w:r>
      </w:hyperlink>
      <w:r w:rsidRPr="004616A2">
        <w:rPr>
          <w:sz w:val="28"/>
          <w:szCs w:val="28"/>
        </w:rPr>
        <w:t>==</w:t>
      </w:r>
      <w:hyperlink r:id="rId365" w:history="1">
        <w:r w:rsidRPr="004616A2">
          <w:rPr>
            <w:rStyle w:val="ae"/>
            <w:sz w:val="28"/>
            <w:szCs w:val="28"/>
          </w:rPr>
          <w:t>https://www.instagram.com/reel/DHTynHX</w:t>
        </w:r>
        <w:r w:rsidRPr="004616A2">
          <w:rPr>
            <w:rStyle w:val="ae"/>
            <w:sz w:val="28"/>
            <w:szCs w:val="28"/>
          </w:rPr>
          <w:lastRenderedPageBreak/>
          <w:t>Igll/?utm_source=ig_web_copy_link&amp;psln=MzRlODBiNWFlZA==&amp;srtk=MzRlODBiNWFlZA</w:t>
        </w:r>
      </w:hyperlink>
      <w:r w:rsidRPr="004616A2">
        <w:rPr>
          <w:sz w:val="28"/>
          <w:szCs w:val="28"/>
        </w:rPr>
        <w:t>==</w:t>
      </w:r>
      <w:hyperlink r:id="rId366" w:history="1">
        <w:r w:rsidRPr="004616A2">
          <w:rPr>
            <w:rStyle w:val="ae"/>
            <w:sz w:val="28"/>
            <w:szCs w:val="28"/>
          </w:rPr>
          <w:t>https://www.instagram.com/p/DHTyxycI6Ei/?utm_source=ig_web_copy_link&amp;obrf=MzRlODBiNWFlZA==&amp;srtk=MzRlODBiNWFlZA</w:t>
        </w:r>
      </w:hyperlink>
      <w:r w:rsidRPr="004616A2">
        <w:rPr>
          <w:sz w:val="28"/>
          <w:szCs w:val="28"/>
        </w:rPr>
        <w:t>==</w:t>
      </w:r>
      <w:hyperlink r:id="rId367" w:history="1">
        <w:r w:rsidRPr="004616A2">
          <w:rPr>
            <w:rStyle w:val="ae"/>
            <w:sz w:val="28"/>
            <w:szCs w:val="28"/>
          </w:rPr>
          <w:t>https://www.instagram.com/reel/DHWKYiHIjap/?utm_source=ig_web_copy_link&amp;rpxt=MzRlODBiNWFlZA==&amp;srtk=MzRlODBiNWFlZA</w:t>
        </w:r>
      </w:hyperlink>
      <w:r w:rsidRPr="004616A2">
        <w:rPr>
          <w:sz w:val="28"/>
          <w:szCs w:val="28"/>
        </w:rPr>
        <w:t>==</w:t>
      </w:r>
      <w:hyperlink r:id="rId368" w:history="1">
        <w:r w:rsidRPr="004616A2">
          <w:rPr>
            <w:rStyle w:val="ae"/>
            <w:sz w:val="28"/>
            <w:szCs w:val="28"/>
          </w:rPr>
          <w:t>https://www.instagram.com/reel/DHWLrIuo6j_/?utm_source=ig_web_copy_link&amp;exln=MzRlODBiNWFlZA==&amp;srtk=MzRlODBiNWFlZA</w:t>
        </w:r>
      </w:hyperlink>
      <w:r w:rsidRPr="004616A2">
        <w:rPr>
          <w:sz w:val="28"/>
          <w:szCs w:val="28"/>
        </w:rPr>
        <w:t>==</w:t>
      </w:r>
      <w:hyperlink r:id="rId369" w:history="1">
        <w:r w:rsidRPr="004616A2">
          <w:rPr>
            <w:rStyle w:val="ae"/>
            <w:sz w:val="28"/>
            <w:szCs w:val="28"/>
          </w:rPr>
          <w:t>https://www.instagram.com/reel/DHXuZgNsXgb/?utm_source=ig_web_copy_link&amp;dlrf=MzRlODBiNWFlZA==&amp;srtk=MzRlODBiNWFlZA</w:t>
        </w:r>
      </w:hyperlink>
      <w:r w:rsidRPr="004616A2">
        <w:rPr>
          <w:sz w:val="28"/>
          <w:szCs w:val="28"/>
        </w:rPr>
        <w:t>==</w:t>
      </w:r>
      <w:hyperlink r:id="rId370" w:history="1">
        <w:r w:rsidRPr="004616A2">
          <w:rPr>
            <w:rStyle w:val="ae"/>
            <w:sz w:val="28"/>
            <w:szCs w:val="28"/>
          </w:rPr>
          <w:t>https://www.instagram.com/reel/DHYJOb2OaH/?utm_source=ig_web_copy_link&amp;xtok=MzRlODBiNWFlZA==&amp;srtk=MzRlODBiNWFlZA</w:t>
        </w:r>
      </w:hyperlink>
      <w:r w:rsidRPr="004616A2">
        <w:rPr>
          <w:sz w:val="28"/>
          <w:szCs w:val="28"/>
        </w:rPr>
        <w:t>==</w:t>
      </w:r>
      <w:hyperlink r:id="rId371" w:history="1">
        <w:r w:rsidRPr="004616A2">
          <w:rPr>
            <w:rStyle w:val="ae"/>
            <w:sz w:val="28"/>
            <w:szCs w:val="28"/>
          </w:rPr>
          <w:t>https://www.instagram.com/reel/DHYmPQptSEn/?utm_source=ig_web_copy_link&amp;exln=MzRlODBiNWFlZA==&amp;srtk=MzRlODBiNWFlZA</w:t>
        </w:r>
      </w:hyperlink>
      <w:r w:rsidRPr="004616A2">
        <w:rPr>
          <w:sz w:val="28"/>
          <w:szCs w:val="28"/>
        </w:rPr>
        <w:t>==</w:t>
      </w:r>
      <w:hyperlink r:id="rId372" w:history="1">
        <w:r w:rsidRPr="004616A2">
          <w:rPr>
            <w:rStyle w:val="ae"/>
            <w:sz w:val="28"/>
            <w:szCs w:val="28"/>
          </w:rPr>
          <w:t>https://www.instagram.com/reel/DHaOSHKNjOp/?utm_source=ig_web_copy_link&amp;rpxt=MzRlODBiNWFlZA==&amp;srtk=MzRlODBiNWFlZA</w:t>
        </w:r>
      </w:hyperlink>
      <w:r w:rsidRPr="004616A2">
        <w:rPr>
          <w:sz w:val="28"/>
          <w:szCs w:val="28"/>
        </w:rPr>
        <w:t>==</w:t>
      </w:r>
      <w:hyperlink r:id="rId373" w:history="1">
        <w:r w:rsidRPr="004616A2">
          <w:rPr>
            <w:rStyle w:val="ae"/>
            <w:sz w:val="28"/>
            <w:szCs w:val="28"/>
          </w:rPr>
          <w:t>https://www.instagram.com/p/DHaYx0dMxDR/?utm_source=ig_web_copy_link&amp;exln=MzRlODBiNWFlZA==&amp;srtk=MzRlODBiNWFlZA</w:t>
        </w:r>
      </w:hyperlink>
      <w:r w:rsidRPr="004616A2">
        <w:rPr>
          <w:sz w:val="28"/>
          <w:szCs w:val="28"/>
        </w:rPr>
        <w:t>==</w:t>
      </w:r>
      <w:hyperlink r:id="rId374" w:history="1">
        <w:r w:rsidRPr="004616A2">
          <w:rPr>
            <w:rStyle w:val="ae"/>
            <w:sz w:val="28"/>
            <w:szCs w:val="28"/>
          </w:rPr>
          <w:t>https://www.instagram.com/reel/DHaaYZssoog/?utm_source=ig_web_copy_link&amp;rpxt=MzRlODBiNWFlZA==&amp;srtk=MzRlODBiNWFlZA</w:t>
        </w:r>
      </w:hyperlink>
      <w:r w:rsidRPr="004616A2">
        <w:rPr>
          <w:sz w:val="28"/>
          <w:szCs w:val="28"/>
        </w:rPr>
        <w:t>==</w:t>
      </w:r>
      <w:hyperlink r:id="rId375" w:history="1">
        <w:r w:rsidRPr="004616A2">
          <w:rPr>
            <w:rStyle w:val="ae"/>
            <w:sz w:val="28"/>
            <w:szCs w:val="28"/>
          </w:rPr>
          <w:t>https://www.instagram.com/p/DHbxEICMlG4/?utm_source=ig_web_copy_link&amp;dlrf=MzRlODBiNWFlZA==&amp;srtk=MzRlODBiNWFlZA</w:t>
        </w:r>
      </w:hyperlink>
      <w:r w:rsidRPr="004616A2">
        <w:rPr>
          <w:sz w:val="28"/>
          <w:szCs w:val="28"/>
        </w:rPr>
        <w:t>==</w:t>
      </w:r>
      <w:hyperlink r:id="rId376" w:history="1">
        <w:r w:rsidRPr="004616A2">
          <w:rPr>
            <w:rStyle w:val="ae"/>
            <w:sz w:val="28"/>
            <w:szCs w:val="28"/>
          </w:rPr>
          <w:t>https://www.instagram.com/reel/DHbxlO5Mr9E/?utm_source=ig_web_copy_link&amp;mdxt=MzRlODBiNWFlZA==&amp;srtk=MzRlODBiNWFlZA</w:t>
        </w:r>
      </w:hyperlink>
      <w:r w:rsidRPr="004616A2">
        <w:rPr>
          <w:sz w:val="28"/>
          <w:szCs w:val="28"/>
        </w:rPr>
        <w:t>==</w:t>
      </w:r>
      <w:hyperlink r:id="rId377" w:history="1">
        <w:r w:rsidRPr="004616A2">
          <w:rPr>
            <w:rStyle w:val="ae"/>
            <w:sz w:val="28"/>
            <w:szCs w:val="28"/>
          </w:rPr>
          <w:t>https://www.instagram.com/reel/DHbxuWrsYnd/?utm_source=ig_web_copy_link&amp;vrfl=MzRlODBiNWFlZA==&amp;srtk=MzRlODBiNWFlZA</w:t>
        </w:r>
      </w:hyperlink>
      <w:r w:rsidRPr="004616A2">
        <w:rPr>
          <w:sz w:val="28"/>
          <w:szCs w:val="28"/>
        </w:rPr>
        <w:t>==</w:t>
      </w:r>
      <w:hyperlink r:id="rId378" w:history="1">
        <w:r w:rsidRPr="004616A2">
          <w:rPr>
            <w:rStyle w:val="ae"/>
            <w:sz w:val="28"/>
            <w:szCs w:val="28"/>
          </w:rPr>
          <w:t>https://www.instagram.com/reel/DHjKgQ1sWG3/?utm_source=ig_web_copy_link&amp;exln=MzRlODBiNWFlZA==&amp;srtk=MzRlODBiNWFlZA</w:t>
        </w:r>
      </w:hyperlink>
      <w:r w:rsidRPr="004616A2">
        <w:rPr>
          <w:sz w:val="28"/>
          <w:szCs w:val="28"/>
        </w:rPr>
        <w:t>==</w:t>
      </w:r>
      <w:hyperlink r:id="rId379" w:history="1">
        <w:r w:rsidRPr="004616A2">
          <w:rPr>
            <w:rStyle w:val="ae"/>
            <w:sz w:val="28"/>
            <w:szCs w:val="28"/>
          </w:rPr>
          <w:t>https://www.instagram.com/p/DIImvF6MAo-/?utm_source=ig_web_copy_link&amp;cplk=MzRlODBiNWFlZA==&amp;srtk=MzRlODBiNWFlZA</w:t>
        </w:r>
      </w:hyperlink>
      <w:r w:rsidRPr="004616A2">
        <w:rPr>
          <w:sz w:val="28"/>
          <w:szCs w:val="28"/>
        </w:rPr>
        <w:t>==</w:t>
      </w:r>
      <w:hyperlink r:id="rId380" w:history="1">
        <w:r w:rsidRPr="004616A2">
          <w:rPr>
            <w:rStyle w:val="ae"/>
            <w:sz w:val="28"/>
            <w:szCs w:val="28"/>
          </w:rPr>
          <w:t>https://www.instagram.com/reel/DIImxsDsVLK/?utm_source=ig_web_copy_link&amp;rpxt=MzRlODBiNWFlZA==&amp;srtk=MzRlODBiNWFlZA</w:t>
        </w:r>
      </w:hyperlink>
      <w:r w:rsidRPr="004616A2">
        <w:rPr>
          <w:sz w:val="28"/>
          <w:szCs w:val="28"/>
        </w:rPr>
        <w:t>==</w:t>
      </w:r>
      <w:hyperlink r:id="rId381" w:history="1">
        <w:r w:rsidRPr="004616A2">
          <w:rPr>
            <w:rStyle w:val="ae"/>
            <w:sz w:val="28"/>
            <w:szCs w:val="28"/>
          </w:rPr>
          <w:t>https://www.instagram.com/reel/DIOCzz2MGXx/?utm_source=ig_web_copy_link&amp;dlrf=MzRlODBiNWFlZA==&amp;srtk=MzRlODBiNWFlZA</w:t>
        </w:r>
      </w:hyperlink>
      <w:r w:rsidRPr="004616A2">
        <w:rPr>
          <w:sz w:val="28"/>
          <w:szCs w:val="28"/>
        </w:rPr>
        <w:t>==</w:t>
      </w:r>
      <w:hyperlink r:id="rId382" w:history="1">
        <w:r w:rsidRPr="004616A2">
          <w:rPr>
            <w:rStyle w:val="ae"/>
            <w:sz w:val="28"/>
            <w:szCs w:val="28"/>
          </w:rPr>
          <w:t>https://www.instagram.com/reel/DIOCzb2sK3d/?utm_source=ig_web_copy_link&amp;srtk=MzRlODBiNWFlZA</w:t>
        </w:r>
      </w:hyperlink>
      <w:r w:rsidRPr="004616A2">
        <w:rPr>
          <w:sz w:val="28"/>
          <w:szCs w:val="28"/>
        </w:rPr>
        <w:t>==</w:t>
      </w:r>
      <w:hyperlink r:id="rId383" w:history="1">
        <w:r w:rsidRPr="004616A2">
          <w:rPr>
            <w:rStyle w:val="ae"/>
            <w:sz w:val="28"/>
            <w:szCs w:val="28"/>
          </w:rPr>
          <w:t>https://www.instagram.com/reel/DIOXlPHMUab/?utm_source=ig_web_copy_link&amp;cplk=MzRlODBiNWFlZA==&amp;srtk=MzRlODBiNWFlZA</w:t>
        </w:r>
      </w:hyperlink>
      <w:r w:rsidRPr="004616A2">
        <w:rPr>
          <w:sz w:val="28"/>
          <w:szCs w:val="28"/>
        </w:rPr>
        <w:t>==</w:t>
      </w:r>
      <w:hyperlink r:id="rId384" w:history="1">
        <w:r w:rsidRPr="004616A2">
          <w:rPr>
            <w:rStyle w:val="ae"/>
            <w:sz w:val="28"/>
            <w:szCs w:val="28"/>
          </w:rPr>
          <w:t>https://www.instagram.com/p/DIOlzRnsxbs/?utm_source=ig_web_copy_link&amp;srtk=MzRlODBiNWFlZA</w:t>
        </w:r>
      </w:hyperlink>
      <w:r w:rsidRPr="004616A2">
        <w:rPr>
          <w:sz w:val="28"/>
          <w:szCs w:val="28"/>
        </w:rPr>
        <w:t>==</w:t>
      </w:r>
      <w:hyperlink r:id="rId385" w:history="1">
        <w:r w:rsidRPr="004616A2">
          <w:rPr>
            <w:rStyle w:val="ae"/>
            <w:sz w:val="28"/>
            <w:szCs w:val="28"/>
          </w:rPr>
          <w:t>https://www.instagram.com/p/DIQxtY8sVyh/?utm_source=ig_web_copy_link&amp;mdxt=MzRlODBiNWFlZA==&amp;srtk=MzRlODBiNWFlZA</w:t>
        </w:r>
      </w:hyperlink>
      <w:r w:rsidRPr="004616A2">
        <w:rPr>
          <w:sz w:val="28"/>
          <w:szCs w:val="28"/>
        </w:rPr>
        <w:t>==</w:t>
      </w:r>
      <w:hyperlink r:id="rId386" w:history="1">
        <w:r w:rsidRPr="004616A2">
          <w:rPr>
            <w:rStyle w:val="ae"/>
            <w:sz w:val="28"/>
            <w:szCs w:val="28"/>
          </w:rPr>
          <w:t>https://www.instagram.com/p/DIQxzOlMbXc/?utm_source=ig_web_copy_link&amp;rpxt=MzRlODBiNWFlZA==&amp;srtk=MzRlODBiNWFlZA</w:t>
        </w:r>
      </w:hyperlink>
      <w:r w:rsidRPr="004616A2">
        <w:rPr>
          <w:sz w:val="28"/>
          <w:szCs w:val="28"/>
        </w:rPr>
        <w:t>==</w:t>
      </w:r>
      <w:hyperlink r:id="rId387" w:history="1">
        <w:r w:rsidRPr="004616A2">
          <w:rPr>
            <w:rStyle w:val="ae"/>
            <w:sz w:val="28"/>
            <w:szCs w:val="28"/>
          </w:rPr>
          <w:t>https://www.instagram.com/p/DIQx2tFMLcZ/?utm_source=ig_web_copy_link&amp;xtok=MzRlODBiNWFlZA==&amp;srtk=MzRlODBiNWFlZA</w:t>
        </w:r>
      </w:hyperlink>
      <w:r w:rsidRPr="004616A2">
        <w:rPr>
          <w:sz w:val="28"/>
          <w:szCs w:val="28"/>
        </w:rPr>
        <w:t>==</w:t>
      </w:r>
      <w:hyperlink r:id="rId388" w:history="1">
        <w:r w:rsidRPr="004616A2">
          <w:rPr>
            <w:rStyle w:val="ae"/>
            <w:sz w:val="28"/>
            <w:szCs w:val="28"/>
          </w:rPr>
          <w:t>https://www.instagram.com/p/DIQx4VFMxTW/?utm_source=ig_web_copy_link&amp;rpxt=MzRlODBiNWFlZA==&amp;srtk=MzRlODBiNWFlZA</w:t>
        </w:r>
      </w:hyperlink>
      <w:r w:rsidRPr="004616A2">
        <w:rPr>
          <w:sz w:val="28"/>
          <w:szCs w:val="28"/>
        </w:rPr>
        <w:t>==</w:t>
      </w:r>
      <w:hyperlink r:id="rId389" w:history="1">
        <w:r w:rsidRPr="004616A2">
          <w:rPr>
            <w:rStyle w:val="ae"/>
            <w:sz w:val="28"/>
            <w:szCs w:val="28"/>
          </w:rPr>
          <w:t>https://www.instagram.com/p/DIQ_DIBsmvF/?utm_source=ig_web_copy_link&amp;mdxt=MzRlODBiNWFlZA==&amp;srtk=MzRlODBiNWFlZA</w:t>
        </w:r>
      </w:hyperlink>
      <w:r w:rsidRPr="004616A2">
        <w:rPr>
          <w:sz w:val="28"/>
          <w:szCs w:val="28"/>
        </w:rPr>
        <w:t>==</w:t>
      </w:r>
      <w:hyperlink r:id="rId390" w:history="1">
        <w:r w:rsidRPr="004616A2">
          <w:rPr>
            <w:rStyle w:val="ae"/>
            <w:sz w:val="28"/>
            <w:szCs w:val="28"/>
          </w:rPr>
          <w:t>https://www.instagram.com/p/DITlEpDM1wU/?utm_source=ig_web_copy_link&amp;obrf=MzRlODBiNWFlZA==&amp;srtk=MzRlODBiNWFlZA</w:t>
        </w:r>
      </w:hyperlink>
      <w:r w:rsidRPr="004616A2">
        <w:rPr>
          <w:sz w:val="28"/>
          <w:szCs w:val="28"/>
        </w:rPr>
        <w:t>==</w:t>
      </w:r>
      <w:hyperlink r:id="rId391" w:history="1">
        <w:r w:rsidRPr="004616A2">
          <w:rPr>
            <w:rStyle w:val="ae"/>
            <w:sz w:val="28"/>
            <w:szCs w:val="28"/>
          </w:rPr>
          <w:t>https://www.instagram.com/reel/DIaaUQasHc0/?utm_source=ig_web_copy_link&amp;psln=MzRlODBiNWFlZA==&amp;srtk=MzRlODBiNWFlZA</w:t>
        </w:r>
      </w:hyperlink>
      <w:r w:rsidRPr="004616A2">
        <w:rPr>
          <w:sz w:val="28"/>
          <w:szCs w:val="28"/>
        </w:rPr>
        <w:t>==</w:t>
      </w:r>
      <w:hyperlink r:id="rId392" w:history="1">
        <w:r w:rsidRPr="004616A2">
          <w:rPr>
            <w:rStyle w:val="ae"/>
            <w:sz w:val="28"/>
            <w:szCs w:val="28"/>
          </w:rPr>
          <w:t>https://www.instagram.com/p/DIanc0BNqWC/?utm_source=ig_web_copy_link&amp;vrfl=MzRlODBiNWFlZA==&amp;srtk=MzRlODBiNWFlZA</w:t>
        </w:r>
      </w:hyperlink>
      <w:r w:rsidRPr="004616A2">
        <w:rPr>
          <w:sz w:val="28"/>
          <w:szCs w:val="28"/>
        </w:rPr>
        <w:t>==</w:t>
      </w:r>
      <w:hyperlink r:id="rId393" w:history="1">
        <w:r w:rsidRPr="004616A2">
          <w:rPr>
            <w:rStyle w:val="ae"/>
            <w:sz w:val="28"/>
            <w:szCs w:val="28"/>
          </w:rPr>
          <w:t>https://www.instagram.com/p/DIcCKBeMF58/?utm_source=ig_web_copy_link&amp;dlrf=MzRlODBiNWFlZA==&amp;srtk=MzRlODBiNWFlZA</w:t>
        </w:r>
      </w:hyperlink>
      <w:r w:rsidRPr="004616A2">
        <w:rPr>
          <w:sz w:val="28"/>
          <w:szCs w:val="28"/>
        </w:rPr>
        <w:t>==</w:t>
      </w:r>
      <w:hyperlink r:id="rId394" w:history="1">
        <w:r w:rsidRPr="004616A2">
          <w:rPr>
            <w:rStyle w:val="ae"/>
            <w:sz w:val="28"/>
            <w:szCs w:val="28"/>
          </w:rPr>
          <w:t>https://www.instagram.com/reel/DIgRwrCscbO/?utm_source=ig_web_</w:t>
        </w:r>
        <w:r w:rsidRPr="004616A2">
          <w:rPr>
            <w:rStyle w:val="ae"/>
            <w:sz w:val="28"/>
            <w:szCs w:val="28"/>
          </w:rPr>
          <w:lastRenderedPageBreak/>
          <w:t>copy_link&amp;vrfl=MzRlODBiNWFlZA==&amp;srtk=MzRlODBiNWFlZA</w:t>
        </w:r>
      </w:hyperlink>
      <w:r w:rsidRPr="004616A2">
        <w:rPr>
          <w:sz w:val="28"/>
          <w:szCs w:val="28"/>
        </w:rPr>
        <w:t>==</w:t>
      </w:r>
      <w:hyperlink r:id="rId395" w:history="1">
        <w:r w:rsidRPr="004616A2">
          <w:rPr>
            <w:rStyle w:val="ae"/>
            <w:sz w:val="28"/>
            <w:szCs w:val="28"/>
          </w:rPr>
          <w:t>https://www.instagram.com/p/DIjOqi7s7Ir/?utm_source=ig_web_copy_link&amp;rpxt=MzRlODBiNWFlZA==&amp;srtk=MzRlODBiNWFlZA</w:t>
        </w:r>
      </w:hyperlink>
      <w:r w:rsidRPr="004616A2">
        <w:rPr>
          <w:sz w:val="28"/>
          <w:szCs w:val="28"/>
        </w:rPr>
        <w:t>==</w:t>
      </w:r>
      <w:hyperlink r:id="rId396" w:history="1">
        <w:r w:rsidRPr="004616A2">
          <w:rPr>
            <w:rStyle w:val="ae"/>
            <w:sz w:val="28"/>
            <w:szCs w:val="28"/>
          </w:rPr>
          <w:t>https://www.instagram.com/reel/DIlqHA0sY00/?utm_source=ig_web_copy_link&amp;vrfl=MzRlODBiNWFlZA==&amp;srtk=MzRlODBiNWFlZA</w:t>
        </w:r>
      </w:hyperlink>
      <w:r w:rsidRPr="004616A2">
        <w:rPr>
          <w:sz w:val="28"/>
          <w:szCs w:val="28"/>
        </w:rPr>
        <w:t>==</w:t>
      </w:r>
      <w:hyperlink r:id="rId397" w:history="1">
        <w:r w:rsidRPr="004616A2">
          <w:rPr>
            <w:rStyle w:val="ae"/>
            <w:sz w:val="28"/>
            <w:szCs w:val="28"/>
          </w:rPr>
          <w:t>https://www.instagram.com/p/DIznf1bNowA/?utm_source=ig_web_copy_link&amp;cplk=MzRlODBiNWFlZA==&amp;srtk=MzRlODBiNWFlZA</w:t>
        </w:r>
      </w:hyperlink>
      <w:r w:rsidRPr="004616A2">
        <w:rPr>
          <w:sz w:val="28"/>
          <w:szCs w:val="28"/>
        </w:rPr>
        <w:t>==</w:t>
      </w:r>
      <w:hyperlink r:id="rId398" w:history="1">
        <w:r w:rsidRPr="004616A2">
          <w:rPr>
            <w:rStyle w:val="ae"/>
            <w:sz w:val="28"/>
            <w:szCs w:val="28"/>
          </w:rPr>
          <w:t>https://www.instagram.com/p/DIzny5jIVst/?utm_source=ig_web_copy_link&amp;obrf=MzRlODBiNWFlZA==&amp;srtk=MzRlODBiNWFlZA</w:t>
        </w:r>
      </w:hyperlink>
      <w:r w:rsidRPr="004616A2">
        <w:rPr>
          <w:sz w:val="28"/>
          <w:szCs w:val="28"/>
        </w:rPr>
        <w:t>==</w:t>
      </w:r>
      <w:hyperlink r:id="rId399" w:history="1">
        <w:r w:rsidRPr="004616A2">
          <w:rPr>
            <w:rStyle w:val="ae"/>
            <w:sz w:val="28"/>
            <w:szCs w:val="28"/>
          </w:rPr>
          <w:t>https://www.instagram.com/reel/DIznx8PIHJ2/?utm_source=ig_web_copy_link&amp;cplk=MzRlODBiNWFlZA==&amp;srtk=MzRlODBiNWFlZA</w:t>
        </w:r>
      </w:hyperlink>
      <w:r w:rsidRPr="004616A2">
        <w:rPr>
          <w:sz w:val="28"/>
          <w:szCs w:val="28"/>
        </w:rPr>
        <w:t>==</w:t>
      </w:r>
      <w:hyperlink r:id="rId400" w:history="1">
        <w:r w:rsidRPr="004616A2">
          <w:rPr>
            <w:rStyle w:val="ae"/>
            <w:sz w:val="28"/>
            <w:szCs w:val="28"/>
          </w:rPr>
          <w:t>https://www.instagram.com/p/DIzoJHgIUo8/?utm_source=ig_web_copy_link&amp;vrfl=MzRlODBiNWFlZA==&amp;srtk=MzRlODBiNWFlZA</w:t>
        </w:r>
      </w:hyperlink>
      <w:r w:rsidRPr="004616A2">
        <w:rPr>
          <w:sz w:val="28"/>
          <w:szCs w:val="28"/>
        </w:rPr>
        <w:t>==</w:t>
      </w:r>
      <w:hyperlink r:id="rId401" w:history="1">
        <w:r w:rsidRPr="004616A2">
          <w:rPr>
            <w:rStyle w:val="ae"/>
            <w:sz w:val="28"/>
            <w:szCs w:val="28"/>
          </w:rPr>
          <w:t>https://www.instagram.com/p/DIzoL6To3UG/?utm_source=ig_web_copy_link&amp;obrf=MzRlODBiNWFlZA==&amp;srtk=MzRlODBiNWFlZA</w:t>
        </w:r>
      </w:hyperlink>
      <w:r w:rsidRPr="004616A2">
        <w:rPr>
          <w:sz w:val="28"/>
          <w:szCs w:val="28"/>
        </w:rPr>
        <w:t>==</w:t>
      </w:r>
      <w:hyperlink r:id="rId402" w:history="1">
        <w:r w:rsidRPr="004616A2">
          <w:rPr>
            <w:rStyle w:val="ae"/>
            <w:sz w:val="28"/>
            <w:szCs w:val="28"/>
          </w:rPr>
          <w:t>https://www.instagram.com/reel/DI0HJ7gI1SF/?utm_source=ig_web_copy_link&amp;cplk=MzRlODBiNWFlZA==&amp;srtk=MzRlODBiNWFlZA</w:t>
        </w:r>
      </w:hyperlink>
      <w:r w:rsidRPr="004616A2">
        <w:rPr>
          <w:sz w:val="28"/>
          <w:szCs w:val="28"/>
        </w:rPr>
        <w:t>==</w:t>
      </w:r>
      <w:hyperlink r:id="rId403" w:history="1">
        <w:r w:rsidRPr="004616A2">
          <w:rPr>
            <w:rStyle w:val="ae"/>
            <w:sz w:val="28"/>
            <w:szCs w:val="28"/>
          </w:rPr>
          <w:t>https://www.instagram.com/reel/DI0obKDMKIq/?utm_source=ig_web_copy_link&amp;xtok=MzRlODBiNWFlZA==&amp;srtk=MzRlODBiNWFlZA</w:t>
        </w:r>
      </w:hyperlink>
      <w:r w:rsidRPr="004616A2">
        <w:rPr>
          <w:sz w:val="28"/>
          <w:szCs w:val="28"/>
        </w:rPr>
        <w:t>==</w:t>
      </w:r>
      <w:hyperlink r:id="rId404" w:history="1">
        <w:r w:rsidRPr="004616A2">
          <w:rPr>
            <w:rStyle w:val="ae"/>
            <w:sz w:val="28"/>
            <w:szCs w:val="28"/>
          </w:rPr>
          <w:t>https://www.instagram.com/p/DI1cIqoNNsd/?utm_source=ig_web_copy_link&amp;srtk=MzRlODBiNWFlZA</w:t>
        </w:r>
      </w:hyperlink>
      <w:r w:rsidRPr="004616A2">
        <w:rPr>
          <w:sz w:val="28"/>
          <w:szCs w:val="28"/>
        </w:rPr>
        <w:t>==</w:t>
      </w:r>
      <w:hyperlink r:id="rId405" w:history="1">
        <w:r w:rsidRPr="004616A2">
          <w:rPr>
            <w:rStyle w:val="ae"/>
            <w:sz w:val="28"/>
            <w:szCs w:val="28"/>
          </w:rPr>
          <w:t>https://www.instagram.com/p/DI_CheusUjY/?utm_source=ig_web_copy_link&amp;obrf=MzRlODBiNWFlZA==&amp;srtk=MzRlODBiNWFlZA</w:t>
        </w:r>
      </w:hyperlink>
      <w:r w:rsidRPr="004616A2">
        <w:rPr>
          <w:sz w:val="28"/>
          <w:szCs w:val="28"/>
        </w:rPr>
        <w:t>==</w:t>
      </w:r>
      <w:hyperlink r:id="rId406" w:history="1">
        <w:r w:rsidRPr="004616A2">
          <w:rPr>
            <w:rStyle w:val="ae"/>
            <w:sz w:val="28"/>
            <w:szCs w:val="28"/>
          </w:rPr>
          <w:t>https://www.instagram.com/reel/DI_CiL9Mkv_/?utm_source=ig_web_copy_link&amp;srtk=MzRlODBiNWFlZA</w:t>
        </w:r>
      </w:hyperlink>
      <w:r w:rsidRPr="004616A2">
        <w:rPr>
          <w:sz w:val="28"/>
          <w:szCs w:val="28"/>
        </w:rPr>
        <w:t>==</w:t>
      </w:r>
      <w:hyperlink r:id="rId407" w:history="1">
        <w:r w:rsidRPr="004616A2">
          <w:rPr>
            <w:rStyle w:val="ae"/>
            <w:sz w:val="28"/>
            <w:szCs w:val="28"/>
          </w:rPr>
          <w:t>https://www.instagram.com/p/DI_Cnhss_T/?utm_source=ig_web_copy_link&amp;psln=MzRlODBiNWFlZA==&amp;srtk=MzRlODBiNWFlZA</w:t>
        </w:r>
      </w:hyperlink>
      <w:r w:rsidRPr="004616A2">
        <w:rPr>
          <w:sz w:val="28"/>
          <w:szCs w:val="28"/>
        </w:rPr>
        <w:t>==</w:t>
      </w:r>
      <w:hyperlink r:id="rId408" w:history="1">
        <w:r w:rsidRPr="004616A2">
          <w:rPr>
            <w:rStyle w:val="ae"/>
            <w:sz w:val="28"/>
            <w:szCs w:val="28"/>
          </w:rPr>
          <w:t>https://www.instagram.com/reel/DI_ZsywM8qi/?utm_source=ig_web_copy_link&amp;cplk=MzRlODBiNWFlZA==&amp;srtk=MzRlODBiNWFlZA</w:t>
        </w:r>
      </w:hyperlink>
      <w:r w:rsidRPr="004616A2">
        <w:rPr>
          <w:sz w:val="28"/>
          <w:szCs w:val="28"/>
        </w:rPr>
        <w:t>==</w:t>
      </w:r>
      <w:hyperlink r:id="rId409" w:history="1">
        <w:r w:rsidRPr="004616A2">
          <w:rPr>
            <w:rStyle w:val="ae"/>
            <w:sz w:val="28"/>
            <w:szCs w:val="28"/>
          </w:rPr>
          <w:t>https://www.instagram.com/p/DI_a0VmsuWJ/?utm_source=ig_web_copy_link&amp;mdxt=MzRlODBiNWFlZA==&amp;srtk=MzRlODBiNWFlZA</w:t>
        </w:r>
      </w:hyperlink>
      <w:r w:rsidRPr="004616A2">
        <w:rPr>
          <w:sz w:val="28"/>
          <w:szCs w:val="28"/>
        </w:rPr>
        <w:t>==</w:t>
      </w:r>
      <w:hyperlink r:id="rId410" w:history="1">
        <w:r w:rsidRPr="004616A2">
          <w:rPr>
            <w:rStyle w:val="ae"/>
            <w:sz w:val="28"/>
            <w:szCs w:val="28"/>
          </w:rPr>
          <w:t>https://www.instagram.com/reel/DJB-lSPMxYN/?utm_source=ig_web_copy_link&amp;obrf=MzRlODBiNWFlZA==&amp;srtk=MzRlODBiNWFlZA</w:t>
        </w:r>
      </w:hyperlink>
      <w:r w:rsidRPr="004616A2">
        <w:rPr>
          <w:sz w:val="28"/>
          <w:szCs w:val="28"/>
        </w:rPr>
        <w:t>==</w:t>
      </w:r>
      <w:hyperlink r:id="rId411" w:history="1">
        <w:r w:rsidRPr="004616A2">
          <w:rPr>
            <w:rStyle w:val="ae"/>
            <w:sz w:val="28"/>
            <w:szCs w:val="28"/>
          </w:rPr>
          <w:t>https://www.instagram.com/reel/DJCPIT4s48i/?utm_source=ig_web_copy_link&amp;dlrf=MzRlODBiNWFlZA==&amp;srtk=MzRlODBiNWFlZA</w:t>
        </w:r>
      </w:hyperlink>
      <w:r w:rsidRPr="004616A2">
        <w:rPr>
          <w:sz w:val="28"/>
          <w:szCs w:val="28"/>
        </w:rPr>
        <w:t>==</w:t>
      </w:r>
      <w:hyperlink r:id="rId412" w:history="1">
        <w:r w:rsidRPr="004616A2">
          <w:rPr>
            <w:rStyle w:val="ae"/>
            <w:sz w:val="28"/>
            <w:szCs w:val="28"/>
          </w:rPr>
          <w:t>https://www.instagram.com/reel/DJCs6DHsSrb/?utm_source=ig_web_copy_link&amp;mdxt=MzRlODBiNWFlZA==&amp;srtk=MzRlODBiNWFlZA</w:t>
        </w:r>
      </w:hyperlink>
      <w:r w:rsidRPr="004616A2">
        <w:rPr>
          <w:sz w:val="28"/>
          <w:szCs w:val="28"/>
        </w:rPr>
        <w:t>==</w:t>
      </w:r>
      <w:hyperlink r:id="rId413" w:history="1">
        <w:r w:rsidRPr="004616A2">
          <w:rPr>
            <w:rStyle w:val="ae"/>
            <w:sz w:val="28"/>
            <w:szCs w:val="28"/>
          </w:rPr>
          <w:t>https://www.instagram.com/reel/DJGgHBEs9yq/?utm_source=ig_web_copy_link&amp;rpxt=MzRlODBiNWFlZA==&amp;srtk=MzRlODBiNWFlZA</w:t>
        </w:r>
      </w:hyperlink>
      <w:r w:rsidRPr="004616A2">
        <w:rPr>
          <w:sz w:val="28"/>
          <w:szCs w:val="28"/>
        </w:rPr>
        <w:t>==</w:t>
      </w:r>
      <w:hyperlink r:id="rId414" w:history="1">
        <w:r w:rsidRPr="004616A2">
          <w:rPr>
            <w:rStyle w:val="ae"/>
            <w:sz w:val="28"/>
            <w:szCs w:val="28"/>
          </w:rPr>
          <w:t>https://www.instagram.com/p/DJGgVelMa4O/?utm_source=ig_web_copy_link&amp;rpxt=MzRlODBiNWFlZA==&amp;srtk=MzRlODBiNWFlZA</w:t>
        </w:r>
      </w:hyperlink>
      <w:r w:rsidRPr="004616A2">
        <w:rPr>
          <w:sz w:val="28"/>
          <w:szCs w:val="28"/>
        </w:rPr>
        <w:t>==</w:t>
      </w:r>
      <w:hyperlink r:id="rId415" w:history="1">
        <w:r w:rsidRPr="004616A2">
          <w:rPr>
            <w:rStyle w:val="ae"/>
            <w:sz w:val="28"/>
            <w:szCs w:val="28"/>
          </w:rPr>
          <w:t>https://www.instagram.com/reel/DJGgZZasgf5/?utm_source=ig_web_copy_link&amp;rpxt=MzRlODBiNWFlZA==&amp;srtk=MzRlODBiNWFlZA</w:t>
        </w:r>
      </w:hyperlink>
      <w:r w:rsidRPr="004616A2">
        <w:rPr>
          <w:sz w:val="28"/>
          <w:szCs w:val="28"/>
        </w:rPr>
        <w:t>==</w:t>
      </w:r>
      <w:hyperlink r:id="rId416" w:history="1">
        <w:r w:rsidRPr="004616A2">
          <w:rPr>
            <w:rStyle w:val="ae"/>
            <w:sz w:val="28"/>
            <w:szCs w:val="28"/>
          </w:rPr>
          <w:t>https://www.instagram.com/p/DJGgkyoMMN6/?utm_source=ig_web_copy_link&amp;rpxt=MzRlODBiNWFlZA==&amp;srtk=MzRlODBiNWFlZA</w:t>
        </w:r>
      </w:hyperlink>
      <w:r w:rsidRPr="004616A2">
        <w:rPr>
          <w:sz w:val="28"/>
          <w:szCs w:val="28"/>
        </w:rPr>
        <w:t>==</w:t>
      </w:r>
      <w:hyperlink r:id="rId417" w:history="1">
        <w:r w:rsidRPr="004616A2">
          <w:rPr>
            <w:rStyle w:val="ae"/>
            <w:sz w:val="28"/>
            <w:szCs w:val="28"/>
          </w:rPr>
          <w:t>https://www.instagram.com/p/DJGjVIGMmh_/?utm_source=ig_web_copy_link&amp;xtok=MzRlODBiNWFlZA==&amp;srtk=MzRlODBiNWFlZA</w:t>
        </w:r>
      </w:hyperlink>
      <w:r w:rsidRPr="004616A2">
        <w:rPr>
          <w:sz w:val="28"/>
          <w:szCs w:val="28"/>
        </w:rPr>
        <w:t>==</w:t>
      </w:r>
      <w:hyperlink r:id="rId418" w:history="1">
        <w:r w:rsidRPr="004616A2">
          <w:rPr>
            <w:rStyle w:val="ae"/>
            <w:sz w:val="28"/>
            <w:szCs w:val="28"/>
          </w:rPr>
          <w:t>https://www.instagram.com/p/DJGjio6sWzy/?utm_source=ig_web_copy_link&amp;rpxt=MzRlODBiNWFlZA==&amp;srtk=MzRlODBiNWFlZA</w:t>
        </w:r>
      </w:hyperlink>
      <w:r w:rsidRPr="004616A2">
        <w:rPr>
          <w:sz w:val="28"/>
          <w:szCs w:val="28"/>
        </w:rPr>
        <w:t>==</w:t>
      </w:r>
      <w:hyperlink r:id="rId419" w:history="1">
        <w:r w:rsidRPr="004616A2">
          <w:rPr>
            <w:rStyle w:val="ae"/>
            <w:sz w:val="28"/>
            <w:szCs w:val="28"/>
          </w:rPr>
          <w:t>https://www.instagram.com/reel/DJGkBp7MDXC/?utm_source=ig_web_copy_link&amp;cplk=MzRlODBiNWFlZA==&amp;srtk=MzRlODBiNWFlZA</w:t>
        </w:r>
      </w:hyperlink>
      <w:r w:rsidRPr="004616A2">
        <w:rPr>
          <w:sz w:val="28"/>
          <w:szCs w:val="28"/>
        </w:rPr>
        <w:t>==</w:t>
      </w:r>
      <w:hyperlink r:id="rId420" w:history="1">
        <w:r w:rsidRPr="004616A2">
          <w:rPr>
            <w:rStyle w:val="ae"/>
            <w:sz w:val="28"/>
            <w:szCs w:val="28"/>
          </w:rPr>
          <w:t>https://www.instagram.com/reel/DJYf2FHs9JZ/?utm_source=ig_web_copy_link&amp;dlrf=MzRlODBiNWFlZA==&amp;srtk=MzRlODBiNWFlZA</w:t>
        </w:r>
      </w:hyperlink>
      <w:r w:rsidRPr="004616A2">
        <w:rPr>
          <w:sz w:val="28"/>
          <w:szCs w:val="28"/>
        </w:rPr>
        <w:t>==</w:t>
      </w:r>
      <w:hyperlink r:id="rId421" w:history="1">
        <w:r w:rsidRPr="004616A2">
          <w:rPr>
            <w:rStyle w:val="ae"/>
            <w:sz w:val="28"/>
            <w:szCs w:val="28"/>
          </w:rPr>
          <w:t>https://www.instagram.com/reel/DJYgHoQM8sa/?utm_source=ig_web_copy_link&amp;cplk=MzRlODBiNWFlZA==&amp;srtk=MzRlODBiNWFlZA</w:t>
        </w:r>
      </w:hyperlink>
      <w:r w:rsidRPr="004616A2">
        <w:rPr>
          <w:sz w:val="28"/>
          <w:szCs w:val="28"/>
        </w:rPr>
        <w:t>==</w:t>
      </w:r>
      <w:hyperlink r:id="rId422" w:history="1">
        <w:r w:rsidRPr="004616A2">
          <w:rPr>
            <w:rStyle w:val="ae"/>
            <w:sz w:val="28"/>
            <w:szCs w:val="28"/>
          </w:rPr>
          <w:t>https://www.instagram.com/p/DJY6SQXM-h-/?utm_source=ig_web_copy_link&amp;mdxt=MzRlODBiNWFlZA==&amp;srtk=MzRlODBiNWFlZA</w:t>
        </w:r>
      </w:hyperlink>
      <w:r w:rsidRPr="004616A2">
        <w:rPr>
          <w:sz w:val="28"/>
          <w:szCs w:val="28"/>
        </w:rPr>
        <w:t>==</w:t>
      </w:r>
      <w:hyperlink r:id="rId423" w:history="1">
        <w:r w:rsidRPr="004616A2">
          <w:rPr>
            <w:rStyle w:val="ae"/>
            <w:sz w:val="28"/>
            <w:szCs w:val="28"/>
          </w:rPr>
          <w:t>https://www.instagram.com/reel/DJY6KJpMNJP/?utm_source=ig_web_copy_link&amp;obrf=MzRlODBiNWFlZA==&amp;srtk=MzRlODBiNWFlZA</w:t>
        </w:r>
      </w:hyperlink>
      <w:r w:rsidRPr="004616A2">
        <w:rPr>
          <w:sz w:val="28"/>
          <w:szCs w:val="28"/>
        </w:rPr>
        <w:t>==</w:t>
      </w:r>
      <w:hyperlink r:id="rId424" w:history="1">
        <w:r w:rsidRPr="004616A2">
          <w:rPr>
            <w:rStyle w:val="ae"/>
            <w:sz w:val="28"/>
            <w:szCs w:val="28"/>
          </w:rPr>
          <w:t>https://www.instagram.com/p/D</w:t>
        </w:r>
        <w:r w:rsidRPr="004616A2">
          <w:rPr>
            <w:rStyle w:val="ae"/>
            <w:sz w:val="28"/>
            <w:szCs w:val="28"/>
          </w:rPr>
          <w:lastRenderedPageBreak/>
          <w:t>JY6etvMoaa/?utm_source=ig_web_copy_link&amp;srtk=MzRlODBiNWFlZA</w:t>
        </w:r>
      </w:hyperlink>
      <w:r w:rsidRPr="004616A2">
        <w:rPr>
          <w:sz w:val="28"/>
          <w:szCs w:val="28"/>
        </w:rPr>
        <w:t>==</w:t>
      </w:r>
      <w:hyperlink r:id="rId425" w:history="1">
        <w:r w:rsidRPr="004616A2">
          <w:rPr>
            <w:rStyle w:val="ae"/>
            <w:sz w:val="28"/>
            <w:szCs w:val="28"/>
          </w:rPr>
          <w:t>https://www.instagram.com/p/DJZH_BnMJcR/?utm_source=ig_web_copy_link&amp;obrf=MzRlODBiNWFlZA==&amp;srtk=MzRlODBiNWFlZA</w:t>
        </w:r>
      </w:hyperlink>
      <w:r w:rsidRPr="004616A2">
        <w:rPr>
          <w:sz w:val="28"/>
          <w:szCs w:val="28"/>
        </w:rPr>
        <w:t>==</w:t>
      </w:r>
      <w:hyperlink r:id="rId426" w:history="1">
        <w:r w:rsidRPr="004616A2">
          <w:rPr>
            <w:rStyle w:val="ae"/>
            <w:sz w:val="28"/>
            <w:szCs w:val="28"/>
          </w:rPr>
          <w:t>https://www.instagram.com/p/DJcFg9wMQMv/?utm_source=ig_web_copy_link&amp;rpxt=MzRlODBiNWFlZA==&amp;srtk=MzRlODBiNWFlZA</w:t>
        </w:r>
      </w:hyperlink>
      <w:r w:rsidRPr="004616A2">
        <w:rPr>
          <w:sz w:val="28"/>
          <w:szCs w:val="28"/>
        </w:rPr>
        <w:t>==</w:t>
      </w:r>
      <w:hyperlink r:id="rId427" w:history="1">
        <w:r w:rsidRPr="004616A2">
          <w:rPr>
            <w:rStyle w:val="ae"/>
            <w:sz w:val="28"/>
            <w:szCs w:val="28"/>
          </w:rPr>
          <w:t>https://www.instagram.com/p/DJrNKigMWhF/?utm_source=ig_web_copy_link&amp;vrfl=MzRlODBiNWFlZA==&amp;srtk=MzRlODBiNWFlZA</w:t>
        </w:r>
      </w:hyperlink>
      <w:r w:rsidRPr="004616A2">
        <w:rPr>
          <w:sz w:val="28"/>
          <w:szCs w:val="28"/>
        </w:rPr>
        <w:t>==</w:t>
      </w:r>
      <w:hyperlink r:id="rId428" w:history="1">
        <w:r w:rsidRPr="004616A2">
          <w:rPr>
            <w:rStyle w:val="ae"/>
            <w:sz w:val="28"/>
            <w:szCs w:val="28"/>
          </w:rPr>
          <w:t>https://www.instagram.com/p/DJrNTbzMwkm/?utm_source=ig_web_copy_link&amp;obrf=MzRlODBiNWFlZA==&amp;srtk=MzRlODBiNWFlZA</w:t>
        </w:r>
      </w:hyperlink>
      <w:r w:rsidRPr="004616A2">
        <w:rPr>
          <w:sz w:val="28"/>
          <w:szCs w:val="28"/>
        </w:rPr>
        <w:t>==</w:t>
      </w:r>
      <w:hyperlink r:id="rId429" w:history="1">
        <w:r w:rsidRPr="004616A2">
          <w:rPr>
            <w:rStyle w:val="ae"/>
            <w:sz w:val="28"/>
            <w:szCs w:val="28"/>
          </w:rPr>
          <w:t>https://www.instagram.com/p/DJrPwv0sXGt/?utm_source=ig_web_copy_link&amp;srtk=MzRlODBiNWFlZA</w:t>
        </w:r>
      </w:hyperlink>
      <w:r w:rsidRPr="004616A2">
        <w:rPr>
          <w:sz w:val="28"/>
          <w:szCs w:val="28"/>
        </w:rPr>
        <w:t>==</w:t>
      </w:r>
      <w:hyperlink r:id="rId430" w:history="1">
        <w:r w:rsidRPr="004616A2">
          <w:rPr>
            <w:rStyle w:val="ae"/>
            <w:sz w:val="28"/>
            <w:szCs w:val="28"/>
          </w:rPr>
          <w:t>https://www.instagram.com/p/DJzui3Os8T-/?utm_source=ig_web_copy_link&amp;obrf=MzRlODBiNWFlZA==&amp;srtk=MzRlODBiNWFlZA</w:t>
        </w:r>
      </w:hyperlink>
      <w:r w:rsidRPr="004616A2">
        <w:rPr>
          <w:sz w:val="28"/>
          <w:szCs w:val="28"/>
        </w:rPr>
        <w:t>==</w:t>
      </w:r>
      <w:hyperlink r:id="rId431" w:history="1">
        <w:r w:rsidRPr="004616A2">
          <w:rPr>
            <w:rStyle w:val="ae"/>
            <w:sz w:val="28"/>
            <w:szCs w:val="28"/>
          </w:rPr>
          <w:t>https://www.instagram.com/p/DJzxQ6AMmGl/?utm_source=ig_web_copy_link&amp;rpxt=MzRlODBiNWFlZA==&amp;srtk=MzRlODBiNWFlZA</w:t>
        </w:r>
      </w:hyperlink>
      <w:r w:rsidRPr="004616A2">
        <w:rPr>
          <w:sz w:val="28"/>
          <w:szCs w:val="28"/>
        </w:rPr>
        <w:t>==</w:t>
      </w:r>
      <w:hyperlink r:id="rId432" w:history="1">
        <w:r w:rsidRPr="004616A2">
          <w:rPr>
            <w:rStyle w:val="ae"/>
            <w:sz w:val="28"/>
            <w:szCs w:val="28"/>
          </w:rPr>
          <w:t>https://www.instagram.com/reel/DJ6SkGJM1tP/?utm_source=ig_web_copy_link&amp;cplk=MzRlODBiNWFlZA==&amp;srtk=MzRlODBiNWFlZA</w:t>
        </w:r>
      </w:hyperlink>
      <w:r w:rsidRPr="004616A2">
        <w:rPr>
          <w:sz w:val="28"/>
          <w:szCs w:val="28"/>
        </w:rPr>
        <w:t>==</w:t>
      </w:r>
      <w:hyperlink r:id="rId433" w:history="1">
        <w:r w:rsidRPr="004616A2">
          <w:rPr>
            <w:rStyle w:val="ae"/>
            <w:sz w:val="28"/>
            <w:szCs w:val="28"/>
          </w:rPr>
          <w:t>https://www.instagram.com/reel/DJ-EijvMzkm/?utm_source=ig_web_copy_link&amp;dlrf=MzRlODBiNWFlZA==&amp;srtk=MzRlODBiNWFlZA</w:t>
        </w:r>
      </w:hyperlink>
      <w:r w:rsidRPr="004616A2">
        <w:rPr>
          <w:sz w:val="28"/>
          <w:szCs w:val="28"/>
        </w:rPr>
        <w:t>==</w:t>
      </w:r>
      <w:hyperlink r:id="rId434" w:history="1">
        <w:r w:rsidRPr="004616A2">
          <w:rPr>
            <w:rStyle w:val="ae"/>
            <w:sz w:val="28"/>
            <w:szCs w:val="28"/>
          </w:rPr>
          <w:t>https://www.instagram.com/p/DJ_DbLrM9YW/?utm_source=ig_web_copy_link&amp;exln=MzRlODBiNWFlZA==&amp;srtk=MzRlODBiNWFlZA</w:t>
        </w:r>
      </w:hyperlink>
      <w:r w:rsidRPr="004616A2">
        <w:rPr>
          <w:sz w:val="28"/>
          <w:szCs w:val="28"/>
        </w:rPr>
        <w:t>==</w:t>
      </w:r>
      <w:hyperlink r:id="rId435" w:history="1">
        <w:r w:rsidRPr="004616A2">
          <w:rPr>
            <w:rStyle w:val="ae"/>
            <w:sz w:val="28"/>
            <w:szCs w:val="28"/>
          </w:rPr>
          <w:t>https://www.instagram.com/reel/DJ_KbqFM5TW/?utm_source=ig_web_copy_link&amp;obrf=MzRlODBiNWFlZA==&amp;srtk=MzRlODBiNWFlZA</w:t>
        </w:r>
      </w:hyperlink>
      <w:r w:rsidRPr="004616A2">
        <w:rPr>
          <w:sz w:val="28"/>
          <w:szCs w:val="28"/>
        </w:rPr>
        <w:t>==</w:t>
      </w:r>
      <w:hyperlink r:id="rId436" w:history="1">
        <w:r w:rsidRPr="004616A2">
          <w:rPr>
            <w:rStyle w:val="ae"/>
            <w:sz w:val="28"/>
            <w:szCs w:val="28"/>
          </w:rPr>
          <w:t>https://www.instagram.com/p/DJ_inBLMsZF/?utm_source=ig_web_copy_link&amp;srtk=MzRlODBiNWFlZA</w:t>
        </w:r>
      </w:hyperlink>
      <w:r w:rsidRPr="004616A2">
        <w:rPr>
          <w:sz w:val="28"/>
          <w:szCs w:val="28"/>
        </w:rPr>
        <w:t>==</w:t>
      </w:r>
      <w:hyperlink r:id="rId437" w:history="1">
        <w:r w:rsidRPr="004616A2">
          <w:rPr>
            <w:rStyle w:val="ae"/>
            <w:sz w:val="28"/>
            <w:szCs w:val="28"/>
          </w:rPr>
          <w:t>https://www.instagram.com/p/DJ_i4GSMvvx/?utm_source=ig_web_copy_link&amp;xtok=MzRlODBiNWFlZA==&amp;srtk=MzRlODBiNWFlZA</w:t>
        </w:r>
      </w:hyperlink>
      <w:r w:rsidRPr="004616A2">
        <w:rPr>
          <w:sz w:val="28"/>
          <w:szCs w:val="28"/>
        </w:rPr>
        <w:t>==</w:t>
      </w:r>
      <w:hyperlink r:id="rId438" w:history="1">
        <w:r w:rsidRPr="004616A2">
          <w:rPr>
            <w:rStyle w:val="ae"/>
            <w:sz w:val="28"/>
            <w:szCs w:val="28"/>
          </w:rPr>
          <w:t>https://www.instagram.com/p/DJ_jIzgMVe0/?utm_source=ig_web_copy_link&amp;xtok=MzRlODBiNWFlZA==&amp;srtk=MzRlODBiNWFlZA</w:t>
        </w:r>
      </w:hyperlink>
      <w:r w:rsidRPr="004616A2">
        <w:rPr>
          <w:sz w:val="28"/>
          <w:szCs w:val="28"/>
        </w:rPr>
        <w:t>==</w:t>
      </w:r>
      <w:hyperlink r:id="rId439" w:history="1">
        <w:r w:rsidRPr="004616A2">
          <w:rPr>
            <w:rStyle w:val="ae"/>
            <w:sz w:val="28"/>
            <w:szCs w:val="28"/>
          </w:rPr>
          <w:t>https://www.instagram.com/reel/DJ_jZIEMFyN/?utm_source=ig_web_copy_link&amp;srtk=MzRlODBiNWFlZA</w:t>
        </w:r>
      </w:hyperlink>
      <w:r w:rsidRPr="004616A2">
        <w:rPr>
          <w:sz w:val="28"/>
          <w:szCs w:val="28"/>
        </w:rPr>
        <w:t>==</w:t>
      </w:r>
      <w:hyperlink r:id="rId440" w:history="1">
        <w:r w:rsidRPr="004616A2">
          <w:rPr>
            <w:rStyle w:val="ae"/>
            <w:sz w:val="28"/>
            <w:szCs w:val="28"/>
          </w:rPr>
          <w:t>https://www.instagram.com/p/DKE0QrvMxm7/?utm_source=ig_web_copy_link&amp;obrf=MzRlODBiNWFlZA==&amp;srtk=MzRlODBiNWFlZA</w:t>
        </w:r>
      </w:hyperlink>
      <w:r w:rsidRPr="004616A2">
        <w:rPr>
          <w:sz w:val="28"/>
          <w:szCs w:val="28"/>
        </w:rPr>
        <w:t>==</w:t>
      </w:r>
      <w:hyperlink r:id="rId441" w:history="1">
        <w:r w:rsidRPr="004616A2">
          <w:rPr>
            <w:rStyle w:val="ae"/>
            <w:sz w:val="28"/>
            <w:szCs w:val="28"/>
          </w:rPr>
          <w:t>https://www.instagram.com/reel/DKE0d25svDb/?utm_source=ig_web_copy_link&amp;rpxt=MzRlODBiNWFlZA==&amp;srtk=MzRlODBiNWFlZA</w:t>
        </w:r>
      </w:hyperlink>
      <w:r w:rsidRPr="004616A2">
        <w:rPr>
          <w:sz w:val="28"/>
          <w:szCs w:val="28"/>
        </w:rPr>
        <w:t>==</w:t>
      </w:r>
      <w:hyperlink r:id="rId442" w:history="1">
        <w:r w:rsidRPr="004616A2">
          <w:rPr>
            <w:rStyle w:val="ae"/>
            <w:sz w:val="28"/>
            <w:szCs w:val="28"/>
          </w:rPr>
          <w:t>https://www.instagram.com/reel/DKE0gMasNKD/?utm_source=ig_web_copy_link&amp;srtk=MzRlODBiNWFlZA</w:t>
        </w:r>
      </w:hyperlink>
      <w:r w:rsidRPr="004616A2">
        <w:rPr>
          <w:sz w:val="28"/>
          <w:szCs w:val="28"/>
        </w:rPr>
        <w:t>==</w:t>
      </w:r>
      <w:hyperlink r:id="rId443" w:history="1">
        <w:r w:rsidRPr="004616A2">
          <w:rPr>
            <w:rStyle w:val="ae"/>
            <w:sz w:val="28"/>
            <w:szCs w:val="28"/>
          </w:rPr>
          <w:t>https://www.instagram.com/p/DKMMNWsT7n/?utm_source=ig_web_copy_link&amp;dlrf=MzRlODBiNWFlZA==&amp;srtk=MzRlODBiNWFlZA</w:t>
        </w:r>
      </w:hyperlink>
      <w:r w:rsidRPr="004616A2">
        <w:rPr>
          <w:sz w:val="28"/>
          <w:szCs w:val="28"/>
        </w:rPr>
        <w:t>==</w:t>
      </w:r>
      <w:hyperlink r:id="rId444" w:history="1">
        <w:r w:rsidRPr="004616A2">
          <w:rPr>
            <w:rStyle w:val="ae"/>
            <w:sz w:val="28"/>
            <w:szCs w:val="28"/>
          </w:rPr>
          <w:t>https://www.instagram.com/reel/DKUhJk_sP3_/?utm_source=ig_web_copy_link&amp;obrf=MzRlODBiNWFlZA==&amp;srtk=MzRlODBiNWFlZA</w:t>
        </w:r>
      </w:hyperlink>
      <w:r w:rsidRPr="004616A2">
        <w:rPr>
          <w:sz w:val="28"/>
          <w:szCs w:val="28"/>
        </w:rPr>
        <w:t>==</w:t>
      </w:r>
      <w:hyperlink r:id="rId445" w:history="1">
        <w:r w:rsidRPr="004616A2">
          <w:rPr>
            <w:rStyle w:val="ae"/>
            <w:sz w:val="28"/>
            <w:szCs w:val="28"/>
          </w:rPr>
          <w:t>https://www.instagram.com/reel/DKW7uIss5OT/?utm_source=ig_web_copy_link&amp;vrfl=MzRlODBiNWFlZA==&amp;srtk=MzRlODBiNWFlZA</w:t>
        </w:r>
      </w:hyperlink>
      <w:r w:rsidRPr="004616A2">
        <w:rPr>
          <w:sz w:val="28"/>
          <w:szCs w:val="28"/>
        </w:rPr>
        <w:t>==</w:t>
      </w:r>
      <w:hyperlink r:id="rId446" w:history="1">
        <w:r w:rsidRPr="004616A2">
          <w:rPr>
            <w:rStyle w:val="ae"/>
            <w:sz w:val="28"/>
            <w:szCs w:val="28"/>
          </w:rPr>
          <w:t>https://www.instagram.com/p/DKXVU6BME1K/?utm_source=ig_web_copy_link&amp;cplk=MzRlODBiNWFlZA==&amp;srtk=MzRlODBiNWFlZA</w:t>
        </w:r>
      </w:hyperlink>
      <w:r w:rsidRPr="004616A2">
        <w:rPr>
          <w:sz w:val="28"/>
          <w:szCs w:val="28"/>
        </w:rPr>
        <w:t>==</w:t>
      </w:r>
      <w:hyperlink r:id="rId447" w:history="1">
        <w:r w:rsidRPr="004616A2">
          <w:rPr>
            <w:rStyle w:val="ae"/>
            <w:sz w:val="28"/>
            <w:szCs w:val="28"/>
          </w:rPr>
          <w:t>https://www.instagram.com/p/DKcfiKSMYhC/?utm_source=ig_web_copy_link&amp;srtk=MzRlODBiNWFlZA</w:t>
        </w:r>
      </w:hyperlink>
      <w:r w:rsidRPr="004616A2">
        <w:rPr>
          <w:sz w:val="28"/>
          <w:szCs w:val="28"/>
        </w:rPr>
        <w:t>==</w:t>
      </w:r>
      <w:hyperlink r:id="rId448" w:history="1">
        <w:r w:rsidRPr="004616A2">
          <w:rPr>
            <w:rStyle w:val="ae"/>
            <w:sz w:val="28"/>
            <w:szCs w:val="28"/>
          </w:rPr>
          <w:t>https://www.instagram.com/p/DKcgQOasFlN/?utm_source=ig_web_copy_link&amp;psln=MzRlODBiNWFlZA==&amp;srtk=MzRlODBiNWFlZA</w:t>
        </w:r>
      </w:hyperlink>
      <w:r w:rsidRPr="004616A2">
        <w:rPr>
          <w:sz w:val="28"/>
          <w:szCs w:val="28"/>
        </w:rPr>
        <w:t>==</w:t>
      </w:r>
      <w:hyperlink r:id="rId449" w:history="1">
        <w:r w:rsidRPr="004616A2">
          <w:rPr>
            <w:rStyle w:val="ae"/>
            <w:sz w:val="28"/>
            <w:szCs w:val="28"/>
          </w:rPr>
          <w:t>https://www.instagram.com/p/DKcg2p7M3yE/?utm_source=ig_web_copy_link&amp;srtk=MzRlODBiNWFlZA</w:t>
        </w:r>
      </w:hyperlink>
      <w:r w:rsidRPr="004616A2">
        <w:rPr>
          <w:sz w:val="28"/>
          <w:szCs w:val="28"/>
        </w:rPr>
        <w:t>==</w:t>
      </w:r>
      <w:hyperlink r:id="rId450" w:history="1">
        <w:r w:rsidRPr="004616A2">
          <w:rPr>
            <w:rStyle w:val="ae"/>
            <w:sz w:val="28"/>
            <w:szCs w:val="28"/>
          </w:rPr>
          <w:t>https://www.instagram.com/reel/DKgsp2zsX7b/?utm_source=ig_web_copy_link&amp;cplk=MzRlODBiNWFlZA==&amp;srtk=MzRlODBiNWFlZA</w:t>
        </w:r>
      </w:hyperlink>
      <w:r w:rsidRPr="004616A2">
        <w:rPr>
          <w:sz w:val="28"/>
          <w:szCs w:val="28"/>
        </w:rPr>
        <w:t>==</w:t>
      </w:r>
      <w:hyperlink r:id="rId451" w:history="1">
        <w:r w:rsidRPr="004616A2">
          <w:rPr>
            <w:rStyle w:val="ae"/>
            <w:sz w:val="28"/>
            <w:szCs w:val="28"/>
          </w:rPr>
          <w:t>https://www.instagram.com/reel/DKtwhy0MhY_/?utm_source=ig_web_copy_link&amp;srtk=MzRlODBiNWFlZA</w:t>
        </w:r>
      </w:hyperlink>
      <w:r w:rsidRPr="004616A2">
        <w:rPr>
          <w:sz w:val="28"/>
          <w:szCs w:val="28"/>
        </w:rPr>
        <w:t>==</w:t>
      </w:r>
      <w:hyperlink r:id="rId452" w:history="1">
        <w:r w:rsidRPr="004616A2">
          <w:rPr>
            <w:rStyle w:val="ae"/>
            <w:sz w:val="28"/>
            <w:szCs w:val="28"/>
          </w:rPr>
          <w:t>https://www.instagram.com/reel/DK1gIiAMhNe/?utm_source=ig_web_copy_link&amp;dlrf=MzRlODBiNWFlZA==&amp;srtk=MzRlODBiNWFlZA</w:t>
        </w:r>
      </w:hyperlink>
      <w:r w:rsidRPr="004616A2">
        <w:rPr>
          <w:sz w:val="28"/>
          <w:szCs w:val="28"/>
        </w:rPr>
        <w:t>==</w:t>
      </w:r>
      <w:hyperlink r:id="rId453" w:history="1">
        <w:r w:rsidRPr="004616A2">
          <w:rPr>
            <w:rStyle w:val="ae"/>
            <w:sz w:val="28"/>
            <w:szCs w:val="28"/>
          </w:rPr>
          <w:t>https://www.instagram.com/reel/DK1gNTmszpc/?utm_source=ig_web_copy_link&amp;mdxt=MzRlODBiNWFlZA==&amp;srtk=MzRlODBiNWFlZA</w:t>
        </w:r>
      </w:hyperlink>
      <w:r w:rsidRPr="004616A2">
        <w:rPr>
          <w:sz w:val="28"/>
          <w:szCs w:val="28"/>
        </w:rPr>
        <w:t>==</w:t>
      </w:r>
      <w:hyperlink r:id="rId454" w:history="1">
        <w:r w:rsidRPr="004616A2">
          <w:rPr>
            <w:rStyle w:val="ae"/>
            <w:sz w:val="28"/>
            <w:szCs w:val="28"/>
          </w:rPr>
          <w:t>https://www.instagram.com/reel/DK1gOvvsk4Z/?utm_source=ig_web_copy_link&amp;vrfl=MzRlODBiNWFlZA==&amp;srtk=MzRlODBiN</w:t>
        </w:r>
        <w:r w:rsidRPr="004616A2">
          <w:rPr>
            <w:rStyle w:val="ae"/>
            <w:sz w:val="28"/>
            <w:szCs w:val="28"/>
          </w:rPr>
          <w:lastRenderedPageBreak/>
          <w:t>WFlZA</w:t>
        </w:r>
      </w:hyperlink>
      <w:r w:rsidRPr="004616A2">
        <w:rPr>
          <w:sz w:val="28"/>
          <w:szCs w:val="28"/>
        </w:rPr>
        <w:t>==</w:t>
      </w:r>
      <w:hyperlink r:id="rId455" w:history="1">
        <w:r w:rsidRPr="004616A2">
          <w:rPr>
            <w:rStyle w:val="ae"/>
            <w:sz w:val="28"/>
            <w:szCs w:val="28"/>
          </w:rPr>
          <w:t>https://www.instagram.com/reel/DK2TAPvt7XK/?utm_source=ig_web_copy_link&amp;mdxt=MzRlODBiNWFlZA==&amp;srtk=MzRlODBiNWFlZA</w:t>
        </w:r>
      </w:hyperlink>
      <w:r w:rsidRPr="004616A2">
        <w:rPr>
          <w:sz w:val="28"/>
          <w:szCs w:val="28"/>
        </w:rPr>
        <w:t>==</w:t>
      </w:r>
      <w:hyperlink r:id="rId456" w:history="1">
        <w:r w:rsidRPr="004616A2">
          <w:rPr>
            <w:rStyle w:val="ae"/>
            <w:sz w:val="28"/>
            <w:szCs w:val="28"/>
          </w:rPr>
          <w:t>https://www.instagram.com/reel/DK9mH8qtbUU/?utm_source=ig_web_copy_link&amp;srtk=MzRlODBiNWFlZA</w:t>
        </w:r>
      </w:hyperlink>
      <w:r w:rsidRPr="004616A2">
        <w:rPr>
          <w:sz w:val="28"/>
          <w:szCs w:val="28"/>
        </w:rPr>
        <w:t>==</w:t>
      </w:r>
      <w:hyperlink r:id="rId457" w:history="1">
        <w:r w:rsidRPr="004616A2">
          <w:rPr>
            <w:rStyle w:val="ae"/>
            <w:sz w:val="28"/>
            <w:szCs w:val="28"/>
          </w:rPr>
          <w:t>https://www.instagram.com/reel/DLABgZjMtOH/?utm_source=ig_web_copy_link&amp;obrf=MzRlODBiNWFlZA==&amp;srtk=MzRlODBiNWFlZA</w:t>
        </w:r>
      </w:hyperlink>
      <w:r w:rsidRPr="004616A2">
        <w:rPr>
          <w:sz w:val="28"/>
          <w:szCs w:val="28"/>
        </w:rPr>
        <w:t>==</w:t>
      </w:r>
      <w:hyperlink r:id="rId458" w:history="1">
        <w:r w:rsidRPr="004616A2">
          <w:rPr>
            <w:rStyle w:val="ae"/>
            <w:sz w:val="28"/>
            <w:szCs w:val="28"/>
          </w:rPr>
          <w:t>https://www.instagram.com/reel/DLDRXK4sIHW/?utm_source=ig_web_copy_link&amp;dlrf=MzRlODBiNWFlZA==&amp;srtk=MzRlODBiNWFlZA</w:t>
        </w:r>
      </w:hyperlink>
      <w:r w:rsidRPr="004616A2">
        <w:rPr>
          <w:sz w:val="28"/>
          <w:szCs w:val="28"/>
        </w:rPr>
        <w:t>==</w:t>
      </w:r>
      <w:hyperlink r:id="rId459" w:history="1">
        <w:r w:rsidRPr="004616A2">
          <w:rPr>
            <w:rStyle w:val="ae"/>
            <w:sz w:val="28"/>
            <w:szCs w:val="28"/>
          </w:rPr>
          <w:t>https://www.instagram.com/p/DLDSbJAsY8N/?utm_source=ig_web_copy_link&amp;cplk=MzRlODBiNWFlZA==&amp;srtk=MzRlODBiNWFlZA</w:t>
        </w:r>
      </w:hyperlink>
      <w:r w:rsidRPr="004616A2">
        <w:rPr>
          <w:sz w:val="28"/>
          <w:szCs w:val="28"/>
        </w:rPr>
        <w:t>==</w:t>
      </w:r>
      <w:hyperlink r:id="rId460" w:history="1">
        <w:r w:rsidRPr="004616A2">
          <w:rPr>
            <w:rStyle w:val="ae"/>
            <w:sz w:val="28"/>
            <w:szCs w:val="28"/>
          </w:rPr>
          <w:t>https://www.instagram.com/reel/DLFLkTRNzLe/?utm_source=ig_web_copy_link&amp;vrfl=MzRlODBiNWFlZA==&amp;srtk=MzRlODBiNWFlZA</w:t>
        </w:r>
      </w:hyperlink>
      <w:r w:rsidRPr="004616A2">
        <w:rPr>
          <w:sz w:val="28"/>
          <w:szCs w:val="28"/>
        </w:rPr>
        <w:t>==</w:t>
      </w:r>
      <w:hyperlink r:id="rId461" w:history="1">
        <w:r w:rsidRPr="004616A2">
          <w:rPr>
            <w:rStyle w:val="ae"/>
            <w:sz w:val="28"/>
            <w:szCs w:val="28"/>
          </w:rPr>
          <w:t>https://www.instagram.com/reel/DLFLq0ptgzE/?utm_source=ig_web_copy_link&amp;obrf=MzRlODBiNWFlZA==&amp;srtk=MzRlODBiNWFlZA</w:t>
        </w:r>
      </w:hyperlink>
      <w:r w:rsidRPr="004616A2">
        <w:rPr>
          <w:sz w:val="28"/>
          <w:szCs w:val="28"/>
        </w:rPr>
        <w:t>==</w:t>
      </w:r>
      <w:hyperlink r:id="rId462" w:history="1">
        <w:r w:rsidRPr="004616A2">
          <w:rPr>
            <w:rStyle w:val="ae"/>
            <w:sz w:val="28"/>
            <w:szCs w:val="28"/>
          </w:rPr>
          <w:t>https://www.instagram.com/reel/DLH7CMDtuhD/?utm_source=ig_web_copy_link&amp;psln=MzRlODBiNWFlZA==&amp;srtk=MzRlODBiNWFlZA</w:t>
        </w:r>
      </w:hyperlink>
      <w:r w:rsidRPr="004616A2">
        <w:rPr>
          <w:sz w:val="28"/>
          <w:szCs w:val="28"/>
        </w:rPr>
        <w:t>==</w:t>
      </w:r>
      <w:hyperlink r:id="rId463" w:history="1">
        <w:r w:rsidRPr="004616A2">
          <w:rPr>
            <w:rStyle w:val="ae"/>
            <w:sz w:val="28"/>
            <w:szCs w:val="28"/>
          </w:rPr>
          <w:t>https://www.instagram.com/reel/DLQrqPINqIs/?utm_source=ig_web_copy_link&amp;dlrf=MzRlODBiNWFlZA==&amp;srtk=MzRlODBiNWFlZA</w:t>
        </w:r>
      </w:hyperlink>
      <w:r w:rsidRPr="004616A2">
        <w:rPr>
          <w:sz w:val="28"/>
          <w:szCs w:val="28"/>
        </w:rPr>
        <w:t>==</w:t>
      </w:r>
      <w:hyperlink r:id="rId464" w:history="1">
        <w:r w:rsidRPr="004616A2">
          <w:rPr>
            <w:rStyle w:val="ae"/>
            <w:sz w:val="28"/>
            <w:szCs w:val="28"/>
          </w:rPr>
          <w:t>https://www.instagram.com/p/DLSB5BVMdFh/?utm_source=ig_web_copy_link&amp;vrfl=MzRlODBiNWFlZA==&amp;srtk=MzRlODBiNWFlZA</w:t>
        </w:r>
      </w:hyperlink>
      <w:r w:rsidRPr="004616A2">
        <w:rPr>
          <w:sz w:val="28"/>
          <w:szCs w:val="28"/>
        </w:rPr>
        <w:t>==</w:t>
      </w:r>
      <w:hyperlink r:id="rId465" w:history="1">
        <w:r w:rsidRPr="004616A2">
          <w:rPr>
            <w:rStyle w:val="ae"/>
            <w:sz w:val="28"/>
            <w:szCs w:val="28"/>
          </w:rPr>
          <w:t>https://www.instagram.com/p/DLSB8yUM3R_/?utm_source=ig_web_copy_link&amp;obrf=MzRlODBiNWFlZA==&amp;srtk=MzRlODBiNWFlZA</w:t>
        </w:r>
      </w:hyperlink>
      <w:r w:rsidRPr="004616A2">
        <w:rPr>
          <w:sz w:val="28"/>
          <w:szCs w:val="28"/>
        </w:rPr>
        <w:t>==</w:t>
      </w:r>
      <w:hyperlink r:id="rId466" w:history="1">
        <w:r w:rsidRPr="004616A2">
          <w:rPr>
            <w:rStyle w:val="ae"/>
            <w:sz w:val="28"/>
            <w:szCs w:val="28"/>
          </w:rPr>
          <w:t>https://www.instagram.com/reel/DLUahFlsyiJ/?utm_source=ig_web_copy_link&amp;exln=MzRlODBiNWFlZA==&amp;srtk=MzRlODBiNWFlZA</w:t>
        </w:r>
      </w:hyperlink>
      <w:r w:rsidRPr="004616A2">
        <w:rPr>
          <w:sz w:val="28"/>
          <w:szCs w:val="28"/>
        </w:rPr>
        <w:t>==</w:t>
      </w:r>
      <w:hyperlink r:id="rId467" w:history="1">
        <w:r w:rsidRPr="004616A2">
          <w:rPr>
            <w:rStyle w:val="ae"/>
            <w:sz w:val="28"/>
            <w:szCs w:val="28"/>
          </w:rPr>
          <w:t>https://www.instagram.com/reel/DLZlx7iMjZi/?utm_source=ig_web_copy_link&amp;vrfl=MzRlODBiNWFlZA==&amp;srtk=MzRlODBiNWFlZA</w:t>
        </w:r>
      </w:hyperlink>
    </w:p>
    <w:p w14:paraId="3F89E4FF" w14:textId="1EB66883" w:rsidR="004616A2" w:rsidRDefault="004616A2" w:rsidP="004616A2">
      <w:pPr>
        <w:rPr>
          <w:sz w:val="28"/>
          <w:szCs w:val="28"/>
          <w:lang w:val="kk-KZ"/>
        </w:rPr>
      </w:pPr>
    </w:p>
    <w:p w14:paraId="077B0EF6" w14:textId="77777777" w:rsidR="00276593" w:rsidRPr="004616A2" w:rsidRDefault="00276593" w:rsidP="00276593">
      <w:pPr>
        <w:jc w:val="both"/>
        <w:rPr>
          <w:b/>
          <w:sz w:val="28"/>
          <w:szCs w:val="28"/>
          <w:lang w:val="kk-KZ"/>
        </w:rPr>
      </w:pPr>
      <w:r w:rsidRPr="004616A2">
        <w:rPr>
          <w:b/>
          <w:sz w:val="28"/>
          <w:szCs w:val="28"/>
          <w:lang w:val="kk-KZ"/>
        </w:rPr>
        <w:t>2025–2026 оқу жылы</w:t>
      </w:r>
    </w:p>
    <w:p w14:paraId="16F9BA2D" w14:textId="62730F0D" w:rsidR="00276593" w:rsidRPr="004616A2" w:rsidRDefault="00A40AE7" w:rsidP="00276593">
      <w:pPr>
        <w:jc w:val="both"/>
        <w:rPr>
          <w:b/>
          <w:sz w:val="28"/>
          <w:szCs w:val="28"/>
          <w:lang w:val="kk-KZ"/>
        </w:rPr>
      </w:pPr>
      <w:r w:rsidRPr="00A40AE7">
        <w:rPr>
          <w:b/>
          <w:sz w:val="28"/>
          <w:szCs w:val="28"/>
          <w:lang w:val="kk-KZ"/>
        </w:rPr>
        <w:t xml:space="preserve">              </w:t>
      </w:r>
      <w:r w:rsidR="00276593" w:rsidRPr="004616A2">
        <w:rPr>
          <w:b/>
          <w:sz w:val="28"/>
          <w:szCs w:val="28"/>
          <w:lang w:val="kk-KZ"/>
        </w:rPr>
        <w:t>Білім алушылардың субъективті жаңа білімді меңгеруіне және танымдық міндеттерді шешуге, ұлттық салт дәстүрлерді, мәдениетті меңгеруге және жалпыадамзаттық құндылықтарды дарытуға бағытталған тәрбие жұмысын жүзеге асыру; білім алушылардың рухани-адамгершілік, азаматтық патриоттық, көркемдік-эстетикалық, еңбек және дене тәрбиесін қамтамасыз ететін сыныптан тыс жұмыстардың әртүрлі нысандарын ұйымдастыру</w:t>
      </w:r>
    </w:p>
    <w:p w14:paraId="05681CC7" w14:textId="77777777" w:rsidR="00276593" w:rsidRPr="004616A2" w:rsidRDefault="00276593" w:rsidP="00276593">
      <w:pPr>
        <w:jc w:val="both"/>
        <w:rPr>
          <w:sz w:val="28"/>
          <w:szCs w:val="28"/>
          <w:lang w:val="kk-KZ"/>
        </w:rPr>
      </w:pPr>
      <w:r w:rsidRPr="004616A2">
        <w:rPr>
          <w:sz w:val="28"/>
          <w:szCs w:val="28"/>
          <w:lang w:val="kk-KZ"/>
        </w:rPr>
        <w:t xml:space="preserve">    Мектептің 2025–2026 оқу жылына арналған тәрбие жұмысының жоспары «Адал азамат» біртұтас тәрбие бағдарламасы, ҚР Оқу-ағарту министрлігінің 2025 жылғы 26 мамырдағы №123 бұйрығы және 2025–2026 оқу жылына арналған нұсқаулық-әдістемелік хат негізінде құрастырылған. Қазіргі қазақстандық білім беру жүйесінің басты міндеттерінің бірі — жауапты, адал әрі патриот азаматты тәрбиелеу. Бастауыш сыныптардан бастап білім алушылардың бойында моральдық құндылықтар, заңдарды құрметтеу және Отанға деген сүйіспеншілік қалыптасады. Осы жұмыс шеңберінде оқушылардың бойында адалдық, парасаттылық, патриотизм және құқықтық мәдениет сияқты қасиеттерді дамытуға бағытталған «Адал азамат» жобасы жүзеге асырылады. Тәрбие жұмысының жоспары балалардың жас және психологиялық ерекшеліктерін ескереді және қызметтің әртүрлі нысандарын қамтиды: сынып сағаттары, шығармашылық конкурстар, әңгімелесулер, интерактивті сабақтар және қоғам қайраткерлерімен кездесулер. Жоба мектеп оқушыларының бойында орнықты рухани-адамгершілік бағдарларды, белсенді азаматтық ұстанымды және қазіргі қоғамда өмір сүруге дайындықты қалыптастыруға ықпал етеді. </w:t>
      </w:r>
    </w:p>
    <w:p w14:paraId="0624BC43" w14:textId="77777777" w:rsidR="00276593" w:rsidRPr="004616A2" w:rsidRDefault="00276593" w:rsidP="00276593">
      <w:pPr>
        <w:jc w:val="both"/>
        <w:rPr>
          <w:sz w:val="28"/>
          <w:szCs w:val="28"/>
          <w:lang w:val="kk-KZ"/>
        </w:rPr>
      </w:pPr>
      <w:r w:rsidRPr="004616A2">
        <w:rPr>
          <w:sz w:val="28"/>
          <w:szCs w:val="28"/>
          <w:lang w:val="kk-KZ"/>
        </w:rPr>
        <w:t xml:space="preserve">Мақсаты: Рухани-адамгершілік қасиеттерді, азаматтық жауапкершілік пен патриотизмді, адалдық пен жауапкершілікті дамыту арқылы қазақстандық мәдениет </w:t>
      </w:r>
      <w:r w:rsidRPr="004616A2">
        <w:rPr>
          <w:sz w:val="28"/>
          <w:szCs w:val="28"/>
          <w:lang w:val="kk-KZ"/>
        </w:rPr>
        <w:lastRenderedPageBreak/>
        <w:t xml:space="preserve">құндылықтары негізінде білім алушының үйлесімді дамыған тұлғасын қалыптастыру. Міндеттері: </w:t>
      </w:r>
    </w:p>
    <w:p w14:paraId="4A571222" w14:textId="77777777" w:rsidR="00276593" w:rsidRPr="004616A2" w:rsidRDefault="00276593" w:rsidP="00276593">
      <w:pPr>
        <w:jc w:val="both"/>
        <w:rPr>
          <w:sz w:val="28"/>
          <w:szCs w:val="28"/>
          <w:lang w:val="kk-KZ"/>
        </w:rPr>
      </w:pPr>
      <w:r w:rsidRPr="004616A2">
        <w:rPr>
          <w:sz w:val="28"/>
          <w:szCs w:val="28"/>
          <w:lang w:val="kk-KZ"/>
        </w:rPr>
        <w:t xml:space="preserve">• Рухани-адамгершілік қасиеттерді тәрбиелеу (Отанға, өз халқына, оның тарихы мен мәдениетіне деген сүйіспеншілікті қалыптастыру, Қазақстан Республикасының мемлекеттік нышандарын құрметтеуге тәрбиелеу, адалдық, әділдік, мейірімділік, қамқорлық, жанашырлық және басқа де адамгершілік қасиеттерді дамыту, табиғатқа және қоршаған ортаға ұқыпты қарауды қалыптастыру); </w:t>
      </w:r>
    </w:p>
    <w:p w14:paraId="095F7A3F" w14:textId="77777777" w:rsidR="00276593" w:rsidRPr="004616A2" w:rsidRDefault="00276593" w:rsidP="00276593">
      <w:pPr>
        <w:jc w:val="both"/>
        <w:rPr>
          <w:sz w:val="28"/>
          <w:szCs w:val="28"/>
          <w:lang w:val="kk-KZ"/>
        </w:rPr>
      </w:pPr>
      <w:r w:rsidRPr="004616A2">
        <w:rPr>
          <w:sz w:val="28"/>
          <w:szCs w:val="28"/>
          <w:lang w:val="kk-KZ"/>
        </w:rPr>
        <w:t xml:space="preserve">• Азаматтық жауапкершілік пен патриотизмді дамыту (өз еліне және оның жетістіктеріне деген мақтаныш сезімін тәрбиелеу, отбасы, қоғам және мемлекет алдындағы өз міндеттеріне саналы түрде қарауды қалыптастыру, өзінің және басқа адамдардың құқықтары мен бостандықтарын қорғауға дайындығын дамыту, әлеуметтік маңызы бар қызметке белсенді қатысу); </w:t>
      </w:r>
    </w:p>
    <w:p w14:paraId="2EE178D6" w14:textId="77777777" w:rsidR="00276593" w:rsidRPr="004616A2" w:rsidRDefault="00276593" w:rsidP="00276593">
      <w:pPr>
        <w:jc w:val="both"/>
        <w:rPr>
          <w:sz w:val="28"/>
          <w:szCs w:val="28"/>
          <w:lang w:val="kk-KZ"/>
        </w:rPr>
      </w:pPr>
      <w:r w:rsidRPr="004616A2">
        <w:rPr>
          <w:sz w:val="28"/>
          <w:szCs w:val="28"/>
          <w:lang w:val="kk-KZ"/>
        </w:rPr>
        <w:t xml:space="preserve">• Адалдық пен жауапкершілікті қалыптастыру (мінез-құлықта және айналадағылармен қарым-қатынаста адалдық пен әділдікті тәрбиелеу, өз іс-әрекеттері мен сөздері үшін жауапкершілікті дамыту, еңбекқорлықты және өзін-өзі жетілдіруге ұмтылысты қалыптастыру, өзгелердің еңбегі мен мүлкін құрметтеуге тәрбиелеу); </w:t>
      </w:r>
    </w:p>
    <w:p w14:paraId="1AE57B31" w14:textId="77777777" w:rsidR="00276593" w:rsidRPr="004616A2" w:rsidRDefault="00276593" w:rsidP="00276593">
      <w:pPr>
        <w:jc w:val="both"/>
        <w:rPr>
          <w:sz w:val="28"/>
          <w:szCs w:val="28"/>
          <w:lang w:val="kk-KZ"/>
        </w:rPr>
      </w:pPr>
      <w:r w:rsidRPr="004616A2">
        <w:rPr>
          <w:sz w:val="28"/>
          <w:szCs w:val="28"/>
          <w:lang w:val="kk-KZ"/>
        </w:rPr>
        <w:t xml:space="preserve">• Білім алушы тұлғасының үйлесімді дамуы үшін жағдай жасау (әрбір білім алушыны тәрбиелеу мен оқытуға жеке тәсілді қамтамасыз ету, білім беру ортасында қолайлы психологиялық-педагогикалық климат құру, ерекше білім беру қажеттіліктері бар балаларды қолдау, отбасын тәрбие процесіне тарту). </w:t>
      </w:r>
    </w:p>
    <w:p w14:paraId="70B3CB48" w14:textId="77777777" w:rsidR="00276593" w:rsidRPr="004616A2" w:rsidRDefault="00276593" w:rsidP="00276593">
      <w:pPr>
        <w:jc w:val="both"/>
        <w:rPr>
          <w:sz w:val="28"/>
          <w:szCs w:val="28"/>
          <w:lang w:val="kk-KZ"/>
        </w:rPr>
      </w:pPr>
      <w:r w:rsidRPr="004616A2">
        <w:rPr>
          <w:sz w:val="28"/>
          <w:szCs w:val="28"/>
          <w:lang w:val="kk-KZ"/>
        </w:rPr>
        <w:t xml:space="preserve">Әр айдың іс-шаралары мыналарды қамтиды: </w:t>
      </w:r>
    </w:p>
    <w:p w14:paraId="3C8A8A1C" w14:textId="77777777" w:rsidR="00276593" w:rsidRPr="004616A2" w:rsidRDefault="00276593" w:rsidP="00276593">
      <w:pPr>
        <w:jc w:val="both"/>
        <w:rPr>
          <w:sz w:val="28"/>
          <w:szCs w:val="28"/>
          <w:lang w:val="kk-KZ"/>
        </w:rPr>
      </w:pPr>
      <w:r w:rsidRPr="004616A2">
        <w:rPr>
          <w:sz w:val="28"/>
          <w:szCs w:val="28"/>
          <w:lang w:val="kk-KZ"/>
        </w:rPr>
        <w:t xml:space="preserve">Күнделікті: </w:t>
      </w:r>
    </w:p>
    <w:p w14:paraId="29E11EE1" w14:textId="77777777" w:rsidR="00276593" w:rsidRPr="004616A2" w:rsidRDefault="00276593" w:rsidP="00276593">
      <w:pPr>
        <w:jc w:val="both"/>
        <w:rPr>
          <w:sz w:val="28"/>
          <w:szCs w:val="28"/>
          <w:lang w:val="kk-KZ"/>
        </w:rPr>
      </w:pPr>
      <w:r w:rsidRPr="004616A2">
        <w:rPr>
          <w:sz w:val="28"/>
          <w:szCs w:val="28"/>
          <w:lang w:val="kk-KZ"/>
        </w:rPr>
        <w:t>• «Ұлттық ойын – ұлт қазынасы» – үзілістер кезінде асық ату, тоғызқұмалақ, бес тас және т.б. ойындар түрінде білім алушылардың бос уақытын ұйымдастыру.</w:t>
      </w:r>
    </w:p>
    <w:p w14:paraId="3C6A54E3" w14:textId="77777777" w:rsidR="00276593" w:rsidRPr="004616A2" w:rsidRDefault="00276593" w:rsidP="00276593">
      <w:pPr>
        <w:jc w:val="both"/>
        <w:rPr>
          <w:sz w:val="28"/>
          <w:szCs w:val="28"/>
          <w:lang w:val="kk-KZ"/>
        </w:rPr>
      </w:pPr>
      <w:r w:rsidRPr="004616A2">
        <w:rPr>
          <w:sz w:val="28"/>
          <w:szCs w:val="28"/>
          <w:lang w:val="kk-KZ"/>
        </w:rPr>
        <w:t xml:space="preserve"> • «Өнегелі 15 минут» – ата-аналардың күнделікті 15 минут ішінде өз баласымен өзекті моральдық-адамгершілік тақырыптардың біріне жеке әңгімелесу жүргізуі. </w:t>
      </w:r>
    </w:p>
    <w:p w14:paraId="56475650" w14:textId="77777777" w:rsidR="00276593" w:rsidRPr="004616A2" w:rsidRDefault="00276593" w:rsidP="00276593">
      <w:pPr>
        <w:jc w:val="both"/>
        <w:rPr>
          <w:sz w:val="28"/>
          <w:szCs w:val="28"/>
          <w:lang w:val="kk-KZ"/>
        </w:rPr>
      </w:pPr>
      <w:r w:rsidRPr="004616A2">
        <w:rPr>
          <w:sz w:val="28"/>
          <w:szCs w:val="28"/>
          <w:lang w:val="kk-KZ"/>
        </w:rPr>
        <w:t xml:space="preserve">• «Үнемді тұтыну» – жадынамалар, нұсқаулықтар мен флаерлер арқылы суды, тамақты, энергияны және табиғи ресурстарды күнделікті тұтыну әрекеттері арқылы табиғи ресурстарға (су, энергия және т.б.) ұқыпты қарауды қалыптастыру. </w:t>
      </w:r>
    </w:p>
    <w:p w14:paraId="09C730B4" w14:textId="77777777" w:rsidR="00276593" w:rsidRPr="004616A2" w:rsidRDefault="00276593" w:rsidP="00276593">
      <w:pPr>
        <w:jc w:val="both"/>
        <w:rPr>
          <w:sz w:val="28"/>
          <w:szCs w:val="28"/>
          <w:lang w:val="kk-KZ"/>
        </w:rPr>
      </w:pPr>
      <w:r w:rsidRPr="004616A2">
        <w:rPr>
          <w:sz w:val="28"/>
          <w:szCs w:val="28"/>
          <w:lang w:val="kk-KZ"/>
        </w:rPr>
        <w:t>• «Күй күмбірі» – қоңыраудың орнына күйлерді пайдалану, сондай-ақ үлкен үзілістер кезінде күйлерді ойнату.</w:t>
      </w:r>
    </w:p>
    <w:p w14:paraId="39A4239C" w14:textId="77777777" w:rsidR="00276593" w:rsidRPr="004616A2" w:rsidRDefault="00276593" w:rsidP="00276593">
      <w:pPr>
        <w:jc w:val="both"/>
        <w:rPr>
          <w:sz w:val="28"/>
          <w:szCs w:val="28"/>
          <w:lang w:val="kk-KZ"/>
        </w:rPr>
      </w:pPr>
      <w:r w:rsidRPr="004616A2">
        <w:rPr>
          <w:sz w:val="28"/>
          <w:szCs w:val="28"/>
          <w:lang w:val="kk-KZ"/>
        </w:rPr>
        <w:t xml:space="preserve"> Апта сайын: </w:t>
      </w:r>
    </w:p>
    <w:p w14:paraId="68F6F6AE" w14:textId="77777777" w:rsidR="00276593" w:rsidRPr="004616A2" w:rsidRDefault="00276593" w:rsidP="00276593">
      <w:pPr>
        <w:jc w:val="both"/>
        <w:rPr>
          <w:sz w:val="28"/>
          <w:szCs w:val="28"/>
          <w:lang w:val="kk-KZ"/>
        </w:rPr>
      </w:pPr>
      <w:r w:rsidRPr="004616A2">
        <w:rPr>
          <w:sz w:val="28"/>
          <w:szCs w:val="28"/>
          <w:lang w:val="kk-KZ"/>
        </w:rPr>
        <w:t>• «Менің Қазақстаным» – оқу аптасының басында, бірінші сабақта білім алушылар Қазақстан Республикасының Мемлекеттік Гимнін орындайды.</w:t>
      </w:r>
    </w:p>
    <w:p w14:paraId="65625756" w14:textId="77777777" w:rsidR="00276593" w:rsidRPr="004616A2" w:rsidRDefault="00276593" w:rsidP="00276593">
      <w:pPr>
        <w:jc w:val="both"/>
        <w:rPr>
          <w:sz w:val="28"/>
          <w:szCs w:val="28"/>
          <w:lang w:val="kk-KZ"/>
        </w:rPr>
      </w:pPr>
      <w:r w:rsidRPr="004616A2">
        <w:rPr>
          <w:sz w:val="28"/>
          <w:szCs w:val="28"/>
          <w:lang w:val="kk-KZ"/>
        </w:rPr>
        <w:t xml:space="preserve"> • Апта цитатасы – мазмұны бүкіл ұйымның оқу және оқудан тыс қызметінің лейтмотивы болатын мақал-мәтелдер, халық даналығы, көрнекті тұлғалардың сөздері. </w:t>
      </w:r>
    </w:p>
    <w:p w14:paraId="08BD6E30" w14:textId="77777777" w:rsidR="00276593" w:rsidRPr="004616A2" w:rsidRDefault="00276593" w:rsidP="00276593">
      <w:pPr>
        <w:jc w:val="both"/>
        <w:rPr>
          <w:sz w:val="28"/>
          <w:szCs w:val="28"/>
          <w:lang w:val="kk-KZ"/>
        </w:rPr>
      </w:pPr>
      <w:r w:rsidRPr="004616A2">
        <w:rPr>
          <w:sz w:val="28"/>
          <w:szCs w:val="28"/>
          <w:lang w:val="kk-KZ"/>
        </w:rPr>
        <w:t xml:space="preserve">Апта цитаталары ақпараттық стендтерге, Led-экрандарға, сынып тақталарына және т.б. орнатылады. </w:t>
      </w:r>
    </w:p>
    <w:p w14:paraId="6638E926" w14:textId="77777777" w:rsidR="00276593" w:rsidRPr="004616A2" w:rsidRDefault="00276593" w:rsidP="00276593">
      <w:pPr>
        <w:jc w:val="both"/>
        <w:rPr>
          <w:sz w:val="28"/>
          <w:szCs w:val="28"/>
          <w:lang w:val="kk-KZ"/>
        </w:rPr>
      </w:pPr>
      <w:r w:rsidRPr="004616A2">
        <w:rPr>
          <w:sz w:val="28"/>
          <w:szCs w:val="28"/>
          <w:lang w:val="kk-KZ"/>
        </w:rPr>
        <w:t xml:space="preserve">• «Қауіпсіздік сабағы» – сынып сағаты шеңберінде білім алушылардың жеке қауіпсіздікті, қауіпсіз мінез-құлықты сақтауы, соның ішінде жол жүрісі ережелерін, өмір қауіпсіздігі негіздерін үйренуі бойынша 10 минуттық сабақ. </w:t>
      </w:r>
    </w:p>
    <w:p w14:paraId="30553C1C" w14:textId="77777777" w:rsidR="00276593" w:rsidRPr="004616A2" w:rsidRDefault="00276593" w:rsidP="00276593">
      <w:pPr>
        <w:jc w:val="both"/>
        <w:rPr>
          <w:sz w:val="28"/>
          <w:szCs w:val="28"/>
          <w:lang w:val="kk-KZ"/>
        </w:rPr>
      </w:pPr>
      <w:r w:rsidRPr="004616A2">
        <w:rPr>
          <w:sz w:val="28"/>
          <w:szCs w:val="28"/>
          <w:lang w:val="kk-KZ"/>
        </w:rPr>
        <w:t xml:space="preserve"> • «ДосболLIKE» – қорқытудың/буллингтің алдын алу және тиімді қарсы тұру үшін жағдай жасау бойынша акция өткізу. </w:t>
      </w:r>
    </w:p>
    <w:p w14:paraId="50EFC7D3" w14:textId="77777777" w:rsidR="00276593" w:rsidRPr="004616A2" w:rsidRDefault="00276593" w:rsidP="00276593">
      <w:pPr>
        <w:jc w:val="both"/>
        <w:rPr>
          <w:sz w:val="28"/>
          <w:szCs w:val="28"/>
          <w:lang w:val="kk-KZ"/>
        </w:rPr>
      </w:pPr>
      <w:r w:rsidRPr="004616A2">
        <w:rPr>
          <w:sz w:val="28"/>
          <w:szCs w:val="28"/>
          <w:lang w:val="kk-KZ"/>
        </w:rPr>
        <w:t>• «Әншуақ» – білім алушылар арасында қазақ тіліндегі әндерді дәріптеуге бағытталған балалар әндері фестивалін өткізу.</w:t>
      </w:r>
    </w:p>
    <w:p w14:paraId="19D1D8B3" w14:textId="77777777" w:rsidR="00276593" w:rsidRPr="004616A2" w:rsidRDefault="00276593" w:rsidP="00276593">
      <w:pPr>
        <w:jc w:val="both"/>
        <w:rPr>
          <w:sz w:val="28"/>
          <w:szCs w:val="28"/>
          <w:lang w:val="kk-KZ"/>
        </w:rPr>
      </w:pPr>
      <w:r w:rsidRPr="004616A2">
        <w:rPr>
          <w:sz w:val="28"/>
          <w:szCs w:val="28"/>
          <w:lang w:val="kk-KZ"/>
        </w:rPr>
        <w:lastRenderedPageBreak/>
        <w:t xml:space="preserve"> • «Ақындар айтысы» – Республика күнін мерекелеу қарсаңында жас ақындардың айтысын өткізу.</w:t>
      </w:r>
    </w:p>
    <w:p w14:paraId="227305D9" w14:textId="77777777" w:rsidR="00276593" w:rsidRPr="004616A2" w:rsidRDefault="008D1D0B" w:rsidP="00276593">
      <w:pPr>
        <w:rPr>
          <w:color w:val="FF0000"/>
          <w:sz w:val="28"/>
          <w:szCs w:val="28"/>
          <w:lang w:val="kk-KZ" w:eastAsia="ru-RU"/>
        </w:rPr>
      </w:pPr>
      <w:hyperlink r:id="rId468" w:history="1">
        <w:r w:rsidR="00276593" w:rsidRPr="00276593">
          <w:rPr>
            <w:rStyle w:val="ae"/>
            <w:sz w:val="28"/>
            <w:szCs w:val="28"/>
            <w:lang w:val="kk-KZ"/>
          </w:rPr>
          <w:t>https://www.instagram.com/p/DOO3nD0CqQ_/?img_index=3&amp;exln=MWZyMXRkcnRhanpkeA</w:t>
        </w:r>
      </w:hyperlink>
      <w:r w:rsidR="00276593" w:rsidRPr="004616A2">
        <w:rPr>
          <w:sz w:val="28"/>
          <w:szCs w:val="28"/>
          <w:lang w:val="kk-KZ"/>
        </w:rPr>
        <w:t>==</w:t>
      </w:r>
      <w:hyperlink r:id="rId469" w:history="1">
        <w:r w:rsidR="00276593" w:rsidRPr="00276593">
          <w:rPr>
            <w:rStyle w:val="ae"/>
            <w:sz w:val="28"/>
            <w:szCs w:val="28"/>
            <w:lang w:val="kk-KZ"/>
          </w:rPr>
          <w:t>https://www.instagram.com/reel/DOVhwj-Comm/?psln=YXBpdXh0amxzOTc</w:t>
        </w:r>
      </w:hyperlink>
      <w:r w:rsidR="00276593" w:rsidRPr="004616A2">
        <w:rPr>
          <w:sz w:val="28"/>
          <w:szCs w:val="28"/>
          <w:lang w:val="kk-KZ"/>
        </w:rPr>
        <w:t>=</w:t>
      </w:r>
      <w:hyperlink r:id="rId470" w:history="1">
        <w:r w:rsidR="00276593" w:rsidRPr="00276593">
          <w:rPr>
            <w:rStyle w:val="ae"/>
            <w:sz w:val="28"/>
            <w:szCs w:val="28"/>
            <w:lang w:val="kk-KZ"/>
          </w:rPr>
          <w:t>https://www.instagram.com/reel/DOWhCyVijD-/?mdxt=dWVkdGJ6NGdhbzds</w:t>
        </w:r>
      </w:hyperlink>
      <w:hyperlink r:id="rId471" w:history="1">
        <w:r w:rsidR="00276593" w:rsidRPr="00276593">
          <w:rPr>
            <w:rStyle w:val="ae"/>
            <w:sz w:val="28"/>
            <w:szCs w:val="28"/>
            <w:lang w:val="kk-KZ"/>
          </w:rPr>
          <w:t>https://www.instagram.com/reel/DOWhNVXiuyV/?cplk=bzlkZWgxcWFsNXN0</w:t>
        </w:r>
      </w:hyperlink>
      <w:hyperlink r:id="rId472" w:history="1">
        <w:r w:rsidR="00276593" w:rsidRPr="00276593">
          <w:rPr>
            <w:rStyle w:val="ae"/>
            <w:sz w:val="28"/>
            <w:szCs w:val="28"/>
            <w:lang w:val="kk-KZ"/>
          </w:rPr>
          <w:t>https://www.instagram.com/reel/DObIKVxCspc/?mdxt=MXhzdTZlYmw1cHJmMw</w:t>
        </w:r>
      </w:hyperlink>
      <w:r w:rsidR="00276593" w:rsidRPr="004616A2">
        <w:rPr>
          <w:sz w:val="28"/>
          <w:szCs w:val="28"/>
          <w:lang w:val="kk-KZ"/>
        </w:rPr>
        <w:t>==</w:t>
      </w:r>
      <w:hyperlink r:id="rId473" w:history="1">
        <w:r w:rsidR="00276593" w:rsidRPr="00276593">
          <w:rPr>
            <w:rStyle w:val="ae"/>
            <w:sz w:val="28"/>
            <w:szCs w:val="28"/>
            <w:lang w:val="kk-KZ"/>
          </w:rPr>
          <w:t>https://www.instagram.com/p/DOdu7QLCkCn/?rpxt=M3cxaHBoMzBmMjVw</w:t>
        </w:r>
      </w:hyperlink>
      <w:hyperlink r:id="rId474" w:history="1">
        <w:r w:rsidR="00276593" w:rsidRPr="00276593">
          <w:rPr>
            <w:rStyle w:val="ae"/>
            <w:sz w:val="28"/>
            <w:szCs w:val="28"/>
            <w:lang w:val="kk-KZ"/>
          </w:rPr>
          <w:t>https://www.instagram.com/reel/DOkmWnkCn9p/?xtok=MWt2N3Fqandyc2UyYw</w:t>
        </w:r>
      </w:hyperlink>
      <w:r w:rsidR="00276593" w:rsidRPr="004616A2">
        <w:rPr>
          <w:sz w:val="28"/>
          <w:szCs w:val="28"/>
          <w:lang w:val="kk-KZ"/>
        </w:rPr>
        <w:t>==</w:t>
      </w:r>
      <w:hyperlink r:id="rId475" w:history="1">
        <w:r w:rsidR="00276593" w:rsidRPr="00276593">
          <w:rPr>
            <w:rStyle w:val="ae"/>
            <w:sz w:val="28"/>
            <w:szCs w:val="28"/>
            <w:lang w:val="kk-KZ"/>
          </w:rPr>
          <w:t>https://www.instagram.com/reel/DOkmZEkCrS_/?dlrf=MTF0Nm5qZHd5Z3d4aQ</w:t>
        </w:r>
      </w:hyperlink>
      <w:r w:rsidR="00276593" w:rsidRPr="004616A2">
        <w:rPr>
          <w:sz w:val="28"/>
          <w:szCs w:val="28"/>
          <w:lang w:val="kk-KZ"/>
        </w:rPr>
        <w:t>==</w:t>
      </w:r>
      <w:hyperlink r:id="rId476" w:history="1">
        <w:r w:rsidR="00276593" w:rsidRPr="00276593">
          <w:rPr>
            <w:rStyle w:val="ae"/>
            <w:sz w:val="28"/>
            <w:szCs w:val="28"/>
            <w:lang w:val="kk-KZ"/>
          </w:rPr>
          <w:t>https://www.instagram.com/reel/DOkmn-yijVY/?xtok=MXhpMXBkN3drODlraA</w:t>
        </w:r>
      </w:hyperlink>
      <w:r w:rsidR="00276593" w:rsidRPr="004616A2">
        <w:rPr>
          <w:sz w:val="28"/>
          <w:szCs w:val="28"/>
          <w:lang w:val="kk-KZ"/>
        </w:rPr>
        <w:t>==</w:t>
      </w:r>
      <w:hyperlink r:id="rId477" w:history="1">
        <w:r w:rsidR="00276593" w:rsidRPr="00276593">
          <w:rPr>
            <w:rStyle w:val="ae"/>
            <w:sz w:val="28"/>
            <w:szCs w:val="28"/>
            <w:lang w:val="kk-KZ"/>
          </w:rPr>
          <w:t>https://www.instagram.com/reel/DOkmuZOis48/?vrfl=M3MyNzAwdTduNHZv</w:t>
        </w:r>
      </w:hyperlink>
      <w:hyperlink r:id="rId478" w:history="1">
        <w:r w:rsidR="00276593" w:rsidRPr="00276593">
          <w:rPr>
            <w:rStyle w:val="ae"/>
            <w:sz w:val="28"/>
            <w:szCs w:val="28"/>
            <w:lang w:val="kk-KZ"/>
          </w:rPr>
          <w:t>https://www.instagram.com/reel/DOkmv9DCmyn/?srtk=MTloc3E0Ynd1cXJnMg</w:t>
        </w:r>
      </w:hyperlink>
      <w:r w:rsidR="00276593" w:rsidRPr="004616A2">
        <w:rPr>
          <w:sz w:val="28"/>
          <w:szCs w:val="28"/>
          <w:lang w:val="kk-KZ"/>
        </w:rPr>
        <w:t>==</w:t>
      </w:r>
      <w:hyperlink r:id="rId479" w:history="1">
        <w:r w:rsidR="00276593" w:rsidRPr="00276593">
          <w:rPr>
            <w:rStyle w:val="ae"/>
            <w:sz w:val="28"/>
            <w:szCs w:val="28"/>
            <w:lang w:val="kk-KZ"/>
          </w:rPr>
          <w:t>https://www.instagram.com/reel/DOkmymxCldk/?mdxt=MWlsZmF5eW1rZ29oZA</w:t>
        </w:r>
      </w:hyperlink>
      <w:r w:rsidR="00276593" w:rsidRPr="004616A2">
        <w:rPr>
          <w:sz w:val="28"/>
          <w:szCs w:val="28"/>
          <w:lang w:val="kk-KZ"/>
        </w:rPr>
        <w:t>==</w:t>
      </w:r>
      <w:hyperlink r:id="rId480" w:history="1">
        <w:r w:rsidR="00276593" w:rsidRPr="00276593">
          <w:rPr>
            <w:rStyle w:val="ae"/>
            <w:sz w:val="28"/>
            <w:szCs w:val="28"/>
            <w:lang w:val="kk-KZ"/>
          </w:rPr>
          <w:t>https://www.instagram.com/reel/DOkyW6CivFm/?obrf=MXZubTJob24zczA5NA</w:t>
        </w:r>
      </w:hyperlink>
      <w:r w:rsidR="00276593" w:rsidRPr="004616A2">
        <w:rPr>
          <w:sz w:val="28"/>
          <w:szCs w:val="28"/>
          <w:lang w:val="kk-KZ"/>
        </w:rPr>
        <w:t>==</w:t>
      </w:r>
      <w:hyperlink r:id="rId481" w:history="1">
        <w:r w:rsidR="00276593" w:rsidRPr="00276593">
          <w:rPr>
            <w:rStyle w:val="ae"/>
            <w:sz w:val="28"/>
            <w:szCs w:val="28"/>
            <w:lang w:val="kk-KZ"/>
          </w:rPr>
          <w:t>https://www.instagram.com/reel/DOnVendCnEe/?mdxt=bWFja21oZGZ4bWxl</w:t>
        </w:r>
      </w:hyperlink>
      <w:hyperlink r:id="rId482" w:history="1">
        <w:r w:rsidR="00276593" w:rsidRPr="00276593">
          <w:rPr>
            <w:rStyle w:val="ae"/>
            <w:sz w:val="28"/>
            <w:szCs w:val="28"/>
            <w:lang w:val="kk-KZ"/>
          </w:rPr>
          <w:t>https://www.instagram.com/p/DOoBYoFCsur/?srtk=MXh3Z2loenZsMHY5aQ</w:t>
        </w:r>
      </w:hyperlink>
      <w:r w:rsidR="00276593" w:rsidRPr="004616A2">
        <w:rPr>
          <w:sz w:val="28"/>
          <w:szCs w:val="28"/>
          <w:lang w:val="kk-KZ"/>
        </w:rPr>
        <w:t>==</w:t>
      </w:r>
      <w:hyperlink r:id="rId483" w:history="1">
        <w:r w:rsidR="00276593" w:rsidRPr="00276593">
          <w:rPr>
            <w:rStyle w:val="ae"/>
            <w:sz w:val="28"/>
            <w:szCs w:val="28"/>
            <w:lang w:val="kk-KZ"/>
          </w:rPr>
          <w:t>https://www.instagram.com/p/DOoBrcsCq3X/?psln=MWZhdWpjOHMyc2JvZQ</w:t>
        </w:r>
      </w:hyperlink>
      <w:r w:rsidR="00276593" w:rsidRPr="004616A2">
        <w:rPr>
          <w:sz w:val="28"/>
          <w:szCs w:val="28"/>
          <w:lang w:val="kk-KZ"/>
        </w:rPr>
        <w:t>==</w:t>
      </w:r>
      <w:hyperlink r:id="rId484" w:history="1">
        <w:r w:rsidR="00276593" w:rsidRPr="00276593">
          <w:rPr>
            <w:rStyle w:val="ae"/>
            <w:sz w:val="28"/>
            <w:szCs w:val="28"/>
            <w:lang w:val="kk-KZ"/>
          </w:rPr>
          <w:t>https://www.instagram.com/reel/DOopcPxCsRQ/?obrf=anE1ejd4aHEzM2Z3</w:t>
        </w:r>
      </w:hyperlink>
      <w:hyperlink r:id="rId485" w:history="1">
        <w:r w:rsidR="00276593" w:rsidRPr="00276593">
          <w:rPr>
            <w:rStyle w:val="ae"/>
            <w:sz w:val="28"/>
            <w:szCs w:val="28"/>
            <w:lang w:val="kk-KZ"/>
          </w:rPr>
          <w:t>https://www.instagram.com/reel/DOop0haiqx6/?xtok=MWRlYTk2dHlrbTltMA</w:t>
        </w:r>
      </w:hyperlink>
      <w:r w:rsidR="00276593" w:rsidRPr="004616A2">
        <w:rPr>
          <w:sz w:val="28"/>
          <w:szCs w:val="28"/>
          <w:lang w:val="kk-KZ"/>
        </w:rPr>
        <w:t>==</w:t>
      </w:r>
      <w:hyperlink r:id="rId486" w:history="1">
        <w:r w:rsidR="00276593" w:rsidRPr="00276593">
          <w:rPr>
            <w:rStyle w:val="ae"/>
            <w:sz w:val="28"/>
            <w:szCs w:val="28"/>
            <w:lang w:val="kk-KZ"/>
          </w:rPr>
          <w:t>https://www.instagram.com/reel/DOp4vVjikD3/?mdxt=d2x2MjZvZTB5dzdo</w:t>
        </w:r>
      </w:hyperlink>
      <w:hyperlink r:id="rId487" w:history="1">
        <w:r w:rsidR="00276593" w:rsidRPr="00276593">
          <w:rPr>
            <w:rStyle w:val="ae"/>
            <w:sz w:val="28"/>
            <w:szCs w:val="28"/>
            <w:lang w:val="kk-KZ"/>
          </w:rPr>
          <w:t>https://www.instagram.com/p/DOqp43cigAN/?xtok=MXhzMjF1NmpzNmc4MA</w:t>
        </w:r>
      </w:hyperlink>
      <w:r w:rsidR="00276593" w:rsidRPr="004616A2">
        <w:rPr>
          <w:sz w:val="28"/>
          <w:szCs w:val="28"/>
          <w:lang w:val="kk-KZ"/>
        </w:rPr>
        <w:t>==</w:t>
      </w:r>
      <w:hyperlink r:id="rId488" w:history="1">
        <w:r w:rsidR="00276593" w:rsidRPr="00276593">
          <w:rPr>
            <w:rStyle w:val="ae"/>
            <w:sz w:val="28"/>
            <w:szCs w:val="28"/>
            <w:lang w:val="kk-KZ"/>
          </w:rPr>
          <w:t>https://www.instagram.com/reel/DOqq-lbCpCK/?obrf=MW0xbGRkdmFqZmRiMQ</w:t>
        </w:r>
      </w:hyperlink>
      <w:r w:rsidR="00276593" w:rsidRPr="004616A2">
        <w:rPr>
          <w:sz w:val="28"/>
          <w:szCs w:val="28"/>
          <w:lang w:val="kk-KZ"/>
        </w:rPr>
        <w:t>==</w:t>
      </w:r>
      <w:hyperlink r:id="rId489" w:history="1">
        <w:r w:rsidR="00276593" w:rsidRPr="00276593">
          <w:rPr>
            <w:rStyle w:val="ae"/>
            <w:sz w:val="28"/>
            <w:szCs w:val="28"/>
            <w:lang w:val="kk-KZ"/>
          </w:rPr>
          <w:t>https://www.instagram.com/p/DOtKr2ICq26/?mdxt=YTE3d3A5bXBpMnV3</w:t>
        </w:r>
      </w:hyperlink>
      <w:hyperlink r:id="rId490" w:history="1">
        <w:r w:rsidR="00276593" w:rsidRPr="00276593">
          <w:rPr>
            <w:rStyle w:val="ae"/>
            <w:sz w:val="28"/>
            <w:szCs w:val="28"/>
            <w:lang w:val="kk-KZ"/>
          </w:rPr>
          <w:t>https://www.instagram.com/reel/DOvYxyGCr_k/?srtk=MTkzaDh1OGliYnVtcw</w:t>
        </w:r>
      </w:hyperlink>
      <w:r w:rsidR="00276593" w:rsidRPr="004616A2">
        <w:rPr>
          <w:sz w:val="28"/>
          <w:szCs w:val="28"/>
          <w:lang w:val="kk-KZ"/>
        </w:rPr>
        <w:t>==</w:t>
      </w:r>
      <w:hyperlink r:id="rId491" w:history="1">
        <w:r w:rsidR="00276593" w:rsidRPr="00276593">
          <w:rPr>
            <w:rStyle w:val="ae"/>
            <w:sz w:val="28"/>
            <w:szCs w:val="28"/>
            <w:lang w:val="kk-KZ"/>
          </w:rPr>
          <w:t>https://www.instagram.com/reel/DOx3rGVjPgU/?mdxt=MjB4MmdzNjFlZ3ll</w:t>
        </w:r>
      </w:hyperlink>
      <w:hyperlink r:id="rId492" w:history="1">
        <w:r w:rsidR="00276593" w:rsidRPr="00276593">
          <w:rPr>
            <w:rStyle w:val="ae"/>
            <w:sz w:val="28"/>
            <w:szCs w:val="28"/>
            <w:lang w:val="kk-KZ"/>
          </w:rPr>
          <w:t>https://www.instagram.com/p/DO3W5gtCqi6/?img_index=2&amp;xtok=MTdwbzlnN3JsbWJkbw</w:t>
        </w:r>
      </w:hyperlink>
      <w:r w:rsidR="00276593" w:rsidRPr="004616A2">
        <w:rPr>
          <w:sz w:val="28"/>
          <w:szCs w:val="28"/>
          <w:lang w:val="kk-KZ"/>
        </w:rPr>
        <w:t>==</w:t>
      </w:r>
      <w:hyperlink r:id="rId493" w:history="1">
        <w:r w:rsidR="00276593" w:rsidRPr="00276593">
          <w:rPr>
            <w:rStyle w:val="ae"/>
            <w:sz w:val="28"/>
            <w:szCs w:val="28"/>
            <w:lang w:val="kk-KZ"/>
          </w:rPr>
          <w:t>https://www.instagram.com/p/DO5ripbCges/?vrfl=eGlwbXpjZWluczlr</w:t>
        </w:r>
      </w:hyperlink>
      <w:hyperlink r:id="rId494" w:history="1">
        <w:r w:rsidR="00276593" w:rsidRPr="00276593">
          <w:rPr>
            <w:rStyle w:val="ae"/>
            <w:sz w:val="28"/>
            <w:szCs w:val="28"/>
            <w:lang w:val="kk-KZ"/>
          </w:rPr>
          <w:t>https://www.instagram.com/reel/DO5rlMVip34/?mdxt=bDQ1bGxxbTN5aHV1</w:t>
        </w:r>
      </w:hyperlink>
      <w:hyperlink r:id="rId495" w:history="1">
        <w:r w:rsidR="00276593" w:rsidRPr="00276593">
          <w:rPr>
            <w:rStyle w:val="ae"/>
            <w:sz w:val="28"/>
            <w:szCs w:val="28"/>
            <w:lang w:val="kk-KZ"/>
          </w:rPr>
          <w:t>https://www.instagram.com/reel/DO53NXoihm2/?srtk=eDloajRidjltM2Mz</w:t>
        </w:r>
      </w:hyperlink>
      <w:hyperlink r:id="rId496" w:history="1">
        <w:r w:rsidR="00276593" w:rsidRPr="00276593">
          <w:rPr>
            <w:rStyle w:val="ae"/>
            <w:sz w:val="28"/>
            <w:szCs w:val="28"/>
            <w:lang w:val="kk-KZ"/>
          </w:rPr>
          <w:t>https://www.instagram.com/reel/DO8DPnsiq7y/?srtk=MXBpYWUwa3kxZ2QyNw</w:t>
        </w:r>
      </w:hyperlink>
      <w:r w:rsidR="00276593" w:rsidRPr="004616A2">
        <w:rPr>
          <w:sz w:val="28"/>
          <w:szCs w:val="28"/>
          <w:lang w:val="kk-KZ"/>
        </w:rPr>
        <w:t>==</w:t>
      </w:r>
      <w:hyperlink r:id="rId497" w:history="1">
        <w:r w:rsidR="00276593" w:rsidRPr="00276593">
          <w:rPr>
            <w:rStyle w:val="ae"/>
            <w:sz w:val="28"/>
            <w:szCs w:val="28"/>
            <w:lang w:val="kk-KZ"/>
          </w:rPr>
          <w:t>https://www.instagram.com/p/DO8JSUiigwV/?img_index=2&amp;xtok=eXV6a2l2dXZ4YTkw</w:t>
        </w:r>
      </w:hyperlink>
      <w:hyperlink r:id="rId498" w:history="1">
        <w:r w:rsidR="00276593" w:rsidRPr="004616A2">
          <w:rPr>
            <w:rStyle w:val="ae"/>
            <w:sz w:val="28"/>
            <w:szCs w:val="28"/>
            <w:lang w:val="kk-KZ"/>
          </w:rPr>
          <w:t>https://www.instagram.com/reel/DPD-s6LCtDb/?xtok=Y3E2b2M3bGFkcWx1</w:t>
        </w:r>
      </w:hyperlink>
      <w:hyperlink r:id="rId499" w:history="1">
        <w:r w:rsidR="00276593" w:rsidRPr="004616A2">
          <w:rPr>
            <w:rStyle w:val="ae"/>
            <w:sz w:val="28"/>
            <w:szCs w:val="28"/>
            <w:lang w:val="kk-KZ"/>
          </w:rPr>
          <w:t>https://www.instagram.com/p/DPEXftNCpL2/?vrfl=dXU3MnRvOHp6aW5n</w:t>
        </w:r>
      </w:hyperlink>
      <w:hyperlink r:id="rId500" w:history="1">
        <w:r w:rsidR="00276593" w:rsidRPr="004616A2">
          <w:rPr>
            <w:rStyle w:val="ae"/>
            <w:sz w:val="28"/>
            <w:szCs w:val="28"/>
            <w:lang w:val="kk-KZ"/>
          </w:rPr>
          <w:t>https://www.instagram.com/p/DPLawFKCiAF/?rpxt=aHJxNXRoYXl1dTNn</w:t>
        </w:r>
      </w:hyperlink>
      <w:hyperlink r:id="rId501" w:history="1">
        <w:r w:rsidR="00276593" w:rsidRPr="004616A2">
          <w:rPr>
            <w:rStyle w:val="ae"/>
            <w:sz w:val="28"/>
            <w:szCs w:val="28"/>
            <w:lang w:val="kk-KZ"/>
          </w:rPr>
          <w:t>https://www.instagram.com/p/DPLa2hTCrP9/?rpxt=MWJqM2hsd2JvM2p5aA</w:t>
        </w:r>
      </w:hyperlink>
      <w:r w:rsidR="00276593" w:rsidRPr="004616A2">
        <w:rPr>
          <w:sz w:val="28"/>
          <w:szCs w:val="28"/>
          <w:lang w:val="kk-KZ"/>
        </w:rPr>
        <w:t>==</w:t>
      </w:r>
      <w:hyperlink r:id="rId502" w:history="1">
        <w:r w:rsidR="00276593" w:rsidRPr="004616A2">
          <w:rPr>
            <w:rStyle w:val="ae"/>
            <w:sz w:val="28"/>
            <w:szCs w:val="28"/>
            <w:lang w:val="kk-KZ"/>
          </w:rPr>
          <w:t>https://www.instagram.com/reel/DPN7ySKirsR/?dlrf=MW9oNXk4ajR6YzZjZg</w:t>
        </w:r>
      </w:hyperlink>
      <w:r w:rsidR="00276593" w:rsidRPr="004616A2">
        <w:rPr>
          <w:sz w:val="28"/>
          <w:szCs w:val="28"/>
          <w:lang w:val="kk-KZ"/>
        </w:rPr>
        <w:t>==</w:t>
      </w:r>
      <w:hyperlink r:id="rId503" w:history="1">
        <w:r w:rsidR="00276593" w:rsidRPr="004616A2">
          <w:rPr>
            <w:rStyle w:val="ae"/>
            <w:sz w:val="28"/>
            <w:szCs w:val="28"/>
            <w:lang w:val="kk-KZ"/>
          </w:rPr>
          <w:t>https://www.instagram.com/reel/DPN8GOFCn2Y/?mdxt=MW03ODdwZWppdTFuMg</w:t>
        </w:r>
      </w:hyperlink>
      <w:r w:rsidR="00276593" w:rsidRPr="004616A2">
        <w:rPr>
          <w:sz w:val="28"/>
          <w:szCs w:val="28"/>
          <w:lang w:val="kk-KZ"/>
        </w:rPr>
        <w:t>==</w:t>
      </w:r>
      <w:hyperlink r:id="rId504" w:history="1">
        <w:r w:rsidR="00276593" w:rsidRPr="004616A2">
          <w:rPr>
            <w:rStyle w:val="ae"/>
            <w:sz w:val="28"/>
            <w:szCs w:val="28"/>
            <w:lang w:val="kk-KZ"/>
          </w:rPr>
          <w:t>https://www.instagram.com/reel/DPN779FChhx/?mdxt=MzF2eGtiM2F4aXds</w:t>
        </w:r>
      </w:hyperlink>
      <w:hyperlink r:id="rId505" w:history="1">
        <w:r w:rsidR="00276593" w:rsidRPr="004616A2">
          <w:rPr>
            <w:rStyle w:val="ae"/>
            <w:sz w:val="28"/>
            <w:szCs w:val="28"/>
            <w:lang w:val="kk-KZ"/>
          </w:rPr>
          <w:t>https://www.instagram.com/reel/DPN757JCtyC/?cplk=amhkaXI0am10eWw2</w:t>
        </w:r>
      </w:hyperlink>
      <w:hyperlink r:id="rId506" w:history="1">
        <w:r w:rsidR="00276593" w:rsidRPr="004616A2">
          <w:rPr>
            <w:rStyle w:val="ae"/>
            <w:sz w:val="28"/>
            <w:szCs w:val="28"/>
            <w:lang w:val="kk-KZ"/>
          </w:rPr>
          <w:t>https://www.instagram.com/reel/DPN8C21ChJO/?dlrf=MWc2cTAycnJ5c3E4Mg</w:t>
        </w:r>
      </w:hyperlink>
      <w:r w:rsidR="00276593" w:rsidRPr="004616A2">
        <w:rPr>
          <w:sz w:val="28"/>
          <w:szCs w:val="28"/>
          <w:lang w:val="kk-KZ"/>
        </w:rPr>
        <w:t>==</w:t>
      </w:r>
      <w:hyperlink r:id="rId507" w:history="1">
        <w:r w:rsidR="00276593" w:rsidRPr="004616A2">
          <w:rPr>
            <w:rStyle w:val="ae"/>
            <w:sz w:val="28"/>
            <w:szCs w:val="28"/>
            <w:lang w:val="kk-KZ"/>
          </w:rPr>
          <w:t>https://www.instagram.com/reel/DPN8LZXikxQ/?mdxt=OGltc3FvcDVpMHcw</w:t>
        </w:r>
      </w:hyperlink>
      <w:hyperlink r:id="rId508" w:history="1">
        <w:r w:rsidR="00276593" w:rsidRPr="004616A2">
          <w:rPr>
            <w:rStyle w:val="ae"/>
            <w:sz w:val="28"/>
            <w:szCs w:val="28"/>
            <w:lang w:val="kk-KZ"/>
          </w:rPr>
          <w:t>https://www.instagram.com/reel/DPQcRtOCisl/?vrfl=amt2bnF1djU2bXhk</w:t>
        </w:r>
      </w:hyperlink>
      <w:hyperlink r:id="rId509" w:history="1">
        <w:r w:rsidR="00276593" w:rsidRPr="004616A2">
          <w:rPr>
            <w:rStyle w:val="ae"/>
            <w:sz w:val="28"/>
            <w:szCs w:val="28"/>
            <w:lang w:val="kk-KZ"/>
          </w:rPr>
          <w:t>https://www.instagram.com/reel/DPQulNdChzz/?srtk=MTRrY2YxZDdmemhqdA</w:t>
        </w:r>
      </w:hyperlink>
      <w:r w:rsidR="00276593" w:rsidRPr="004616A2">
        <w:rPr>
          <w:sz w:val="28"/>
          <w:szCs w:val="28"/>
          <w:lang w:val="kk-KZ"/>
        </w:rPr>
        <w:t>==</w:t>
      </w:r>
      <w:hyperlink r:id="rId510" w:history="1">
        <w:r w:rsidR="00276593" w:rsidRPr="004616A2">
          <w:rPr>
            <w:rStyle w:val="ae"/>
            <w:sz w:val="28"/>
            <w:szCs w:val="28"/>
            <w:lang w:val="kk-KZ"/>
          </w:rPr>
          <w:t>https://www.instagram.com/reel/DPQw_YQCpxp/?psln=MTcxOWFqanB6cXkzdw</w:t>
        </w:r>
      </w:hyperlink>
      <w:r w:rsidR="00276593" w:rsidRPr="004616A2">
        <w:rPr>
          <w:sz w:val="28"/>
          <w:szCs w:val="28"/>
          <w:lang w:val="kk-KZ"/>
        </w:rPr>
        <w:t>==</w:t>
      </w:r>
      <w:hyperlink r:id="rId511" w:history="1">
        <w:r w:rsidR="00276593" w:rsidRPr="004616A2">
          <w:rPr>
            <w:rStyle w:val="ae"/>
            <w:sz w:val="28"/>
            <w:szCs w:val="28"/>
            <w:lang w:val="kk-KZ"/>
          </w:rPr>
          <w:t>https://www.instagram.com/reel/DPQxCO0CkwQ/?srtk=NnVtM2llZm8zZjJ5</w:t>
        </w:r>
      </w:hyperlink>
      <w:hyperlink r:id="rId512" w:history="1">
        <w:r w:rsidR="00276593" w:rsidRPr="004616A2">
          <w:rPr>
            <w:rStyle w:val="ae"/>
            <w:sz w:val="28"/>
            <w:szCs w:val="28"/>
            <w:lang w:val="kk-KZ"/>
          </w:rPr>
          <w:t>https://www.instagram.com/reel/DPS1tbhimOi/?mdxt=YnU5dmE2Z3BmdXV2</w:t>
        </w:r>
      </w:hyperlink>
      <w:hyperlink r:id="rId513" w:history="1">
        <w:r w:rsidR="00276593" w:rsidRPr="004616A2">
          <w:rPr>
            <w:rStyle w:val="ae"/>
            <w:sz w:val="28"/>
            <w:szCs w:val="28"/>
            <w:lang w:val="kk-KZ"/>
          </w:rPr>
          <w:t>https://www.instagram.com/reel/DPS3hROCllq/?psln=N3Y0NWV0NG5ibmIx</w:t>
        </w:r>
      </w:hyperlink>
      <w:hyperlink r:id="rId514" w:history="1">
        <w:r w:rsidR="00276593" w:rsidRPr="004616A2">
          <w:rPr>
            <w:rStyle w:val="ae"/>
            <w:sz w:val="28"/>
            <w:szCs w:val="28"/>
            <w:lang w:val="kk-KZ"/>
          </w:rPr>
          <w:t>https://www.instagram.com/reel/DPS4MVuijYh/?rpxt=MXB1bGhjY2IyOGdiMw</w:t>
        </w:r>
      </w:hyperlink>
      <w:r w:rsidR="00276593" w:rsidRPr="004616A2">
        <w:rPr>
          <w:sz w:val="28"/>
          <w:szCs w:val="28"/>
          <w:lang w:val="kk-KZ"/>
        </w:rPr>
        <w:t>==</w:t>
      </w:r>
      <w:hyperlink r:id="rId515" w:history="1">
        <w:r w:rsidR="00276593" w:rsidRPr="004616A2">
          <w:rPr>
            <w:rStyle w:val="ae"/>
            <w:sz w:val="28"/>
            <w:szCs w:val="28"/>
            <w:lang w:val="kk-KZ"/>
          </w:rPr>
          <w:t>https://www.instagram.com/reel/D</w:t>
        </w:r>
        <w:r w:rsidR="00276593" w:rsidRPr="004616A2">
          <w:rPr>
            <w:rStyle w:val="ae"/>
            <w:sz w:val="28"/>
            <w:szCs w:val="28"/>
            <w:lang w:val="kk-KZ"/>
          </w:rPr>
          <w:lastRenderedPageBreak/>
          <w:t>PTwAFyCrVf/?vrfl=bHl4bWFoNDNjYTho</w:t>
        </w:r>
      </w:hyperlink>
      <w:hyperlink r:id="rId516" w:history="1">
        <w:r w:rsidR="00276593" w:rsidRPr="004616A2">
          <w:rPr>
            <w:rStyle w:val="ae"/>
            <w:sz w:val="28"/>
            <w:szCs w:val="28"/>
            <w:lang w:val="kk-KZ"/>
          </w:rPr>
          <w:t>https://www.instagram.com/reel/DPTwFeFilH9/?cplk=anQzaGIzejM1OWR4</w:t>
        </w:r>
      </w:hyperlink>
      <w:hyperlink r:id="rId517" w:history="1">
        <w:r w:rsidR="00276593" w:rsidRPr="004616A2">
          <w:rPr>
            <w:rStyle w:val="ae"/>
            <w:sz w:val="28"/>
            <w:szCs w:val="28"/>
            <w:lang w:val="kk-KZ"/>
          </w:rPr>
          <w:t>https://www.instagram.com/reel/DPTwE-fig4p/?exln=bHhvZzNuc25mbzVz</w:t>
        </w:r>
      </w:hyperlink>
      <w:hyperlink r:id="rId518" w:history="1">
        <w:r w:rsidR="00276593" w:rsidRPr="004616A2">
          <w:rPr>
            <w:rStyle w:val="ae"/>
            <w:sz w:val="28"/>
            <w:szCs w:val="28"/>
            <w:lang w:val="kk-KZ"/>
          </w:rPr>
          <w:t>https://www.instagram.com/reel/DPTwJDWii4x/?mdxt=bTFnMXRmZnFyc3Y0</w:t>
        </w:r>
      </w:hyperlink>
      <w:hyperlink r:id="rId519" w:history="1">
        <w:r w:rsidR="00276593" w:rsidRPr="004616A2">
          <w:rPr>
            <w:rStyle w:val="ae"/>
            <w:sz w:val="28"/>
            <w:szCs w:val="28"/>
            <w:lang w:val="kk-KZ"/>
          </w:rPr>
          <w:t>https://www.instagram.com/reel/DPTwOaTCluY/?exln=bHNwdjN6d2ZraXd3</w:t>
        </w:r>
      </w:hyperlink>
      <w:hyperlink r:id="rId520" w:history="1">
        <w:r w:rsidR="00276593" w:rsidRPr="004616A2">
          <w:rPr>
            <w:rStyle w:val="ae"/>
            <w:sz w:val="28"/>
            <w:szCs w:val="28"/>
            <w:lang w:val="kk-KZ"/>
          </w:rPr>
          <w:t>https://www.instagram.com/reel/DPT2qFOCu8x/?exln=MWpxcXZzMHpuNDZxZQ</w:t>
        </w:r>
      </w:hyperlink>
      <w:r w:rsidR="00276593" w:rsidRPr="004616A2">
        <w:rPr>
          <w:sz w:val="28"/>
          <w:szCs w:val="28"/>
          <w:lang w:val="kk-KZ"/>
        </w:rPr>
        <w:t>==</w:t>
      </w:r>
      <w:hyperlink r:id="rId521" w:history="1">
        <w:r w:rsidR="00276593" w:rsidRPr="004616A2">
          <w:rPr>
            <w:rStyle w:val="ae"/>
            <w:sz w:val="28"/>
            <w:szCs w:val="28"/>
            <w:lang w:val="kk-KZ"/>
          </w:rPr>
          <w:t>https://www.instagram.com/reel/DPT2qFOCu8x/?exln=MWpxcXZzMHpuNDZxZQ</w:t>
        </w:r>
      </w:hyperlink>
      <w:r w:rsidR="00276593" w:rsidRPr="004616A2">
        <w:rPr>
          <w:sz w:val="28"/>
          <w:szCs w:val="28"/>
          <w:lang w:val="kk-KZ"/>
        </w:rPr>
        <w:t>==</w:t>
      </w:r>
      <w:hyperlink r:id="rId522" w:history="1">
        <w:r w:rsidR="00276593" w:rsidRPr="004616A2">
          <w:rPr>
            <w:rStyle w:val="ae"/>
            <w:sz w:val="28"/>
            <w:szCs w:val="28"/>
            <w:lang w:val="kk-KZ"/>
          </w:rPr>
          <w:t>https://www.instagram.com/reel/DPUAyE7Chsp/?exln=cTNucm1wcmttOWt2</w:t>
        </w:r>
      </w:hyperlink>
      <w:hyperlink r:id="rId523" w:history="1">
        <w:r w:rsidR="00276593" w:rsidRPr="004616A2">
          <w:rPr>
            <w:rStyle w:val="ae"/>
            <w:sz w:val="28"/>
            <w:szCs w:val="28"/>
            <w:lang w:val="kk-KZ"/>
          </w:rPr>
          <w:t>https://www.instagram.com/reel/DPUBYxqCtPt/?dlrf=MTV6eXJseXFwd2E2Zw</w:t>
        </w:r>
      </w:hyperlink>
      <w:r w:rsidR="00276593" w:rsidRPr="004616A2">
        <w:rPr>
          <w:sz w:val="28"/>
          <w:szCs w:val="28"/>
          <w:lang w:val="kk-KZ"/>
        </w:rPr>
        <w:t>==</w:t>
      </w:r>
      <w:hyperlink r:id="rId524" w:history="1">
        <w:r w:rsidR="00276593" w:rsidRPr="004616A2">
          <w:rPr>
            <w:rStyle w:val="ae"/>
            <w:sz w:val="28"/>
            <w:szCs w:val="28"/>
            <w:lang w:val="kk-KZ"/>
          </w:rPr>
          <w:t>https://www.instagram.com/reel/DPUOKVVCnfG/?psln=MXA5ZnlyOGtna2dicA</w:t>
        </w:r>
      </w:hyperlink>
      <w:r w:rsidR="00276593" w:rsidRPr="004616A2">
        <w:rPr>
          <w:sz w:val="28"/>
          <w:szCs w:val="28"/>
          <w:lang w:val="kk-KZ"/>
        </w:rPr>
        <w:t>==</w:t>
      </w:r>
      <w:hyperlink r:id="rId525" w:history="1">
        <w:r w:rsidR="00276593" w:rsidRPr="004616A2">
          <w:rPr>
            <w:rStyle w:val="ae"/>
            <w:sz w:val="28"/>
            <w:szCs w:val="28"/>
            <w:lang w:val="kk-KZ"/>
          </w:rPr>
          <w:t>https://www.instagram.com/reel/DPUOZ1XClup/?obrf=Mmh0YTRlZHk3Z3B1</w:t>
        </w:r>
      </w:hyperlink>
      <w:hyperlink r:id="rId526" w:history="1">
        <w:r w:rsidR="00276593" w:rsidRPr="004616A2">
          <w:rPr>
            <w:rStyle w:val="ae"/>
            <w:sz w:val="28"/>
            <w:szCs w:val="28"/>
            <w:lang w:val="kk-KZ"/>
          </w:rPr>
          <w:t>https://www.instagram.com/reel/DPVa7ArinZo/?mdxt=MW1qZno2YjNucjEzeA</w:t>
        </w:r>
      </w:hyperlink>
      <w:r w:rsidR="00276593" w:rsidRPr="004616A2">
        <w:rPr>
          <w:sz w:val="28"/>
          <w:szCs w:val="28"/>
          <w:lang w:val="kk-KZ"/>
        </w:rPr>
        <w:t>==</w:t>
      </w:r>
      <w:hyperlink r:id="rId527" w:history="1">
        <w:r w:rsidR="00276593" w:rsidRPr="004616A2">
          <w:rPr>
            <w:rStyle w:val="ae"/>
            <w:sz w:val="28"/>
            <w:szCs w:val="28"/>
            <w:lang w:val="kk-KZ"/>
          </w:rPr>
          <w:t>https://www.instagram.com/reel/DPVbFXSCgbr/?vrfl=em0wOTkyNGt6NDI2</w:t>
        </w:r>
      </w:hyperlink>
      <w:hyperlink r:id="rId528" w:history="1">
        <w:r w:rsidR="00276593" w:rsidRPr="004616A2">
          <w:rPr>
            <w:rStyle w:val="ae"/>
            <w:sz w:val="28"/>
            <w:szCs w:val="28"/>
            <w:lang w:val="kk-KZ"/>
          </w:rPr>
          <w:t>https://www.instagram.com/reel/DPVbnMrCsMV/?obrf=MWtjNm9idW5uZjlraw</w:t>
        </w:r>
      </w:hyperlink>
      <w:r w:rsidR="00276593" w:rsidRPr="004616A2">
        <w:rPr>
          <w:sz w:val="28"/>
          <w:szCs w:val="28"/>
          <w:lang w:val="kk-KZ"/>
        </w:rPr>
        <w:t>==</w:t>
      </w:r>
      <w:hyperlink r:id="rId529" w:history="1">
        <w:r w:rsidR="00276593" w:rsidRPr="004616A2">
          <w:rPr>
            <w:rStyle w:val="ae"/>
            <w:sz w:val="28"/>
            <w:szCs w:val="28"/>
            <w:lang w:val="kk-KZ"/>
          </w:rPr>
          <w:t>https://www.instagram.com/reel/DPVfPJmCneB/?cplk=MTNiaGl6Y3E1dm9hbA</w:t>
        </w:r>
      </w:hyperlink>
      <w:r w:rsidR="00276593" w:rsidRPr="004616A2">
        <w:rPr>
          <w:sz w:val="28"/>
          <w:szCs w:val="28"/>
          <w:lang w:val="kk-KZ"/>
        </w:rPr>
        <w:t>==</w:t>
      </w:r>
      <w:hyperlink r:id="rId530" w:history="1">
        <w:r w:rsidR="00276593" w:rsidRPr="004616A2">
          <w:rPr>
            <w:rStyle w:val="ae"/>
            <w:sz w:val="28"/>
            <w:szCs w:val="28"/>
            <w:lang w:val="kk-KZ"/>
          </w:rPr>
          <w:t>https://www.instagram.com/reel/DPVmF8iCk5j/?srtk=d2NrMWNzOGliZ3F1</w:t>
        </w:r>
      </w:hyperlink>
      <w:hyperlink r:id="rId531" w:history="1">
        <w:r w:rsidR="00276593" w:rsidRPr="004616A2">
          <w:rPr>
            <w:rStyle w:val="ae"/>
            <w:sz w:val="28"/>
            <w:szCs w:val="28"/>
            <w:lang w:val="kk-KZ"/>
          </w:rPr>
          <w:t>https://www.instagram.com/reel/DPaYQR6irI3/?cplk=Nnd3OHo3bm9ha282</w:t>
        </w:r>
      </w:hyperlink>
      <w:hyperlink r:id="rId532" w:history="1">
        <w:r w:rsidR="00276593" w:rsidRPr="004616A2">
          <w:rPr>
            <w:rStyle w:val="ae"/>
            <w:sz w:val="28"/>
            <w:szCs w:val="28"/>
            <w:lang w:val="kk-KZ"/>
          </w:rPr>
          <w:t>https://www.instagram.com/reel/DPdN3oKinUC/?obrf=ZXFtY29kbnliYm53</w:t>
        </w:r>
      </w:hyperlink>
      <w:hyperlink r:id="rId533" w:history="1">
        <w:r w:rsidR="00276593" w:rsidRPr="004616A2">
          <w:rPr>
            <w:rStyle w:val="ae"/>
            <w:sz w:val="28"/>
            <w:szCs w:val="28"/>
            <w:lang w:val="kk-KZ"/>
          </w:rPr>
          <w:t>https://www.instagram.com/reel/DPdN6zOimEs/?vrfl=MW4wMnhhMWJ6MGVmOQ</w:t>
        </w:r>
      </w:hyperlink>
      <w:r w:rsidR="00276593" w:rsidRPr="004616A2">
        <w:rPr>
          <w:sz w:val="28"/>
          <w:szCs w:val="28"/>
          <w:lang w:val="kk-KZ"/>
        </w:rPr>
        <w:t>==</w:t>
      </w:r>
      <w:hyperlink r:id="rId534" w:history="1">
        <w:r w:rsidR="00276593" w:rsidRPr="004616A2">
          <w:rPr>
            <w:rStyle w:val="ae"/>
            <w:sz w:val="28"/>
            <w:szCs w:val="28"/>
            <w:lang w:val="kk-KZ"/>
          </w:rPr>
          <w:t>https://www.instagram.com/reel/DPgHituih20/?srtk=bHhiaXYzeHJ1MDkx</w:t>
        </w:r>
      </w:hyperlink>
      <w:hyperlink r:id="rId535" w:history="1">
        <w:r w:rsidR="00276593" w:rsidRPr="004616A2">
          <w:rPr>
            <w:rStyle w:val="ae"/>
            <w:sz w:val="28"/>
            <w:szCs w:val="28"/>
            <w:lang w:val="kk-KZ"/>
          </w:rPr>
          <w:t>https://www.instagram.com/p/DPgUGBQChf4/?img_index=5&amp;mdxt=MTlta3Z1bTF5MmU3dw</w:t>
        </w:r>
      </w:hyperlink>
      <w:r w:rsidR="00276593" w:rsidRPr="004616A2">
        <w:rPr>
          <w:sz w:val="28"/>
          <w:szCs w:val="28"/>
          <w:lang w:val="kk-KZ"/>
        </w:rPr>
        <w:t>==</w:t>
      </w:r>
      <w:hyperlink r:id="rId536" w:history="1">
        <w:r w:rsidR="00276593" w:rsidRPr="004616A2">
          <w:rPr>
            <w:rStyle w:val="ae"/>
            <w:sz w:val="28"/>
            <w:szCs w:val="28"/>
            <w:lang w:val="kk-KZ"/>
          </w:rPr>
          <w:t>https://www.instagram.com/reel/DPijt8kChrt/?vrfl=dTJ2M3k0eXNqYTF4</w:t>
        </w:r>
      </w:hyperlink>
      <w:hyperlink r:id="rId537" w:history="1">
        <w:r w:rsidR="00276593" w:rsidRPr="004616A2">
          <w:rPr>
            <w:rStyle w:val="ae"/>
            <w:sz w:val="28"/>
            <w:szCs w:val="28"/>
            <w:lang w:val="kk-KZ"/>
          </w:rPr>
          <w:t>https://www.instagram.com/p/DPjH0Ckivee/?exln=MWl6cW8wNHhiMmhrdA</w:t>
        </w:r>
      </w:hyperlink>
      <w:r w:rsidR="00276593" w:rsidRPr="004616A2">
        <w:rPr>
          <w:sz w:val="28"/>
          <w:szCs w:val="28"/>
          <w:lang w:val="kk-KZ"/>
        </w:rPr>
        <w:t>==</w:t>
      </w:r>
      <w:hyperlink r:id="rId538" w:history="1">
        <w:r w:rsidR="00276593" w:rsidRPr="004616A2">
          <w:rPr>
            <w:rStyle w:val="ae"/>
            <w:sz w:val="28"/>
            <w:szCs w:val="28"/>
            <w:lang w:val="kk-KZ"/>
          </w:rPr>
          <w:t>https://www.instagram.com/p/DPjIw-ZCvbi/?rpxt=dWw1NzZ6OXB1MDd0</w:t>
        </w:r>
      </w:hyperlink>
      <w:hyperlink r:id="rId539" w:history="1">
        <w:r w:rsidR="00276593" w:rsidRPr="004616A2">
          <w:rPr>
            <w:rStyle w:val="ae"/>
            <w:sz w:val="28"/>
            <w:szCs w:val="28"/>
            <w:lang w:val="kk-KZ"/>
          </w:rPr>
          <w:t>https://www.instagram.com/reel/DPjJEoUinnb/?rpxt=MTZ4NWM2NG1ueTczYw</w:t>
        </w:r>
      </w:hyperlink>
      <w:r w:rsidR="00276593" w:rsidRPr="004616A2">
        <w:rPr>
          <w:sz w:val="28"/>
          <w:szCs w:val="28"/>
          <w:lang w:val="kk-KZ"/>
        </w:rPr>
        <w:t>==</w:t>
      </w:r>
      <w:hyperlink r:id="rId540" w:history="1">
        <w:r w:rsidR="00276593" w:rsidRPr="004616A2">
          <w:rPr>
            <w:rStyle w:val="ae"/>
            <w:sz w:val="28"/>
            <w:szCs w:val="28"/>
            <w:lang w:val="kk-KZ"/>
          </w:rPr>
          <w:t>https://www.instagram.com/reel/DPvV1n0itG5/?psln=MXU0bmxzZGZic3I5dQ</w:t>
        </w:r>
      </w:hyperlink>
      <w:r w:rsidR="00276593" w:rsidRPr="004616A2">
        <w:rPr>
          <w:sz w:val="28"/>
          <w:szCs w:val="28"/>
          <w:lang w:val="kk-KZ"/>
        </w:rPr>
        <w:t>==</w:t>
      </w:r>
      <w:hyperlink r:id="rId541" w:history="1">
        <w:r w:rsidR="00276593" w:rsidRPr="004616A2">
          <w:rPr>
            <w:rStyle w:val="ae"/>
            <w:sz w:val="28"/>
            <w:szCs w:val="28"/>
            <w:lang w:val="kk-KZ"/>
          </w:rPr>
          <w:t>https://www.instagram.com/reel/DPvXK8ciqvC/?psln=MWIzd2c1Y216aGVoMg</w:t>
        </w:r>
      </w:hyperlink>
      <w:r w:rsidR="00276593" w:rsidRPr="004616A2">
        <w:rPr>
          <w:sz w:val="28"/>
          <w:szCs w:val="28"/>
          <w:lang w:val="kk-KZ"/>
        </w:rPr>
        <w:t>==</w:t>
      </w:r>
      <w:hyperlink r:id="rId542" w:history="1">
        <w:r w:rsidR="00276593" w:rsidRPr="004616A2">
          <w:rPr>
            <w:rStyle w:val="ae"/>
            <w:sz w:val="28"/>
            <w:szCs w:val="28"/>
            <w:lang w:val="kk-KZ"/>
          </w:rPr>
          <w:t>https://www.instagram.com/p/DPyzZ6OCpJy/?img_index=6&amp;xtok=MWl3ZDI2dzAwY2VyYQ</w:t>
        </w:r>
      </w:hyperlink>
      <w:r w:rsidR="00276593" w:rsidRPr="004616A2">
        <w:rPr>
          <w:sz w:val="28"/>
          <w:szCs w:val="28"/>
          <w:lang w:val="kk-KZ"/>
        </w:rPr>
        <w:t>==</w:t>
      </w:r>
      <w:hyperlink r:id="rId543" w:history="1">
        <w:r w:rsidR="00276593" w:rsidRPr="004616A2">
          <w:rPr>
            <w:rStyle w:val="ae"/>
            <w:sz w:val="28"/>
            <w:szCs w:val="28"/>
            <w:lang w:val="kk-KZ"/>
          </w:rPr>
          <w:t>https://www.instagram.com/p/DPyzoDHinDh/?psln=cXVxbXhiZ2lzeWFq</w:t>
        </w:r>
      </w:hyperlink>
      <w:hyperlink r:id="rId544" w:history="1">
        <w:r w:rsidR="00276593" w:rsidRPr="004616A2">
          <w:rPr>
            <w:rStyle w:val="ae"/>
            <w:sz w:val="28"/>
            <w:szCs w:val="28"/>
            <w:lang w:val="kk-KZ"/>
          </w:rPr>
          <w:t>https://www.instagram.com/reel/DP0TbhyCi0B/?srtk=NmlsOHNhdncxMjds</w:t>
        </w:r>
      </w:hyperlink>
      <w:hyperlink r:id="rId545" w:history="1">
        <w:r w:rsidR="00276593" w:rsidRPr="004616A2">
          <w:rPr>
            <w:rStyle w:val="ae"/>
            <w:sz w:val="28"/>
            <w:szCs w:val="28"/>
            <w:lang w:val="kk-KZ"/>
          </w:rPr>
          <w:t>https://www.instagram.com/reel/DP87ybwinaN/?dlrf=MXdtNGozNzQ0dWl1aQ</w:t>
        </w:r>
      </w:hyperlink>
      <w:r w:rsidR="00276593" w:rsidRPr="004616A2">
        <w:rPr>
          <w:sz w:val="28"/>
          <w:szCs w:val="28"/>
          <w:lang w:val="kk-KZ"/>
        </w:rPr>
        <w:t>==</w:t>
      </w:r>
      <w:hyperlink r:id="rId546" w:history="1">
        <w:r w:rsidR="00276593" w:rsidRPr="004616A2">
          <w:rPr>
            <w:rStyle w:val="ae"/>
            <w:sz w:val="28"/>
            <w:szCs w:val="28"/>
            <w:lang w:val="kk-KZ"/>
          </w:rPr>
          <w:t>https://www.instagram.com/reel/DP876ATCh_r/?srtk=anpvbXNlaWVxc2tl</w:t>
        </w:r>
      </w:hyperlink>
      <w:hyperlink r:id="rId547" w:history="1">
        <w:r w:rsidR="00276593" w:rsidRPr="004616A2">
          <w:rPr>
            <w:rStyle w:val="ae"/>
            <w:sz w:val="28"/>
            <w:szCs w:val="28"/>
            <w:lang w:val="kk-KZ"/>
          </w:rPr>
          <w:t>https://www.instagram.com/reel/DP8-khACh02/?xtok=endsa3VzMW4wMW5m</w:t>
        </w:r>
      </w:hyperlink>
      <w:hyperlink r:id="rId548" w:history="1">
        <w:r w:rsidR="00276593" w:rsidRPr="004616A2">
          <w:rPr>
            <w:rStyle w:val="ae"/>
            <w:sz w:val="28"/>
            <w:szCs w:val="28"/>
            <w:lang w:val="kk-KZ"/>
          </w:rPr>
          <w:t>https://www.instagram.com/reel/DQBqIdFCvi6/?mdxt=MXdodHpxem9qMWpzeQ</w:t>
        </w:r>
      </w:hyperlink>
      <w:r w:rsidR="00276593" w:rsidRPr="004616A2">
        <w:rPr>
          <w:sz w:val="28"/>
          <w:szCs w:val="28"/>
          <w:lang w:val="kk-KZ"/>
        </w:rPr>
        <w:t>==</w:t>
      </w:r>
      <w:hyperlink r:id="rId549" w:history="1">
        <w:r w:rsidR="00276593" w:rsidRPr="004616A2">
          <w:rPr>
            <w:rStyle w:val="ae"/>
            <w:sz w:val="28"/>
            <w:szCs w:val="28"/>
            <w:lang w:val="kk-KZ"/>
          </w:rPr>
          <w:t>https://www.instagram.com/p/DQB-aiXCkcz/?obrf=dm8wczVib3Ztazhj</w:t>
        </w:r>
      </w:hyperlink>
      <w:hyperlink r:id="rId550" w:history="1">
        <w:r w:rsidR="00276593" w:rsidRPr="004616A2">
          <w:rPr>
            <w:rStyle w:val="ae"/>
            <w:sz w:val="28"/>
            <w:szCs w:val="28"/>
            <w:lang w:val="kk-KZ"/>
          </w:rPr>
          <w:t>https://www.instagram.com/reel/DQB-hJnCoB2/?cplk=YXJremloMmRsYnRv</w:t>
        </w:r>
      </w:hyperlink>
      <w:hyperlink r:id="rId551" w:history="1">
        <w:r w:rsidR="00276593" w:rsidRPr="004616A2">
          <w:rPr>
            <w:rStyle w:val="ae"/>
            <w:sz w:val="28"/>
            <w:szCs w:val="28"/>
            <w:lang w:val="kk-KZ"/>
          </w:rPr>
          <w:t>https://www.instagram.com/p/DQCjPNGiiaQ/?psln=M2E4a3RhaGg3a3Fx</w:t>
        </w:r>
      </w:hyperlink>
      <w:hyperlink r:id="rId552" w:history="1">
        <w:r w:rsidR="00276593" w:rsidRPr="004616A2">
          <w:rPr>
            <w:rStyle w:val="ae"/>
            <w:sz w:val="28"/>
            <w:szCs w:val="28"/>
            <w:lang w:val="kk-KZ"/>
          </w:rPr>
          <w:t>https://www.instagram.com/p/DQCpojwik3K/?exln=YjJhczA5eWFoMmVs</w:t>
        </w:r>
      </w:hyperlink>
      <w:hyperlink r:id="rId553" w:history="1">
        <w:r w:rsidR="00276593" w:rsidRPr="004616A2">
          <w:rPr>
            <w:rStyle w:val="ae"/>
            <w:sz w:val="28"/>
            <w:szCs w:val="28"/>
            <w:lang w:val="kk-KZ"/>
          </w:rPr>
          <w:t>https://www.instagram.com/p/DQDq7T1Ci3s/?exln=bGh0ZDFnbWpjZ2xr</w:t>
        </w:r>
      </w:hyperlink>
      <w:hyperlink r:id="rId554" w:history="1">
        <w:r w:rsidR="00276593" w:rsidRPr="004616A2">
          <w:rPr>
            <w:rStyle w:val="ae"/>
            <w:sz w:val="28"/>
            <w:szCs w:val="28"/>
            <w:lang w:val="kk-KZ"/>
          </w:rPr>
          <w:t>https://www.instagram.com/p/DQDrD0WCsS1/?vrfl=cjRweTUyam50NWtl</w:t>
        </w:r>
      </w:hyperlink>
      <w:hyperlink r:id="rId555" w:history="1">
        <w:r w:rsidR="00276593" w:rsidRPr="004616A2">
          <w:rPr>
            <w:rStyle w:val="ae"/>
            <w:sz w:val="28"/>
            <w:szCs w:val="28"/>
            <w:lang w:val="kk-KZ"/>
          </w:rPr>
          <w:t>https://www.instagram.com/p/DQDrHQiiv-T/?psln=MWM0YmNkdXZsZHFwZA</w:t>
        </w:r>
      </w:hyperlink>
      <w:r w:rsidR="00276593" w:rsidRPr="004616A2">
        <w:rPr>
          <w:sz w:val="28"/>
          <w:szCs w:val="28"/>
          <w:lang w:val="kk-KZ"/>
        </w:rPr>
        <w:t>==</w:t>
      </w:r>
      <w:hyperlink r:id="rId556" w:history="1">
        <w:r w:rsidR="00276593" w:rsidRPr="004616A2">
          <w:rPr>
            <w:rStyle w:val="ae"/>
            <w:sz w:val="28"/>
            <w:szCs w:val="28"/>
            <w:lang w:val="kk-KZ"/>
          </w:rPr>
          <w:t>https://www.instagram.com/reel/DQDrLFEigj_/?cplk=MTdvMTN1ZXM4NmlodA</w:t>
        </w:r>
      </w:hyperlink>
      <w:r w:rsidR="00276593" w:rsidRPr="004616A2">
        <w:rPr>
          <w:sz w:val="28"/>
          <w:szCs w:val="28"/>
          <w:lang w:val="kk-KZ"/>
        </w:rPr>
        <w:t>==</w:t>
      </w:r>
      <w:hyperlink r:id="rId557" w:history="1">
        <w:r w:rsidR="00276593" w:rsidRPr="004616A2">
          <w:rPr>
            <w:rStyle w:val="ae"/>
            <w:sz w:val="28"/>
            <w:szCs w:val="28"/>
            <w:lang w:val="kk-KZ"/>
          </w:rPr>
          <w:t>https://www.instagram.com/reel/DQI6kUcCr3y/?obrf=bXIwZnVqMTJlZG9r</w:t>
        </w:r>
      </w:hyperlink>
      <w:hyperlink r:id="rId558" w:history="1">
        <w:r w:rsidR="00276593" w:rsidRPr="004616A2">
          <w:rPr>
            <w:rStyle w:val="ae"/>
            <w:sz w:val="28"/>
            <w:szCs w:val="28"/>
            <w:lang w:val="kk-KZ"/>
          </w:rPr>
          <w:t>https://www.instagram.com/reel/DQJYdsNCt-C/?obrf=MXEyc2hzam9zcDJ6NQ</w:t>
        </w:r>
      </w:hyperlink>
      <w:r w:rsidR="00276593" w:rsidRPr="004616A2">
        <w:rPr>
          <w:sz w:val="28"/>
          <w:szCs w:val="28"/>
          <w:lang w:val="kk-KZ"/>
        </w:rPr>
        <w:t>==</w:t>
      </w:r>
      <w:hyperlink r:id="rId559" w:history="1">
        <w:r w:rsidR="00276593" w:rsidRPr="004616A2">
          <w:rPr>
            <w:rStyle w:val="ae"/>
            <w:sz w:val="28"/>
            <w:szCs w:val="28"/>
            <w:lang w:val="kk-KZ"/>
          </w:rPr>
          <w:t>https://www.instagram.com/p/DQJYtp1ivb8/?img_index=10&amp;rpxt=b2Z0eWoybmtlN3o4</w:t>
        </w:r>
      </w:hyperlink>
      <w:hyperlink r:id="rId560" w:history="1">
        <w:r w:rsidR="00276593" w:rsidRPr="004616A2">
          <w:rPr>
            <w:rStyle w:val="ae"/>
            <w:sz w:val="28"/>
            <w:szCs w:val="28"/>
            <w:lang w:val="kk-KZ"/>
          </w:rPr>
          <w:t>https://www.instagram.com/p/DQJgQY8Couq/?psln=dnpjZHp1amJpa2Ri</w:t>
        </w:r>
      </w:hyperlink>
      <w:hyperlink r:id="rId561" w:history="1">
        <w:r w:rsidR="00276593" w:rsidRPr="004616A2">
          <w:rPr>
            <w:rStyle w:val="ae"/>
            <w:sz w:val="28"/>
            <w:szCs w:val="28"/>
            <w:lang w:val="kk-KZ"/>
          </w:rPr>
          <w:t>https://www.instagram.com/p/DQKH_y0CuDW/?img_index=3&amp;exln=cW1sbXNheDh0bHh2</w:t>
        </w:r>
      </w:hyperlink>
      <w:hyperlink r:id="rId562" w:history="1">
        <w:r w:rsidR="00276593" w:rsidRPr="004616A2">
          <w:rPr>
            <w:rStyle w:val="ae"/>
            <w:sz w:val="28"/>
            <w:szCs w:val="28"/>
            <w:lang w:val="kk-KZ"/>
          </w:rPr>
          <w:t>https://www.instagram.com/reel/DQKIBCXCtQe/?obrf=NWRoaGRiMGUxZmlx</w:t>
        </w:r>
      </w:hyperlink>
      <w:hyperlink r:id="rId563" w:history="1">
        <w:r w:rsidR="00276593" w:rsidRPr="004616A2">
          <w:rPr>
            <w:rStyle w:val="ae"/>
            <w:sz w:val="28"/>
            <w:szCs w:val="28"/>
            <w:lang w:val="kk-KZ"/>
          </w:rPr>
          <w:t>https://www.instagram.com/reel/DQLq1yZCj_k/?rpxt=c3ZrcTdyczB4Ymdm</w:t>
        </w:r>
      </w:hyperlink>
      <w:hyperlink r:id="rId564" w:history="1">
        <w:r w:rsidR="00276593" w:rsidRPr="004616A2">
          <w:rPr>
            <w:rStyle w:val="ae"/>
            <w:sz w:val="28"/>
            <w:szCs w:val="28"/>
            <w:lang w:val="kk-KZ"/>
          </w:rPr>
          <w:t>ht</w:t>
        </w:r>
        <w:r w:rsidR="00276593" w:rsidRPr="004616A2">
          <w:rPr>
            <w:rStyle w:val="ae"/>
            <w:sz w:val="28"/>
            <w:szCs w:val="28"/>
            <w:lang w:val="kk-KZ"/>
          </w:rPr>
          <w:lastRenderedPageBreak/>
          <w:t>tps://www.instagram.com/reel/DQLstOLivsd/?exln=MTA3anlqMzBhYTg4aw</w:t>
        </w:r>
      </w:hyperlink>
      <w:r w:rsidR="00276593" w:rsidRPr="004616A2">
        <w:rPr>
          <w:sz w:val="28"/>
          <w:szCs w:val="28"/>
          <w:lang w:val="kk-KZ"/>
        </w:rPr>
        <w:t>==</w:t>
      </w:r>
      <w:hyperlink r:id="rId565" w:history="1">
        <w:r w:rsidR="00276593" w:rsidRPr="004616A2">
          <w:rPr>
            <w:rStyle w:val="ae"/>
            <w:sz w:val="28"/>
            <w:szCs w:val="28"/>
            <w:lang w:val="kk-KZ"/>
          </w:rPr>
          <w:t>https://www.instagram.com/reel/DQMfsCpiizG/?srtk=MW1rbWJqeXh6YXh5aA</w:t>
        </w:r>
      </w:hyperlink>
      <w:r w:rsidR="00276593" w:rsidRPr="004616A2">
        <w:rPr>
          <w:sz w:val="28"/>
          <w:szCs w:val="28"/>
          <w:lang w:val="kk-KZ"/>
        </w:rPr>
        <w:t>==</w:t>
      </w:r>
      <w:hyperlink r:id="rId566" w:history="1">
        <w:r w:rsidR="00276593" w:rsidRPr="004616A2">
          <w:rPr>
            <w:rStyle w:val="ae"/>
            <w:sz w:val="28"/>
            <w:szCs w:val="28"/>
            <w:lang w:val="kk-KZ"/>
          </w:rPr>
          <w:t>https://www.instagram.com/p/DQZcETkih9u/?psln=MTNueDdvYXpjaGFjOA</w:t>
        </w:r>
      </w:hyperlink>
      <w:r w:rsidR="00276593" w:rsidRPr="004616A2">
        <w:rPr>
          <w:sz w:val="28"/>
          <w:szCs w:val="28"/>
          <w:lang w:val="kk-KZ"/>
        </w:rPr>
        <w:t>==</w:t>
      </w:r>
      <w:hyperlink r:id="rId567" w:history="1">
        <w:r w:rsidR="00276593" w:rsidRPr="004616A2">
          <w:rPr>
            <w:rStyle w:val="ae"/>
            <w:sz w:val="28"/>
            <w:szCs w:val="28"/>
            <w:lang w:val="kk-KZ"/>
          </w:rPr>
          <w:t>https://www.instagram.com/reel/DQbldUoCtLD/?xtok=N2Z6dHBvY2hnNG05</w:t>
        </w:r>
      </w:hyperlink>
      <w:hyperlink r:id="rId568" w:history="1">
        <w:r w:rsidR="00276593" w:rsidRPr="004616A2">
          <w:rPr>
            <w:rStyle w:val="ae"/>
            <w:sz w:val="28"/>
            <w:szCs w:val="28"/>
            <w:lang w:val="kk-KZ"/>
          </w:rPr>
          <w:t>https://www.instagram.com/reel/DQdaBX4ChpA/?dlrf=ZjBsZGl6YnE3OHgy</w:t>
        </w:r>
      </w:hyperlink>
      <w:hyperlink r:id="rId569" w:history="1">
        <w:r w:rsidR="00276593" w:rsidRPr="004616A2">
          <w:rPr>
            <w:rStyle w:val="ae"/>
            <w:sz w:val="28"/>
            <w:szCs w:val="28"/>
            <w:lang w:val="kk-KZ"/>
          </w:rPr>
          <w:t>https://www.instagram.com/reel/DQda5p1Ch25/?vrfl=Zml1dmJxYWN3NTRl</w:t>
        </w:r>
      </w:hyperlink>
      <w:hyperlink r:id="rId570" w:history="1">
        <w:r w:rsidR="00276593" w:rsidRPr="004616A2">
          <w:rPr>
            <w:rStyle w:val="ae"/>
            <w:sz w:val="28"/>
            <w:szCs w:val="28"/>
            <w:lang w:val="kk-KZ"/>
          </w:rPr>
          <w:t>https://www.instagram.com/p/DQe_USniu88/?img_index=2&amp;srtk=MTUxdDl1bTlqYmM0dg</w:t>
        </w:r>
      </w:hyperlink>
      <w:r w:rsidR="00276593" w:rsidRPr="004616A2">
        <w:rPr>
          <w:sz w:val="28"/>
          <w:szCs w:val="28"/>
          <w:lang w:val="kk-KZ"/>
        </w:rPr>
        <w:t>==</w:t>
      </w:r>
      <w:hyperlink r:id="rId571" w:history="1">
        <w:r w:rsidR="00276593" w:rsidRPr="004616A2">
          <w:rPr>
            <w:rStyle w:val="ae"/>
            <w:sz w:val="28"/>
            <w:szCs w:val="28"/>
            <w:lang w:val="kk-KZ"/>
          </w:rPr>
          <w:t>https://www.instagram.com/p/DQlYDx2Cmgz/?xtok=MXRobWx1NXltanN0cw</w:t>
        </w:r>
      </w:hyperlink>
      <w:r w:rsidR="00276593" w:rsidRPr="004616A2">
        <w:rPr>
          <w:sz w:val="28"/>
          <w:szCs w:val="28"/>
          <w:lang w:val="kk-KZ"/>
        </w:rPr>
        <w:t>==</w:t>
      </w:r>
      <w:hyperlink r:id="rId572" w:history="1">
        <w:r w:rsidR="00276593" w:rsidRPr="004616A2">
          <w:rPr>
            <w:rStyle w:val="ae"/>
            <w:sz w:val="28"/>
            <w:szCs w:val="28"/>
            <w:lang w:val="kk-KZ"/>
          </w:rPr>
          <w:t>https://www.instagram.com/p/DQqNh-TinPh/?srtk=MTJndG9lY3R2dmZscA</w:t>
        </w:r>
      </w:hyperlink>
      <w:r w:rsidR="00276593" w:rsidRPr="004616A2">
        <w:rPr>
          <w:sz w:val="28"/>
          <w:szCs w:val="28"/>
          <w:lang w:val="kk-KZ"/>
        </w:rPr>
        <w:t>==</w:t>
      </w:r>
      <w:hyperlink r:id="rId573" w:history="1">
        <w:r w:rsidR="00276593" w:rsidRPr="004616A2">
          <w:rPr>
            <w:rStyle w:val="ae"/>
            <w:sz w:val="28"/>
            <w:szCs w:val="28"/>
            <w:lang w:val="kk-KZ"/>
          </w:rPr>
          <w:t>https://www.instagram.com/p/DQ3pHudCj0x/?obrf=emdubXgxbnFkcmJj</w:t>
        </w:r>
      </w:hyperlink>
      <w:hyperlink r:id="rId574" w:history="1">
        <w:r w:rsidR="00276593" w:rsidRPr="004616A2">
          <w:rPr>
            <w:rStyle w:val="ae"/>
            <w:sz w:val="28"/>
            <w:szCs w:val="28"/>
            <w:lang w:val="kk-KZ"/>
          </w:rPr>
          <w:t>https://www.instagram.com/p/DQ3rzoYClR_/?img_index=6&amp;dlrf=OGlsMWVyd3Bvdjd1</w:t>
        </w:r>
      </w:hyperlink>
      <w:hyperlink r:id="rId575" w:history="1">
        <w:r w:rsidR="00276593" w:rsidRPr="004616A2">
          <w:rPr>
            <w:rStyle w:val="ae"/>
            <w:sz w:val="28"/>
            <w:szCs w:val="28"/>
            <w:lang w:val="kk-KZ"/>
          </w:rPr>
          <w:t>https://www.instagram.com/p/DQ3yw3rCnvS/?cplk=dDB1cDI2cGQzcW1i</w:t>
        </w:r>
      </w:hyperlink>
      <w:hyperlink r:id="rId576" w:history="1">
        <w:r w:rsidR="00276593" w:rsidRPr="004616A2">
          <w:rPr>
            <w:rStyle w:val="ae"/>
            <w:sz w:val="28"/>
            <w:szCs w:val="28"/>
            <w:lang w:val="kk-KZ"/>
          </w:rPr>
          <w:t>https://www.instagram.com/p/DQ4itwwinCC/?srtk=MXhsOWJyano5NTRwdg</w:t>
        </w:r>
      </w:hyperlink>
      <w:r w:rsidR="00276593" w:rsidRPr="004616A2">
        <w:rPr>
          <w:sz w:val="28"/>
          <w:szCs w:val="28"/>
          <w:lang w:val="kk-KZ"/>
        </w:rPr>
        <w:t>==</w:t>
      </w:r>
      <w:hyperlink r:id="rId577" w:history="1">
        <w:r w:rsidR="00276593" w:rsidRPr="004616A2">
          <w:rPr>
            <w:rStyle w:val="ae"/>
            <w:sz w:val="28"/>
            <w:szCs w:val="28"/>
            <w:lang w:val="kk-KZ"/>
          </w:rPr>
          <w:t>https://www.instagram.com/reel/DQ4iyp1Cntq/?mdxt=Y3ljNW9zdWtibG85</w:t>
        </w:r>
      </w:hyperlink>
      <w:hyperlink r:id="rId578" w:history="1">
        <w:r w:rsidR="00276593" w:rsidRPr="004616A2">
          <w:rPr>
            <w:rStyle w:val="ae"/>
            <w:sz w:val="28"/>
            <w:szCs w:val="28"/>
            <w:lang w:val="kk-KZ"/>
          </w:rPr>
          <w:t>https://www.instagram.com/reel/DQ4i3jOCnLs/?xtok=MWdrbm5nbmY1cXFvcA</w:t>
        </w:r>
      </w:hyperlink>
      <w:r w:rsidR="00276593" w:rsidRPr="004616A2">
        <w:rPr>
          <w:sz w:val="28"/>
          <w:szCs w:val="28"/>
          <w:lang w:val="kk-KZ"/>
        </w:rPr>
        <w:t>==</w:t>
      </w:r>
      <w:hyperlink r:id="rId579" w:history="1">
        <w:r w:rsidR="00276593" w:rsidRPr="004616A2">
          <w:rPr>
            <w:rStyle w:val="ae"/>
            <w:sz w:val="28"/>
            <w:szCs w:val="28"/>
            <w:lang w:val="kk-KZ"/>
          </w:rPr>
          <w:t>https://www.instagram.com/reel/DQ4zaQxiiTN/?xtok=MTFkdmIxYTFoMTA1eg</w:t>
        </w:r>
      </w:hyperlink>
      <w:r w:rsidR="00276593" w:rsidRPr="004616A2">
        <w:rPr>
          <w:sz w:val="28"/>
          <w:szCs w:val="28"/>
          <w:lang w:val="kk-KZ"/>
        </w:rPr>
        <w:t>==</w:t>
      </w:r>
      <w:hyperlink r:id="rId580" w:history="1">
        <w:r w:rsidR="00276593" w:rsidRPr="004616A2">
          <w:rPr>
            <w:rStyle w:val="ae"/>
            <w:sz w:val="28"/>
            <w:szCs w:val="28"/>
            <w:lang w:val="kk-KZ"/>
          </w:rPr>
          <w:t>https://www.instagram.com/p/DQ59HP6ioGh/?exln=MXJtYWFpNmFnZ2p5cw</w:t>
        </w:r>
      </w:hyperlink>
      <w:r w:rsidR="00276593" w:rsidRPr="004616A2">
        <w:rPr>
          <w:sz w:val="28"/>
          <w:szCs w:val="28"/>
          <w:lang w:val="kk-KZ"/>
        </w:rPr>
        <w:t>==</w:t>
      </w:r>
      <w:hyperlink r:id="rId581" w:history="1">
        <w:r w:rsidR="00276593" w:rsidRPr="004616A2">
          <w:rPr>
            <w:rStyle w:val="ae"/>
            <w:sz w:val="28"/>
            <w:szCs w:val="28"/>
            <w:lang w:val="kk-KZ"/>
          </w:rPr>
          <w:t>https://www.instagram.com/p/DQ6I8G7imBR/?img_index=2&amp;mdxt=MWtzbnFxcGZkbzhjcw</w:t>
        </w:r>
      </w:hyperlink>
      <w:r w:rsidR="00276593" w:rsidRPr="004616A2">
        <w:rPr>
          <w:sz w:val="28"/>
          <w:szCs w:val="28"/>
          <w:lang w:val="kk-KZ"/>
        </w:rPr>
        <w:t>==</w:t>
      </w:r>
      <w:hyperlink r:id="rId582" w:history="1">
        <w:r w:rsidR="00276593" w:rsidRPr="004616A2">
          <w:rPr>
            <w:rStyle w:val="ae"/>
            <w:sz w:val="28"/>
            <w:szCs w:val="28"/>
            <w:lang w:val="kk-KZ"/>
          </w:rPr>
          <w:t>https://www.instagram.com/reel/DQ6j1GWiiQh/?exln=MW5ueGJsaHg0M2JwMw</w:t>
        </w:r>
      </w:hyperlink>
      <w:r w:rsidR="00276593" w:rsidRPr="004616A2">
        <w:rPr>
          <w:sz w:val="28"/>
          <w:szCs w:val="28"/>
          <w:lang w:val="kk-KZ"/>
        </w:rPr>
        <w:t>==</w:t>
      </w:r>
      <w:hyperlink r:id="rId583" w:history="1">
        <w:r w:rsidR="00276593" w:rsidRPr="004616A2">
          <w:rPr>
            <w:rStyle w:val="ae"/>
            <w:sz w:val="28"/>
            <w:szCs w:val="28"/>
            <w:lang w:val="kk-KZ"/>
          </w:rPr>
          <w:t>https://www.instagram.com/p/DQ84ra_Ct6H/?cplk=MTNwbnpkNG03dTd2dA</w:t>
        </w:r>
      </w:hyperlink>
      <w:r w:rsidR="00276593" w:rsidRPr="004616A2">
        <w:rPr>
          <w:sz w:val="28"/>
          <w:szCs w:val="28"/>
          <w:lang w:val="kk-KZ"/>
        </w:rPr>
        <w:t>==</w:t>
      </w:r>
      <w:hyperlink r:id="rId584" w:history="1">
        <w:r w:rsidR="00276593" w:rsidRPr="004616A2">
          <w:rPr>
            <w:rStyle w:val="ae"/>
            <w:sz w:val="28"/>
            <w:szCs w:val="28"/>
            <w:lang w:val="kk-KZ"/>
          </w:rPr>
          <w:t>https://www.instagram.com/reel/DQ-3pZRCjPj/?cplk=NzYxMDQxaDNhdzR6</w:t>
        </w:r>
      </w:hyperlink>
      <w:hyperlink r:id="rId585" w:history="1">
        <w:r w:rsidR="00276593" w:rsidRPr="004616A2">
          <w:rPr>
            <w:rStyle w:val="ae"/>
            <w:sz w:val="28"/>
            <w:szCs w:val="28"/>
            <w:lang w:val="kk-KZ"/>
          </w:rPr>
          <w:t>https://www.instagram.com/reel/DQ-769oCioA/?exln=MXZ5cTZva3d2YzAzZQ</w:t>
        </w:r>
      </w:hyperlink>
      <w:r w:rsidR="00276593" w:rsidRPr="004616A2">
        <w:rPr>
          <w:sz w:val="28"/>
          <w:szCs w:val="28"/>
          <w:lang w:val="kk-KZ"/>
        </w:rPr>
        <w:t>==</w:t>
      </w:r>
      <w:hyperlink r:id="rId586" w:history="1">
        <w:r w:rsidR="00276593" w:rsidRPr="004616A2">
          <w:rPr>
            <w:rStyle w:val="ae"/>
            <w:sz w:val="28"/>
            <w:szCs w:val="28"/>
            <w:lang w:val="kk-KZ"/>
          </w:rPr>
          <w:t>https://www.instagram.com/reel/DQ-8G_ECvvo/?mdxt=dmYwdGlreHlhNXBw</w:t>
        </w:r>
      </w:hyperlink>
      <w:hyperlink r:id="rId587" w:history="1">
        <w:r w:rsidR="00276593" w:rsidRPr="004616A2">
          <w:rPr>
            <w:rStyle w:val="ae"/>
            <w:sz w:val="28"/>
            <w:szCs w:val="28"/>
            <w:lang w:val="kk-KZ"/>
          </w:rPr>
          <w:t>https://www.instagram.com/p/DRH8x-0CjgO/?dlrf=Nzd3YjJrYmlodnRx</w:t>
        </w:r>
      </w:hyperlink>
      <w:hyperlink r:id="rId588" w:history="1">
        <w:r w:rsidR="00276593" w:rsidRPr="004616A2">
          <w:rPr>
            <w:rStyle w:val="ae"/>
            <w:sz w:val="28"/>
            <w:szCs w:val="28"/>
            <w:lang w:val="kk-KZ"/>
          </w:rPr>
          <w:t>https://www.instagram.com/p/DRKqjy-ii7-/?img_index=2&amp;psln=M2h1cnAzaTd5d2V1</w:t>
        </w:r>
      </w:hyperlink>
      <w:hyperlink r:id="rId589" w:history="1">
        <w:r w:rsidR="00276593" w:rsidRPr="004616A2">
          <w:rPr>
            <w:rStyle w:val="ae"/>
            <w:sz w:val="28"/>
            <w:szCs w:val="28"/>
            <w:lang w:val="kk-KZ"/>
          </w:rPr>
          <w:t>https://www.instagram.com/p/DRKq4AwiuHR/?srtk=MXFycmNpdnE2NzJ4aw</w:t>
        </w:r>
      </w:hyperlink>
      <w:r w:rsidR="00276593" w:rsidRPr="004616A2">
        <w:rPr>
          <w:sz w:val="28"/>
          <w:szCs w:val="28"/>
          <w:lang w:val="kk-KZ"/>
        </w:rPr>
        <w:t>==</w:t>
      </w:r>
      <w:hyperlink r:id="rId590" w:history="1">
        <w:r w:rsidR="00276593" w:rsidRPr="004616A2">
          <w:rPr>
            <w:rStyle w:val="ae"/>
            <w:sz w:val="28"/>
            <w:szCs w:val="28"/>
            <w:lang w:val="kk-KZ"/>
          </w:rPr>
          <w:t>https://www.instagram.com/reel/DRNU-qDilVH/?psln=dXVzdzRjaDAzeHds</w:t>
        </w:r>
      </w:hyperlink>
      <w:hyperlink r:id="rId591" w:history="1">
        <w:r w:rsidR="00276593" w:rsidRPr="004616A2">
          <w:rPr>
            <w:rStyle w:val="ae"/>
            <w:sz w:val="28"/>
            <w:szCs w:val="28"/>
            <w:lang w:val="kk-KZ"/>
          </w:rPr>
          <w:t>https://www.instagram.com/p/DRNVE5IikPr/?mdxt=MWJzZW9xNXlyc3Ruag</w:t>
        </w:r>
      </w:hyperlink>
      <w:r w:rsidR="00276593" w:rsidRPr="004616A2">
        <w:rPr>
          <w:sz w:val="28"/>
          <w:szCs w:val="28"/>
          <w:lang w:val="kk-KZ"/>
        </w:rPr>
        <w:t>==</w:t>
      </w:r>
      <w:hyperlink r:id="rId592" w:history="1">
        <w:r w:rsidR="00276593" w:rsidRPr="004616A2">
          <w:rPr>
            <w:rStyle w:val="ae"/>
            <w:sz w:val="28"/>
            <w:szCs w:val="28"/>
            <w:lang w:val="kk-KZ"/>
          </w:rPr>
          <w:t>https://www.instagram.com/p/DRNVJrOimXH/?srtk=MTg0c2Fvam5seXcwZQ</w:t>
        </w:r>
      </w:hyperlink>
      <w:r w:rsidR="00276593" w:rsidRPr="004616A2">
        <w:rPr>
          <w:sz w:val="28"/>
          <w:szCs w:val="28"/>
          <w:lang w:val="kk-KZ"/>
        </w:rPr>
        <w:t>==</w:t>
      </w:r>
      <w:hyperlink r:id="rId593" w:history="1">
        <w:r w:rsidR="00276593" w:rsidRPr="004616A2">
          <w:rPr>
            <w:rStyle w:val="ae"/>
            <w:sz w:val="28"/>
            <w:szCs w:val="28"/>
            <w:lang w:val="kk-KZ"/>
          </w:rPr>
          <w:t>https://www.instagram.com/p/DRNV2Mxipcy/?cplk=c241dHQwZGlzdWE</w:t>
        </w:r>
      </w:hyperlink>
      <w:r w:rsidR="00276593" w:rsidRPr="004616A2">
        <w:rPr>
          <w:sz w:val="28"/>
          <w:szCs w:val="28"/>
          <w:lang w:val="kk-KZ"/>
        </w:rPr>
        <w:t>=</w:t>
      </w:r>
      <w:hyperlink r:id="rId594" w:history="1">
        <w:r w:rsidR="00276593" w:rsidRPr="004616A2">
          <w:rPr>
            <w:rStyle w:val="ae"/>
            <w:sz w:val="28"/>
            <w:szCs w:val="28"/>
            <w:lang w:val="kk-KZ"/>
          </w:rPr>
          <w:t>https://www.instagram.com/reel/DRRW7a0iuai/?obrf=dGNxZDhuNGJuMGZm</w:t>
        </w:r>
      </w:hyperlink>
      <w:hyperlink r:id="rId595" w:history="1">
        <w:r w:rsidR="00276593" w:rsidRPr="004616A2">
          <w:rPr>
            <w:rStyle w:val="ae"/>
            <w:sz w:val="28"/>
            <w:szCs w:val="28"/>
            <w:lang w:val="kk-KZ"/>
          </w:rPr>
          <w:t>https://www.instagram.com/reel/DRRXDyoiqWl/?exln=MWFheHQxYzhncnNpZw</w:t>
        </w:r>
      </w:hyperlink>
      <w:r w:rsidR="00276593" w:rsidRPr="004616A2">
        <w:rPr>
          <w:sz w:val="28"/>
          <w:szCs w:val="28"/>
          <w:lang w:val="kk-KZ"/>
        </w:rPr>
        <w:t>==</w:t>
      </w:r>
      <w:hyperlink r:id="rId596" w:history="1">
        <w:r w:rsidR="00276593" w:rsidRPr="004616A2">
          <w:rPr>
            <w:rStyle w:val="ae"/>
            <w:sz w:val="28"/>
            <w:szCs w:val="28"/>
            <w:lang w:val="kk-KZ"/>
          </w:rPr>
          <w:t>https://www.instagram.com/p/DRUTGfmCmRl/?xtok=cm94YnpydHhjdDF5</w:t>
        </w:r>
      </w:hyperlink>
      <w:hyperlink r:id="rId597" w:history="1">
        <w:r w:rsidR="00276593" w:rsidRPr="004616A2">
          <w:rPr>
            <w:rStyle w:val="ae"/>
            <w:sz w:val="28"/>
            <w:szCs w:val="28"/>
            <w:lang w:val="kk-KZ"/>
          </w:rPr>
          <w:t>https://www.instagram.com/p/DRv8DISChyf/?obrf=MWtqc3hvazV2bDZ2Ng</w:t>
        </w:r>
      </w:hyperlink>
      <w:r w:rsidR="00276593" w:rsidRPr="004616A2">
        <w:rPr>
          <w:sz w:val="28"/>
          <w:szCs w:val="28"/>
          <w:lang w:val="kk-KZ"/>
        </w:rPr>
        <w:t>==</w:t>
      </w:r>
      <w:hyperlink r:id="rId598" w:history="1">
        <w:r w:rsidR="00276593" w:rsidRPr="004616A2">
          <w:rPr>
            <w:rStyle w:val="ae"/>
            <w:sz w:val="28"/>
            <w:szCs w:val="28"/>
            <w:lang w:val="kk-KZ"/>
          </w:rPr>
          <w:t>https://www.instagram.com/p/DRv8H4oiuxN/?mdxt=MTZkcmZmOW05MHlldw</w:t>
        </w:r>
      </w:hyperlink>
      <w:r w:rsidR="00276593" w:rsidRPr="004616A2">
        <w:rPr>
          <w:sz w:val="28"/>
          <w:szCs w:val="28"/>
          <w:lang w:val="kk-KZ"/>
        </w:rPr>
        <w:t>==</w:t>
      </w:r>
      <w:hyperlink r:id="rId599" w:history="1">
        <w:r w:rsidR="00276593" w:rsidRPr="004616A2">
          <w:rPr>
            <w:rStyle w:val="ae"/>
            <w:sz w:val="28"/>
            <w:szCs w:val="28"/>
            <w:lang w:val="kk-KZ"/>
          </w:rPr>
          <w:t>https://www.instagram.com/p/DRv8L6fCtJH/?psln=MTFxdWJmZmtrYzhpeQ</w:t>
        </w:r>
      </w:hyperlink>
      <w:r w:rsidR="00276593" w:rsidRPr="004616A2">
        <w:rPr>
          <w:sz w:val="28"/>
          <w:szCs w:val="28"/>
          <w:lang w:val="kk-KZ"/>
        </w:rPr>
        <w:t>==</w:t>
      </w:r>
      <w:hyperlink r:id="rId600" w:history="1">
        <w:r w:rsidR="00276593" w:rsidRPr="004616A2">
          <w:rPr>
            <w:rStyle w:val="ae"/>
            <w:sz w:val="28"/>
            <w:szCs w:val="28"/>
            <w:lang w:val="kk-KZ"/>
          </w:rPr>
          <w:t>https://www.instagram.com/p/DR4DCfXihHN/?cplk=M3YyeGd1anhoZnBs</w:t>
        </w:r>
      </w:hyperlink>
      <w:hyperlink r:id="rId601" w:history="1">
        <w:r w:rsidR="00276593" w:rsidRPr="004616A2">
          <w:rPr>
            <w:rStyle w:val="ae"/>
            <w:sz w:val="28"/>
            <w:szCs w:val="28"/>
            <w:lang w:val="kk-KZ"/>
          </w:rPr>
          <w:t>https://www.instagram.com/p/DR4QPAQCpr-/?cplk=MTc5NDlrYmlibDdobw</w:t>
        </w:r>
      </w:hyperlink>
      <w:r w:rsidR="00276593" w:rsidRPr="004616A2">
        <w:rPr>
          <w:sz w:val="28"/>
          <w:szCs w:val="28"/>
          <w:lang w:val="kk-KZ"/>
        </w:rPr>
        <w:t>==</w:t>
      </w:r>
      <w:hyperlink r:id="rId602" w:history="1">
        <w:r w:rsidR="00276593" w:rsidRPr="004616A2">
          <w:rPr>
            <w:rStyle w:val="ae"/>
            <w:sz w:val="28"/>
            <w:szCs w:val="28"/>
            <w:lang w:val="kk-KZ"/>
          </w:rPr>
          <w:t>https://www.instagram.com/p/DSAAMf4iggN/?img_index=3&amp;rpxt=eGd6dzdpaWRreG9z</w:t>
        </w:r>
      </w:hyperlink>
      <w:hyperlink r:id="rId603" w:history="1">
        <w:r w:rsidR="00276593" w:rsidRPr="004616A2">
          <w:rPr>
            <w:rStyle w:val="ae"/>
            <w:sz w:val="28"/>
            <w:szCs w:val="28"/>
            <w:lang w:val="kk-KZ"/>
          </w:rPr>
          <w:t>https://www.instagram.com/p/DSAF--ZivX0/?srtk=NmhwNzFwMDNvdGo5</w:t>
        </w:r>
      </w:hyperlink>
      <w:hyperlink r:id="rId604" w:history="1">
        <w:r w:rsidR="00276593" w:rsidRPr="004616A2">
          <w:rPr>
            <w:rStyle w:val="ae"/>
            <w:sz w:val="28"/>
            <w:szCs w:val="28"/>
            <w:lang w:val="kk-KZ"/>
          </w:rPr>
          <w:t>https://www.instagram.com/reel/DSAGEUyijWc/?cplk=YW5xeXZ4NTY3dmxh</w:t>
        </w:r>
      </w:hyperlink>
      <w:hyperlink r:id="rId605" w:history="1">
        <w:r w:rsidR="00276593" w:rsidRPr="004616A2">
          <w:rPr>
            <w:rStyle w:val="ae"/>
            <w:sz w:val="28"/>
            <w:szCs w:val="28"/>
            <w:lang w:val="kk-KZ"/>
          </w:rPr>
          <w:t>https://www.instagram.com/reel/DSAG_WkinFc/?mdxt=MWsyb2czcHB2azFpbQ</w:t>
        </w:r>
      </w:hyperlink>
      <w:r w:rsidR="00276593" w:rsidRPr="004616A2">
        <w:rPr>
          <w:sz w:val="28"/>
          <w:szCs w:val="28"/>
          <w:lang w:val="kk-KZ"/>
        </w:rPr>
        <w:t>==</w:t>
      </w:r>
      <w:hyperlink r:id="rId606" w:history="1">
        <w:r w:rsidR="00276593" w:rsidRPr="004616A2">
          <w:rPr>
            <w:rStyle w:val="ae"/>
            <w:sz w:val="28"/>
            <w:szCs w:val="28"/>
            <w:lang w:val="kk-KZ"/>
          </w:rPr>
          <w:t>https://www.instagram.com/p/DSEv4iUCt0-/?exln=Y2wweDJtcjA0dnc4</w:t>
        </w:r>
      </w:hyperlink>
      <w:hyperlink r:id="rId607" w:history="1">
        <w:r w:rsidR="00276593" w:rsidRPr="004616A2">
          <w:rPr>
            <w:rStyle w:val="ae"/>
            <w:sz w:val="28"/>
            <w:szCs w:val="28"/>
            <w:lang w:val="kk-KZ"/>
          </w:rPr>
          <w:t>https://www.instagram.com/reel/DSEwtR3iiOD/?mdxt=b29kNXRtanNrb2h1</w:t>
        </w:r>
      </w:hyperlink>
      <w:hyperlink r:id="rId608" w:history="1">
        <w:r w:rsidR="00276593" w:rsidRPr="004616A2">
          <w:rPr>
            <w:rStyle w:val="ae"/>
            <w:sz w:val="28"/>
            <w:szCs w:val="28"/>
            <w:lang w:val="kk-KZ"/>
          </w:rPr>
          <w:t>https://www.instagram.com/p/DSFTDZrCpaT/?img_index=2&amp;psln=MW4ydTN4bzJydDB4bg</w:t>
        </w:r>
      </w:hyperlink>
      <w:r w:rsidR="00276593" w:rsidRPr="004616A2">
        <w:rPr>
          <w:sz w:val="28"/>
          <w:szCs w:val="28"/>
          <w:lang w:val="kk-KZ"/>
        </w:rPr>
        <w:t>==</w:t>
      </w:r>
      <w:hyperlink r:id="rId609" w:history="1">
        <w:r w:rsidR="00276593" w:rsidRPr="004616A2">
          <w:rPr>
            <w:rStyle w:val="ae"/>
            <w:sz w:val="28"/>
            <w:szCs w:val="28"/>
            <w:lang w:val="kk-KZ"/>
          </w:rPr>
          <w:t>https://www.instagram.com/p/DSFpKMuirlJ/?img_index=9&amp;vrfl=eHg2eDJ2cnpyazlt</w:t>
        </w:r>
      </w:hyperlink>
      <w:hyperlink r:id="rId610" w:history="1">
        <w:r w:rsidR="00276593" w:rsidRPr="004616A2">
          <w:rPr>
            <w:rStyle w:val="ae"/>
            <w:sz w:val="28"/>
            <w:szCs w:val="28"/>
            <w:lang w:val="kk-KZ"/>
          </w:rPr>
          <w:t>https://www.instagram.com/reel/DSLImD2imCV/?vrfl=MXZkdGFldWQ3eXBndA</w:t>
        </w:r>
      </w:hyperlink>
      <w:r w:rsidR="00276593" w:rsidRPr="004616A2">
        <w:rPr>
          <w:sz w:val="28"/>
          <w:szCs w:val="28"/>
          <w:lang w:val="kk-KZ"/>
        </w:rPr>
        <w:t>==</w:t>
      </w:r>
      <w:hyperlink r:id="rId611" w:history="1">
        <w:r w:rsidR="00276593" w:rsidRPr="004616A2">
          <w:rPr>
            <w:rStyle w:val="ae"/>
            <w:sz w:val="28"/>
            <w:szCs w:val="28"/>
            <w:lang w:val="kk-KZ"/>
          </w:rPr>
          <w:t>https://www.instagram.com/p/DSLJYdDikk8/?img_index=5&amp;dlrf=OHR5enBzOHZqY2E0</w:t>
        </w:r>
      </w:hyperlink>
      <w:hyperlink r:id="rId612" w:history="1">
        <w:r w:rsidR="00276593" w:rsidRPr="004616A2">
          <w:rPr>
            <w:rStyle w:val="ae"/>
            <w:sz w:val="28"/>
            <w:szCs w:val="28"/>
            <w:lang w:val="kk-KZ"/>
          </w:rPr>
          <w:t>https://www.instagram.com/reel/DSN2_tXCtzW/?cplk=ZTIxbG56bHhtYTQ1</w:t>
        </w:r>
      </w:hyperlink>
      <w:hyperlink r:id="rId613" w:history="1">
        <w:r w:rsidR="00276593" w:rsidRPr="004616A2">
          <w:rPr>
            <w:rStyle w:val="ae"/>
            <w:sz w:val="28"/>
            <w:szCs w:val="28"/>
            <w:lang w:val="kk-KZ"/>
          </w:rPr>
          <w:t>htt</w:t>
        </w:r>
        <w:r w:rsidR="00276593" w:rsidRPr="004616A2">
          <w:rPr>
            <w:rStyle w:val="ae"/>
            <w:sz w:val="28"/>
            <w:szCs w:val="28"/>
            <w:lang w:val="kk-KZ"/>
          </w:rPr>
          <w:lastRenderedPageBreak/>
          <w:t>ps://www.instagram.com/reel/DSOj3lKCvnL/?rpxt=MXFkZzVpdmlybTJwaQ</w:t>
        </w:r>
      </w:hyperlink>
      <w:r w:rsidR="00276593" w:rsidRPr="004616A2">
        <w:rPr>
          <w:sz w:val="28"/>
          <w:szCs w:val="28"/>
          <w:lang w:val="kk-KZ"/>
        </w:rPr>
        <w:t>==</w:t>
      </w:r>
      <w:hyperlink r:id="rId614" w:history="1">
        <w:r w:rsidR="00276593" w:rsidRPr="004616A2">
          <w:rPr>
            <w:rStyle w:val="ae"/>
            <w:sz w:val="28"/>
            <w:szCs w:val="28"/>
            <w:lang w:val="kk-KZ"/>
          </w:rPr>
          <w:t>https://www.instagram.com/reel/DSQZalXigGE/?psln=MTFkem9sM3l0eTR3eQ</w:t>
        </w:r>
      </w:hyperlink>
      <w:r w:rsidR="00276593" w:rsidRPr="004616A2">
        <w:rPr>
          <w:sz w:val="28"/>
          <w:szCs w:val="28"/>
          <w:lang w:val="kk-KZ"/>
        </w:rPr>
        <w:t>==</w:t>
      </w:r>
      <w:hyperlink r:id="rId615" w:history="1">
        <w:r w:rsidR="00276593" w:rsidRPr="004616A2">
          <w:rPr>
            <w:rStyle w:val="ae"/>
            <w:sz w:val="28"/>
            <w:szCs w:val="28"/>
            <w:lang w:val="kk-KZ"/>
          </w:rPr>
          <w:t>https://www.instagram.com/reel/DSQfntFil1h/?mdxt=MTgydW5yNHRxYWdoMg</w:t>
        </w:r>
      </w:hyperlink>
      <w:r w:rsidR="00276593" w:rsidRPr="004616A2">
        <w:rPr>
          <w:sz w:val="28"/>
          <w:szCs w:val="28"/>
          <w:lang w:val="kk-KZ"/>
        </w:rPr>
        <w:t>==</w:t>
      </w:r>
      <w:hyperlink r:id="rId616" w:history="1">
        <w:r w:rsidR="00276593" w:rsidRPr="004616A2">
          <w:rPr>
            <w:rStyle w:val="ae"/>
            <w:sz w:val="28"/>
            <w:szCs w:val="28"/>
            <w:lang w:val="kk-KZ"/>
          </w:rPr>
          <w:t>https://www.instagram.com/reel/DSQfuaCislZ/?rpxt=enZpOXIzanYzMGM0</w:t>
        </w:r>
      </w:hyperlink>
      <w:hyperlink r:id="rId617" w:history="1">
        <w:r w:rsidR="00276593" w:rsidRPr="004616A2">
          <w:rPr>
            <w:rStyle w:val="ae"/>
            <w:sz w:val="28"/>
            <w:szCs w:val="28"/>
            <w:lang w:val="kk-KZ"/>
          </w:rPr>
          <w:t>https://www.instagram.com/p/DSRlZLZimdb/?mdxt=MXFqMWlpN2pxa2FtNw</w:t>
        </w:r>
      </w:hyperlink>
      <w:r w:rsidR="00276593" w:rsidRPr="004616A2">
        <w:rPr>
          <w:sz w:val="28"/>
          <w:szCs w:val="28"/>
          <w:lang w:val="kk-KZ"/>
        </w:rPr>
        <w:t>==</w:t>
      </w:r>
      <w:hyperlink r:id="rId618" w:history="1">
        <w:r w:rsidR="00276593" w:rsidRPr="004616A2">
          <w:rPr>
            <w:rStyle w:val="ae"/>
            <w:sz w:val="28"/>
            <w:szCs w:val="28"/>
            <w:lang w:val="kk-KZ"/>
          </w:rPr>
          <w:t>https://www.instagram.com/reel/DSRldg0Cump/?vrfl=MWRhaDh5cXc5Z3I0eQ</w:t>
        </w:r>
      </w:hyperlink>
      <w:r w:rsidR="00276593" w:rsidRPr="004616A2">
        <w:rPr>
          <w:sz w:val="28"/>
          <w:szCs w:val="28"/>
          <w:lang w:val="kk-KZ"/>
        </w:rPr>
        <w:t>==</w:t>
      </w:r>
      <w:hyperlink r:id="rId619" w:history="1">
        <w:r w:rsidR="00276593" w:rsidRPr="004616A2">
          <w:rPr>
            <w:rStyle w:val="ae"/>
            <w:sz w:val="28"/>
            <w:szCs w:val="28"/>
            <w:lang w:val="kk-KZ"/>
          </w:rPr>
          <w:t>https://www.instagram.com/reel/DSRzfu6it5n/?mdxt=NzhlZG1ieTZ3eW10</w:t>
        </w:r>
      </w:hyperlink>
      <w:hyperlink r:id="rId620" w:history="1">
        <w:r w:rsidR="00276593" w:rsidRPr="004616A2">
          <w:rPr>
            <w:rStyle w:val="ae"/>
            <w:sz w:val="28"/>
            <w:szCs w:val="28"/>
            <w:lang w:val="kk-KZ"/>
          </w:rPr>
          <w:t>https://www.instagram.com/p/DSSO6L6Ct_0/?rpxt=ZGwwaXJwYmNlMHFs</w:t>
        </w:r>
      </w:hyperlink>
      <w:hyperlink r:id="rId621" w:history="1">
        <w:r w:rsidR="00276593" w:rsidRPr="004616A2">
          <w:rPr>
            <w:rStyle w:val="ae"/>
            <w:sz w:val="28"/>
            <w:szCs w:val="28"/>
            <w:lang w:val="kk-KZ"/>
          </w:rPr>
          <w:t>https://www.instagram.com/reel/DSSO9xxijXH/?obrf=OWl2dTN0dTFudXc3</w:t>
        </w:r>
      </w:hyperlink>
      <w:hyperlink r:id="rId622" w:history="1">
        <w:r w:rsidR="00276593" w:rsidRPr="004616A2">
          <w:rPr>
            <w:rStyle w:val="ae"/>
            <w:sz w:val="28"/>
            <w:szCs w:val="28"/>
            <w:lang w:val="kk-KZ"/>
          </w:rPr>
          <w:t>https://www.instagram.com/reel/DSSPLG_ivdj/?exln=dTJxYjNyODR4bm1x</w:t>
        </w:r>
      </w:hyperlink>
      <w:hyperlink r:id="rId623" w:history="1">
        <w:r w:rsidR="00276593" w:rsidRPr="004616A2">
          <w:rPr>
            <w:rStyle w:val="ae"/>
            <w:sz w:val="28"/>
            <w:szCs w:val="28"/>
            <w:lang w:val="kk-KZ"/>
          </w:rPr>
          <w:t>https://www.instagram.com/reel/DSTw-u2ij8F/?rpxt=dTk2ajcwa3B5eGkw</w:t>
        </w:r>
      </w:hyperlink>
      <w:hyperlink r:id="rId624" w:history="1">
        <w:r w:rsidR="00276593" w:rsidRPr="004616A2">
          <w:rPr>
            <w:rStyle w:val="ae"/>
            <w:sz w:val="28"/>
            <w:szCs w:val="28"/>
            <w:lang w:val="kk-KZ"/>
          </w:rPr>
          <w:t>https://www.instagram.com/reel/DSTxCNcCoM8/?psln=eGIweDUxamw3OG1z</w:t>
        </w:r>
      </w:hyperlink>
      <w:hyperlink r:id="rId625" w:history="1">
        <w:r w:rsidR="00276593" w:rsidRPr="004616A2">
          <w:rPr>
            <w:rStyle w:val="ae"/>
            <w:sz w:val="28"/>
            <w:szCs w:val="28"/>
            <w:lang w:val="kk-KZ"/>
          </w:rPr>
          <w:t>https://www.instagram.com/reel/DSTxFHbigN7/?mdxt=MWRwcGxnaHdobGdpNg</w:t>
        </w:r>
      </w:hyperlink>
      <w:r w:rsidR="00276593" w:rsidRPr="004616A2">
        <w:rPr>
          <w:sz w:val="28"/>
          <w:szCs w:val="28"/>
          <w:lang w:val="kk-KZ"/>
        </w:rPr>
        <w:t>==</w:t>
      </w:r>
      <w:hyperlink r:id="rId626" w:history="1">
        <w:r w:rsidR="00276593" w:rsidRPr="004616A2">
          <w:rPr>
            <w:rStyle w:val="ae"/>
            <w:sz w:val="28"/>
            <w:szCs w:val="28"/>
            <w:lang w:val="kk-KZ"/>
          </w:rPr>
          <w:t>https://www.instagram.com/reel/DSTxI3rirQ_/?exln=aXl2MmRwOTBkM2p2</w:t>
        </w:r>
      </w:hyperlink>
      <w:hyperlink r:id="rId627" w:history="1">
        <w:r w:rsidR="00276593" w:rsidRPr="004616A2">
          <w:rPr>
            <w:rStyle w:val="ae"/>
            <w:sz w:val="28"/>
            <w:szCs w:val="28"/>
            <w:lang w:val="kk-KZ"/>
          </w:rPr>
          <w:t>https://www.instagram.com/reel/DSTxK0HCt6t/?xtok=MTNtcTR6MXRmbDRkYQ</w:t>
        </w:r>
      </w:hyperlink>
      <w:r w:rsidR="00276593" w:rsidRPr="004616A2">
        <w:rPr>
          <w:sz w:val="28"/>
          <w:szCs w:val="28"/>
          <w:lang w:val="kk-KZ"/>
        </w:rPr>
        <w:t>==</w:t>
      </w:r>
      <w:hyperlink r:id="rId628" w:history="1">
        <w:r w:rsidR="00276593" w:rsidRPr="004616A2">
          <w:rPr>
            <w:rStyle w:val="ae"/>
            <w:sz w:val="28"/>
            <w:szCs w:val="28"/>
            <w:lang w:val="kk-KZ"/>
          </w:rPr>
          <w:t>https://www.instagram.com/reel/DSTxK0HCt6t/?xtok=MTNtcTR6MXRmbDRkYQ</w:t>
        </w:r>
      </w:hyperlink>
      <w:r w:rsidR="00276593" w:rsidRPr="004616A2">
        <w:rPr>
          <w:sz w:val="28"/>
          <w:szCs w:val="28"/>
          <w:lang w:val="kk-KZ"/>
        </w:rPr>
        <w:t>==</w:t>
      </w:r>
      <w:hyperlink r:id="rId629" w:history="1">
        <w:r w:rsidR="00276593" w:rsidRPr="004616A2">
          <w:rPr>
            <w:rStyle w:val="ae"/>
            <w:sz w:val="28"/>
            <w:szCs w:val="28"/>
            <w:lang w:val="kk-KZ"/>
          </w:rPr>
          <w:t>https://www.instagram.com/p/DSTyLmNCveT/?img_index=9&amp;obrf=MWZodXhqdXpmazluNQ</w:t>
        </w:r>
      </w:hyperlink>
      <w:r w:rsidR="00276593" w:rsidRPr="004616A2">
        <w:rPr>
          <w:sz w:val="28"/>
          <w:szCs w:val="28"/>
          <w:lang w:val="kk-KZ"/>
        </w:rPr>
        <w:t>==</w:t>
      </w:r>
      <w:hyperlink r:id="rId630" w:history="1">
        <w:r w:rsidR="00276593" w:rsidRPr="004616A2">
          <w:rPr>
            <w:rStyle w:val="ae"/>
            <w:sz w:val="28"/>
            <w:szCs w:val="28"/>
            <w:lang w:val="kk-KZ"/>
          </w:rPr>
          <w:t>https://www.instagram.com/reel/DSTyBVdiogf/?cplk=YnJocXkwN3RhZ2lk</w:t>
        </w:r>
      </w:hyperlink>
      <w:hyperlink r:id="rId631" w:history="1">
        <w:r w:rsidR="00276593" w:rsidRPr="004616A2">
          <w:rPr>
            <w:rStyle w:val="ae"/>
            <w:sz w:val="28"/>
            <w:szCs w:val="28"/>
            <w:lang w:val="kk-KZ"/>
          </w:rPr>
          <w:t>https://www.instagram.com/reel/DSjyRnLCqAf/?dlrf=ZjlidnpqbnBob3Y3</w:t>
        </w:r>
      </w:hyperlink>
      <w:hyperlink r:id="rId632" w:history="1">
        <w:r w:rsidR="00276593" w:rsidRPr="004616A2">
          <w:rPr>
            <w:rStyle w:val="ae"/>
            <w:sz w:val="28"/>
            <w:szCs w:val="28"/>
            <w:lang w:val="kk-KZ"/>
          </w:rPr>
          <w:t>https://www.instagram.com/reel/DSpVN_mCoza/?psln=YjcwYnd1YmpmMXJt</w:t>
        </w:r>
      </w:hyperlink>
      <w:hyperlink r:id="rId633" w:history="1">
        <w:r w:rsidR="00276593" w:rsidRPr="004616A2">
          <w:rPr>
            <w:rStyle w:val="ae"/>
            <w:sz w:val="28"/>
            <w:szCs w:val="28"/>
            <w:lang w:val="kk-KZ"/>
          </w:rPr>
          <w:t>https://www.instagram.com/reel/DSqDGtXClY9/?obrf=aGFjNzczeG82cTJr</w:t>
        </w:r>
      </w:hyperlink>
      <w:hyperlink r:id="rId634" w:history="1">
        <w:r w:rsidR="00276593" w:rsidRPr="004616A2">
          <w:rPr>
            <w:rStyle w:val="ae"/>
            <w:sz w:val="28"/>
            <w:szCs w:val="28"/>
            <w:lang w:val="kk-KZ"/>
          </w:rPr>
          <w:t>https://www.instagram.com/reel/DSrdx2jiuhi/?rpxt=MTI0anUzdGNrZDQ0dw</w:t>
        </w:r>
      </w:hyperlink>
      <w:r w:rsidR="00276593" w:rsidRPr="004616A2">
        <w:rPr>
          <w:sz w:val="28"/>
          <w:szCs w:val="28"/>
          <w:lang w:val="kk-KZ"/>
        </w:rPr>
        <w:t>==</w:t>
      </w:r>
      <w:hyperlink r:id="rId635" w:history="1">
        <w:r w:rsidR="00276593" w:rsidRPr="004616A2">
          <w:rPr>
            <w:rStyle w:val="ae"/>
            <w:sz w:val="28"/>
            <w:szCs w:val="28"/>
            <w:lang w:val="kk-KZ"/>
          </w:rPr>
          <w:t>https://www.instagram.com/reel/DStt1avCsD1/?obrf=emUzNmJ4ZDh5MDQ2</w:t>
        </w:r>
      </w:hyperlink>
      <w:hyperlink r:id="rId636" w:history="1">
        <w:r w:rsidR="00276593" w:rsidRPr="004616A2">
          <w:rPr>
            <w:rStyle w:val="ae"/>
            <w:sz w:val="28"/>
            <w:szCs w:val="28"/>
            <w:lang w:val="kk-KZ"/>
          </w:rPr>
          <w:t>https://www.instagram.com/reel/DSuFbhGiiSg/?srtk=c2RzeHJlYm4yYzV0</w:t>
        </w:r>
      </w:hyperlink>
      <w:hyperlink r:id="rId637" w:history="1">
        <w:r w:rsidR="00276593" w:rsidRPr="004616A2">
          <w:rPr>
            <w:rStyle w:val="ae"/>
            <w:sz w:val="28"/>
            <w:szCs w:val="28"/>
            <w:lang w:val="kk-KZ"/>
          </w:rPr>
          <w:t>https://www.instagram.com/p/DTHg2mWiqWn/?xtok=dzZ0YWJrYXFjcmQx</w:t>
        </w:r>
      </w:hyperlink>
      <w:hyperlink r:id="rId638" w:history="1">
        <w:r w:rsidR="00276593" w:rsidRPr="004616A2">
          <w:rPr>
            <w:rStyle w:val="ae"/>
            <w:sz w:val="28"/>
            <w:szCs w:val="28"/>
            <w:lang w:val="kk-KZ"/>
          </w:rPr>
          <w:t>https://www.instagram.com/p/DTu3sD1CkSM/?img_index=2&amp;vrfl=YjNlMm44Z2VqYzFz</w:t>
        </w:r>
      </w:hyperlink>
      <w:hyperlink r:id="rId639" w:history="1">
        <w:r w:rsidR="00276593" w:rsidRPr="004616A2">
          <w:rPr>
            <w:rStyle w:val="ae"/>
            <w:sz w:val="28"/>
            <w:szCs w:val="28"/>
            <w:lang w:val="kk-KZ"/>
          </w:rPr>
          <w:t>https://www.instagram.com/reel/DTZrsiNClyU/?mdxt=MW82OHpzdjloajV0NA</w:t>
        </w:r>
      </w:hyperlink>
      <w:r w:rsidR="00276593" w:rsidRPr="004616A2">
        <w:rPr>
          <w:sz w:val="28"/>
          <w:szCs w:val="28"/>
          <w:lang w:val="kk-KZ"/>
        </w:rPr>
        <w:t>==</w:t>
      </w:r>
      <w:hyperlink r:id="rId640" w:history="1">
        <w:r w:rsidR="00276593" w:rsidRPr="004616A2">
          <w:rPr>
            <w:rStyle w:val="ae"/>
            <w:sz w:val="28"/>
            <w:szCs w:val="28"/>
            <w:lang w:val="kk-KZ"/>
          </w:rPr>
          <w:t>https://www.instagram.com/reel/DTu31BZimKy/?cplk=bXBsd3gycDgyZDUy</w:t>
        </w:r>
      </w:hyperlink>
      <w:hyperlink r:id="rId641" w:history="1">
        <w:r w:rsidR="00276593" w:rsidRPr="004616A2">
          <w:rPr>
            <w:rStyle w:val="ae"/>
            <w:sz w:val="28"/>
            <w:szCs w:val="28"/>
            <w:lang w:val="kk-KZ"/>
          </w:rPr>
          <w:t>https://www.instagram.com/p/DTu32vlinRD/?exln=MWgwczYzY2s1YjE1Zg</w:t>
        </w:r>
      </w:hyperlink>
      <w:r w:rsidR="00276593" w:rsidRPr="004616A2">
        <w:rPr>
          <w:sz w:val="28"/>
          <w:szCs w:val="28"/>
          <w:lang w:val="kk-KZ"/>
        </w:rPr>
        <w:t>==</w:t>
      </w:r>
      <w:hyperlink r:id="rId642" w:history="1">
        <w:r w:rsidR="00276593" w:rsidRPr="004616A2">
          <w:rPr>
            <w:rStyle w:val="ae"/>
            <w:sz w:val="28"/>
            <w:szCs w:val="28"/>
            <w:lang w:val="kk-KZ"/>
          </w:rPr>
          <w:t>https://www.instagram.com/reel/DTu3-VpCkPW/?xtok=MjV1eG8yNDFqN2tv</w:t>
        </w:r>
      </w:hyperlink>
      <w:hyperlink r:id="rId643" w:history="1">
        <w:r w:rsidR="00276593" w:rsidRPr="004616A2">
          <w:rPr>
            <w:rStyle w:val="ae"/>
            <w:sz w:val="28"/>
            <w:szCs w:val="28"/>
            <w:lang w:val="kk-KZ"/>
          </w:rPr>
          <w:t>https://www.instagram.com/reel/DTu4A_GigaG/?psln=Z3hnenVpc2J1ZXN4</w:t>
        </w:r>
      </w:hyperlink>
      <w:hyperlink r:id="rId644" w:history="1">
        <w:r w:rsidR="00276593" w:rsidRPr="004616A2">
          <w:rPr>
            <w:rStyle w:val="ae"/>
            <w:sz w:val="28"/>
            <w:szCs w:val="28"/>
            <w:lang w:val="kk-KZ"/>
          </w:rPr>
          <w:t>https://www.instagram.com/reel/DTzjNObCgXR/?exln=dXdiZHpvdXp5ZXU0</w:t>
        </w:r>
      </w:hyperlink>
      <w:hyperlink r:id="rId645" w:history="1">
        <w:r w:rsidR="00276593" w:rsidRPr="004616A2">
          <w:rPr>
            <w:rStyle w:val="ae"/>
            <w:sz w:val="28"/>
            <w:szCs w:val="28"/>
            <w:lang w:val="kk-KZ"/>
          </w:rPr>
          <w:t>https://www.instagram.com/reel/DUDgLkBimK2/?dlrf=MTEweXZra3M1NWwzcg</w:t>
        </w:r>
      </w:hyperlink>
      <w:r w:rsidR="00276593" w:rsidRPr="004616A2">
        <w:rPr>
          <w:sz w:val="28"/>
          <w:szCs w:val="28"/>
          <w:lang w:val="kk-KZ"/>
        </w:rPr>
        <w:t>==</w:t>
      </w:r>
      <w:hyperlink r:id="rId646" w:history="1">
        <w:r w:rsidR="00276593" w:rsidRPr="004616A2">
          <w:rPr>
            <w:rStyle w:val="ae"/>
            <w:sz w:val="28"/>
            <w:szCs w:val="28"/>
            <w:lang w:val="kk-KZ"/>
          </w:rPr>
          <w:t>https://www.instagram.com/p/DUDgVExCmEX/?srtk=MWk2bXMwbWJqMGx4bw</w:t>
        </w:r>
      </w:hyperlink>
      <w:r w:rsidR="00276593" w:rsidRPr="004616A2">
        <w:rPr>
          <w:sz w:val="28"/>
          <w:szCs w:val="28"/>
          <w:lang w:val="kk-KZ"/>
        </w:rPr>
        <w:t>==</w:t>
      </w:r>
      <w:hyperlink r:id="rId647" w:history="1">
        <w:r w:rsidR="00276593" w:rsidRPr="004616A2">
          <w:rPr>
            <w:rStyle w:val="ae"/>
            <w:sz w:val="28"/>
            <w:szCs w:val="28"/>
            <w:lang w:val="kk-KZ"/>
          </w:rPr>
          <w:t>https://www.instagram.com/reel/DUFip6cipE9/?vrfl=MXJvbG8wZ2loemlleQ</w:t>
        </w:r>
      </w:hyperlink>
      <w:r w:rsidR="00276593" w:rsidRPr="004616A2">
        <w:rPr>
          <w:sz w:val="28"/>
          <w:szCs w:val="28"/>
          <w:lang w:val="kk-KZ"/>
        </w:rPr>
        <w:t>==</w:t>
      </w:r>
      <w:hyperlink r:id="rId648" w:history="1">
        <w:r w:rsidR="00276593" w:rsidRPr="004616A2">
          <w:rPr>
            <w:rStyle w:val="ae"/>
            <w:sz w:val="28"/>
            <w:szCs w:val="28"/>
            <w:lang w:val="kk-KZ"/>
          </w:rPr>
          <w:t>https://www.instagram.com/p/DUIyfWpChA9/?psln=MTdpd2w2M2xnZTZwMA</w:t>
        </w:r>
      </w:hyperlink>
      <w:r w:rsidR="00276593" w:rsidRPr="004616A2">
        <w:rPr>
          <w:sz w:val="28"/>
          <w:szCs w:val="28"/>
          <w:lang w:val="kk-KZ"/>
        </w:rPr>
        <w:t>==</w:t>
      </w:r>
      <w:hyperlink r:id="rId649" w:history="1">
        <w:r w:rsidR="00276593" w:rsidRPr="004616A2">
          <w:rPr>
            <w:rStyle w:val="ae"/>
            <w:sz w:val="28"/>
            <w:szCs w:val="28"/>
            <w:lang w:val="kk-KZ"/>
          </w:rPr>
          <w:t>https://www.instagram.com/reel/DUSXVqnCs1Q/?mdxt=NG0wd2FiaXVuN3hi</w:t>
        </w:r>
      </w:hyperlink>
      <w:hyperlink r:id="rId650" w:history="1">
        <w:r w:rsidR="00276593" w:rsidRPr="004616A2">
          <w:rPr>
            <w:rStyle w:val="ae"/>
            <w:sz w:val="28"/>
            <w:szCs w:val="28"/>
            <w:lang w:val="kk-KZ"/>
          </w:rPr>
          <w:t>https://www.instagram.com/p/DUSXbJlCu7O/?mdxt=b2c1b3ZxemE1eG81</w:t>
        </w:r>
      </w:hyperlink>
      <w:hyperlink r:id="rId651" w:history="1">
        <w:r w:rsidR="00276593" w:rsidRPr="004616A2">
          <w:rPr>
            <w:rStyle w:val="ae"/>
            <w:sz w:val="28"/>
            <w:szCs w:val="28"/>
            <w:lang w:val="kk-KZ"/>
          </w:rPr>
          <w:t>https://www.instagram.com/reel/DUaTjftCvt1/?mdxt=aDdyMmZhdTZreHhz</w:t>
        </w:r>
      </w:hyperlink>
      <w:hyperlink r:id="rId652" w:history="1">
        <w:r w:rsidR="00276593" w:rsidRPr="004616A2">
          <w:rPr>
            <w:rStyle w:val="ae"/>
            <w:sz w:val="28"/>
            <w:szCs w:val="28"/>
            <w:lang w:val="kk-KZ"/>
          </w:rPr>
          <w:t>https://www.instagram.com/reel/DUh7fMlCg6t/?psln=MWZmMHExczB0MmRycw</w:t>
        </w:r>
      </w:hyperlink>
      <w:r w:rsidR="00276593" w:rsidRPr="004616A2">
        <w:rPr>
          <w:sz w:val="28"/>
          <w:szCs w:val="28"/>
          <w:lang w:val="kk-KZ"/>
        </w:rPr>
        <w:t>==</w:t>
      </w:r>
      <w:hyperlink r:id="rId653" w:history="1">
        <w:r w:rsidR="00276593" w:rsidRPr="004616A2">
          <w:rPr>
            <w:rStyle w:val="ae"/>
            <w:sz w:val="28"/>
            <w:szCs w:val="28"/>
            <w:lang w:val="kk-KZ"/>
          </w:rPr>
          <w:t>https://www.instagram.com/reel/DUiS9i_CpQz/?cplk=MzR6dGMxb2J1bmV2</w:t>
        </w:r>
      </w:hyperlink>
      <w:hyperlink r:id="rId654" w:history="1">
        <w:r w:rsidR="00276593" w:rsidRPr="004616A2">
          <w:rPr>
            <w:rStyle w:val="ae"/>
            <w:sz w:val="28"/>
            <w:szCs w:val="28"/>
            <w:lang w:val="kk-KZ"/>
          </w:rPr>
          <w:t>https://www.instagram.com/reel/DUkWS1jinOi/?xtok=OHVpaGVmOG80aDB4</w:t>
        </w:r>
      </w:hyperlink>
      <w:hyperlink r:id="rId655" w:history="1">
        <w:r w:rsidR="00276593" w:rsidRPr="004616A2">
          <w:rPr>
            <w:rStyle w:val="ae"/>
            <w:sz w:val="28"/>
            <w:szCs w:val="28"/>
            <w:lang w:val="kk-KZ"/>
          </w:rPr>
          <w:t>https://www.instagram.com/p/DUnZ8EkivOL/?img_index=3&amp;dlrf=ZHpzNDV4dmJnbDZu</w:t>
        </w:r>
      </w:hyperlink>
      <w:hyperlink r:id="rId656" w:history="1">
        <w:r w:rsidR="00276593" w:rsidRPr="004616A2">
          <w:rPr>
            <w:rStyle w:val="ae"/>
            <w:sz w:val="28"/>
            <w:szCs w:val="28"/>
            <w:lang w:val="kk-KZ"/>
          </w:rPr>
          <w:t>https://www.instagram.com/reel/DUnjlcHivr7/?rpxt=MWdiZWlidHh0eXQ4eg</w:t>
        </w:r>
      </w:hyperlink>
      <w:r w:rsidR="00276593" w:rsidRPr="004616A2">
        <w:rPr>
          <w:sz w:val="28"/>
          <w:szCs w:val="28"/>
          <w:lang w:val="kk-KZ"/>
        </w:rPr>
        <w:t>==</w:t>
      </w:r>
      <w:hyperlink r:id="rId657" w:history="1">
        <w:r w:rsidR="00276593" w:rsidRPr="004616A2">
          <w:rPr>
            <w:rStyle w:val="ae"/>
            <w:sz w:val="28"/>
            <w:szCs w:val="28"/>
            <w:lang w:val="kk-KZ"/>
          </w:rPr>
          <w:t>https://www.instagram.com/p/DUrE2QgCg0p/?img_index=3&amp;vrfl=MW50Y24wemE4bWM2dg</w:t>
        </w:r>
      </w:hyperlink>
      <w:r w:rsidR="00276593" w:rsidRPr="004616A2">
        <w:rPr>
          <w:sz w:val="28"/>
          <w:szCs w:val="28"/>
          <w:lang w:val="kk-KZ"/>
        </w:rPr>
        <w:t>==</w:t>
      </w:r>
      <w:hyperlink r:id="rId658" w:history="1">
        <w:r w:rsidR="00276593" w:rsidRPr="004616A2">
          <w:rPr>
            <w:rStyle w:val="ae"/>
            <w:sz w:val="28"/>
            <w:szCs w:val="28"/>
            <w:lang w:val="kk-KZ"/>
          </w:rPr>
          <w:t>https://www.instagram.com/p/DUztmPLCj9M/?srtk=MTN3Nzg4bGRsdmp3OQ</w:t>
        </w:r>
      </w:hyperlink>
      <w:r w:rsidR="00276593" w:rsidRPr="004616A2">
        <w:rPr>
          <w:sz w:val="28"/>
          <w:szCs w:val="28"/>
          <w:lang w:val="kk-KZ"/>
        </w:rPr>
        <w:t>==</w:t>
      </w:r>
      <w:hyperlink r:id="rId659" w:history="1">
        <w:r w:rsidR="00276593" w:rsidRPr="004616A2">
          <w:rPr>
            <w:rStyle w:val="ae"/>
            <w:sz w:val="28"/>
            <w:szCs w:val="28"/>
            <w:lang w:val="kk-KZ"/>
          </w:rPr>
          <w:t>https://www.instagram.com/p/DU0rM9KilgQ/?img_index=2&amp;xtok=ZTZya3U5enFqaTgz</w:t>
        </w:r>
      </w:hyperlink>
      <w:hyperlink r:id="rId660" w:history="1">
        <w:r w:rsidR="00276593" w:rsidRPr="004616A2">
          <w:rPr>
            <w:rStyle w:val="ae"/>
            <w:sz w:val="28"/>
            <w:szCs w:val="28"/>
            <w:lang w:val="kk-KZ"/>
          </w:rPr>
          <w:t>https://www.instagram.com/p/DU-PrX9imgw/?cplk=bGZuNnFjYWFodnF0</w:t>
        </w:r>
      </w:hyperlink>
      <w:hyperlink r:id="rId661" w:history="1">
        <w:r w:rsidR="00276593" w:rsidRPr="004616A2">
          <w:rPr>
            <w:rStyle w:val="ae"/>
            <w:sz w:val="28"/>
            <w:szCs w:val="28"/>
            <w:lang w:val="kk-KZ"/>
          </w:rPr>
          <w:t>https://www.instagram.com/p/DU-TVgMivUS/?mdxt=MXR5dm84ODdrbXFoOA</w:t>
        </w:r>
      </w:hyperlink>
      <w:r w:rsidR="00276593" w:rsidRPr="004616A2">
        <w:rPr>
          <w:sz w:val="28"/>
          <w:szCs w:val="28"/>
          <w:lang w:val="kk-KZ"/>
        </w:rPr>
        <w:t>==</w:t>
      </w:r>
      <w:hyperlink r:id="rId662" w:history="1">
        <w:r w:rsidR="00276593" w:rsidRPr="004616A2">
          <w:rPr>
            <w:rStyle w:val="ae"/>
            <w:sz w:val="28"/>
            <w:szCs w:val="28"/>
            <w:lang w:val="kk-KZ"/>
          </w:rPr>
          <w:t>https://www.instagram.com/reel/DVNz2</w:t>
        </w:r>
        <w:r w:rsidR="00276593" w:rsidRPr="004616A2">
          <w:rPr>
            <w:rStyle w:val="ae"/>
            <w:sz w:val="28"/>
            <w:szCs w:val="28"/>
            <w:lang w:val="kk-KZ"/>
          </w:rPr>
          <w:lastRenderedPageBreak/>
          <w:t>odCo9c/?exln=cWZzbXUwcjhvd29y</w:t>
        </w:r>
      </w:hyperlink>
      <w:hyperlink r:id="rId663" w:history="1">
        <w:r w:rsidR="00276593" w:rsidRPr="004616A2">
          <w:rPr>
            <w:rStyle w:val="ae"/>
            <w:sz w:val="28"/>
            <w:szCs w:val="28"/>
            <w:lang w:val="kk-KZ"/>
          </w:rPr>
          <w:t>https://www.instagram.com/reel/DVPEhVqik4q/?psln=MzJrOXNlcWMzOTdq</w:t>
        </w:r>
      </w:hyperlink>
      <w:hyperlink r:id="rId664" w:history="1">
        <w:r w:rsidR="00276593" w:rsidRPr="004616A2">
          <w:rPr>
            <w:rStyle w:val="ae"/>
            <w:sz w:val="28"/>
            <w:szCs w:val="28"/>
            <w:lang w:val="kk-KZ"/>
          </w:rPr>
          <w:t>https://www.instagram.com/reel/DVPEsCEiuny/?srtk=MTRncmFteXZlMHpmcw</w:t>
        </w:r>
      </w:hyperlink>
      <w:r w:rsidR="00276593" w:rsidRPr="004616A2">
        <w:rPr>
          <w:sz w:val="28"/>
          <w:szCs w:val="28"/>
          <w:lang w:val="kk-KZ"/>
        </w:rPr>
        <w:t>==</w:t>
      </w:r>
      <w:hyperlink r:id="rId665" w:history="1">
        <w:r w:rsidR="00276593" w:rsidRPr="004616A2">
          <w:rPr>
            <w:rStyle w:val="ae"/>
            <w:sz w:val="28"/>
            <w:szCs w:val="28"/>
            <w:lang w:val="kk-KZ"/>
          </w:rPr>
          <w:t>https://www.instagram.com/reel/DVRBGE0ChH3/?srtk=MWdleml4amZ2Y3pmbQ</w:t>
        </w:r>
      </w:hyperlink>
      <w:r w:rsidR="00276593" w:rsidRPr="004616A2">
        <w:rPr>
          <w:sz w:val="28"/>
          <w:szCs w:val="28"/>
          <w:lang w:val="kk-KZ"/>
        </w:rPr>
        <w:t>==</w:t>
      </w:r>
      <w:hyperlink r:id="rId666" w:history="1">
        <w:r w:rsidR="00276593" w:rsidRPr="004616A2">
          <w:rPr>
            <w:rStyle w:val="ae"/>
            <w:sz w:val="28"/>
            <w:szCs w:val="28"/>
            <w:lang w:val="kk-KZ"/>
          </w:rPr>
          <w:t>https://www.instagram.com/reel/DVVlnKoCgGx/?exln=MThkNzZ2cWNjMWpkbA</w:t>
        </w:r>
      </w:hyperlink>
      <w:r w:rsidR="00276593" w:rsidRPr="004616A2">
        <w:rPr>
          <w:sz w:val="28"/>
          <w:szCs w:val="28"/>
          <w:lang w:val="kk-KZ"/>
        </w:rPr>
        <w:t>==</w:t>
      </w:r>
      <w:hyperlink r:id="rId667" w:history="1">
        <w:r w:rsidR="00276593" w:rsidRPr="004616A2">
          <w:rPr>
            <w:rStyle w:val="ae"/>
            <w:sz w:val="28"/>
            <w:szCs w:val="28"/>
            <w:lang w:val="kk-KZ"/>
          </w:rPr>
          <w:t>https://www.instagram.com/reel/DVVlqpUCpPc/?dlrf=MWx0a2x1ZWFtdHF5Ng</w:t>
        </w:r>
      </w:hyperlink>
      <w:r w:rsidR="00276593" w:rsidRPr="004616A2">
        <w:rPr>
          <w:sz w:val="28"/>
          <w:szCs w:val="28"/>
          <w:lang w:val="kk-KZ"/>
        </w:rPr>
        <w:t>==</w:t>
      </w:r>
      <w:hyperlink r:id="rId668" w:history="1">
        <w:r w:rsidR="00276593" w:rsidRPr="004616A2">
          <w:rPr>
            <w:rStyle w:val="ae"/>
            <w:sz w:val="28"/>
            <w:szCs w:val="28"/>
            <w:lang w:val="kk-KZ"/>
          </w:rPr>
          <w:t>https://www.instagram.com/reel/DVYdNI-ClEs/?xtok=YXFhOHNoMzgwOHN5</w:t>
        </w:r>
      </w:hyperlink>
      <w:hyperlink r:id="rId669" w:history="1">
        <w:r w:rsidR="00276593" w:rsidRPr="004616A2">
          <w:rPr>
            <w:rStyle w:val="ae"/>
            <w:sz w:val="28"/>
            <w:szCs w:val="28"/>
            <w:lang w:val="kk-KZ"/>
          </w:rPr>
          <w:t>https://www.instagram.com/reel/DVYfj7Zim11/?vrfl=MXJwOHhkMmk1aWNlNg</w:t>
        </w:r>
      </w:hyperlink>
      <w:r w:rsidR="00276593" w:rsidRPr="004616A2">
        <w:rPr>
          <w:sz w:val="28"/>
          <w:szCs w:val="28"/>
          <w:lang w:val="kk-KZ"/>
        </w:rPr>
        <w:t>==</w:t>
      </w:r>
      <w:hyperlink r:id="rId670" w:history="1">
        <w:r w:rsidR="00276593" w:rsidRPr="004616A2">
          <w:rPr>
            <w:rStyle w:val="ae"/>
            <w:sz w:val="28"/>
            <w:szCs w:val="28"/>
            <w:lang w:val="kk-KZ"/>
          </w:rPr>
          <w:t>https://www.instagram.com/reel/DVYfbijika-/?obrf=NHdmY21pZjA3dDBp</w:t>
        </w:r>
      </w:hyperlink>
      <w:hyperlink r:id="rId671" w:history="1">
        <w:r w:rsidR="00276593" w:rsidRPr="004616A2">
          <w:rPr>
            <w:rStyle w:val="ae"/>
            <w:sz w:val="28"/>
            <w:szCs w:val="28"/>
            <w:lang w:val="kk-KZ"/>
          </w:rPr>
          <w:t>https://www.instagram.com/reel/DVYjTfyClDz/?xtok=eHAzaWg0NHdoZ251</w:t>
        </w:r>
      </w:hyperlink>
      <w:hyperlink r:id="rId672" w:history="1">
        <w:r w:rsidR="00276593" w:rsidRPr="004616A2">
          <w:rPr>
            <w:rStyle w:val="ae"/>
            <w:sz w:val="28"/>
            <w:szCs w:val="28"/>
            <w:lang w:val="kk-KZ"/>
          </w:rPr>
          <w:t>https://www.instagram.com/p/DVYxbSLCgv5/?img_index=3&amp;exln=MTI5MmpyaDJyaGlwag</w:t>
        </w:r>
      </w:hyperlink>
      <w:r w:rsidR="00276593" w:rsidRPr="004616A2">
        <w:rPr>
          <w:sz w:val="28"/>
          <w:szCs w:val="28"/>
          <w:lang w:val="kk-KZ"/>
        </w:rPr>
        <w:t>==</w:t>
      </w:r>
      <w:hyperlink r:id="rId673" w:history="1">
        <w:r w:rsidR="00276593" w:rsidRPr="004616A2">
          <w:rPr>
            <w:rStyle w:val="ae"/>
            <w:sz w:val="28"/>
            <w:szCs w:val="28"/>
            <w:lang w:val="kk-KZ"/>
          </w:rPr>
          <w:t>https://www.instagram.com/reel/DVYxmQJCsG6/?psln=NThwOHAzOWx6c3Zx</w:t>
        </w:r>
      </w:hyperlink>
      <w:hyperlink r:id="rId674" w:history="1">
        <w:r w:rsidR="00276593" w:rsidRPr="004616A2">
          <w:rPr>
            <w:rStyle w:val="ae"/>
            <w:sz w:val="28"/>
            <w:szCs w:val="28"/>
            <w:lang w:val="kk-KZ"/>
          </w:rPr>
          <w:t>https://www.instagram.com/reel/DVY1BGdip7-/?mdxt=MWlmanl5em81dHV6bA</w:t>
        </w:r>
      </w:hyperlink>
      <w:r w:rsidR="00276593" w:rsidRPr="004616A2">
        <w:rPr>
          <w:sz w:val="28"/>
          <w:szCs w:val="28"/>
          <w:lang w:val="kk-KZ"/>
        </w:rPr>
        <w:t>==</w:t>
      </w:r>
      <w:hyperlink r:id="rId675" w:history="1">
        <w:r w:rsidR="00276593" w:rsidRPr="004616A2">
          <w:rPr>
            <w:rStyle w:val="ae"/>
            <w:sz w:val="28"/>
            <w:szCs w:val="28"/>
            <w:lang w:val="kk-KZ"/>
          </w:rPr>
          <w:t>https://www.instagram.com/p/DVazJJVCqB4/?vrfl=MTExMmk2NWZwNjltaA</w:t>
        </w:r>
      </w:hyperlink>
      <w:r w:rsidR="00276593" w:rsidRPr="004616A2">
        <w:rPr>
          <w:sz w:val="28"/>
          <w:szCs w:val="28"/>
          <w:lang w:val="kk-KZ"/>
        </w:rPr>
        <w:t>==</w:t>
      </w:r>
      <w:hyperlink r:id="rId676" w:history="1">
        <w:r w:rsidR="00276593" w:rsidRPr="004616A2">
          <w:rPr>
            <w:rStyle w:val="ae"/>
            <w:sz w:val="28"/>
            <w:szCs w:val="28"/>
            <w:lang w:val="kk-KZ"/>
          </w:rPr>
          <w:t>https://www.instagram.com/p/DVbDZC4ilo1/?psln=azRwb2picTJ5dmR6</w:t>
        </w:r>
      </w:hyperlink>
      <w:hyperlink r:id="rId677" w:history="1">
        <w:r w:rsidR="00276593" w:rsidRPr="004616A2">
          <w:rPr>
            <w:rStyle w:val="ae"/>
            <w:sz w:val="28"/>
            <w:szCs w:val="28"/>
            <w:lang w:val="kk-KZ"/>
          </w:rPr>
          <w:t>https://www.instagram.com/reel/DVbDgYEivmJ/?cplk=bW9jd29nNW1uZTY3</w:t>
        </w:r>
      </w:hyperlink>
      <w:hyperlink r:id="rId678" w:history="1">
        <w:r w:rsidR="00276593" w:rsidRPr="004616A2">
          <w:rPr>
            <w:rStyle w:val="ae"/>
            <w:sz w:val="28"/>
            <w:szCs w:val="28"/>
            <w:lang w:val="kk-KZ"/>
          </w:rPr>
          <w:t>https://www.instagram.com/reel/DVbHCySirZx/?dlrf=MWV4M2I0ajJra2t2eA</w:t>
        </w:r>
      </w:hyperlink>
      <w:r w:rsidR="00276593" w:rsidRPr="004616A2">
        <w:rPr>
          <w:sz w:val="28"/>
          <w:szCs w:val="28"/>
          <w:lang w:val="kk-KZ"/>
        </w:rPr>
        <w:t>==</w:t>
      </w:r>
      <w:hyperlink r:id="rId679" w:history="1">
        <w:r w:rsidR="00276593" w:rsidRPr="004616A2">
          <w:rPr>
            <w:rStyle w:val="ae"/>
            <w:sz w:val="28"/>
            <w:szCs w:val="28"/>
            <w:lang w:val="kk-KZ"/>
          </w:rPr>
          <w:t>https://www.instagram.com/reel/DVc_cHzCkeO/?dlrf=MXY4cm9qbDNsNDl6ag</w:t>
        </w:r>
      </w:hyperlink>
      <w:r w:rsidR="00276593" w:rsidRPr="004616A2">
        <w:rPr>
          <w:sz w:val="28"/>
          <w:szCs w:val="28"/>
          <w:lang w:val="kk-KZ"/>
        </w:rPr>
        <w:t>==</w:t>
      </w:r>
      <w:hyperlink r:id="rId680" w:history="1">
        <w:r w:rsidR="00276593" w:rsidRPr="004616A2">
          <w:rPr>
            <w:rStyle w:val="ae"/>
            <w:sz w:val="28"/>
            <w:szCs w:val="28"/>
            <w:lang w:val="kk-KZ"/>
          </w:rPr>
          <w:t>https://www.instagram.com/reel/DVc_e0aihRK/?vrfl=ajJjZzU3cXBwcnFh</w:t>
        </w:r>
      </w:hyperlink>
      <w:hyperlink r:id="rId681" w:history="1">
        <w:r w:rsidR="00276593" w:rsidRPr="004616A2">
          <w:rPr>
            <w:rStyle w:val="ae"/>
            <w:sz w:val="28"/>
            <w:szCs w:val="28"/>
            <w:lang w:val="kk-KZ"/>
          </w:rPr>
          <w:t>https://www.instagram.com/reel/DVdownQCsZu/?cplk=MWZramNqYmEybXgx</w:t>
        </w:r>
      </w:hyperlink>
      <w:hyperlink r:id="rId682" w:history="1">
        <w:r w:rsidR="00276593" w:rsidRPr="004616A2">
          <w:rPr>
            <w:rStyle w:val="ae"/>
            <w:sz w:val="28"/>
            <w:szCs w:val="28"/>
            <w:lang w:val="kk-KZ"/>
          </w:rPr>
          <w:t>https://www.instagram.com/reel/DVeAeMwior0/?obrf=MXJ1bWR0aDg5ZmwzcA</w:t>
        </w:r>
      </w:hyperlink>
      <w:r w:rsidR="00276593" w:rsidRPr="004616A2">
        <w:rPr>
          <w:sz w:val="28"/>
          <w:szCs w:val="28"/>
          <w:lang w:val="kk-KZ"/>
        </w:rPr>
        <w:t>==</w:t>
      </w:r>
      <w:hyperlink r:id="rId683" w:history="1">
        <w:r w:rsidR="00276593" w:rsidRPr="004616A2">
          <w:rPr>
            <w:rStyle w:val="ae"/>
            <w:sz w:val="28"/>
            <w:szCs w:val="28"/>
            <w:lang w:val="kk-KZ"/>
          </w:rPr>
          <w:t>https://www.instagram.com/reel/DVeB2JxjBrn/?mdxt=eTdsb3ppMWlsYmNt</w:t>
        </w:r>
      </w:hyperlink>
      <w:hyperlink r:id="rId684" w:history="1">
        <w:r w:rsidR="00276593" w:rsidRPr="004616A2">
          <w:rPr>
            <w:rStyle w:val="ae"/>
            <w:sz w:val="28"/>
            <w:szCs w:val="28"/>
            <w:lang w:val="kk-KZ"/>
          </w:rPr>
          <w:t>https://www.instagram.com/reel/DVfgjLhijja/?obrf=c2pld2k1bmlzNTdm</w:t>
        </w:r>
      </w:hyperlink>
      <w:hyperlink r:id="rId685" w:history="1">
        <w:r w:rsidR="00276593" w:rsidRPr="004616A2">
          <w:rPr>
            <w:rStyle w:val="ae"/>
            <w:sz w:val="28"/>
            <w:szCs w:val="28"/>
            <w:lang w:val="kk-KZ"/>
          </w:rPr>
          <w:t>https://www.instagram.com/reel/DVgKHoECu-B/?mdxt=MTZxdTRjZmdyaTczMQ</w:t>
        </w:r>
      </w:hyperlink>
      <w:r w:rsidR="00276593" w:rsidRPr="004616A2">
        <w:rPr>
          <w:sz w:val="28"/>
          <w:szCs w:val="28"/>
          <w:lang w:val="kk-KZ"/>
        </w:rPr>
        <w:t>==</w:t>
      </w:r>
      <w:hyperlink r:id="rId686" w:history="1">
        <w:r w:rsidR="00276593" w:rsidRPr="004616A2">
          <w:rPr>
            <w:rStyle w:val="ae"/>
            <w:sz w:val="28"/>
            <w:szCs w:val="28"/>
            <w:lang w:val="kk-KZ"/>
          </w:rPr>
          <w:t>https://www.instagram.com/reel/DVhwiCzCs1J/?mdxt=NDNjZXJpZnhqbG9k</w:t>
        </w:r>
      </w:hyperlink>
      <w:hyperlink r:id="rId687" w:history="1">
        <w:r w:rsidR="00276593" w:rsidRPr="004616A2">
          <w:rPr>
            <w:rStyle w:val="ae"/>
            <w:sz w:val="28"/>
            <w:szCs w:val="28"/>
            <w:lang w:val="kk-KZ"/>
          </w:rPr>
          <w:t>https://www.instagram.com/reel/DViIuFnigyQ/?exln=MTFsb3ZhdDVrdW9paA</w:t>
        </w:r>
      </w:hyperlink>
      <w:r w:rsidR="00276593" w:rsidRPr="004616A2">
        <w:rPr>
          <w:sz w:val="28"/>
          <w:szCs w:val="28"/>
          <w:lang w:val="kk-KZ"/>
        </w:rPr>
        <w:t>==</w:t>
      </w:r>
      <w:hyperlink r:id="rId688" w:history="1">
        <w:r w:rsidR="00276593" w:rsidRPr="004616A2">
          <w:rPr>
            <w:rStyle w:val="ae"/>
            <w:sz w:val="28"/>
            <w:szCs w:val="28"/>
            <w:lang w:val="kk-KZ"/>
          </w:rPr>
          <w:t>https://www.instagram.com/reel/DVicXXciiUH/?exln=OWhqeGo0bWNhdW56</w:t>
        </w:r>
      </w:hyperlink>
      <w:hyperlink r:id="rId689" w:history="1">
        <w:r w:rsidR="00276593" w:rsidRPr="004616A2">
          <w:rPr>
            <w:rStyle w:val="ae"/>
            <w:sz w:val="28"/>
            <w:szCs w:val="28"/>
            <w:lang w:val="kk-KZ"/>
          </w:rPr>
          <w:t>https://www.instagram.com/reel/DVj8HY5DE3u/?exln=M2l5NWt2eGRjbWx6</w:t>
        </w:r>
      </w:hyperlink>
      <w:hyperlink r:id="rId690" w:history="1">
        <w:r w:rsidR="00276593" w:rsidRPr="004616A2">
          <w:rPr>
            <w:rStyle w:val="ae"/>
            <w:sz w:val="28"/>
            <w:szCs w:val="28"/>
            <w:lang w:val="kk-KZ"/>
          </w:rPr>
          <w:t>https://www.instagram.com/reel/DVmnru3Cuf_/?srtk=ejAxaWw0cjk4bnpl</w:t>
        </w:r>
      </w:hyperlink>
      <w:hyperlink r:id="rId691" w:history="1">
        <w:r w:rsidR="00276593" w:rsidRPr="004616A2">
          <w:rPr>
            <w:rStyle w:val="ae"/>
            <w:sz w:val="28"/>
            <w:szCs w:val="28"/>
            <w:lang w:val="kk-KZ"/>
          </w:rPr>
          <w:t>https://www.instagram.com/reel/DVmoEnbioPi/?srtk=MXgxcDA5OTdnYjMwcA</w:t>
        </w:r>
      </w:hyperlink>
      <w:r w:rsidR="00276593" w:rsidRPr="004616A2">
        <w:rPr>
          <w:sz w:val="28"/>
          <w:szCs w:val="28"/>
          <w:lang w:val="kk-KZ"/>
        </w:rPr>
        <w:t>==</w:t>
      </w:r>
      <w:hyperlink r:id="rId692" w:history="1">
        <w:r w:rsidR="00276593" w:rsidRPr="004616A2">
          <w:rPr>
            <w:rStyle w:val="ae"/>
            <w:sz w:val="28"/>
            <w:szCs w:val="28"/>
            <w:lang w:val="kk-KZ"/>
          </w:rPr>
          <w:t>https://www.instagram.com/reel/DVnIu-gCiVd/?rpxt=MW1pcGFkOGF3dTljbw</w:t>
        </w:r>
      </w:hyperlink>
      <w:r w:rsidR="00276593" w:rsidRPr="004616A2">
        <w:rPr>
          <w:sz w:val="28"/>
          <w:szCs w:val="28"/>
          <w:lang w:val="kk-KZ"/>
        </w:rPr>
        <w:t>==</w:t>
      </w:r>
      <w:hyperlink r:id="rId693" w:history="1">
        <w:r w:rsidR="00276593" w:rsidRPr="004616A2">
          <w:rPr>
            <w:rStyle w:val="ae"/>
            <w:sz w:val="28"/>
            <w:szCs w:val="28"/>
            <w:lang w:val="kk-KZ"/>
          </w:rPr>
          <w:t>https://www.instagram.com/reel/DVnIty3Cg6E/?cplk=MW5zaGwxZW05ZWYzeg</w:t>
        </w:r>
      </w:hyperlink>
      <w:r w:rsidR="00276593" w:rsidRPr="004616A2">
        <w:rPr>
          <w:sz w:val="28"/>
          <w:szCs w:val="28"/>
          <w:lang w:val="kk-KZ"/>
        </w:rPr>
        <w:t>==</w:t>
      </w:r>
      <w:hyperlink r:id="rId694" w:history="1">
        <w:r w:rsidR="00276593" w:rsidRPr="004616A2">
          <w:rPr>
            <w:rStyle w:val="ae"/>
            <w:sz w:val="28"/>
            <w:szCs w:val="28"/>
            <w:lang w:val="kk-KZ"/>
          </w:rPr>
          <w:t>https://www.instagram.com/reel/DVnwXcrCtf0/?srtk=bmJwZnR4bnYwd3M4</w:t>
        </w:r>
      </w:hyperlink>
      <w:hyperlink r:id="rId695" w:history="1">
        <w:r w:rsidR="00276593" w:rsidRPr="004616A2">
          <w:rPr>
            <w:rStyle w:val="ae"/>
            <w:sz w:val="28"/>
            <w:szCs w:val="28"/>
            <w:lang w:val="kk-KZ"/>
          </w:rPr>
          <w:t>https://www.instagram.com/reel/DVnxSd5CpJl/?mdxt=MW1zMTB1cHZtcWVoZQ</w:t>
        </w:r>
      </w:hyperlink>
      <w:r w:rsidR="00276593" w:rsidRPr="004616A2">
        <w:rPr>
          <w:sz w:val="28"/>
          <w:szCs w:val="28"/>
          <w:lang w:val="kk-KZ"/>
        </w:rPr>
        <w:t>==</w:t>
      </w:r>
      <w:hyperlink r:id="rId696" w:history="1">
        <w:r w:rsidR="00276593" w:rsidRPr="004616A2">
          <w:rPr>
            <w:rStyle w:val="ae"/>
            <w:sz w:val="28"/>
            <w:szCs w:val="28"/>
            <w:lang w:val="kk-KZ"/>
          </w:rPr>
          <w:t>https://www.instagram.com/reel/DV0kIDyCpHB/?rpxt=MWhzYmNsdTQxc2h0eQ</w:t>
        </w:r>
      </w:hyperlink>
      <w:r w:rsidR="00276593" w:rsidRPr="004616A2">
        <w:rPr>
          <w:sz w:val="28"/>
          <w:szCs w:val="28"/>
          <w:lang w:val="kk-KZ"/>
        </w:rPr>
        <w:t>==</w:t>
      </w:r>
      <w:hyperlink r:id="rId697" w:history="1">
        <w:r w:rsidR="00276593" w:rsidRPr="004616A2">
          <w:rPr>
            <w:rStyle w:val="ae"/>
            <w:sz w:val="28"/>
            <w:szCs w:val="28"/>
            <w:lang w:val="kk-KZ"/>
          </w:rPr>
          <w:t>https://www.instagram.com/reel/DV2Wv1hDO4C/?cplk=ajN5eDE4dDFncndt</w:t>
        </w:r>
      </w:hyperlink>
      <w:hyperlink r:id="rId698" w:history="1">
        <w:r w:rsidR="00276593" w:rsidRPr="004616A2">
          <w:rPr>
            <w:rStyle w:val="ae"/>
            <w:sz w:val="28"/>
            <w:szCs w:val="28"/>
            <w:lang w:val="kk-KZ"/>
          </w:rPr>
          <w:t>https://www.instagram.com/reel/DV6QrMHCmQF/?exln=MWczdmptMHg5Znh5dw</w:t>
        </w:r>
      </w:hyperlink>
      <w:r w:rsidR="00276593" w:rsidRPr="004616A2">
        <w:rPr>
          <w:sz w:val="28"/>
          <w:szCs w:val="28"/>
          <w:lang w:val="kk-KZ"/>
        </w:rPr>
        <w:t>==</w:t>
      </w:r>
      <w:hyperlink r:id="rId699" w:history="1">
        <w:r w:rsidR="00276593" w:rsidRPr="004616A2">
          <w:rPr>
            <w:rStyle w:val="ae"/>
            <w:sz w:val="28"/>
            <w:szCs w:val="28"/>
            <w:lang w:val="kk-KZ"/>
          </w:rPr>
          <w:t>https://www.instagram.com/p/DV9GlE4CqiH/?obrf=MTBudDUxOWN2NXI2eA</w:t>
        </w:r>
      </w:hyperlink>
      <w:r w:rsidR="00276593" w:rsidRPr="004616A2">
        <w:rPr>
          <w:sz w:val="28"/>
          <w:szCs w:val="28"/>
          <w:lang w:val="kk-KZ"/>
        </w:rPr>
        <w:t>==</w:t>
      </w:r>
      <w:hyperlink r:id="rId700" w:history="1">
        <w:r w:rsidR="00276593" w:rsidRPr="004616A2">
          <w:rPr>
            <w:rStyle w:val="ae"/>
            <w:sz w:val="28"/>
            <w:szCs w:val="28"/>
            <w:lang w:val="kk-KZ"/>
          </w:rPr>
          <w:t>https://www.instagram.com/p/DV9Gq4aisP7/?exln=OTg4c2M3Mmp0bjg1</w:t>
        </w:r>
      </w:hyperlink>
      <w:hyperlink r:id="rId701" w:history="1">
        <w:r w:rsidR="00276593" w:rsidRPr="004616A2">
          <w:rPr>
            <w:rStyle w:val="ae"/>
            <w:sz w:val="28"/>
            <w:szCs w:val="28"/>
            <w:lang w:val="kk-KZ"/>
          </w:rPr>
          <w:t>https://www.instagram.com/p/DWBjhLhCoeY/?xtok=MWxrem84YjR2eDhyNA</w:t>
        </w:r>
      </w:hyperlink>
      <w:r w:rsidR="00276593" w:rsidRPr="004616A2">
        <w:rPr>
          <w:sz w:val="28"/>
          <w:szCs w:val="28"/>
          <w:lang w:val="kk-KZ"/>
        </w:rPr>
        <w:t>==</w:t>
      </w:r>
      <w:hyperlink r:id="rId702" w:history="1">
        <w:r w:rsidR="00276593" w:rsidRPr="004616A2">
          <w:rPr>
            <w:rStyle w:val="ae"/>
            <w:sz w:val="28"/>
            <w:szCs w:val="28"/>
            <w:lang w:val="kk-KZ"/>
          </w:rPr>
          <w:t>https://www.instagram.com/p/DWBjmDwio4Y/?obrf=aHFkdDdrZDF5M2pt</w:t>
        </w:r>
      </w:hyperlink>
      <w:hyperlink r:id="rId703" w:history="1">
        <w:r w:rsidR="00276593" w:rsidRPr="004616A2">
          <w:rPr>
            <w:rStyle w:val="ae"/>
            <w:sz w:val="28"/>
            <w:szCs w:val="28"/>
            <w:lang w:val="kk-KZ"/>
          </w:rPr>
          <w:t>https://www.instagram.com/reel/DWBj0Ihig2u/?rpxt=MXdmdGxidGpvdHQ4dg</w:t>
        </w:r>
      </w:hyperlink>
      <w:r w:rsidR="00276593" w:rsidRPr="004616A2">
        <w:rPr>
          <w:sz w:val="28"/>
          <w:szCs w:val="28"/>
          <w:lang w:val="kk-KZ"/>
        </w:rPr>
        <w:t>==</w:t>
      </w:r>
      <w:hyperlink r:id="rId704" w:history="1">
        <w:r w:rsidR="00276593" w:rsidRPr="004616A2">
          <w:rPr>
            <w:rStyle w:val="ae"/>
            <w:sz w:val="28"/>
            <w:szCs w:val="28"/>
            <w:lang w:val="kk-KZ"/>
          </w:rPr>
          <w:t>https://www.instagram.com/reel/DWHbx_yCqf0/?dlrf=MXV3eXZ2Nmt4eWpzdA</w:t>
        </w:r>
      </w:hyperlink>
      <w:r w:rsidR="00276593" w:rsidRPr="004616A2">
        <w:rPr>
          <w:sz w:val="28"/>
          <w:szCs w:val="28"/>
          <w:lang w:val="kk-KZ"/>
        </w:rPr>
        <w:t>==</w:t>
      </w:r>
      <w:hyperlink r:id="rId705" w:history="1">
        <w:r w:rsidR="00276593" w:rsidRPr="004616A2">
          <w:rPr>
            <w:rStyle w:val="ae"/>
            <w:sz w:val="28"/>
            <w:szCs w:val="28"/>
            <w:lang w:val="kk-KZ"/>
          </w:rPr>
          <w:t>https://www.instagram.com/reel/DWVZbdACjht/?cplk=MXJtOTM1ZHpmeXlmZA</w:t>
        </w:r>
      </w:hyperlink>
      <w:r w:rsidR="00276593" w:rsidRPr="004616A2">
        <w:rPr>
          <w:sz w:val="28"/>
          <w:szCs w:val="28"/>
          <w:lang w:val="kk-KZ"/>
        </w:rPr>
        <w:t>==</w:t>
      </w:r>
      <w:hyperlink r:id="rId706" w:history="1">
        <w:r w:rsidR="00276593" w:rsidRPr="004616A2">
          <w:rPr>
            <w:rStyle w:val="ae"/>
            <w:sz w:val="28"/>
            <w:szCs w:val="28"/>
            <w:lang w:val="kk-KZ"/>
          </w:rPr>
          <w:t>https://www.instagram.com/p/DWyl_ILCgxj/?obrf=MTF2OGZ4YnB5ZWJlYw</w:t>
        </w:r>
      </w:hyperlink>
      <w:r w:rsidR="00276593" w:rsidRPr="004616A2">
        <w:rPr>
          <w:sz w:val="28"/>
          <w:szCs w:val="28"/>
          <w:lang w:val="kk-KZ"/>
        </w:rPr>
        <w:t>==</w:t>
      </w:r>
      <w:hyperlink r:id="rId707" w:history="1">
        <w:r w:rsidR="00276593" w:rsidRPr="004616A2">
          <w:rPr>
            <w:rStyle w:val="ae"/>
            <w:sz w:val="28"/>
            <w:szCs w:val="28"/>
            <w:lang w:val="kk-KZ"/>
          </w:rPr>
          <w:t>https://www.instagram.com/p/DW0w-UsCgA1/?xtok=MWRqd3hiZnA2N3R4cQ</w:t>
        </w:r>
      </w:hyperlink>
      <w:r w:rsidR="00276593" w:rsidRPr="004616A2">
        <w:rPr>
          <w:sz w:val="28"/>
          <w:szCs w:val="28"/>
          <w:lang w:val="kk-KZ"/>
        </w:rPr>
        <w:t>==</w:t>
      </w:r>
      <w:hyperlink r:id="rId708" w:history="1">
        <w:r w:rsidR="00276593" w:rsidRPr="004616A2">
          <w:rPr>
            <w:rStyle w:val="ae"/>
            <w:sz w:val="28"/>
            <w:szCs w:val="28"/>
            <w:lang w:val="kk-KZ"/>
          </w:rPr>
          <w:t>https://www.instagram.com/p/DW0xJR0ijQp/?mdxt=MXhsOTI2N3lzdWo2bA</w:t>
        </w:r>
      </w:hyperlink>
      <w:r w:rsidR="00276593" w:rsidRPr="004616A2">
        <w:rPr>
          <w:sz w:val="28"/>
          <w:szCs w:val="28"/>
          <w:lang w:val="kk-KZ"/>
        </w:rPr>
        <w:t>==</w:t>
      </w:r>
      <w:hyperlink r:id="rId709" w:history="1">
        <w:r w:rsidR="00276593" w:rsidRPr="004616A2">
          <w:rPr>
            <w:rStyle w:val="ae"/>
            <w:sz w:val="28"/>
            <w:szCs w:val="28"/>
            <w:lang w:val="kk-KZ"/>
          </w:rPr>
          <w:t>https://www.instagram.com/p/DW27G7hCtCs/?obrf=cXdvc3NhZWpqMm1o</w:t>
        </w:r>
      </w:hyperlink>
      <w:hyperlink r:id="rId710" w:history="1">
        <w:r w:rsidR="00276593" w:rsidRPr="004616A2">
          <w:rPr>
            <w:rStyle w:val="ae"/>
            <w:sz w:val="28"/>
            <w:szCs w:val="28"/>
            <w:lang w:val="kk-KZ"/>
          </w:rPr>
          <w:t>https://www.instagram.com/p/DW3CrH3ilMo/?img_index=2&amp;cplk=</w:t>
        </w:r>
        <w:r w:rsidR="00276593" w:rsidRPr="004616A2">
          <w:rPr>
            <w:rStyle w:val="ae"/>
            <w:sz w:val="28"/>
            <w:szCs w:val="28"/>
            <w:lang w:val="kk-KZ"/>
          </w:rPr>
          <w:lastRenderedPageBreak/>
          <w:t>ZnJkZDVnNWhieHF6</w:t>
        </w:r>
      </w:hyperlink>
      <w:hyperlink r:id="rId711" w:history="1">
        <w:r w:rsidR="00276593" w:rsidRPr="004616A2">
          <w:rPr>
            <w:rStyle w:val="ae"/>
            <w:sz w:val="28"/>
            <w:szCs w:val="28"/>
            <w:lang w:val="kk-KZ"/>
          </w:rPr>
          <w:t>https://www.instagram.com/p/DXrYtZsCoxk/?obrf=ZmcwZnJhZ2NjdjQ3</w:t>
        </w:r>
      </w:hyperlink>
      <w:hyperlink r:id="rId712" w:history="1">
        <w:r w:rsidR="00276593" w:rsidRPr="004616A2">
          <w:rPr>
            <w:rStyle w:val="ae"/>
            <w:sz w:val="28"/>
            <w:szCs w:val="28"/>
            <w:lang w:val="kk-KZ"/>
          </w:rPr>
          <w:t>https://www.instagram.com/p/DXwK2MTilj7/?img_index=2&amp;dlrf=cGU3ZG0ybThyZTZl</w:t>
        </w:r>
      </w:hyperlink>
      <w:hyperlink r:id="rId713" w:history="1">
        <w:r w:rsidR="00276593" w:rsidRPr="004616A2">
          <w:rPr>
            <w:rStyle w:val="ae"/>
            <w:sz w:val="28"/>
            <w:szCs w:val="28"/>
            <w:lang w:val="kk-KZ"/>
          </w:rPr>
          <w:t>https://www.instagram.com/reel/DXwK_XpKfc2/?dlrf=eGdvM2VrcmFuc2E</w:t>
        </w:r>
      </w:hyperlink>
      <w:r w:rsidR="00276593" w:rsidRPr="004616A2">
        <w:rPr>
          <w:sz w:val="28"/>
          <w:szCs w:val="28"/>
          <w:lang w:val="kk-KZ"/>
        </w:rPr>
        <w:t>=</w:t>
      </w:r>
      <w:hyperlink r:id="rId714" w:history="1">
        <w:r w:rsidR="00276593" w:rsidRPr="004616A2">
          <w:rPr>
            <w:rStyle w:val="ae"/>
            <w:sz w:val="28"/>
            <w:szCs w:val="28"/>
            <w:lang w:val="kk-KZ"/>
          </w:rPr>
          <w:t>https://www.instagram.com/reel/DXwtjS3q6rX/?rpxt=bXg3YzFmOHJ1YWdt</w:t>
        </w:r>
      </w:hyperlink>
      <w:hyperlink r:id="rId715" w:history="1">
        <w:r w:rsidR="00276593" w:rsidRPr="004616A2">
          <w:rPr>
            <w:rStyle w:val="ae"/>
            <w:sz w:val="28"/>
            <w:szCs w:val="28"/>
            <w:lang w:val="kk-KZ"/>
          </w:rPr>
          <w:t>https://www.instagram.com/reel/DX8c6AtKtkh/?xtok=anFrcXhpc3dxZGpj</w:t>
        </w:r>
      </w:hyperlink>
      <w:hyperlink r:id="rId716" w:history="1">
        <w:r w:rsidR="00276593" w:rsidRPr="004616A2">
          <w:rPr>
            <w:rStyle w:val="ae"/>
            <w:sz w:val="28"/>
            <w:szCs w:val="28"/>
            <w:lang w:val="kk-KZ"/>
          </w:rPr>
          <w:t>https://www.instagram.com/p/DX8dIa7KfTg/?exln=MTVxN3V0NmE5czZ2dw</w:t>
        </w:r>
      </w:hyperlink>
      <w:r w:rsidR="00276593" w:rsidRPr="004616A2">
        <w:rPr>
          <w:sz w:val="28"/>
          <w:szCs w:val="28"/>
          <w:lang w:val="kk-KZ"/>
        </w:rPr>
        <w:t>==</w:t>
      </w:r>
      <w:hyperlink r:id="rId717" w:history="1">
        <w:r w:rsidR="00276593" w:rsidRPr="004616A2">
          <w:rPr>
            <w:rStyle w:val="ae"/>
            <w:sz w:val="28"/>
            <w:szCs w:val="28"/>
            <w:lang w:val="kk-KZ"/>
          </w:rPr>
          <w:t>https://www.instagram.com/reel/DX8dHKlqiFz/?vrfl=MWl0MWFndW95MTc1bA</w:t>
        </w:r>
      </w:hyperlink>
      <w:r w:rsidR="00276593" w:rsidRPr="004616A2">
        <w:rPr>
          <w:sz w:val="28"/>
          <w:szCs w:val="28"/>
          <w:lang w:val="kk-KZ"/>
        </w:rPr>
        <w:t>==</w:t>
      </w:r>
      <w:hyperlink r:id="rId718" w:history="1">
        <w:r w:rsidR="00276593" w:rsidRPr="004616A2">
          <w:rPr>
            <w:rStyle w:val="ae"/>
            <w:sz w:val="28"/>
            <w:szCs w:val="28"/>
            <w:lang w:val="kk-KZ"/>
          </w:rPr>
          <w:t>https://www.instagram.com/reel/DX8dyeuqy-N/?vrfl=MWlrenRpYmk1NmE2Zg</w:t>
        </w:r>
      </w:hyperlink>
      <w:r w:rsidR="00276593" w:rsidRPr="004616A2">
        <w:rPr>
          <w:sz w:val="28"/>
          <w:szCs w:val="28"/>
          <w:lang w:val="kk-KZ"/>
        </w:rPr>
        <w:t>==</w:t>
      </w:r>
      <w:hyperlink r:id="rId719" w:history="1">
        <w:r w:rsidR="00276593" w:rsidRPr="004616A2">
          <w:rPr>
            <w:rStyle w:val="ae"/>
            <w:sz w:val="28"/>
            <w:szCs w:val="28"/>
            <w:lang w:val="kk-KZ"/>
          </w:rPr>
          <w:t>https://www.instagram.com/reel/DX8uYTzvXlD/?cplk=YW1pdGZ6NGN4aXll</w:t>
        </w:r>
      </w:hyperlink>
      <w:hyperlink r:id="rId720" w:history="1">
        <w:r w:rsidR="00276593" w:rsidRPr="004616A2">
          <w:rPr>
            <w:rStyle w:val="ae"/>
            <w:sz w:val="28"/>
            <w:szCs w:val="28"/>
            <w:lang w:val="kk-KZ"/>
          </w:rPr>
          <w:t>https://www.instagram.com/p/DX9CIjGKlYF/?srtk=MXVxcTQ0cjA0cTN1dw</w:t>
        </w:r>
      </w:hyperlink>
      <w:r w:rsidR="00276593" w:rsidRPr="004616A2">
        <w:rPr>
          <w:sz w:val="28"/>
          <w:szCs w:val="28"/>
          <w:lang w:val="kk-KZ"/>
        </w:rPr>
        <w:t>==</w:t>
      </w:r>
      <w:hyperlink r:id="rId721" w:history="1">
        <w:r w:rsidR="00276593" w:rsidRPr="004616A2">
          <w:rPr>
            <w:rStyle w:val="ae"/>
            <w:sz w:val="28"/>
            <w:szCs w:val="28"/>
            <w:lang w:val="kk-KZ"/>
          </w:rPr>
          <w:t>https://www.instagram.com/reel/DYDxuyJKygk/?mdxt=MTRpYWZlbjB5aGUwNA</w:t>
        </w:r>
      </w:hyperlink>
      <w:r w:rsidR="00276593" w:rsidRPr="004616A2">
        <w:rPr>
          <w:sz w:val="28"/>
          <w:szCs w:val="28"/>
          <w:lang w:val="kk-KZ"/>
        </w:rPr>
        <w:t>==</w:t>
      </w:r>
      <w:hyperlink r:id="rId722" w:history="1">
        <w:r w:rsidR="00276593" w:rsidRPr="004616A2">
          <w:rPr>
            <w:rStyle w:val="ae"/>
            <w:sz w:val="28"/>
            <w:szCs w:val="28"/>
            <w:lang w:val="kk-KZ"/>
          </w:rPr>
          <w:t>https://www.instagram.com/reel/DYJNonWqY23/?srtk=ZmwwZ3llMTE4c242</w:t>
        </w:r>
      </w:hyperlink>
      <w:hyperlink r:id="rId723" w:history="1">
        <w:r w:rsidR="00276593" w:rsidRPr="004616A2">
          <w:rPr>
            <w:rStyle w:val="ae"/>
            <w:sz w:val="28"/>
            <w:szCs w:val="28"/>
            <w:lang w:val="kk-KZ"/>
          </w:rPr>
          <w:t>https://www.instagram.com/reel/DYJNrxIKh8n/?vrfl=NDJiN2Zza215d3F2</w:t>
        </w:r>
      </w:hyperlink>
      <w:hyperlink r:id="rId724" w:history="1">
        <w:r w:rsidR="00276593" w:rsidRPr="004616A2">
          <w:rPr>
            <w:rStyle w:val="ae"/>
            <w:sz w:val="28"/>
            <w:szCs w:val="28"/>
            <w:lang w:val="kk-KZ"/>
          </w:rPr>
          <w:t>https://www.instagram.com/reel/DYJOOD5q0-H/?cplk=MXMyY3hmMG81Y2h2bQ</w:t>
        </w:r>
      </w:hyperlink>
      <w:r w:rsidR="00276593" w:rsidRPr="004616A2">
        <w:rPr>
          <w:sz w:val="28"/>
          <w:szCs w:val="28"/>
          <w:lang w:val="kk-KZ"/>
        </w:rPr>
        <w:t>==</w:t>
      </w:r>
      <w:hyperlink r:id="rId725" w:history="1">
        <w:r w:rsidR="00276593" w:rsidRPr="004616A2">
          <w:rPr>
            <w:rStyle w:val="ae"/>
            <w:sz w:val="28"/>
            <w:szCs w:val="28"/>
            <w:lang w:val="kk-KZ"/>
          </w:rPr>
          <w:t>https://www.instagram.com/reel/DYXTAl5qxae/?mdxt=MWo1c2FudjRhcmtwbg</w:t>
        </w:r>
      </w:hyperlink>
      <w:r w:rsidR="00276593" w:rsidRPr="004616A2">
        <w:rPr>
          <w:sz w:val="28"/>
          <w:szCs w:val="28"/>
          <w:lang w:val="kk-KZ"/>
        </w:rPr>
        <w:t>==</w:t>
      </w:r>
      <w:hyperlink r:id="rId726" w:history="1">
        <w:r w:rsidR="00276593" w:rsidRPr="004616A2">
          <w:rPr>
            <w:rStyle w:val="ae"/>
            <w:sz w:val="28"/>
            <w:szCs w:val="28"/>
            <w:lang w:val="kk-KZ"/>
          </w:rPr>
          <w:t>https://www.instagram.com/reel/DYXoqKgMZ0P/?srtk=MWI1d3Btd3RzdDl2cQ</w:t>
        </w:r>
      </w:hyperlink>
      <w:r w:rsidR="00276593" w:rsidRPr="004616A2">
        <w:rPr>
          <w:sz w:val="28"/>
          <w:szCs w:val="28"/>
          <w:lang w:val="kk-KZ"/>
        </w:rPr>
        <w:t>==</w:t>
      </w:r>
      <w:hyperlink r:id="rId727" w:history="1">
        <w:r w:rsidR="00276593" w:rsidRPr="004616A2">
          <w:rPr>
            <w:rStyle w:val="ae"/>
            <w:sz w:val="28"/>
            <w:szCs w:val="28"/>
            <w:lang w:val="kk-KZ"/>
          </w:rPr>
          <w:t>https://www.instagram.com/reel/DYeI19UK07V/?mdxt=MWFldWNnanlscHFtaQ</w:t>
        </w:r>
      </w:hyperlink>
      <w:r w:rsidR="00276593" w:rsidRPr="004616A2">
        <w:rPr>
          <w:sz w:val="28"/>
          <w:szCs w:val="28"/>
          <w:lang w:val="kk-KZ"/>
        </w:rPr>
        <w:t>==</w:t>
      </w:r>
      <w:hyperlink r:id="rId728" w:history="1">
        <w:r w:rsidR="00276593" w:rsidRPr="004616A2">
          <w:rPr>
            <w:rStyle w:val="ae"/>
            <w:sz w:val="28"/>
            <w:szCs w:val="28"/>
            <w:lang w:val="kk-KZ"/>
          </w:rPr>
          <w:t>https://www.instagram.com/p/DYeml99Kcb2/?vrfl=Z3QxeWFsbjB0NW5i</w:t>
        </w:r>
      </w:hyperlink>
      <w:hyperlink r:id="rId729" w:history="1">
        <w:r w:rsidR="00276593" w:rsidRPr="004616A2">
          <w:rPr>
            <w:rStyle w:val="ae"/>
            <w:sz w:val="28"/>
            <w:szCs w:val="28"/>
            <w:lang w:val="kk-KZ"/>
          </w:rPr>
          <w:t>https://www.instagram.com/reel/DYrbr6YqFWN/?cplk=dzFmMTNlOHM0c3pp</w:t>
        </w:r>
      </w:hyperlink>
      <w:hyperlink r:id="rId730" w:history="1">
        <w:r w:rsidR="00276593" w:rsidRPr="004616A2">
          <w:rPr>
            <w:rStyle w:val="ae"/>
            <w:sz w:val="28"/>
            <w:szCs w:val="28"/>
            <w:lang w:val="kk-KZ"/>
          </w:rPr>
          <w:t>https://www.instagram.com/reel/DYu8Vd-qnPQ/?rpxt=Y3JyM3V1MDFiaXNs</w:t>
        </w:r>
      </w:hyperlink>
      <w:hyperlink r:id="rId731" w:history="1">
        <w:r w:rsidR="00276593" w:rsidRPr="004616A2">
          <w:rPr>
            <w:rStyle w:val="ae"/>
            <w:sz w:val="28"/>
            <w:szCs w:val="28"/>
            <w:lang w:val="kk-KZ"/>
          </w:rPr>
          <w:t>https://www.instagram.com/reel/DYvAUKbK4kR/?exln=MTNzbXhwZnBzYTEwbw</w:t>
        </w:r>
      </w:hyperlink>
      <w:r w:rsidR="00276593" w:rsidRPr="004616A2">
        <w:rPr>
          <w:sz w:val="28"/>
          <w:szCs w:val="28"/>
          <w:lang w:val="kk-KZ"/>
        </w:rPr>
        <w:t>==</w:t>
      </w:r>
      <w:hyperlink r:id="rId732" w:history="1">
        <w:r w:rsidR="00276593" w:rsidRPr="004616A2">
          <w:rPr>
            <w:rStyle w:val="ae"/>
            <w:sz w:val="28"/>
            <w:szCs w:val="28"/>
            <w:lang w:val="kk-KZ"/>
          </w:rPr>
          <w:t>https://www.instagram.com/p/DYwZJcqivQU/?img_index=3&amp;obrf=b2NyZDFvZHo0Y3lp</w:t>
        </w:r>
      </w:hyperlink>
      <w:hyperlink r:id="rId733" w:history="1">
        <w:r w:rsidR="00276593" w:rsidRPr="004616A2">
          <w:rPr>
            <w:rStyle w:val="ae"/>
            <w:sz w:val="28"/>
            <w:szCs w:val="28"/>
            <w:lang w:val="kk-KZ"/>
          </w:rPr>
          <w:t>https://www.instagram.com/reel/DYxIfiaKStO/?psln=MWtjbXkzdjJpcGJjbg</w:t>
        </w:r>
      </w:hyperlink>
      <w:r w:rsidR="00276593" w:rsidRPr="004616A2">
        <w:rPr>
          <w:sz w:val="28"/>
          <w:szCs w:val="28"/>
          <w:lang w:val="kk-KZ"/>
        </w:rPr>
        <w:t>==</w:t>
      </w:r>
      <w:hyperlink r:id="rId734" w:history="1">
        <w:r w:rsidR="00276593" w:rsidRPr="004616A2">
          <w:rPr>
            <w:rStyle w:val="ae"/>
            <w:sz w:val="28"/>
            <w:szCs w:val="28"/>
            <w:lang w:val="kk-KZ"/>
          </w:rPr>
          <w:t>https://www.instagram.com/reel/DYxKyPKq-SC/?dlrf=MWQ5OWR4amNvdGlsZg</w:t>
        </w:r>
      </w:hyperlink>
      <w:r w:rsidR="00276593" w:rsidRPr="004616A2">
        <w:rPr>
          <w:sz w:val="28"/>
          <w:szCs w:val="28"/>
          <w:lang w:val="kk-KZ"/>
        </w:rPr>
        <w:t>==</w:t>
      </w:r>
      <w:hyperlink r:id="rId735" w:history="1">
        <w:r w:rsidR="00276593" w:rsidRPr="004616A2">
          <w:rPr>
            <w:rStyle w:val="ae"/>
            <w:sz w:val="28"/>
            <w:szCs w:val="28"/>
            <w:lang w:val="kk-KZ"/>
          </w:rPr>
          <w:t>https://www.instagram.com/p/DYy9P-NKWPG/?srtk=MTQxcXN4d3l1cnkyZA</w:t>
        </w:r>
      </w:hyperlink>
      <w:r w:rsidR="00276593" w:rsidRPr="004616A2">
        <w:rPr>
          <w:sz w:val="28"/>
          <w:szCs w:val="28"/>
          <w:lang w:val="kk-KZ"/>
        </w:rPr>
        <w:t>==</w:t>
      </w:r>
    </w:p>
    <w:p w14:paraId="31B41FDD" w14:textId="77777777" w:rsidR="00276593" w:rsidRPr="004616A2" w:rsidRDefault="008D1D0B" w:rsidP="00276593">
      <w:pPr>
        <w:rPr>
          <w:sz w:val="28"/>
          <w:szCs w:val="28"/>
          <w:lang w:val="kk-KZ"/>
        </w:rPr>
      </w:pPr>
      <w:hyperlink r:id="rId736" w:history="1">
        <w:r w:rsidR="00276593" w:rsidRPr="004616A2">
          <w:rPr>
            <w:rStyle w:val="ae"/>
            <w:sz w:val="28"/>
            <w:szCs w:val="28"/>
            <w:lang w:val="kk-KZ"/>
          </w:rPr>
          <w:t>https://www.instagram.com/reel/DYy9omZq6kb/?srtk=MW16M29oY3hydHpkbA</w:t>
        </w:r>
      </w:hyperlink>
      <w:r w:rsidR="00276593" w:rsidRPr="004616A2">
        <w:rPr>
          <w:sz w:val="28"/>
          <w:szCs w:val="28"/>
          <w:lang w:val="kk-KZ"/>
        </w:rPr>
        <w:t>==</w:t>
      </w:r>
      <w:hyperlink r:id="rId737" w:history="1">
        <w:r w:rsidR="00276593" w:rsidRPr="004616A2">
          <w:rPr>
            <w:rStyle w:val="ae"/>
            <w:sz w:val="28"/>
            <w:szCs w:val="28"/>
            <w:lang w:val="kk-KZ"/>
          </w:rPr>
          <w:t>https://www.instagram.com/p/DYzV0ZLqSi6/?xtok=aWpxN3Bxa2w0ZG85</w:t>
        </w:r>
      </w:hyperlink>
      <w:hyperlink r:id="rId738" w:history="1">
        <w:r w:rsidR="00276593" w:rsidRPr="004616A2">
          <w:rPr>
            <w:rStyle w:val="ae"/>
            <w:sz w:val="28"/>
            <w:szCs w:val="28"/>
            <w:lang w:val="kk-KZ"/>
          </w:rPr>
          <w:t>https://www.instagram.com/reel/DYzwYEBqZ4x/?obrf=MWVhZHU2ZzAwOXJwbQ</w:t>
        </w:r>
      </w:hyperlink>
      <w:r w:rsidR="00276593" w:rsidRPr="004616A2">
        <w:rPr>
          <w:sz w:val="28"/>
          <w:szCs w:val="28"/>
          <w:lang w:val="kk-KZ"/>
        </w:rPr>
        <w:t>=</w:t>
      </w:r>
    </w:p>
    <w:p w14:paraId="52385683" w14:textId="77777777" w:rsidR="00A40AE7" w:rsidRDefault="00A40AE7" w:rsidP="00276593">
      <w:pPr>
        <w:jc w:val="both"/>
        <w:rPr>
          <w:b/>
          <w:sz w:val="28"/>
          <w:szCs w:val="28"/>
          <w:lang w:val="kk-KZ"/>
        </w:rPr>
      </w:pPr>
    </w:p>
    <w:p w14:paraId="66372671" w14:textId="2746625D" w:rsidR="00276593" w:rsidRPr="004616A2" w:rsidRDefault="00276593" w:rsidP="00276593">
      <w:pPr>
        <w:jc w:val="both"/>
        <w:rPr>
          <w:b/>
          <w:sz w:val="28"/>
          <w:szCs w:val="28"/>
          <w:lang w:val="kk-KZ"/>
        </w:rPr>
      </w:pPr>
      <w:r w:rsidRPr="004616A2">
        <w:rPr>
          <w:b/>
          <w:sz w:val="28"/>
          <w:szCs w:val="28"/>
          <w:lang w:val="kk-KZ"/>
        </w:rPr>
        <w:t>2026–2027 оқу жылы</w:t>
      </w:r>
    </w:p>
    <w:p w14:paraId="6CCAAFFD" w14:textId="21E0B072" w:rsidR="00276593" w:rsidRPr="004616A2" w:rsidRDefault="00A40AE7" w:rsidP="00276593">
      <w:pPr>
        <w:jc w:val="both"/>
        <w:rPr>
          <w:b/>
          <w:sz w:val="28"/>
          <w:szCs w:val="28"/>
          <w:lang w:val="kk-KZ"/>
        </w:rPr>
      </w:pPr>
      <w:r w:rsidRPr="00A40AE7">
        <w:rPr>
          <w:b/>
          <w:sz w:val="28"/>
          <w:szCs w:val="28"/>
          <w:lang w:val="kk-KZ"/>
        </w:rPr>
        <w:t xml:space="preserve">         </w:t>
      </w:r>
      <w:r w:rsidR="00276593" w:rsidRPr="004616A2">
        <w:rPr>
          <w:b/>
          <w:sz w:val="28"/>
          <w:szCs w:val="28"/>
          <w:lang w:val="kk-KZ"/>
        </w:rPr>
        <w:t>Білім алушылардың субъектілі жаңа білімді тануы мен меңгеруі, ұлттық дәстүрлер мен мәдениетті зерделеуі және бойына жалпыадамзаттық құндылықтарды дарытуы мәселелерін шешуге бағытталған тәрбие жұмысын іске асыру.</w:t>
      </w:r>
    </w:p>
    <w:p w14:paraId="36CE6F2D" w14:textId="77777777" w:rsidR="00276593" w:rsidRPr="004616A2" w:rsidRDefault="00276593" w:rsidP="00276593">
      <w:pPr>
        <w:jc w:val="both"/>
        <w:rPr>
          <w:sz w:val="28"/>
          <w:szCs w:val="28"/>
          <w:lang w:val="kk-KZ"/>
        </w:rPr>
      </w:pPr>
      <w:r w:rsidRPr="004616A2">
        <w:rPr>
          <w:sz w:val="28"/>
          <w:szCs w:val="28"/>
          <w:lang w:val="kk-KZ"/>
        </w:rPr>
        <w:t xml:space="preserve">Негізгі нормативтік құжат: Қазақстан Республикасы Оқу-ағарту министрлігінің 2024 жылғы 30 шілдедегі № 194 бұйрығы </w:t>
      </w:r>
    </w:p>
    <w:p w14:paraId="288BEB57" w14:textId="77777777" w:rsidR="00276593" w:rsidRPr="004616A2" w:rsidRDefault="00276593" w:rsidP="00276593">
      <w:pPr>
        <w:jc w:val="both"/>
        <w:rPr>
          <w:sz w:val="28"/>
          <w:szCs w:val="28"/>
          <w:lang w:val="kk-KZ"/>
        </w:rPr>
      </w:pPr>
      <w:r w:rsidRPr="004616A2">
        <w:rPr>
          <w:sz w:val="28"/>
          <w:szCs w:val="28"/>
          <w:lang w:val="kk-KZ"/>
        </w:rPr>
        <w:t xml:space="preserve">Басты бағыт: Жекелеген іс-шаралардан – біртұтас, үздіксіз тәрбие экожүйесіне назар аудару. </w:t>
      </w:r>
    </w:p>
    <w:p w14:paraId="1AD021DA" w14:textId="77777777" w:rsidR="00276593" w:rsidRPr="004616A2" w:rsidRDefault="00276593" w:rsidP="00276593">
      <w:pPr>
        <w:jc w:val="both"/>
        <w:rPr>
          <w:sz w:val="28"/>
          <w:szCs w:val="28"/>
          <w:lang w:val="kk-KZ"/>
        </w:rPr>
      </w:pPr>
      <w:r w:rsidRPr="004616A2">
        <w:rPr>
          <w:sz w:val="28"/>
          <w:szCs w:val="28"/>
          <w:lang w:val="kk-KZ"/>
        </w:rPr>
        <w:t>Мақсатты ұстаным:</w:t>
      </w:r>
    </w:p>
    <w:p w14:paraId="3DAF7958" w14:textId="77777777" w:rsidR="00276593" w:rsidRPr="004616A2" w:rsidRDefault="00276593" w:rsidP="00276593">
      <w:pPr>
        <w:jc w:val="both"/>
        <w:rPr>
          <w:sz w:val="28"/>
          <w:szCs w:val="28"/>
          <w:lang w:val="kk-KZ"/>
        </w:rPr>
      </w:pPr>
      <w:r w:rsidRPr="004616A2">
        <w:rPr>
          <w:sz w:val="28"/>
          <w:szCs w:val="28"/>
          <w:lang w:val="kk-KZ"/>
        </w:rPr>
        <w:t>Құқықтық санасы жоғары, еңбексүйгіш және әлеуметтік жауапты азаматты қалыптастыру.</w:t>
      </w:r>
    </w:p>
    <w:p w14:paraId="0FCEF3F2" w14:textId="77777777" w:rsidR="00276593" w:rsidRPr="004616A2" w:rsidRDefault="00276593" w:rsidP="00276593">
      <w:pPr>
        <w:jc w:val="both"/>
        <w:rPr>
          <w:sz w:val="28"/>
          <w:szCs w:val="28"/>
          <w:lang w:val="kk-KZ"/>
        </w:rPr>
      </w:pPr>
      <w:r w:rsidRPr="004616A2">
        <w:rPr>
          <w:sz w:val="28"/>
          <w:szCs w:val="28"/>
          <w:lang w:val="kk-KZ"/>
        </w:rPr>
        <w:t>НЕГІЗГІ БАСЫМДЫҚТАР МЕН ҚҰНДЫЛЫҚ БАҒДАРЛАР</w:t>
      </w:r>
    </w:p>
    <w:p w14:paraId="11714FA0" w14:textId="77777777" w:rsidR="00276593" w:rsidRPr="004616A2" w:rsidRDefault="00276593" w:rsidP="00276593">
      <w:pPr>
        <w:jc w:val="both"/>
        <w:rPr>
          <w:sz w:val="28"/>
          <w:szCs w:val="28"/>
          <w:lang w:val="kk-KZ"/>
        </w:rPr>
      </w:pPr>
      <w:r w:rsidRPr="004616A2">
        <w:rPr>
          <w:sz w:val="28"/>
          <w:szCs w:val="28"/>
          <w:lang w:val="kk-KZ"/>
        </w:rPr>
        <w:t>Конституция және мемлекеттік қағидаттар</w:t>
      </w:r>
    </w:p>
    <w:p w14:paraId="43087641" w14:textId="77777777" w:rsidR="00276593" w:rsidRPr="004616A2" w:rsidRDefault="00276593" w:rsidP="00276593">
      <w:pPr>
        <w:jc w:val="both"/>
        <w:rPr>
          <w:sz w:val="28"/>
          <w:szCs w:val="28"/>
          <w:lang w:val="kk-KZ"/>
        </w:rPr>
      </w:pPr>
      <w:r w:rsidRPr="004616A2">
        <w:rPr>
          <w:sz w:val="28"/>
          <w:szCs w:val="28"/>
          <w:lang w:val="kk-KZ"/>
        </w:rPr>
        <w:t>•</w:t>
      </w:r>
      <w:r w:rsidRPr="004616A2">
        <w:rPr>
          <w:sz w:val="28"/>
          <w:szCs w:val="28"/>
          <w:lang w:val="kk-KZ"/>
        </w:rPr>
        <w:tab/>
        <w:t xml:space="preserve">Құндылықтар: «Еңбекқорлық және кәсіби біліктілік», «Заң және тәртіп», «Таза Қазақстан» құндылықтары </w:t>
      </w:r>
    </w:p>
    <w:p w14:paraId="36AD803E" w14:textId="77777777" w:rsidR="00276593" w:rsidRPr="004616A2" w:rsidRDefault="00276593" w:rsidP="00276593">
      <w:pPr>
        <w:jc w:val="both"/>
        <w:rPr>
          <w:sz w:val="28"/>
          <w:szCs w:val="28"/>
          <w:lang w:val="kk-KZ"/>
        </w:rPr>
      </w:pPr>
      <w:r w:rsidRPr="004616A2">
        <w:rPr>
          <w:sz w:val="28"/>
          <w:szCs w:val="28"/>
          <w:lang w:val="kk-KZ"/>
        </w:rPr>
        <w:t xml:space="preserve">Практикалық көрінісі: Персонал еңбегіне құрмет, мектеп жарғысын сақтау, </w:t>
      </w:r>
      <w:r w:rsidRPr="004616A2">
        <w:rPr>
          <w:sz w:val="28"/>
          <w:szCs w:val="28"/>
          <w:lang w:val="kk-KZ"/>
        </w:rPr>
        <w:lastRenderedPageBreak/>
        <w:t xml:space="preserve">сыныптардың тазалығы </w:t>
      </w:r>
    </w:p>
    <w:p w14:paraId="391DA231" w14:textId="77777777" w:rsidR="00276593" w:rsidRPr="004616A2" w:rsidRDefault="00276593" w:rsidP="00276593">
      <w:pPr>
        <w:jc w:val="both"/>
        <w:rPr>
          <w:sz w:val="28"/>
          <w:szCs w:val="28"/>
          <w:lang w:val="kk-KZ"/>
        </w:rPr>
      </w:pPr>
      <w:r w:rsidRPr="004616A2">
        <w:rPr>
          <w:sz w:val="28"/>
          <w:szCs w:val="28"/>
          <w:lang w:val="kk-KZ"/>
        </w:rPr>
        <w:t xml:space="preserve">Іске асыру механизмдері: Персонал еңбегіне құрмет, мектеп жарғысын сақтау, сыныптардың тазалығы </w:t>
      </w:r>
    </w:p>
    <w:p w14:paraId="40E3F935" w14:textId="77777777" w:rsidR="00276593" w:rsidRPr="004616A2" w:rsidRDefault="00276593" w:rsidP="00276593">
      <w:pPr>
        <w:jc w:val="both"/>
        <w:rPr>
          <w:sz w:val="28"/>
          <w:szCs w:val="28"/>
          <w:lang w:val="kk-KZ"/>
        </w:rPr>
      </w:pPr>
      <w:r w:rsidRPr="004616A2">
        <w:rPr>
          <w:sz w:val="28"/>
          <w:szCs w:val="28"/>
          <w:lang w:val="kk-KZ"/>
        </w:rPr>
        <w:t>1.</w:t>
      </w:r>
      <w:r w:rsidRPr="004616A2">
        <w:rPr>
          <w:sz w:val="28"/>
          <w:szCs w:val="28"/>
          <w:lang w:val="kk-KZ"/>
        </w:rPr>
        <w:tab/>
        <w:t>Пәндік интеграция: Құндылықтар: Барлық сабақтарда кіріктірілген тәрбие бағыттары.</w:t>
      </w:r>
    </w:p>
    <w:p w14:paraId="04DC4411" w14:textId="77777777" w:rsidR="00276593" w:rsidRPr="004616A2" w:rsidRDefault="00276593" w:rsidP="00276593">
      <w:pPr>
        <w:jc w:val="both"/>
        <w:rPr>
          <w:sz w:val="28"/>
          <w:szCs w:val="28"/>
          <w:lang w:val="kk-KZ"/>
        </w:rPr>
      </w:pPr>
      <w:r w:rsidRPr="004616A2">
        <w:rPr>
          <w:sz w:val="28"/>
          <w:szCs w:val="28"/>
          <w:lang w:val="kk-KZ"/>
        </w:rPr>
        <w:t xml:space="preserve">Практикалық көрінісі: Тарих, әдебиет, география, математика пәндері бойынша ҚМЖ-да құндылықтарға акценттер қою. </w:t>
      </w:r>
    </w:p>
    <w:p w14:paraId="112C038A" w14:textId="77777777" w:rsidR="00276593" w:rsidRPr="004616A2" w:rsidRDefault="00276593" w:rsidP="00276593">
      <w:pPr>
        <w:jc w:val="both"/>
        <w:rPr>
          <w:sz w:val="28"/>
          <w:szCs w:val="28"/>
          <w:lang w:val="kk-KZ"/>
        </w:rPr>
      </w:pPr>
      <w:r w:rsidRPr="004616A2">
        <w:rPr>
          <w:sz w:val="28"/>
          <w:szCs w:val="28"/>
          <w:lang w:val="kk-KZ"/>
        </w:rPr>
        <w:t>Іске асыру механизмдері: Тарих, әдебиет, география, математика пәндері бойынша ҚМЖ-да құндылықтарға акценттер қою.</w:t>
      </w:r>
    </w:p>
    <w:p w14:paraId="609083EC" w14:textId="77777777" w:rsidR="00276593" w:rsidRPr="004616A2" w:rsidRDefault="00276593" w:rsidP="00276593">
      <w:pPr>
        <w:jc w:val="both"/>
        <w:rPr>
          <w:sz w:val="28"/>
          <w:szCs w:val="28"/>
          <w:lang w:val="kk-KZ"/>
        </w:rPr>
      </w:pPr>
      <w:r w:rsidRPr="004616A2">
        <w:rPr>
          <w:sz w:val="28"/>
          <w:szCs w:val="28"/>
          <w:lang w:val="kk-KZ"/>
        </w:rPr>
        <w:t xml:space="preserve">Оқу мәдениеті: Құндылықтар: «12 айда – 12 кітап» жобасы </w:t>
      </w:r>
    </w:p>
    <w:p w14:paraId="2321D6D1" w14:textId="77777777" w:rsidR="00276593" w:rsidRPr="004616A2" w:rsidRDefault="00276593" w:rsidP="00276593">
      <w:pPr>
        <w:jc w:val="both"/>
        <w:rPr>
          <w:sz w:val="28"/>
          <w:szCs w:val="28"/>
          <w:lang w:val="kk-KZ"/>
        </w:rPr>
      </w:pPr>
      <w:r w:rsidRPr="004616A2">
        <w:rPr>
          <w:sz w:val="28"/>
          <w:szCs w:val="28"/>
          <w:lang w:val="kk-KZ"/>
        </w:rPr>
        <w:t>Практикалық көрінісі: Оқырман клубтары, дебаттар, буккроссинг, кітаптарды талқылау.</w:t>
      </w:r>
    </w:p>
    <w:p w14:paraId="643AE0D9" w14:textId="77777777" w:rsidR="00276593" w:rsidRPr="004616A2" w:rsidRDefault="00276593" w:rsidP="00276593">
      <w:pPr>
        <w:jc w:val="both"/>
        <w:rPr>
          <w:sz w:val="28"/>
          <w:szCs w:val="28"/>
          <w:lang w:val="kk-KZ"/>
        </w:rPr>
      </w:pPr>
      <w:r w:rsidRPr="004616A2">
        <w:rPr>
          <w:sz w:val="28"/>
          <w:szCs w:val="28"/>
          <w:lang w:val="kk-KZ"/>
        </w:rPr>
        <w:t xml:space="preserve">Іске асыру механизмдері: Оқырман клубтары, дебаттар, буккроссинг, кітаптарды талқылау. </w:t>
      </w:r>
    </w:p>
    <w:p w14:paraId="41D0C544" w14:textId="77777777" w:rsidR="00276593" w:rsidRPr="004616A2" w:rsidRDefault="00276593" w:rsidP="00276593">
      <w:pPr>
        <w:jc w:val="both"/>
        <w:rPr>
          <w:sz w:val="28"/>
          <w:szCs w:val="28"/>
        </w:rPr>
      </w:pPr>
      <w:r w:rsidRPr="004616A2">
        <w:rPr>
          <w:sz w:val="28"/>
          <w:szCs w:val="28"/>
        </w:rPr>
        <w:t>ТӘРБИЕЛІК ОРТА ЖӘНЕ «ЖАСЫЛ МЕКТЕП»</w:t>
      </w:r>
    </w:p>
    <w:p w14:paraId="012C92C8" w14:textId="77777777" w:rsidR="00276593" w:rsidRPr="004616A2" w:rsidRDefault="00276593" w:rsidP="00276593">
      <w:pPr>
        <w:jc w:val="both"/>
        <w:rPr>
          <w:sz w:val="28"/>
          <w:szCs w:val="28"/>
        </w:rPr>
      </w:pPr>
      <w:r w:rsidRPr="004616A2">
        <w:rPr>
          <w:sz w:val="28"/>
          <w:szCs w:val="28"/>
        </w:rPr>
        <w:t>Бағыт 1: Жаңартылған брендбук «Адал азамат»</w:t>
      </w:r>
    </w:p>
    <w:p w14:paraId="2607A44D" w14:textId="77777777" w:rsidR="00276593" w:rsidRPr="004616A2" w:rsidRDefault="00276593" w:rsidP="00276593">
      <w:pPr>
        <w:jc w:val="both"/>
        <w:rPr>
          <w:sz w:val="28"/>
          <w:szCs w:val="28"/>
        </w:rPr>
      </w:pPr>
      <w:r w:rsidRPr="004616A2">
        <w:rPr>
          <w:sz w:val="28"/>
          <w:szCs w:val="28"/>
        </w:rPr>
        <w:t>•</w:t>
      </w:r>
      <w:r w:rsidRPr="004616A2">
        <w:rPr>
          <w:sz w:val="28"/>
          <w:szCs w:val="28"/>
        </w:rPr>
        <w:tab/>
        <w:t xml:space="preserve">Холлдың, рекреациялардың, кабинеттердің және көрнекі үгіт-насихаттың бірыңғай стилі </w:t>
      </w:r>
    </w:p>
    <w:p w14:paraId="0E36E6CF" w14:textId="77777777" w:rsidR="00276593" w:rsidRPr="004616A2" w:rsidRDefault="00276593" w:rsidP="00276593">
      <w:pPr>
        <w:jc w:val="both"/>
        <w:rPr>
          <w:sz w:val="28"/>
          <w:szCs w:val="28"/>
        </w:rPr>
      </w:pPr>
      <w:r w:rsidRPr="004616A2">
        <w:rPr>
          <w:sz w:val="28"/>
          <w:szCs w:val="28"/>
        </w:rPr>
        <w:t>•</w:t>
      </w:r>
      <w:r w:rsidRPr="004616A2">
        <w:rPr>
          <w:sz w:val="28"/>
          <w:szCs w:val="28"/>
        </w:rPr>
        <w:tab/>
        <w:t xml:space="preserve">Интерактивті кеңістіктерді құру: пікірсайыс аймақтары, буккроссинг, «Таза Қазақстан» бұрыштары </w:t>
      </w:r>
    </w:p>
    <w:p w14:paraId="6B414117" w14:textId="77777777" w:rsidR="00276593" w:rsidRPr="004616A2" w:rsidRDefault="00276593" w:rsidP="00276593">
      <w:pPr>
        <w:jc w:val="both"/>
        <w:rPr>
          <w:sz w:val="28"/>
          <w:szCs w:val="28"/>
        </w:rPr>
      </w:pPr>
      <w:r w:rsidRPr="004616A2">
        <w:rPr>
          <w:sz w:val="28"/>
          <w:szCs w:val="28"/>
        </w:rPr>
        <w:t>•</w:t>
      </w:r>
      <w:r w:rsidRPr="004616A2">
        <w:rPr>
          <w:sz w:val="28"/>
          <w:szCs w:val="28"/>
        </w:rPr>
        <w:tab/>
        <w:t xml:space="preserve">Баланы заманауи визуалды тілде оқытатын кеңістік </w:t>
      </w:r>
    </w:p>
    <w:p w14:paraId="416B0628" w14:textId="77777777" w:rsidR="00276593" w:rsidRPr="004616A2" w:rsidRDefault="00276593" w:rsidP="00276593">
      <w:pPr>
        <w:jc w:val="both"/>
        <w:rPr>
          <w:sz w:val="28"/>
          <w:szCs w:val="28"/>
        </w:rPr>
      </w:pPr>
      <w:r w:rsidRPr="004616A2">
        <w:rPr>
          <w:sz w:val="28"/>
          <w:szCs w:val="28"/>
        </w:rPr>
        <w:t>o</w:t>
      </w:r>
      <w:r w:rsidRPr="004616A2">
        <w:rPr>
          <w:sz w:val="28"/>
          <w:szCs w:val="28"/>
        </w:rPr>
        <w:tab/>
        <w:t xml:space="preserve">Қосымша элементтер: Пікірсайыс аймағы, буккроссинг, «Таза Қазақстан» </w:t>
      </w:r>
    </w:p>
    <w:p w14:paraId="41D7F2E4" w14:textId="77777777" w:rsidR="00276593" w:rsidRPr="004616A2" w:rsidRDefault="00276593" w:rsidP="00276593">
      <w:pPr>
        <w:jc w:val="both"/>
        <w:rPr>
          <w:sz w:val="28"/>
          <w:szCs w:val="28"/>
        </w:rPr>
      </w:pPr>
      <w:r w:rsidRPr="004616A2">
        <w:rPr>
          <w:sz w:val="28"/>
          <w:szCs w:val="28"/>
        </w:rPr>
        <w:t xml:space="preserve"> Пилоттық жоба «ЖАСЫЛ МЕКТЕП» («Таза Қазақстан»)</w:t>
      </w:r>
    </w:p>
    <w:p w14:paraId="148DDDD0" w14:textId="77777777" w:rsidR="00276593" w:rsidRPr="004616A2" w:rsidRDefault="00276593" w:rsidP="00276593">
      <w:pPr>
        <w:jc w:val="both"/>
        <w:rPr>
          <w:sz w:val="28"/>
          <w:szCs w:val="28"/>
        </w:rPr>
      </w:pPr>
      <w:r w:rsidRPr="004616A2">
        <w:rPr>
          <w:sz w:val="28"/>
          <w:szCs w:val="28"/>
        </w:rPr>
        <w:t>•</w:t>
      </w:r>
      <w:r w:rsidRPr="004616A2">
        <w:rPr>
          <w:sz w:val="28"/>
          <w:szCs w:val="28"/>
        </w:rPr>
        <w:tab/>
        <w:t xml:space="preserve">Мектеп ғимаратында қоқыс пен қалдықтарды бөлек жинау (қағаз, пластик, әйнек) </w:t>
      </w:r>
    </w:p>
    <w:p w14:paraId="218324E5" w14:textId="77777777" w:rsidR="00276593" w:rsidRPr="004616A2" w:rsidRDefault="00276593" w:rsidP="00276593">
      <w:pPr>
        <w:jc w:val="both"/>
        <w:rPr>
          <w:sz w:val="28"/>
          <w:szCs w:val="28"/>
        </w:rPr>
      </w:pPr>
      <w:r w:rsidRPr="004616A2">
        <w:rPr>
          <w:sz w:val="28"/>
          <w:szCs w:val="28"/>
        </w:rPr>
        <w:t>•</w:t>
      </w:r>
      <w:r w:rsidRPr="004616A2">
        <w:rPr>
          <w:sz w:val="28"/>
          <w:szCs w:val="28"/>
        </w:rPr>
        <w:tab/>
        <w:t xml:space="preserve">Сынып бөлмелері мен мектеп аумағын жүйелі көгалдандыру </w:t>
      </w:r>
    </w:p>
    <w:p w14:paraId="3F2B1EBD" w14:textId="77777777" w:rsidR="00276593" w:rsidRPr="004616A2" w:rsidRDefault="00276593" w:rsidP="00276593">
      <w:pPr>
        <w:jc w:val="both"/>
        <w:rPr>
          <w:sz w:val="28"/>
          <w:szCs w:val="28"/>
        </w:rPr>
      </w:pPr>
      <w:r w:rsidRPr="004616A2">
        <w:rPr>
          <w:sz w:val="28"/>
          <w:szCs w:val="28"/>
        </w:rPr>
        <w:t>•</w:t>
      </w:r>
      <w:r w:rsidRPr="004616A2">
        <w:rPr>
          <w:sz w:val="28"/>
          <w:szCs w:val="28"/>
        </w:rPr>
        <w:tab/>
        <w:t xml:space="preserve">Мектептің экологиялық патрульдері </w:t>
      </w:r>
    </w:p>
    <w:p w14:paraId="7446FF51" w14:textId="77777777" w:rsidR="00276593" w:rsidRPr="004616A2" w:rsidRDefault="00276593" w:rsidP="00276593">
      <w:pPr>
        <w:jc w:val="both"/>
        <w:rPr>
          <w:sz w:val="28"/>
          <w:szCs w:val="28"/>
        </w:rPr>
      </w:pPr>
      <w:r w:rsidRPr="004616A2">
        <w:rPr>
          <w:sz w:val="28"/>
          <w:szCs w:val="28"/>
        </w:rPr>
        <w:t>•</w:t>
      </w:r>
      <w:r w:rsidRPr="004616A2">
        <w:rPr>
          <w:sz w:val="28"/>
          <w:szCs w:val="28"/>
        </w:rPr>
        <w:tab/>
        <w:t>Тұрмыстық эко-әдеттер: суды үнемдеу, электр энергиясын үнемдеу, қағазды үнемдеу.</w:t>
      </w:r>
    </w:p>
    <w:p w14:paraId="62BDAB47" w14:textId="77777777" w:rsidR="00276593" w:rsidRPr="004616A2" w:rsidRDefault="00276593" w:rsidP="00276593">
      <w:pPr>
        <w:jc w:val="both"/>
        <w:rPr>
          <w:sz w:val="28"/>
          <w:szCs w:val="28"/>
        </w:rPr>
      </w:pPr>
      <w:r w:rsidRPr="004616A2">
        <w:rPr>
          <w:sz w:val="28"/>
          <w:szCs w:val="28"/>
        </w:rPr>
        <w:t xml:space="preserve"> Мақсаты: «Адал азамат» тұжырымдамасының негізінде білім алушылардың бойында ұлттық және жалпыадамзаттық құндылықтарды қалыптастыру, патриоттық рухын, азаматтық жауапкершілігін, адалдығын, еңбекқорлығын, құқықтық мәдениетін және шығармашылық әлеуетін дамыту.</w:t>
      </w:r>
    </w:p>
    <w:p w14:paraId="2160AF84" w14:textId="77777777" w:rsidR="00276593" w:rsidRPr="004616A2" w:rsidRDefault="00276593" w:rsidP="00276593">
      <w:pPr>
        <w:jc w:val="both"/>
        <w:rPr>
          <w:sz w:val="28"/>
          <w:szCs w:val="28"/>
        </w:rPr>
      </w:pPr>
      <w:r w:rsidRPr="004616A2">
        <w:rPr>
          <w:sz w:val="28"/>
          <w:szCs w:val="28"/>
        </w:rPr>
        <w:t>Міндеттері:</w:t>
      </w:r>
    </w:p>
    <w:p w14:paraId="153A23F0" w14:textId="77777777" w:rsidR="00276593" w:rsidRPr="004616A2" w:rsidRDefault="00276593" w:rsidP="00276593">
      <w:pPr>
        <w:jc w:val="both"/>
        <w:rPr>
          <w:sz w:val="28"/>
          <w:szCs w:val="28"/>
        </w:rPr>
      </w:pPr>
      <w:r w:rsidRPr="004616A2">
        <w:rPr>
          <w:sz w:val="28"/>
          <w:szCs w:val="28"/>
        </w:rPr>
        <w:t>•</w:t>
      </w:r>
      <w:r w:rsidRPr="004616A2">
        <w:rPr>
          <w:sz w:val="28"/>
          <w:szCs w:val="28"/>
        </w:rPr>
        <w:tab/>
        <w:t xml:space="preserve">білім алушылардың бойында 6 негізгі құндылықты жүйелі қалыптастыру; </w:t>
      </w:r>
    </w:p>
    <w:p w14:paraId="72815E83" w14:textId="77777777" w:rsidR="00276593" w:rsidRPr="004616A2" w:rsidRDefault="00276593" w:rsidP="00276593">
      <w:pPr>
        <w:jc w:val="both"/>
        <w:rPr>
          <w:sz w:val="28"/>
          <w:szCs w:val="28"/>
        </w:rPr>
      </w:pPr>
      <w:r w:rsidRPr="004616A2">
        <w:rPr>
          <w:sz w:val="28"/>
          <w:szCs w:val="28"/>
        </w:rPr>
        <w:t>•</w:t>
      </w:r>
      <w:r w:rsidRPr="004616A2">
        <w:rPr>
          <w:sz w:val="28"/>
          <w:szCs w:val="28"/>
        </w:rPr>
        <w:tab/>
        <w:t xml:space="preserve">оқушылардың елжандылық, жауапкершілік, әділдік және адалдық қасиеттерін дамыту; </w:t>
      </w:r>
    </w:p>
    <w:p w14:paraId="6813CDDC" w14:textId="77777777" w:rsidR="00276593" w:rsidRPr="004616A2" w:rsidRDefault="00276593" w:rsidP="00276593">
      <w:pPr>
        <w:jc w:val="both"/>
        <w:rPr>
          <w:sz w:val="28"/>
          <w:szCs w:val="28"/>
        </w:rPr>
      </w:pPr>
      <w:r w:rsidRPr="004616A2">
        <w:rPr>
          <w:sz w:val="28"/>
          <w:szCs w:val="28"/>
        </w:rPr>
        <w:t>•</w:t>
      </w:r>
      <w:r w:rsidRPr="004616A2">
        <w:rPr>
          <w:sz w:val="28"/>
          <w:szCs w:val="28"/>
        </w:rPr>
        <w:tab/>
        <w:t xml:space="preserve">заң мен тәртіпті құрметтеу, қауіпсіз мінез-құлық мәдениетін қалыптастыру; </w:t>
      </w:r>
    </w:p>
    <w:p w14:paraId="5ACD5DF1" w14:textId="77777777" w:rsidR="00276593" w:rsidRPr="004616A2" w:rsidRDefault="00276593" w:rsidP="00276593">
      <w:pPr>
        <w:jc w:val="both"/>
        <w:rPr>
          <w:sz w:val="28"/>
          <w:szCs w:val="28"/>
        </w:rPr>
      </w:pPr>
      <w:r w:rsidRPr="004616A2">
        <w:rPr>
          <w:sz w:val="28"/>
          <w:szCs w:val="28"/>
        </w:rPr>
        <w:t>•</w:t>
      </w:r>
      <w:r w:rsidRPr="004616A2">
        <w:rPr>
          <w:sz w:val="28"/>
          <w:szCs w:val="28"/>
        </w:rPr>
        <w:tab/>
        <w:t xml:space="preserve">еңбекке, мамандық таңдауға және кәсіби бағдарға бағыттау; </w:t>
      </w:r>
    </w:p>
    <w:p w14:paraId="1399CB68" w14:textId="77777777" w:rsidR="00276593" w:rsidRPr="004616A2" w:rsidRDefault="00276593" w:rsidP="00276593">
      <w:pPr>
        <w:jc w:val="both"/>
        <w:rPr>
          <w:sz w:val="28"/>
          <w:szCs w:val="28"/>
        </w:rPr>
      </w:pPr>
      <w:r w:rsidRPr="004616A2">
        <w:rPr>
          <w:sz w:val="28"/>
          <w:szCs w:val="28"/>
        </w:rPr>
        <w:t>•</w:t>
      </w:r>
      <w:r w:rsidRPr="004616A2">
        <w:rPr>
          <w:sz w:val="28"/>
          <w:szCs w:val="28"/>
        </w:rPr>
        <w:tab/>
        <w:t xml:space="preserve">оқушылардың шығармашылық, зерттеушілік және цифрлық құзыреттерін дамыту; </w:t>
      </w:r>
    </w:p>
    <w:p w14:paraId="0E1D1AFE" w14:textId="77777777" w:rsidR="00276593" w:rsidRPr="004616A2" w:rsidRDefault="00276593" w:rsidP="00276593">
      <w:pPr>
        <w:jc w:val="both"/>
        <w:rPr>
          <w:sz w:val="28"/>
          <w:szCs w:val="28"/>
        </w:rPr>
      </w:pPr>
      <w:r w:rsidRPr="004616A2">
        <w:rPr>
          <w:sz w:val="28"/>
          <w:szCs w:val="28"/>
        </w:rPr>
        <w:t>•</w:t>
      </w:r>
      <w:r w:rsidRPr="004616A2">
        <w:rPr>
          <w:sz w:val="28"/>
          <w:szCs w:val="28"/>
        </w:rPr>
        <w:tab/>
        <w:t xml:space="preserve">ата-ана, мектеп және қоғам арасындағы ынтымақтастықты нығайту; </w:t>
      </w:r>
    </w:p>
    <w:p w14:paraId="0DA13D52" w14:textId="77777777" w:rsidR="00276593" w:rsidRPr="004616A2" w:rsidRDefault="00276593" w:rsidP="00276593">
      <w:pPr>
        <w:jc w:val="both"/>
        <w:rPr>
          <w:sz w:val="28"/>
          <w:szCs w:val="28"/>
        </w:rPr>
      </w:pPr>
      <w:r w:rsidRPr="004616A2">
        <w:rPr>
          <w:sz w:val="28"/>
          <w:szCs w:val="28"/>
        </w:rPr>
        <w:t>•</w:t>
      </w:r>
      <w:r w:rsidRPr="004616A2">
        <w:rPr>
          <w:sz w:val="28"/>
          <w:szCs w:val="28"/>
        </w:rPr>
        <w:tab/>
        <w:t xml:space="preserve">мектеп жобалары арқылы оқушылардың әлеуметтік белсенділігін арттыру. </w:t>
      </w:r>
    </w:p>
    <w:p w14:paraId="7DBA2B5B" w14:textId="77777777" w:rsidR="00276593" w:rsidRPr="004616A2" w:rsidRDefault="00276593" w:rsidP="00276593">
      <w:pPr>
        <w:jc w:val="both"/>
        <w:rPr>
          <w:sz w:val="28"/>
          <w:szCs w:val="28"/>
        </w:rPr>
      </w:pPr>
      <w:r w:rsidRPr="004616A2">
        <w:rPr>
          <w:sz w:val="28"/>
          <w:szCs w:val="28"/>
        </w:rPr>
        <w:t>Негізгі құндылықтар:</w:t>
      </w:r>
    </w:p>
    <w:p w14:paraId="6A1E4794" w14:textId="77777777" w:rsidR="00276593" w:rsidRPr="004616A2" w:rsidRDefault="00276593" w:rsidP="00276593">
      <w:pPr>
        <w:jc w:val="both"/>
        <w:rPr>
          <w:sz w:val="28"/>
          <w:szCs w:val="28"/>
        </w:rPr>
      </w:pPr>
      <w:r w:rsidRPr="004616A2">
        <w:rPr>
          <w:sz w:val="28"/>
          <w:szCs w:val="28"/>
        </w:rPr>
        <w:t>1.</w:t>
      </w:r>
      <w:r w:rsidRPr="004616A2">
        <w:rPr>
          <w:sz w:val="28"/>
          <w:szCs w:val="28"/>
        </w:rPr>
        <w:tab/>
        <w:t xml:space="preserve">Тәуелсіздік және отаншылдық </w:t>
      </w:r>
    </w:p>
    <w:p w14:paraId="26ACECFB" w14:textId="77777777" w:rsidR="00276593" w:rsidRPr="004616A2" w:rsidRDefault="00276593" w:rsidP="00276593">
      <w:pPr>
        <w:jc w:val="both"/>
        <w:rPr>
          <w:sz w:val="28"/>
          <w:szCs w:val="28"/>
        </w:rPr>
      </w:pPr>
      <w:r w:rsidRPr="004616A2">
        <w:rPr>
          <w:sz w:val="28"/>
          <w:szCs w:val="28"/>
        </w:rPr>
        <w:t>2.</w:t>
      </w:r>
      <w:r w:rsidRPr="004616A2">
        <w:rPr>
          <w:sz w:val="28"/>
          <w:szCs w:val="28"/>
        </w:rPr>
        <w:tab/>
        <w:t xml:space="preserve">Бірлік және ынтымақ </w:t>
      </w:r>
    </w:p>
    <w:p w14:paraId="530C2875" w14:textId="77777777" w:rsidR="00276593" w:rsidRPr="004616A2" w:rsidRDefault="00276593" w:rsidP="00276593">
      <w:pPr>
        <w:jc w:val="both"/>
        <w:rPr>
          <w:sz w:val="28"/>
          <w:szCs w:val="28"/>
        </w:rPr>
      </w:pPr>
      <w:r w:rsidRPr="004616A2">
        <w:rPr>
          <w:sz w:val="28"/>
          <w:szCs w:val="28"/>
        </w:rPr>
        <w:lastRenderedPageBreak/>
        <w:t>3.</w:t>
      </w:r>
      <w:r w:rsidRPr="004616A2">
        <w:rPr>
          <w:sz w:val="28"/>
          <w:szCs w:val="28"/>
        </w:rPr>
        <w:tab/>
        <w:t xml:space="preserve">Әділдік және жауапкершілік </w:t>
      </w:r>
    </w:p>
    <w:p w14:paraId="1478F117" w14:textId="77777777" w:rsidR="00276593" w:rsidRPr="004616A2" w:rsidRDefault="00276593" w:rsidP="00276593">
      <w:pPr>
        <w:jc w:val="both"/>
        <w:rPr>
          <w:sz w:val="28"/>
          <w:szCs w:val="28"/>
        </w:rPr>
      </w:pPr>
      <w:r w:rsidRPr="004616A2">
        <w:rPr>
          <w:sz w:val="28"/>
          <w:szCs w:val="28"/>
        </w:rPr>
        <w:t>4.</w:t>
      </w:r>
      <w:r w:rsidRPr="004616A2">
        <w:rPr>
          <w:sz w:val="28"/>
          <w:szCs w:val="28"/>
        </w:rPr>
        <w:tab/>
        <w:t xml:space="preserve">Заң және тәртіп </w:t>
      </w:r>
    </w:p>
    <w:p w14:paraId="7EC5B7FF" w14:textId="77777777" w:rsidR="00276593" w:rsidRPr="004616A2" w:rsidRDefault="00276593" w:rsidP="00276593">
      <w:pPr>
        <w:jc w:val="both"/>
        <w:rPr>
          <w:sz w:val="28"/>
          <w:szCs w:val="28"/>
        </w:rPr>
      </w:pPr>
      <w:r w:rsidRPr="004616A2">
        <w:rPr>
          <w:sz w:val="28"/>
          <w:szCs w:val="28"/>
        </w:rPr>
        <w:t>5.</w:t>
      </w:r>
      <w:r w:rsidRPr="004616A2">
        <w:rPr>
          <w:sz w:val="28"/>
          <w:szCs w:val="28"/>
        </w:rPr>
        <w:tab/>
        <w:t xml:space="preserve">Еңбекқорлық және кәсіби біліктілік </w:t>
      </w:r>
    </w:p>
    <w:p w14:paraId="0230BE22" w14:textId="77777777" w:rsidR="00276593" w:rsidRPr="004616A2" w:rsidRDefault="00276593" w:rsidP="00276593">
      <w:pPr>
        <w:jc w:val="both"/>
        <w:rPr>
          <w:sz w:val="28"/>
          <w:szCs w:val="28"/>
        </w:rPr>
      </w:pPr>
      <w:r w:rsidRPr="004616A2">
        <w:rPr>
          <w:sz w:val="28"/>
          <w:szCs w:val="28"/>
        </w:rPr>
        <w:t>6.</w:t>
      </w:r>
      <w:r w:rsidRPr="004616A2">
        <w:rPr>
          <w:sz w:val="28"/>
          <w:szCs w:val="28"/>
        </w:rPr>
        <w:tab/>
        <w:t>Жасампаздық және жаңашылдық</w:t>
      </w:r>
    </w:p>
    <w:p w14:paraId="22FAC1A5" w14:textId="77777777" w:rsidR="00276593" w:rsidRPr="004616A2" w:rsidRDefault="00276593" w:rsidP="00276593">
      <w:pPr>
        <w:jc w:val="both"/>
        <w:rPr>
          <w:sz w:val="28"/>
          <w:szCs w:val="28"/>
        </w:rPr>
      </w:pPr>
      <w:r w:rsidRPr="004616A2">
        <w:rPr>
          <w:sz w:val="28"/>
          <w:szCs w:val="28"/>
        </w:rPr>
        <w:t>Күтілетін нәтиже</w:t>
      </w:r>
    </w:p>
    <w:p w14:paraId="08E39FA1" w14:textId="77777777" w:rsidR="00276593" w:rsidRPr="004616A2" w:rsidRDefault="00276593" w:rsidP="00276593">
      <w:pPr>
        <w:jc w:val="both"/>
        <w:rPr>
          <w:sz w:val="28"/>
          <w:szCs w:val="28"/>
        </w:rPr>
      </w:pPr>
      <w:r w:rsidRPr="004616A2">
        <w:rPr>
          <w:sz w:val="28"/>
          <w:szCs w:val="28"/>
        </w:rPr>
        <w:t>•</w:t>
      </w:r>
      <w:r w:rsidRPr="004616A2">
        <w:rPr>
          <w:sz w:val="28"/>
          <w:szCs w:val="28"/>
        </w:rPr>
        <w:tab/>
        <w:t xml:space="preserve">білім алушылардың ұлттық және жалпыадамзаттық құндылықтарды түсінуі және күнделікті өмірде қолдануы; </w:t>
      </w:r>
    </w:p>
    <w:p w14:paraId="1F6F8EF3" w14:textId="77777777" w:rsidR="00276593" w:rsidRPr="004616A2" w:rsidRDefault="00276593" w:rsidP="00276593">
      <w:pPr>
        <w:jc w:val="both"/>
        <w:rPr>
          <w:sz w:val="28"/>
          <w:szCs w:val="28"/>
        </w:rPr>
      </w:pPr>
      <w:r w:rsidRPr="004616A2">
        <w:rPr>
          <w:sz w:val="28"/>
          <w:szCs w:val="28"/>
        </w:rPr>
        <w:t>•</w:t>
      </w:r>
      <w:r w:rsidRPr="004616A2">
        <w:rPr>
          <w:sz w:val="28"/>
          <w:szCs w:val="28"/>
        </w:rPr>
        <w:tab/>
        <w:t xml:space="preserve">патриоттық сезімі мен азаматтық жауапкершілігінің артуы; </w:t>
      </w:r>
    </w:p>
    <w:p w14:paraId="15CBC13E" w14:textId="77777777" w:rsidR="00276593" w:rsidRPr="004616A2" w:rsidRDefault="00276593" w:rsidP="00276593">
      <w:pPr>
        <w:jc w:val="both"/>
        <w:rPr>
          <w:sz w:val="28"/>
          <w:szCs w:val="28"/>
        </w:rPr>
      </w:pPr>
      <w:r w:rsidRPr="004616A2">
        <w:rPr>
          <w:sz w:val="28"/>
          <w:szCs w:val="28"/>
        </w:rPr>
        <w:t>•</w:t>
      </w:r>
      <w:r w:rsidRPr="004616A2">
        <w:rPr>
          <w:sz w:val="28"/>
          <w:szCs w:val="28"/>
        </w:rPr>
        <w:tab/>
        <w:t xml:space="preserve">құқықтық сауаттылығы мен қауіпсіз мінез-құлық дағдыларының қалыптасуы; </w:t>
      </w:r>
    </w:p>
    <w:p w14:paraId="44C12D82" w14:textId="77777777" w:rsidR="00276593" w:rsidRPr="004616A2" w:rsidRDefault="00276593" w:rsidP="00276593">
      <w:pPr>
        <w:jc w:val="both"/>
        <w:rPr>
          <w:sz w:val="28"/>
          <w:szCs w:val="28"/>
        </w:rPr>
      </w:pPr>
      <w:r w:rsidRPr="004616A2">
        <w:rPr>
          <w:sz w:val="28"/>
          <w:szCs w:val="28"/>
        </w:rPr>
        <w:t>•</w:t>
      </w:r>
      <w:r w:rsidRPr="004616A2">
        <w:rPr>
          <w:sz w:val="28"/>
          <w:szCs w:val="28"/>
        </w:rPr>
        <w:tab/>
        <w:t xml:space="preserve">еңбекке және кәсіби бағдарға қызығушылығының артуы; </w:t>
      </w:r>
    </w:p>
    <w:p w14:paraId="41FBA0BB" w14:textId="77777777" w:rsidR="00276593" w:rsidRPr="004616A2" w:rsidRDefault="00276593" w:rsidP="00276593">
      <w:pPr>
        <w:jc w:val="both"/>
        <w:rPr>
          <w:sz w:val="28"/>
          <w:szCs w:val="28"/>
        </w:rPr>
      </w:pPr>
      <w:r w:rsidRPr="004616A2">
        <w:rPr>
          <w:sz w:val="28"/>
          <w:szCs w:val="28"/>
        </w:rPr>
        <w:t>•</w:t>
      </w:r>
      <w:r w:rsidRPr="004616A2">
        <w:rPr>
          <w:sz w:val="28"/>
          <w:szCs w:val="28"/>
        </w:rPr>
        <w:tab/>
        <w:t xml:space="preserve">шығармашылық, цифрлық және әлеуметтік құзыреттерінің дамуы; </w:t>
      </w:r>
    </w:p>
    <w:p w14:paraId="6D51EADD" w14:textId="77777777" w:rsidR="00276593" w:rsidRPr="004616A2" w:rsidRDefault="00276593" w:rsidP="00276593">
      <w:pPr>
        <w:jc w:val="both"/>
        <w:rPr>
          <w:sz w:val="28"/>
          <w:szCs w:val="28"/>
        </w:rPr>
      </w:pPr>
      <w:r w:rsidRPr="004616A2">
        <w:rPr>
          <w:sz w:val="28"/>
          <w:szCs w:val="28"/>
        </w:rPr>
        <w:t>•</w:t>
      </w:r>
      <w:r w:rsidRPr="004616A2">
        <w:rPr>
          <w:sz w:val="28"/>
          <w:szCs w:val="28"/>
        </w:rPr>
        <w:tab/>
        <w:t xml:space="preserve">мектептегі жағымды психологиялық және тәрбиелік ортаның нығаюы; </w:t>
      </w:r>
    </w:p>
    <w:p w14:paraId="7AAC24AE" w14:textId="77777777" w:rsidR="00276593" w:rsidRPr="004616A2" w:rsidRDefault="00276593" w:rsidP="00276593">
      <w:pPr>
        <w:jc w:val="both"/>
        <w:rPr>
          <w:sz w:val="28"/>
          <w:szCs w:val="28"/>
        </w:rPr>
      </w:pPr>
      <w:r w:rsidRPr="004616A2">
        <w:rPr>
          <w:sz w:val="28"/>
          <w:szCs w:val="28"/>
        </w:rPr>
        <w:t>•</w:t>
      </w:r>
      <w:r w:rsidRPr="004616A2">
        <w:rPr>
          <w:sz w:val="28"/>
          <w:szCs w:val="28"/>
        </w:rPr>
        <w:tab/>
        <w:t xml:space="preserve">ата-аналар мен мектеп арасындағы серіктестіктің күшеюі; </w:t>
      </w:r>
    </w:p>
    <w:p w14:paraId="56D4295A" w14:textId="2117469D" w:rsidR="00276593" w:rsidRDefault="00276593" w:rsidP="00276593">
      <w:pPr>
        <w:rPr>
          <w:sz w:val="28"/>
          <w:szCs w:val="28"/>
        </w:rPr>
      </w:pPr>
      <w:r w:rsidRPr="004616A2">
        <w:rPr>
          <w:sz w:val="28"/>
          <w:szCs w:val="28"/>
        </w:rPr>
        <w:t>2026–2027 оқу жылына арналған «Адал азамат» тәрбие бағдарламасын жүзеге асыру бойынша жұмыс жоспары</w:t>
      </w:r>
    </w:p>
    <w:p w14:paraId="551E0A9A" w14:textId="03E06B49" w:rsidR="00276593" w:rsidRPr="00E04597" w:rsidRDefault="008D1D0B" w:rsidP="00E04597">
      <w:pPr>
        <w:jc w:val="both"/>
        <w:rPr>
          <w:sz w:val="28"/>
          <w:szCs w:val="28"/>
          <w:lang w:val="kk-KZ"/>
        </w:rPr>
      </w:pPr>
      <w:hyperlink r:id="rId739" w:history="1">
        <w:r w:rsidR="00276593" w:rsidRPr="00276593">
          <w:rPr>
            <w:rStyle w:val="ae"/>
            <w:sz w:val="28"/>
            <w:szCs w:val="28"/>
            <w:lang w:val="kk-KZ"/>
          </w:rPr>
          <w:t>https://www.instagram.com/reel/DcwXobYK1QI/?psln=YWQxY2lma3UzZ2k5</w:t>
        </w:r>
      </w:hyperlink>
      <w:hyperlink r:id="rId740" w:history="1">
        <w:r w:rsidR="00276593" w:rsidRPr="00276593">
          <w:rPr>
            <w:rStyle w:val="ae"/>
            <w:sz w:val="28"/>
            <w:szCs w:val="28"/>
            <w:lang w:val="kk-KZ"/>
          </w:rPr>
          <w:t>https://www.instagram.com/reel/DcwXqgbqb72/?cplk=bGFqbW9xM2RyeHp4</w:t>
        </w:r>
      </w:hyperlink>
      <w:r w:rsidR="00276593" w:rsidRPr="004616A2">
        <w:rPr>
          <w:sz w:val="28"/>
          <w:szCs w:val="28"/>
          <w:lang w:val="kk-KZ"/>
        </w:rPr>
        <w:t xml:space="preserve">  </w:t>
      </w:r>
      <w:hyperlink r:id="rId741" w:history="1">
        <w:r w:rsidR="00276593" w:rsidRPr="00276593">
          <w:rPr>
            <w:rStyle w:val="ae"/>
            <w:sz w:val="28"/>
            <w:szCs w:val="28"/>
            <w:lang w:val="kk-KZ"/>
          </w:rPr>
          <w:t>https://www.instagram.com/reel/DcygyVuKBg4/?xtok=MTIxMHBxZ3JuZmY1bg</w:t>
        </w:r>
      </w:hyperlink>
      <w:r w:rsidR="00276593" w:rsidRPr="004616A2">
        <w:rPr>
          <w:sz w:val="28"/>
          <w:szCs w:val="28"/>
          <w:lang w:val="kk-KZ"/>
        </w:rPr>
        <w:t xml:space="preserve">==  </w:t>
      </w:r>
      <w:hyperlink r:id="rId742" w:history="1">
        <w:r w:rsidR="00276593" w:rsidRPr="00276593">
          <w:rPr>
            <w:rStyle w:val="ae"/>
            <w:sz w:val="28"/>
            <w:szCs w:val="28"/>
            <w:lang w:val="kk-KZ"/>
          </w:rPr>
          <w:t>https://www.instagram.com/p/Dcyj6a6qq_6/?mdxt=MWNvc3d3NzlpanM3eg</w:t>
        </w:r>
      </w:hyperlink>
      <w:r w:rsidR="00276593" w:rsidRPr="004616A2">
        <w:rPr>
          <w:sz w:val="28"/>
          <w:szCs w:val="28"/>
          <w:lang w:val="kk-KZ"/>
        </w:rPr>
        <w:t xml:space="preserve">== </w:t>
      </w:r>
      <w:hyperlink r:id="rId743" w:history="1">
        <w:r w:rsidR="00276593" w:rsidRPr="00276593">
          <w:rPr>
            <w:rStyle w:val="ae"/>
            <w:sz w:val="28"/>
            <w:szCs w:val="28"/>
            <w:lang w:val="kk-KZ"/>
          </w:rPr>
          <w:t>https://www.instagram.com/p/Dc1ea9HqYhf/?exln=b2puOXNyOHR5ZWhp</w:t>
        </w:r>
      </w:hyperlink>
      <w:r w:rsidR="00276593" w:rsidRPr="004616A2">
        <w:rPr>
          <w:sz w:val="28"/>
          <w:szCs w:val="28"/>
          <w:lang w:val="kk-KZ"/>
        </w:rPr>
        <w:t xml:space="preserve"> </w:t>
      </w:r>
      <w:hyperlink r:id="rId744" w:history="1">
        <w:r w:rsidR="00276593" w:rsidRPr="00276593">
          <w:rPr>
            <w:rStyle w:val="ae"/>
            <w:sz w:val="28"/>
            <w:szCs w:val="28"/>
            <w:lang w:val="kk-KZ"/>
          </w:rPr>
          <w:t>https://www.instagram.com/p/Dc1eoAfip2o/?xtok=YTN5eGhuZzU2OW8</w:t>
        </w:r>
      </w:hyperlink>
      <w:r w:rsidR="00276593" w:rsidRPr="004616A2">
        <w:rPr>
          <w:sz w:val="28"/>
          <w:szCs w:val="28"/>
          <w:lang w:val="kk-KZ"/>
        </w:rPr>
        <w:t>=</w:t>
      </w:r>
      <w:hyperlink r:id="rId745" w:history="1">
        <w:r w:rsidR="00276593" w:rsidRPr="00276593">
          <w:rPr>
            <w:rStyle w:val="ae"/>
            <w:sz w:val="28"/>
            <w:szCs w:val="28"/>
            <w:lang w:val="kk-KZ"/>
          </w:rPr>
          <w:t>https://www.instagram.com/reel/Dc1eosLqw3C/?mdxt=MWhlZjE3MThpbDFheg</w:t>
        </w:r>
      </w:hyperlink>
      <w:r w:rsidR="00276593" w:rsidRPr="004616A2">
        <w:rPr>
          <w:sz w:val="28"/>
          <w:szCs w:val="28"/>
          <w:lang w:val="kk-KZ"/>
        </w:rPr>
        <w:t xml:space="preserve">==  </w:t>
      </w:r>
      <w:hyperlink r:id="rId746" w:history="1">
        <w:r w:rsidR="00276593" w:rsidRPr="00276593">
          <w:rPr>
            <w:rStyle w:val="ae"/>
            <w:sz w:val="28"/>
            <w:szCs w:val="28"/>
            <w:lang w:val="kk-KZ"/>
          </w:rPr>
          <w:t>https://www.instagram.com/reel/Dc3mNfkKYPN/?xtok=MXZ2anh0eWg4dTRoOQ</w:t>
        </w:r>
      </w:hyperlink>
      <w:r w:rsidR="00276593" w:rsidRPr="004616A2">
        <w:rPr>
          <w:sz w:val="28"/>
          <w:szCs w:val="28"/>
          <w:lang w:val="kk-KZ"/>
        </w:rPr>
        <w:t xml:space="preserve">== </w:t>
      </w:r>
      <w:hyperlink r:id="rId747" w:history="1">
        <w:r w:rsidR="00276593" w:rsidRPr="00276593">
          <w:rPr>
            <w:rStyle w:val="ae"/>
            <w:sz w:val="28"/>
            <w:szCs w:val="28"/>
            <w:lang w:val="kk-KZ"/>
          </w:rPr>
          <w:t>https://www.instagram.com/reel/Dc_eNjUqooV/?mdxt=MXN6NDdsOWxqY3JxaQ</w:t>
        </w:r>
      </w:hyperlink>
      <w:r w:rsidR="00276593" w:rsidRPr="004616A2">
        <w:rPr>
          <w:sz w:val="28"/>
          <w:szCs w:val="28"/>
          <w:lang w:val="kk-KZ"/>
        </w:rPr>
        <w:t xml:space="preserve">== </w:t>
      </w:r>
      <w:hyperlink r:id="rId748" w:history="1">
        <w:r w:rsidR="00276593" w:rsidRPr="00276593">
          <w:rPr>
            <w:rStyle w:val="ae"/>
            <w:sz w:val="28"/>
            <w:szCs w:val="28"/>
            <w:lang w:val="kk-KZ"/>
          </w:rPr>
          <w:t>https://www.instagram.com/p/Ddi32Z6qwe8/?vrfl=OGkwMmNlNzE0bW50</w:t>
        </w:r>
      </w:hyperlink>
      <w:r w:rsidR="00276593" w:rsidRPr="004616A2">
        <w:rPr>
          <w:sz w:val="28"/>
          <w:szCs w:val="28"/>
          <w:lang w:val="kk-KZ"/>
        </w:rPr>
        <w:t xml:space="preserve">  </w:t>
      </w:r>
      <w:hyperlink r:id="rId749" w:history="1">
        <w:r w:rsidR="00276593" w:rsidRPr="00276593">
          <w:rPr>
            <w:rStyle w:val="ae"/>
            <w:sz w:val="28"/>
            <w:szCs w:val="28"/>
            <w:lang w:val="kk-KZ"/>
          </w:rPr>
          <w:t>https://www.instagram.com/p/Ddi37g5Cn09/?psln=Nmw3cTEyNzF5Ymxp</w:t>
        </w:r>
      </w:hyperlink>
      <w:r w:rsidR="00276593" w:rsidRPr="004616A2">
        <w:rPr>
          <w:sz w:val="28"/>
          <w:szCs w:val="28"/>
          <w:lang w:val="kk-KZ"/>
        </w:rPr>
        <w:t xml:space="preserve"> </w:t>
      </w:r>
      <w:hyperlink r:id="rId750" w:history="1">
        <w:r w:rsidR="00276593" w:rsidRPr="00276593">
          <w:rPr>
            <w:rStyle w:val="ae"/>
            <w:sz w:val="28"/>
            <w:szCs w:val="28"/>
            <w:lang w:val="kk-KZ"/>
          </w:rPr>
          <w:t>https://www.instagram.com/reel/DdjqhO6Kb4w/?dlrf=ZXE4NXZzZnBhNHo3</w:t>
        </w:r>
      </w:hyperlink>
      <w:r w:rsidR="00276593" w:rsidRPr="004616A2">
        <w:rPr>
          <w:sz w:val="28"/>
          <w:szCs w:val="28"/>
          <w:lang w:val="kk-KZ"/>
        </w:rPr>
        <w:t xml:space="preserve"> </w:t>
      </w:r>
      <w:hyperlink r:id="rId751" w:history="1">
        <w:r w:rsidR="00276593" w:rsidRPr="00276593">
          <w:rPr>
            <w:rStyle w:val="ae"/>
            <w:sz w:val="28"/>
            <w:szCs w:val="28"/>
            <w:lang w:val="kk-KZ"/>
          </w:rPr>
          <w:t>https://www.instagram.com/p/Ddjqmdeq8_P/?mdxt=eGtmY3V4NHVkejI0</w:t>
        </w:r>
      </w:hyperlink>
      <w:r w:rsidR="00276593" w:rsidRPr="004616A2">
        <w:rPr>
          <w:sz w:val="28"/>
          <w:szCs w:val="28"/>
          <w:lang w:val="kk-KZ"/>
        </w:rPr>
        <w:t xml:space="preserve">  </w:t>
      </w:r>
      <w:hyperlink r:id="rId752" w:history="1">
        <w:r w:rsidR="00276593" w:rsidRPr="00276593">
          <w:rPr>
            <w:rStyle w:val="ae"/>
            <w:sz w:val="28"/>
            <w:szCs w:val="28"/>
            <w:lang w:val="kk-KZ"/>
          </w:rPr>
          <w:t>https://www.instagram.com/reel/DdjqrDfKvAE/?rpxt=OWRubGFneDZzNXBn</w:t>
        </w:r>
      </w:hyperlink>
      <w:r w:rsidR="00276593" w:rsidRPr="004616A2">
        <w:rPr>
          <w:sz w:val="28"/>
          <w:szCs w:val="28"/>
          <w:lang w:val="kk-KZ"/>
        </w:rPr>
        <w:t xml:space="preserve">  </w:t>
      </w:r>
      <w:hyperlink r:id="rId753" w:history="1">
        <w:r w:rsidR="00276593" w:rsidRPr="00276593">
          <w:rPr>
            <w:rStyle w:val="ae"/>
            <w:sz w:val="28"/>
            <w:szCs w:val="28"/>
            <w:lang w:val="kk-KZ"/>
          </w:rPr>
          <w:t>https://www.instagram.com/reel/DdjqvAmKbC_/?psln=MWFnOW94NzBpcWFsNw</w:t>
        </w:r>
      </w:hyperlink>
      <w:r w:rsidR="00276593" w:rsidRPr="004616A2">
        <w:rPr>
          <w:sz w:val="28"/>
          <w:szCs w:val="28"/>
          <w:lang w:val="kk-KZ"/>
        </w:rPr>
        <w:t xml:space="preserve">==  </w:t>
      </w:r>
      <w:hyperlink r:id="rId754" w:history="1">
        <w:r w:rsidR="00276593" w:rsidRPr="00276593">
          <w:rPr>
            <w:rStyle w:val="ae"/>
            <w:sz w:val="28"/>
            <w:szCs w:val="28"/>
            <w:lang w:val="kk-KZ"/>
          </w:rPr>
          <w:t>https://www.instagram.com/p/DdjqyTGCuts/?xtok=YzNzMTJvbjcydnFp</w:t>
        </w:r>
      </w:hyperlink>
      <w:r w:rsidR="00276593" w:rsidRPr="004616A2">
        <w:rPr>
          <w:sz w:val="28"/>
          <w:szCs w:val="28"/>
          <w:lang w:val="kk-KZ"/>
        </w:rPr>
        <w:t xml:space="preserve">  </w:t>
      </w:r>
      <w:hyperlink r:id="rId755" w:history="1">
        <w:r w:rsidR="00276593" w:rsidRPr="00276593">
          <w:rPr>
            <w:rStyle w:val="ae"/>
            <w:sz w:val="28"/>
            <w:szCs w:val="28"/>
            <w:lang w:val="kk-KZ"/>
          </w:rPr>
          <w:t>https://www.instagram.com/p/Ddjq0cEijPp/?vrfl=YWVobnV3NGlvNHRv</w:t>
        </w:r>
      </w:hyperlink>
      <w:r w:rsidR="00276593" w:rsidRPr="004616A2">
        <w:rPr>
          <w:sz w:val="28"/>
          <w:szCs w:val="28"/>
          <w:lang w:val="kk-KZ"/>
        </w:rPr>
        <w:t xml:space="preserve">  </w:t>
      </w:r>
      <w:hyperlink r:id="rId756" w:history="1">
        <w:r w:rsidR="00276593" w:rsidRPr="00276593">
          <w:rPr>
            <w:rStyle w:val="ae"/>
            <w:sz w:val="28"/>
            <w:szCs w:val="28"/>
            <w:lang w:val="kk-KZ"/>
          </w:rPr>
          <w:t>https://www.instagram.com/reel/Ddjq7hRK-ze/?cplk=MW5qcTZ1dWloMjZpYQ</w:t>
        </w:r>
      </w:hyperlink>
      <w:r w:rsidR="00276593" w:rsidRPr="004616A2">
        <w:rPr>
          <w:sz w:val="28"/>
          <w:szCs w:val="28"/>
          <w:lang w:val="kk-KZ"/>
        </w:rPr>
        <w:t xml:space="preserve">==  </w:t>
      </w:r>
      <w:hyperlink r:id="rId757" w:history="1">
        <w:r w:rsidR="00276593" w:rsidRPr="00276593">
          <w:rPr>
            <w:rStyle w:val="ae"/>
            <w:sz w:val="28"/>
            <w:szCs w:val="28"/>
            <w:lang w:val="kk-KZ"/>
          </w:rPr>
          <w:t>https://www.instagram.com/reel/Ddjq-JdqzmU/?rpxt=MWFqZDJka3NpNXVtag</w:t>
        </w:r>
      </w:hyperlink>
      <w:r w:rsidR="00276593" w:rsidRPr="004616A2">
        <w:rPr>
          <w:sz w:val="28"/>
          <w:szCs w:val="28"/>
          <w:lang w:val="kk-KZ"/>
        </w:rPr>
        <w:t xml:space="preserve">==  </w:t>
      </w:r>
      <w:hyperlink r:id="rId758" w:history="1">
        <w:r w:rsidR="00276593" w:rsidRPr="00276593">
          <w:rPr>
            <w:rStyle w:val="ae"/>
            <w:sz w:val="28"/>
            <w:szCs w:val="28"/>
            <w:lang w:val="kk-KZ"/>
          </w:rPr>
          <w:t>https://www.instagram.com/reel/DdnWa3GI5Fd/?dlrf=NmE4bDRmbjQ1MWhr</w:t>
        </w:r>
      </w:hyperlink>
      <w:r w:rsidR="00276593" w:rsidRPr="004616A2">
        <w:rPr>
          <w:sz w:val="28"/>
          <w:szCs w:val="28"/>
          <w:lang w:val="kk-KZ"/>
        </w:rPr>
        <w:t xml:space="preserve"> </w:t>
      </w:r>
      <w:hyperlink r:id="rId759" w:history="1">
        <w:r w:rsidR="00276593" w:rsidRPr="00276593">
          <w:rPr>
            <w:rStyle w:val="ae"/>
            <w:sz w:val="28"/>
            <w:szCs w:val="28"/>
            <w:lang w:val="kk-KZ"/>
          </w:rPr>
          <w:t>https://www.instagram.com/reel/DdnX1YpMf0l/?exln=MjNiajFkdWVucnQw</w:t>
        </w:r>
      </w:hyperlink>
      <w:r w:rsidR="00276593" w:rsidRPr="004616A2">
        <w:rPr>
          <w:sz w:val="28"/>
          <w:szCs w:val="28"/>
          <w:lang w:val="kk-KZ"/>
        </w:rPr>
        <w:t xml:space="preserve">  </w:t>
      </w:r>
      <w:hyperlink r:id="rId760" w:history="1">
        <w:r w:rsidR="00276593" w:rsidRPr="00276593">
          <w:rPr>
            <w:rStyle w:val="ae"/>
            <w:sz w:val="28"/>
            <w:szCs w:val="28"/>
            <w:lang w:val="kk-KZ"/>
          </w:rPr>
          <w:t>https://www.instagram.com/reel/DdoG3mTsaCj/?xtok=MTZvbmZhY2d0dXA3MQ</w:t>
        </w:r>
      </w:hyperlink>
      <w:r w:rsidR="00276593" w:rsidRPr="004616A2">
        <w:rPr>
          <w:sz w:val="28"/>
          <w:szCs w:val="28"/>
          <w:lang w:val="kk-KZ"/>
        </w:rPr>
        <w:t xml:space="preserve">==  </w:t>
      </w:r>
      <w:hyperlink r:id="rId761" w:history="1">
        <w:r w:rsidR="00276593" w:rsidRPr="00276593">
          <w:rPr>
            <w:rStyle w:val="ae"/>
            <w:sz w:val="28"/>
            <w:szCs w:val="28"/>
            <w:lang w:val="kk-KZ"/>
          </w:rPr>
          <w:t>https://www.instagram.com/reel/DdvZiAqKg1c/?rpxt=MTQyYnRqZW01dm5wbA</w:t>
        </w:r>
      </w:hyperlink>
      <w:r w:rsidR="00276593" w:rsidRPr="004616A2">
        <w:rPr>
          <w:sz w:val="28"/>
          <w:szCs w:val="28"/>
          <w:lang w:val="kk-KZ"/>
        </w:rPr>
        <w:t xml:space="preserve">==  </w:t>
      </w:r>
      <w:hyperlink r:id="rId762" w:history="1">
        <w:r w:rsidR="00276593" w:rsidRPr="00276593">
          <w:rPr>
            <w:rStyle w:val="ae"/>
            <w:sz w:val="28"/>
            <w:szCs w:val="28"/>
            <w:lang w:val="kk-KZ"/>
          </w:rPr>
          <w:t>https://www.instagram.com/reel/Dd0nbxGqDQd/?obrf=MXY4Nm9tNjk3MzlnZg</w:t>
        </w:r>
      </w:hyperlink>
      <w:r w:rsidR="00276593" w:rsidRPr="004616A2">
        <w:rPr>
          <w:sz w:val="28"/>
          <w:szCs w:val="28"/>
          <w:lang w:val="kk-KZ"/>
        </w:rPr>
        <w:t xml:space="preserve">==  </w:t>
      </w:r>
      <w:hyperlink r:id="rId763" w:history="1">
        <w:r w:rsidR="00276593" w:rsidRPr="00276593">
          <w:rPr>
            <w:rStyle w:val="ae"/>
            <w:sz w:val="28"/>
            <w:szCs w:val="28"/>
            <w:lang w:val="kk-KZ"/>
          </w:rPr>
          <w:t>https://www.instagram.com/reel/Dd1D7kGqXsP/?dlrf=MW1ndTV1YjdqbDc4eA</w:t>
        </w:r>
      </w:hyperlink>
      <w:r w:rsidR="00276593" w:rsidRPr="004616A2">
        <w:rPr>
          <w:sz w:val="28"/>
          <w:szCs w:val="28"/>
          <w:lang w:val="kk-KZ"/>
        </w:rPr>
        <w:t>==</w:t>
      </w:r>
      <w:hyperlink r:id="rId764" w:history="1">
        <w:r w:rsidR="00276593" w:rsidRPr="00276593">
          <w:rPr>
            <w:rStyle w:val="ae"/>
            <w:sz w:val="28"/>
            <w:szCs w:val="28"/>
            <w:lang w:val="kk-KZ"/>
          </w:rPr>
          <w:t>https://www.instagram.com/reel/DeHBCNcqyf9/?mdxt=MTlvZDNsejh0OGtxcQ</w:t>
        </w:r>
      </w:hyperlink>
      <w:r w:rsidR="00276593" w:rsidRPr="004616A2">
        <w:rPr>
          <w:sz w:val="28"/>
          <w:szCs w:val="28"/>
          <w:lang w:val="kk-KZ"/>
        </w:rPr>
        <w:t xml:space="preserve">==  </w:t>
      </w:r>
      <w:hyperlink r:id="rId765" w:history="1">
        <w:r w:rsidR="00276593" w:rsidRPr="00276593">
          <w:rPr>
            <w:rStyle w:val="ae"/>
            <w:sz w:val="28"/>
            <w:szCs w:val="28"/>
            <w:lang w:val="kk-KZ"/>
          </w:rPr>
          <w:t>https://www.instagram.com/p/Dcygu4BqWlk/?psln=MThtODVkZXR0NHk1</w:t>
        </w:r>
      </w:hyperlink>
      <w:r w:rsidR="00276593" w:rsidRPr="004616A2">
        <w:rPr>
          <w:sz w:val="28"/>
          <w:szCs w:val="28"/>
          <w:lang w:val="kk-KZ"/>
        </w:rPr>
        <w:t xml:space="preserve"> </w:t>
      </w:r>
      <w:hyperlink r:id="rId766" w:history="1">
        <w:r w:rsidR="00276593" w:rsidRPr="00276593">
          <w:rPr>
            <w:rStyle w:val="ae"/>
            <w:sz w:val="28"/>
            <w:szCs w:val="28"/>
            <w:lang w:val="kk-KZ"/>
          </w:rPr>
          <w:t>https://www.instagram.com/p/Dc-xp4lCpJZ/?srtk=OW0zMGg0czhmcmc0</w:t>
        </w:r>
      </w:hyperlink>
      <w:r w:rsidR="00276593" w:rsidRPr="004616A2">
        <w:rPr>
          <w:sz w:val="28"/>
          <w:szCs w:val="28"/>
          <w:lang w:val="kk-KZ"/>
        </w:rPr>
        <w:t xml:space="preserve">  </w:t>
      </w:r>
      <w:hyperlink r:id="rId767" w:history="1">
        <w:r w:rsidR="00276593" w:rsidRPr="00276593">
          <w:rPr>
            <w:rStyle w:val="ae"/>
            <w:sz w:val="28"/>
            <w:szCs w:val="28"/>
            <w:lang w:val="kk-KZ"/>
          </w:rPr>
          <w:t>https://www.instagram.com/p/DdDzfzHK551/?xtok=MWVmbDl1dHcxMzhxYg</w:t>
        </w:r>
      </w:hyperlink>
      <w:r w:rsidR="00276593" w:rsidRPr="004616A2">
        <w:rPr>
          <w:sz w:val="28"/>
          <w:szCs w:val="28"/>
          <w:lang w:val="kk-KZ"/>
        </w:rPr>
        <w:t xml:space="preserve">==  </w:t>
      </w:r>
      <w:hyperlink r:id="rId768" w:history="1">
        <w:r w:rsidR="00276593" w:rsidRPr="00276593">
          <w:rPr>
            <w:rStyle w:val="ae"/>
            <w:sz w:val="28"/>
            <w:szCs w:val="28"/>
            <w:lang w:val="kk-KZ"/>
          </w:rPr>
          <w:t>https://www.instagram.com/reel/DdTdZw-qt6w/?vrfl=YmxmYzR4ejZxZ2hr</w:t>
        </w:r>
      </w:hyperlink>
      <w:r w:rsidR="00276593" w:rsidRPr="004616A2">
        <w:rPr>
          <w:sz w:val="28"/>
          <w:szCs w:val="28"/>
          <w:lang w:val="kk-KZ"/>
        </w:rPr>
        <w:t xml:space="preserve">  </w:t>
      </w:r>
      <w:hyperlink r:id="rId769" w:history="1">
        <w:r w:rsidR="00276593" w:rsidRPr="00276593">
          <w:rPr>
            <w:rStyle w:val="ae"/>
            <w:sz w:val="28"/>
            <w:szCs w:val="28"/>
            <w:lang w:val="kk-KZ"/>
          </w:rPr>
          <w:t>https://www.instagram.com/reel/DdWM-</w:t>
        </w:r>
        <w:r w:rsidR="00276593" w:rsidRPr="00276593">
          <w:rPr>
            <w:rStyle w:val="ae"/>
            <w:sz w:val="28"/>
            <w:szCs w:val="28"/>
            <w:lang w:val="kk-KZ"/>
          </w:rPr>
          <w:lastRenderedPageBreak/>
          <w:t>RnqYFP/?xtok=aGJuMWg3emVwZDJ2</w:t>
        </w:r>
      </w:hyperlink>
      <w:hyperlink r:id="rId770" w:history="1">
        <w:r w:rsidR="00276593" w:rsidRPr="00276593">
          <w:rPr>
            <w:rStyle w:val="ae"/>
            <w:sz w:val="28"/>
            <w:szCs w:val="28"/>
            <w:lang w:val="kk-KZ"/>
          </w:rPr>
          <w:t>https://www.instagram.com/p/DdjT__5ClrW/?img_index=5&amp;dlrf=MTMyNmJvczE5ZHYyMw</w:t>
        </w:r>
      </w:hyperlink>
      <w:r w:rsidR="00276593" w:rsidRPr="004616A2">
        <w:rPr>
          <w:sz w:val="28"/>
          <w:szCs w:val="28"/>
          <w:lang w:val="kk-KZ"/>
        </w:rPr>
        <w:t xml:space="preserve">==  </w:t>
      </w:r>
      <w:hyperlink r:id="rId771" w:history="1">
        <w:r w:rsidR="00276593" w:rsidRPr="00276593">
          <w:rPr>
            <w:rStyle w:val="ae"/>
            <w:sz w:val="28"/>
            <w:szCs w:val="28"/>
            <w:lang w:val="kk-KZ"/>
          </w:rPr>
          <w:t>https://www.instagram.com/p/DdjvOdFKd1k/?mdxt=MzdzOTV2b21maWt2</w:t>
        </w:r>
      </w:hyperlink>
      <w:r w:rsidR="00276593" w:rsidRPr="004616A2">
        <w:rPr>
          <w:sz w:val="28"/>
          <w:szCs w:val="28"/>
          <w:lang w:val="kk-KZ"/>
        </w:rPr>
        <w:t xml:space="preserve">  </w:t>
      </w:r>
      <w:hyperlink r:id="rId772" w:history="1">
        <w:r w:rsidR="00276593" w:rsidRPr="00276593">
          <w:rPr>
            <w:rStyle w:val="ae"/>
            <w:sz w:val="28"/>
            <w:szCs w:val="28"/>
            <w:lang w:val="kk-KZ"/>
          </w:rPr>
          <w:t>https://www.instagram.com/p/Dd1FeKxiqUr/?dlrf=cTZyanc1MGFleGow</w:t>
        </w:r>
      </w:hyperlink>
      <w:r w:rsidR="00276593" w:rsidRPr="004616A2">
        <w:rPr>
          <w:sz w:val="28"/>
          <w:szCs w:val="28"/>
          <w:lang w:val="kk-KZ"/>
        </w:rPr>
        <w:t xml:space="preserve">  </w:t>
      </w:r>
      <w:hyperlink r:id="rId773" w:history="1">
        <w:r w:rsidR="00276593" w:rsidRPr="00276593">
          <w:rPr>
            <w:rStyle w:val="ae"/>
            <w:sz w:val="28"/>
            <w:szCs w:val="28"/>
            <w:lang w:val="kk-KZ"/>
          </w:rPr>
          <w:t>https://www.instagram.com/p/Dd1GZccCo5P/?mdxt=Y3ZudzEwcWZlNjdq</w:t>
        </w:r>
      </w:hyperlink>
      <w:r w:rsidR="00276593" w:rsidRPr="004616A2">
        <w:rPr>
          <w:sz w:val="28"/>
          <w:szCs w:val="28"/>
          <w:lang w:val="kk-KZ"/>
        </w:rPr>
        <w:t xml:space="preserve">  </w:t>
      </w:r>
      <w:hyperlink r:id="rId774" w:history="1">
        <w:r w:rsidR="00276593" w:rsidRPr="00276593">
          <w:rPr>
            <w:rStyle w:val="ae"/>
            <w:sz w:val="28"/>
            <w:szCs w:val="28"/>
            <w:lang w:val="kk-KZ"/>
          </w:rPr>
          <w:t>https://www.instagram.com/p/Dd1GcPECkFt/?rpxt=MW1kdzZoeXNkbTVwYg</w:t>
        </w:r>
      </w:hyperlink>
      <w:r w:rsidR="00276593" w:rsidRPr="004616A2">
        <w:rPr>
          <w:sz w:val="28"/>
          <w:szCs w:val="28"/>
          <w:lang w:val="kk-KZ"/>
        </w:rPr>
        <w:t xml:space="preserve">==  </w:t>
      </w:r>
      <w:hyperlink r:id="rId775" w:history="1">
        <w:r w:rsidR="00276593" w:rsidRPr="00276593">
          <w:rPr>
            <w:rStyle w:val="ae"/>
            <w:sz w:val="28"/>
            <w:szCs w:val="28"/>
            <w:lang w:val="kk-KZ"/>
          </w:rPr>
          <w:t>https://www.instagram.com/reel/Dd4D_0gKxrw/?vrfl=MWQxcGlqc2Zpcmxjbg</w:t>
        </w:r>
      </w:hyperlink>
      <w:r w:rsidR="00276593" w:rsidRPr="004616A2">
        <w:rPr>
          <w:sz w:val="28"/>
          <w:szCs w:val="28"/>
          <w:lang w:val="kk-KZ"/>
        </w:rPr>
        <w:t xml:space="preserve">== </w:t>
      </w:r>
      <w:hyperlink r:id="rId776" w:history="1">
        <w:r w:rsidR="00276593" w:rsidRPr="00276593">
          <w:rPr>
            <w:rStyle w:val="ae"/>
            <w:sz w:val="28"/>
            <w:szCs w:val="28"/>
            <w:lang w:val="kk-KZ"/>
          </w:rPr>
          <w:t>https://www.instagram.com/p/DeKbUVniuuV/?img_index=3&amp;mdxt=MWhmdXQ2cGJ4c2FyYQ</w:t>
        </w:r>
      </w:hyperlink>
      <w:r w:rsidR="00276593" w:rsidRPr="004616A2">
        <w:rPr>
          <w:sz w:val="28"/>
          <w:szCs w:val="28"/>
          <w:lang w:val="kk-KZ"/>
        </w:rPr>
        <w:t xml:space="preserve">== </w:t>
      </w:r>
      <w:hyperlink r:id="rId777" w:history="1">
        <w:r w:rsidR="00276593" w:rsidRPr="00276593">
          <w:rPr>
            <w:rStyle w:val="ae"/>
            <w:sz w:val="28"/>
            <w:szCs w:val="28"/>
            <w:lang w:val="kk-KZ"/>
          </w:rPr>
          <w:t>https://www.instagram.com/p/DeZtF_PKEOd/?srtk=YXU0ZTc1Y2NjNTVr</w:t>
        </w:r>
      </w:hyperlink>
      <w:r w:rsidR="00276593" w:rsidRPr="004616A2">
        <w:rPr>
          <w:sz w:val="28"/>
          <w:szCs w:val="28"/>
          <w:lang w:val="kk-KZ"/>
        </w:rPr>
        <w:t xml:space="preserve">  </w:t>
      </w:r>
      <w:hyperlink r:id="rId778" w:history="1">
        <w:r w:rsidR="00276593" w:rsidRPr="00276593">
          <w:rPr>
            <w:rStyle w:val="ae"/>
            <w:sz w:val="28"/>
            <w:szCs w:val="28"/>
            <w:lang w:val="kk-KZ"/>
          </w:rPr>
          <w:t>https://www.instagram.com/reel/DeZt4JKqhW7/?mdxt=ZzhsdHNyZDRybWJu</w:t>
        </w:r>
      </w:hyperlink>
      <w:r w:rsidR="00276593" w:rsidRPr="004616A2">
        <w:rPr>
          <w:sz w:val="28"/>
          <w:szCs w:val="28"/>
          <w:lang w:val="kk-KZ"/>
        </w:rPr>
        <w:t xml:space="preserve">  </w:t>
      </w:r>
      <w:hyperlink r:id="rId779" w:history="1">
        <w:r w:rsidR="00276593" w:rsidRPr="00276593">
          <w:rPr>
            <w:rStyle w:val="ae"/>
            <w:sz w:val="28"/>
            <w:szCs w:val="28"/>
            <w:lang w:val="kk-KZ"/>
          </w:rPr>
          <w:t>https://www.instagram.com/p/Dc-29xSCiC9/?cplk=MWxxdHhmd3F3Y2RyMw</w:t>
        </w:r>
      </w:hyperlink>
      <w:r w:rsidR="00276593" w:rsidRPr="004616A2">
        <w:rPr>
          <w:sz w:val="28"/>
          <w:szCs w:val="28"/>
          <w:lang w:val="kk-KZ"/>
        </w:rPr>
        <w:t xml:space="preserve">==  </w:t>
      </w:r>
      <w:hyperlink r:id="rId780" w:history="1">
        <w:r w:rsidR="00276593" w:rsidRPr="00276593">
          <w:rPr>
            <w:rStyle w:val="ae"/>
            <w:sz w:val="28"/>
            <w:szCs w:val="28"/>
            <w:lang w:val="kk-KZ"/>
          </w:rPr>
          <w:t>https://www.instagram.com/p/Dc_bSbeq2za/?vrfl=MXRldTJlNnp3NXV3OA</w:t>
        </w:r>
      </w:hyperlink>
      <w:r w:rsidR="00276593" w:rsidRPr="004616A2">
        <w:rPr>
          <w:sz w:val="28"/>
          <w:szCs w:val="28"/>
          <w:lang w:val="kk-KZ"/>
        </w:rPr>
        <w:t xml:space="preserve">==  </w:t>
      </w:r>
      <w:hyperlink r:id="rId781" w:history="1">
        <w:r w:rsidR="00276593" w:rsidRPr="00276593">
          <w:rPr>
            <w:rStyle w:val="ae"/>
            <w:sz w:val="28"/>
            <w:szCs w:val="28"/>
            <w:lang w:val="kk-KZ"/>
          </w:rPr>
          <w:t>https://www.instagram.com/reel/DdIU86dKR2k/?vrfl=MWU3bGQxZjNzMnhhNw</w:t>
        </w:r>
      </w:hyperlink>
      <w:r w:rsidR="00276593" w:rsidRPr="004616A2">
        <w:rPr>
          <w:sz w:val="28"/>
          <w:szCs w:val="28"/>
          <w:lang w:val="kk-KZ"/>
        </w:rPr>
        <w:t xml:space="preserve">== </w:t>
      </w:r>
      <w:hyperlink r:id="rId782" w:history="1">
        <w:r w:rsidR="00276593" w:rsidRPr="00276593">
          <w:rPr>
            <w:rStyle w:val="ae"/>
            <w:sz w:val="28"/>
            <w:szCs w:val="28"/>
            <w:lang w:val="kk-KZ"/>
          </w:rPr>
          <w:t>https://www.instagram.com/reel/DdJD6ZTqMjr/?mdxt=MWcxeXAyb3MwMnB0Mg</w:t>
        </w:r>
      </w:hyperlink>
      <w:r w:rsidR="00276593" w:rsidRPr="004616A2">
        <w:rPr>
          <w:sz w:val="28"/>
          <w:szCs w:val="28"/>
          <w:lang w:val="kk-KZ"/>
        </w:rPr>
        <w:t xml:space="preserve">== </w:t>
      </w:r>
      <w:hyperlink r:id="rId783" w:history="1">
        <w:r w:rsidR="00276593" w:rsidRPr="00276593">
          <w:rPr>
            <w:rStyle w:val="ae"/>
            <w:sz w:val="28"/>
            <w:szCs w:val="28"/>
            <w:lang w:val="kk-KZ"/>
          </w:rPr>
          <w:t>https://www.instagram.com/p/DdJ09vlis3P/?img_index=2&amp;psln=MXJpajQ5M3FjdzUybg</w:t>
        </w:r>
      </w:hyperlink>
      <w:r w:rsidR="00276593" w:rsidRPr="004616A2">
        <w:rPr>
          <w:sz w:val="28"/>
          <w:szCs w:val="28"/>
          <w:lang w:val="kk-KZ"/>
        </w:rPr>
        <w:t xml:space="preserve">== </w:t>
      </w:r>
      <w:hyperlink r:id="rId784" w:history="1">
        <w:r w:rsidR="00276593" w:rsidRPr="00276593">
          <w:rPr>
            <w:rStyle w:val="ae"/>
            <w:sz w:val="28"/>
            <w:szCs w:val="28"/>
            <w:lang w:val="kk-KZ"/>
          </w:rPr>
          <w:t>https://www.instagram.com/p/DdPJx6vCnf7/?img_index=2&amp;dlrf=MW1zdGhia21tdXg3aQ</w:t>
        </w:r>
      </w:hyperlink>
      <w:r w:rsidR="00276593" w:rsidRPr="004616A2">
        <w:rPr>
          <w:sz w:val="28"/>
          <w:szCs w:val="28"/>
          <w:lang w:val="kk-KZ"/>
        </w:rPr>
        <w:t xml:space="preserve">== </w:t>
      </w:r>
      <w:hyperlink r:id="rId785" w:history="1">
        <w:r w:rsidR="00276593" w:rsidRPr="00276593">
          <w:rPr>
            <w:rStyle w:val="ae"/>
            <w:sz w:val="28"/>
            <w:szCs w:val="28"/>
            <w:lang w:val="kk-KZ"/>
          </w:rPr>
          <w:t>https://www.instagram.com/reel/DdPJ2uYq57U/?rpxt=ZDlneHd3Y2J5YzVr</w:t>
        </w:r>
      </w:hyperlink>
      <w:r w:rsidR="00276593" w:rsidRPr="004616A2">
        <w:rPr>
          <w:sz w:val="28"/>
          <w:szCs w:val="28"/>
          <w:lang w:val="kk-KZ"/>
        </w:rPr>
        <w:t xml:space="preserve"> </w:t>
      </w:r>
      <w:hyperlink r:id="rId786" w:history="1">
        <w:r w:rsidR="00276593" w:rsidRPr="00276593">
          <w:rPr>
            <w:rStyle w:val="ae"/>
            <w:sz w:val="28"/>
            <w:szCs w:val="28"/>
            <w:lang w:val="kk-KZ"/>
          </w:rPr>
          <w:t>https://www.instagram.com/p/DdRlpDjCsCq/?rpxt=MXY4ejl6bWJnMWlrYg</w:t>
        </w:r>
      </w:hyperlink>
      <w:r w:rsidR="00276593" w:rsidRPr="004616A2">
        <w:rPr>
          <w:sz w:val="28"/>
          <w:szCs w:val="28"/>
          <w:lang w:val="kk-KZ"/>
        </w:rPr>
        <w:t xml:space="preserve">== </w:t>
      </w:r>
      <w:hyperlink r:id="rId787" w:history="1">
        <w:r w:rsidR="00276593" w:rsidRPr="00276593">
          <w:rPr>
            <w:rStyle w:val="ae"/>
            <w:sz w:val="28"/>
            <w:szCs w:val="28"/>
            <w:lang w:val="kk-KZ"/>
          </w:rPr>
          <w:t>https://www.instagram.com/p/DdRluouigKG/?rpxt=MTJtbm4zajA4bXp6Nw</w:t>
        </w:r>
      </w:hyperlink>
      <w:r w:rsidR="00276593" w:rsidRPr="004616A2">
        <w:rPr>
          <w:sz w:val="28"/>
          <w:szCs w:val="28"/>
          <w:lang w:val="kk-KZ"/>
        </w:rPr>
        <w:t xml:space="preserve">== </w:t>
      </w:r>
      <w:hyperlink r:id="rId788" w:history="1">
        <w:r w:rsidR="00276593" w:rsidRPr="00276593">
          <w:rPr>
            <w:rStyle w:val="ae"/>
            <w:sz w:val="28"/>
            <w:szCs w:val="28"/>
            <w:lang w:val="kk-KZ"/>
          </w:rPr>
          <w:t>https://www.instagram.com/reel/Dd1Hr_bKngo/?dlrf=MXQxNWQwMmZnZXJhNA</w:t>
        </w:r>
      </w:hyperlink>
      <w:r w:rsidR="00276593" w:rsidRPr="004616A2">
        <w:rPr>
          <w:sz w:val="28"/>
          <w:szCs w:val="28"/>
          <w:lang w:val="kk-KZ"/>
        </w:rPr>
        <w:t xml:space="preserve">==  </w:t>
      </w:r>
      <w:hyperlink r:id="rId789" w:history="1">
        <w:r w:rsidR="00276593" w:rsidRPr="004616A2">
          <w:rPr>
            <w:rStyle w:val="ae"/>
            <w:sz w:val="28"/>
            <w:szCs w:val="28"/>
            <w:lang w:val="en-US"/>
          </w:rPr>
          <w:t>https://www.instagram.com/reel/Dd32bUCKix1/?dlrf=cWJmbG1jMm92Nnh0</w:t>
        </w:r>
      </w:hyperlink>
      <w:r w:rsidR="00276593" w:rsidRPr="004616A2">
        <w:rPr>
          <w:sz w:val="28"/>
          <w:szCs w:val="28"/>
          <w:lang w:val="kk-KZ"/>
        </w:rPr>
        <w:t xml:space="preserve">  </w:t>
      </w:r>
      <w:hyperlink r:id="rId790" w:history="1">
        <w:r w:rsidR="00276593" w:rsidRPr="004616A2">
          <w:rPr>
            <w:rStyle w:val="ae"/>
            <w:sz w:val="28"/>
            <w:szCs w:val="28"/>
            <w:lang w:val="en-US"/>
          </w:rPr>
          <w:t>https://www.instagram.com/reel/Dd5yq9LqEL3/?psln=MXR1cTNpdTN2b3p6eA</w:t>
        </w:r>
      </w:hyperlink>
      <w:r w:rsidR="00276593" w:rsidRPr="004616A2">
        <w:rPr>
          <w:sz w:val="28"/>
          <w:szCs w:val="28"/>
          <w:lang w:val="kk-KZ"/>
        </w:rPr>
        <w:t xml:space="preserve">==  </w:t>
      </w:r>
      <w:hyperlink r:id="rId791" w:history="1">
        <w:r w:rsidR="00276593" w:rsidRPr="004616A2">
          <w:rPr>
            <w:rStyle w:val="ae"/>
            <w:sz w:val="28"/>
            <w:szCs w:val="28"/>
            <w:lang w:val="en-US"/>
          </w:rPr>
          <w:t>https://www.instagram.com/reel/Dd5y_dSK5bj/?rpxt=MWRwdGNoenQ3ZGx6cw</w:t>
        </w:r>
      </w:hyperlink>
      <w:r w:rsidR="00276593" w:rsidRPr="004616A2">
        <w:rPr>
          <w:sz w:val="28"/>
          <w:szCs w:val="28"/>
          <w:lang w:val="kk-KZ"/>
        </w:rPr>
        <w:t xml:space="preserve">== </w:t>
      </w:r>
      <w:hyperlink r:id="rId792" w:history="1">
        <w:r w:rsidR="00276593" w:rsidRPr="004616A2">
          <w:rPr>
            <w:rStyle w:val="ae"/>
            <w:sz w:val="28"/>
            <w:szCs w:val="28"/>
            <w:lang w:val="en-US"/>
          </w:rPr>
          <w:t>https://www.instagram.com/reel/Dd7DjFiq1E4/?psln=MW9jeG52bXJqbXR4bA</w:t>
        </w:r>
      </w:hyperlink>
      <w:r w:rsidR="00276593" w:rsidRPr="004616A2">
        <w:rPr>
          <w:sz w:val="28"/>
          <w:szCs w:val="28"/>
          <w:lang w:val="kk-KZ"/>
        </w:rPr>
        <w:t xml:space="preserve">== </w:t>
      </w:r>
      <w:hyperlink r:id="rId793" w:history="1">
        <w:r w:rsidR="00276593" w:rsidRPr="004616A2">
          <w:rPr>
            <w:rStyle w:val="ae"/>
            <w:sz w:val="28"/>
            <w:szCs w:val="28"/>
            <w:lang w:val="en-US"/>
          </w:rPr>
          <w:t>https://www.instagram.com/reel/Dd32y_EKiu0/?vrfl=amR4c3ZzOHJsMDQy</w:t>
        </w:r>
      </w:hyperlink>
      <w:r w:rsidR="00276593" w:rsidRPr="004616A2">
        <w:rPr>
          <w:sz w:val="28"/>
          <w:szCs w:val="28"/>
          <w:lang w:val="kk-KZ"/>
        </w:rPr>
        <w:t xml:space="preserve"> </w:t>
      </w:r>
      <w:hyperlink r:id="rId794" w:history="1">
        <w:r w:rsidR="00276593" w:rsidRPr="004616A2">
          <w:rPr>
            <w:rStyle w:val="ae"/>
            <w:sz w:val="28"/>
            <w:szCs w:val="28"/>
            <w:lang w:val="en-US"/>
          </w:rPr>
          <w:t>https://www.instagram.com/reel/Dd38Fo_qPb_/?srtk=ZWZzMWU1eDYwcWNi</w:t>
        </w:r>
      </w:hyperlink>
      <w:r w:rsidR="00276593" w:rsidRPr="004616A2">
        <w:rPr>
          <w:sz w:val="28"/>
          <w:szCs w:val="28"/>
          <w:lang w:val="kk-KZ"/>
        </w:rPr>
        <w:t xml:space="preserve">  </w:t>
      </w:r>
      <w:hyperlink r:id="rId795" w:history="1">
        <w:r w:rsidR="00276593" w:rsidRPr="004616A2">
          <w:rPr>
            <w:rStyle w:val="ae"/>
            <w:sz w:val="28"/>
            <w:szCs w:val="28"/>
            <w:lang w:val="en-US"/>
          </w:rPr>
          <w:t>https://www.instagram.com/reel/Dd4CzMNKrtr/?rpxt=MWhwcWIyM3RtdWR3dw</w:t>
        </w:r>
      </w:hyperlink>
      <w:r w:rsidR="00276593" w:rsidRPr="004616A2">
        <w:rPr>
          <w:sz w:val="28"/>
          <w:szCs w:val="28"/>
          <w:lang w:val="kk-KZ"/>
        </w:rPr>
        <w:t xml:space="preserve">==  </w:t>
      </w:r>
      <w:hyperlink r:id="rId796" w:history="1">
        <w:r w:rsidR="00276593" w:rsidRPr="004616A2">
          <w:rPr>
            <w:rStyle w:val="ae"/>
            <w:sz w:val="28"/>
            <w:szCs w:val="28"/>
            <w:lang w:val="en-US"/>
          </w:rPr>
          <w:t>https://www.instagram.com/reel/Dd7WgQqKtaM/?cplk=MWhtamJzOWE1cGN5Ng</w:t>
        </w:r>
      </w:hyperlink>
      <w:r w:rsidR="00276593" w:rsidRPr="004616A2">
        <w:rPr>
          <w:sz w:val="28"/>
          <w:szCs w:val="28"/>
          <w:lang w:val="kk-KZ"/>
        </w:rPr>
        <w:t xml:space="preserve">== </w:t>
      </w:r>
      <w:hyperlink r:id="rId797" w:history="1">
        <w:r w:rsidR="00276593" w:rsidRPr="004616A2">
          <w:rPr>
            <w:rStyle w:val="ae"/>
            <w:sz w:val="28"/>
            <w:szCs w:val="28"/>
            <w:lang w:val="en-US"/>
          </w:rPr>
          <w:t>https://www.instagram.com/reel/Dd9InTUKfC6/?exln=cTkxc2t2MTk2bWhw</w:t>
        </w:r>
      </w:hyperlink>
      <w:r w:rsidR="00276593" w:rsidRPr="004616A2">
        <w:rPr>
          <w:sz w:val="28"/>
          <w:szCs w:val="28"/>
          <w:lang w:val="kk-KZ"/>
        </w:rPr>
        <w:t xml:space="preserve"> </w:t>
      </w:r>
      <w:hyperlink r:id="rId798" w:history="1">
        <w:r w:rsidR="00276593" w:rsidRPr="004616A2">
          <w:rPr>
            <w:rStyle w:val="ae"/>
            <w:sz w:val="28"/>
            <w:szCs w:val="28"/>
            <w:lang w:val="en-US"/>
          </w:rPr>
          <w:t>https://www.instagram.com/reel/Dd9Jrwsq_Xt/?cplk=MW1td3dnY3BmaG90bQ</w:t>
        </w:r>
      </w:hyperlink>
      <w:r w:rsidR="00276593" w:rsidRPr="004616A2">
        <w:rPr>
          <w:sz w:val="28"/>
          <w:szCs w:val="28"/>
          <w:lang w:val="kk-KZ"/>
        </w:rPr>
        <w:t xml:space="preserve">==  </w:t>
      </w:r>
      <w:hyperlink r:id="rId799" w:history="1">
        <w:r w:rsidR="00276593" w:rsidRPr="004616A2">
          <w:rPr>
            <w:rStyle w:val="ae"/>
            <w:sz w:val="28"/>
            <w:szCs w:val="28"/>
            <w:lang w:val="en-US"/>
          </w:rPr>
          <w:t>https://www.instagram.com/reel/DeFArFiq8T0/?obrf=b2R6ZTRiZHF3OXJz</w:t>
        </w:r>
      </w:hyperlink>
      <w:r w:rsidR="00276593" w:rsidRPr="004616A2">
        <w:rPr>
          <w:sz w:val="28"/>
          <w:szCs w:val="28"/>
          <w:lang w:val="kk-KZ"/>
        </w:rPr>
        <w:t xml:space="preserve"> </w:t>
      </w:r>
      <w:hyperlink r:id="rId800" w:history="1">
        <w:r w:rsidR="00276593" w:rsidRPr="004616A2">
          <w:rPr>
            <w:rStyle w:val="ae"/>
            <w:sz w:val="28"/>
            <w:szCs w:val="28"/>
            <w:lang w:val="en-US"/>
          </w:rPr>
          <w:t>https://www.instagram.com/reel/Dd4DE8YqNdk/?cplk=MXQ0Nm0zY3k1am83NQ</w:t>
        </w:r>
      </w:hyperlink>
      <w:r w:rsidR="00276593" w:rsidRPr="004616A2">
        <w:rPr>
          <w:sz w:val="28"/>
          <w:szCs w:val="28"/>
          <w:lang w:val="kk-KZ"/>
        </w:rPr>
        <w:t xml:space="preserve">== </w:t>
      </w:r>
      <w:hyperlink r:id="rId801" w:history="1">
        <w:r w:rsidR="00276593" w:rsidRPr="004616A2">
          <w:rPr>
            <w:rStyle w:val="ae"/>
            <w:sz w:val="28"/>
            <w:szCs w:val="28"/>
            <w:lang w:val="en-US"/>
          </w:rPr>
          <w:t>https://www.instagram.com/reel/Dd4EDPqqsWf/?srtk=MXZwM2VuaHcyZWhzaA</w:t>
        </w:r>
      </w:hyperlink>
      <w:r w:rsidR="00276593" w:rsidRPr="004616A2">
        <w:rPr>
          <w:sz w:val="28"/>
          <w:szCs w:val="28"/>
          <w:lang w:val="kk-KZ"/>
        </w:rPr>
        <w:t xml:space="preserve">==  </w:t>
      </w:r>
      <w:hyperlink r:id="rId802" w:history="1">
        <w:r w:rsidR="00276593" w:rsidRPr="004616A2">
          <w:rPr>
            <w:rStyle w:val="ae"/>
            <w:sz w:val="28"/>
            <w:szCs w:val="28"/>
            <w:lang w:val="en-US"/>
          </w:rPr>
          <w:t>https://www.instagram.com/reel/Dd4HbqQqtPz/?psln=eTZmdmxrY2hhMGtq</w:t>
        </w:r>
      </w:hyperlink>
      <w:r w:rsidR="00276593" w:rsidRPr="004616A2">
        <w:rPr>
          <w:sz w:val="28"/>
          <w:szCs w:val="28"/>
          <w:lang w:val="kk-KZ"/>
        </w:rPr>
        <w:t xml:space="preserve">  </w:t>
      </w:r>
      <w:hyperlink r:id="rId803" w:history="1">
        <w:r w:rsidR="00276593" w:rsidRPr="004616A2">
          <w:rPr>
            <w:rStyle w:val="ae"/>
            <w:sz w:val="28"/>
            <w:szCs w:val="28"/>
            <w:lang w:val="en-US"/>
          </w:rPr>
          <w:t>https://www.instagram.com/reel/Dd4JJmCqzPx/?psln=MXd4eHQyeGMxc2JldA</w:t>
        </w:r>
      </w:hyperlink>
      <w:r w:rsidR="00276593" w:rsidRPr="004616A2">
        <w:rPr>
          <w:sz w:val="28"/>
          <w:szCs w:val="28"/>
          <w:lang w:val="kk-KZ"/>
        </w:rPr>
        <w:t xml:space="preserve">==  </w:t>
      </w:r>
      <w:hyperlink r:id="rId804" w:history="1">
        <w:r w:rsidR="00276593" w:rsidRPr="004616A2">
          <w:rPr>
            <w:rStyle w:val="ae"/>
            <w:sz w:val="28"/>
            <w:szCs w:val="28"/>
            <w:lang w:val="en-US"/>
          </w:rPr>
          <w:t>https://www.instagram.com/reel/Dd6G5FPKm3N/?mdxt=MWxocHA5cDdmdGd1Mg</w:t>
        </w:r>
      </w:hyperlink>
      <w:r w:rsidR="00276593" w:rsidRPr="004616A2">
        <w:rPr>
          <w:sz w:val="28"/>
          <w:szCs w:val="28"/>
          <w:lang w:val="kk-KZ"/>
        </w:rPr>
        <w:t xml:space="preserve">==  </w:t>
      </w:r>
      <w:hyperlink r:id="rId805" w:history="1">
        <w:r w:rsidR="00276593" w:rsidRPr="004616A2">
          <w:rPr>
            <w:rStyle w:val="ae"/>
            <w:sz w:val="28"/>
            <w:szCs w:val="28"/>
            <w:lang w:val="en-US"/>
          </w:rPr>
          <w:t>https://www.instagram.com/reel/Dd7Wl2hKQWe/?psln=MXUydnFrN2R1M2gwZA</w:t>
        </w:r>
      </w:hyperlink>
      <w:r w:rsidR="00276593" w:rsidRPr="004616A2">
        <w:rPr>
          <w:sz w:val="28"/>
          <w:szCs w:val="28"/>
          <w:lang w:val="kk-KZ"/>
        </w:rPr>
        <w:t xml:space="preserve">== </w:t>
      </w:r>
      <w:hyperlink r:id="rId806" w:history="1">
        <w:r w:rsidR="00276593" w:rsidRPr="004616A2">
          <w:rPr>
            <w:rStyle w:val="ae"/>
            <w:sz w:val="28"/>
            <w:szCs w:val="28"/>
            <w:lang w:val="en-US"/>
          </w:rPr>
          <w:t>https://www.instagram.com/reel/Dd7WuXFqZBH/?psln=MTRtZDZ4bTlza2pkaA</w:t>
        </w:r>
      </w:hyperlink>
      <w:r w:rsidR="00276593" w:rsidRPr="004616A2">
        <w:rPr>
          <w:sz w:val="28"/>
          <w:szCs w:val="28"/>
          <w:lang w:val="kk-KZ"/>
        </w:rPr>
        <w:t xml:space="preserve">== </w:t>
      </w:r>
      <w:hyperlink r:id="rId807" w:history="1">
        <w:r w:rsidR="00276593" w:rsidRPr="004616A2">
          <w:rPr>
            <w:rStyle w:val="ae"/>
            <w:sz w:val="28"/>
            <w:szCs w:val="28"/>
            <w:lang w:val="en-US"/>
          </w:rPr>
          <w:t>https://www.instagram.com/reel/Dd9IOG4K0vB/?psln=b3FwMGwzMGoxOGQz</w:t>
        </w:r>
      </w:hyperlink>
      <w:r w:rsidR="00276593" w:rsidRPr="004616A2">
        <w:rPr>
          <w:sz w:val="28"/>
          <w:szCs w:val="28"/>
          <w:lang w:val="kk-KZ"/>
        </w:rPr>
        <w:t xml:space="preserve"> </w:t>
      </w:r>
      <w:hyperlink r:id="rId808" w:history="1">
        <w:r w:rsidR="00276593" w:rsidRPr="004616A2">
          <w:rPr>
            <w:rStyle w:val="ae"/>
            <w:sz w:val="28"/>
            <w:szCs w:val="28"/>
            <w:lang w:val="en-US"/>
          </w:rPr>
          <w:t>https://www.instagram.com/reel/Dd9IQTcqa3q/?psln=b2owMmhxcW5nZ2Js</w:t>
        </w:r>
      </w:hyperlink>
      <w:r w:rsidR="00276593" w:rsidRPr="004616A2">
        <w:rPr>
          <w:sz w:val="28"/>
          <w:szCs w:val="28"/>
          <w:lang w:val="kk-KZ"/>
        </w:rPr>
        <w:t xml:space="preserve"> </w:t>
      </w:r>
      <w:hyperlink r:id="rId809" w:history="1">
        <w:r w:rsidR="00276593" w:rsidRPr="004616A2">
          <w:rPr>
            <w:rStyle w:val="ae"/>
            <w:sz w:val="28"/>
            <w:szCs w:val="28"/>
            <w:lang w:val="en-US"/>
          </w:rPr>
          <w:t>https://www.instagram.com/reel/Dd9IX26Kng6/?cplk=MXg0ZnIydWtoendtMg</w:t>
        </w:r>
      </w:hyperlink>
      <w:r w:rsidR="00276593" w:rsidRPr="004616A2">
        <w:rPr>
          <w:sz w:val="28"/>
          <w:szCs w:val="28"/>
          <w:lang w:val="kk-KZ"/>
        </w:rPr>
        <w:t xml:space="preserve">==  </w:t>
      </w:r>
      <w:hyperlink r:id="rId810" w:history="1">
        <w:r w:rsidR="00276593" w:rsidRPr="004616A2">
          <w:rPr>
            <w:rStyle w:val="ae"/>
            <w:sz w:val="28"/>
            <w:szCs w:val="28"/>
            <w:lang w:val="en-US"/>
          </w:rPr>
          <w:t>https://www.instagram.com/reel/Dd9JkbFKkeb/?vrfl=ajM5b2E5cnAxNDZh</w:t>
        </w:r>
      </w:hyperlink>
      <w:r w:rsidR="00276593" w:rsidRPr="004616A2">
        <w:rPr>
          <w:sz w:val="28"/>
          <w:szCs w:val="28"/>
          <w:lang w:val="kk-KZ"/>
        </w:rPr>
        <w:t xml:space="preserve">  </w:t>
      </w:r>
      <w:hyperlink r:id="rId811" w:history="1">
        <w:r w:rsidR="00276593" w:rsidRPr="004616A2">
          <w:rPr>
            <w:rStyle w:val="ae"/>
            <w:sz w:val="28"/>
            <w:szCs w:val="28"/>
            <w:lang w:val="en-US"/>
          </w:rPr>
          <w:t>https://www.instagram.com/reel/Dd9Jrwsq_Xt/?cplk=MW1td3dnY3BmaG90bQ</w:t>
        </w:r>
      </w:hyperlink>
      <w:r w:rsidR="00276593" w:rsidRPr="004616A2">
        <w:rPr>
          <w:sz w:val="28"/>
          <w:szCs w:val="28"/>
          <w:lang w:val="kk-KZ"/>
        </w:rPr>
        <w:t xml:space="preserve">==  </w:t>
      </w:r>
      <w:hyperlink r:id="rId812" w:history="1">
        <w:r w:rsidR="00276593" w:rsidRPr="004616A2">
          <w:rPr>
            <w:rStyle w:val="ae"/>
            <w:sz w:val="28"/>
            <w:szCs w:val="28"/>
            <w:lang w:val="en-US"/>
          </w:rPr>
          <w:t>https://www.instagram.com/reel/Dd9KRUrKxnu/?srtk=eXFyMGR4aTN3a2N1</w:t>
        </w:r>
      </w:hyperlink>
      <w:r w:rsidR="00276593" w:rsidRPr="004616A2">
        <w:rPr>
          <w:sz w:val="28"/>
          <w:szCs w:val="28"/>
          <w:lang w:val="kk-KZ"/>
        </w:rPr>
        <w:t xml:space="preserve"> </w:t>
      </w:r>
      <w:hyperlink r:id="rId813" w:history="1">
        <w:r w:rsidR="00276593" w:rsidRPr="004616A2">
          <w:rPr>
            <w:rStyle w:val="ae"/>
            <w:sz w:val="28"/>
            <w:szCs w:val="28"/>
            <w:lang w:val="en-US"/>
          </w:rPr>
          <w:t>https://www.instagram.com/reel/Dd9h0lEK6NG/?vrfl=MWVyc3NyZmc2MHpoYw</w:t>
        </w:r>
      </w:hyperlink>
      <w:r w:rsidR="00276593" w:rsidRPr="004616A2">
        <w:rPr>
          <w:sz w:val="28"/>
          <w:szCs w:val="28"/>
          <w:lang w:val="kk-KZ"/>
        </w:rPr>
        <w:t xml:space="preserve">== </w:t>
      </w:r>
      <w:hyperlink r:id="rId814" w:history="1">
        <w:r w:rsidR="00276593" w:rsidRPr="004616A2">
          <w:rPr>
            <w:rStyle w:val="ae"/>
            <w:sz w:val="28"/>
            <w:szCs w:val="28"/>
            <w:lang w:val="en-US"/>
          </w:rPr>
          <w:t>https://www.instagram.com/reel/DeEffk3skPY/?rpxt=MXE4c2hvaHZ5aWxnbw</w:t>
        </w:r>
      </w:hyperlink>
      <w:r w:rsidR="00276593" w:rsidRPr="004616A2">
        <w:rPr>
          <w:sz w:val="28"/>
          <w:szCs w:val="28"/>
          <w:lang w:val="kk-KZ"/>
        </w:rPr>
        <w:t xml:space="preserve">== </w:t>
      </w:r>
      <w:hyperlink r:id="rId815" w:history="1">
        <w:r w:rsidR="00276593" w:rsidRPr="004616A2">
          <w:rPr>
            <w:rStyle w:val="ae"/>
            <w:sz w:val="28"/>
            <w:szCs w:val="28"/>
            <w:lang w:val="en-US"/>
          </w:rPr>
          <w:t>https://www.instagram.com/reel/DeFBHpbKUY-/?dlrf=eGtjZWpmZzQwNmJ6</w:t>
        </w:r>
      </w:hyperlink>
      <w:r w:rsidR="00276593" w:rsidRPr="004616A2">
        <w:rPr>
          <w:sz w:val="28"/>
          <w:szCs w:val="28"/>
          <w:lang w:val="kk-KZ"/>
        </w:rPr>
        <w:t xml:space="preserve"> </w:t>
      </w:r>
      <w:hyperlink r:id="rId816" w:history="1">
        <w:r w:rsidR="00276593" w:rsidRPr="004616A2">
          <w:rPr>
            <w:rStyle w:val="ae"/>
            <w:sz w:val="28"/>
            <w:szCs w:val="28"/>
            <w:lang w:val="en-US"/>
          </w:rPr>
          <w:t>https://www.instagram.com/reel/DeGeqxjKEal/?exln=MTZocXhjOW15bWFxcA</w:t>
        </w:r>
      </w:hyperlink>
      <w:r w:rsidR="00276593" w:rsidRPr="004616A2">
        <w:rPr>
          <w:sz w:val="28"/>
          <w:szCs w:val="28"/>
          <w:lang w:val="kk-KZ"/>
        </w:rPr>
        <w:t xml:space="preserve">== </w:t>
      </w:r>
      <w:hyperlink r:id="rId817" w:history="1">
        <w:r w:rsidR="00276593" w:rsidRPr="004616A2">
          <w:rPr>
            <w:rStyle w:val="ae"/>
            <w:sz w:val="28"/>
            <w:szCs w:val="28"/>
            <w:lang w:val="en-US"/>
          </w:rPr>
          <w:t>https://www.instagram.com/reel/DeGesiFq73U/?xtok=MTNkcXRjYXZicGozZA</w:t>
        </w:r>
      </w:hyperlink>
      <w:r w:rsidR="00276593" w:rsidRPr="004616A2">
        <w:rPr>
          <w:sz w:val="28"/>
          <w:szCs w:val="28"/>
          <w:lang w:val="kk-KZ"/>
        </w:rPr>
        <w:t xml:space="preserve">== </w:t>
      </w:r>
      <w:hyperlink r:id="rId818" w:history="1">
        <w:r w:rsidR="00276593" w:rsidRPr="004616A2">
          <w:rPr>
            <w:rStyle w:val="ae"/>
            <w:sz w:val="28"/>
            <w:szCs w:val="28"/>
            <w:lang w:val="en-US"/>
          </w:rPr>
          <w:t>https://www.instagram.com/reel/DeGxwV_KOaP/?mdxt=bzB0MzFtbXRybnB0</w:t>
        </w:r>
      </w:hyperlink>
      <w:r w:rsidR="00276593" w:rsidRPr="004616A2">
        <w:rPr>
          <w:sz w:val="28"/>
          <w:szCs w:val="28"/>
          <w:lang w:val="kk-KZ"/>
        </w:rPr>
        <w:t xml:space="preserve"> </w:t>
      </w:r>
      <w:hyperlink r:id="rId819" w:history="1">
        <w:r w:rsidR="00276593" w:rsidRPr="004616A2">
          <w:rPr>
            <w:rStyle w:val="ae"/>
            <w:sz w:val="28"/>
            <w:szCs w:val="28"/>
            <w:lang w:val="en-US"/>
          </w:rPr>
          <w:t>https://www.instagram.com/reel/DeI-RlxK6bW/?dlrf=MXZjZm9neWIyYWZxaQ</w:t>
        </w:r>
      </w:hyperlink>
      <w:r w:rsidR="00276593" w:rsidRPr="004616A2">
        <w:rPr>
          <w:sz w:val="28"/>
          <w:szCs w:val="28"/>
          <w:lang w:val="kk-KZ"/>
        </w:rPr>
        <w:t xml:space="preserve">== </w:t>
      </w:r>
      <w:hyperlink r:id="rId820" w:history="1">
        <w:r w:rsidR="00276593" w:rsidRPr="004616A2">
          <w:rPr>
            <w:rStyle w:val="ae"/>
            <w:sz w:val="28"/>
            <w:szCs w:val="28"/>
            <w:lang w:val="en-US"/>
          </w:rPr>
          <w:t>https://www.instagram.com/p/Ddl3MwmCmZ0/?rpxt=eGIwZm5jYmhsZjRy</w:t>
        </w:r>
      </w:hyperlink>
      <w:r w:rsidR="00276593" w:rsidRPr="004616A2">
        <w:rPr>
          <w:sz w:val="28"/>
          <w:szCs w:val="28"/>
          <w:lang w:val="kk-KZ"/>
        </w:rPr>
        <w:t xml:space="preserve"> </w:t>
      </w:r>
      <w:hyperlink r:id="rId821" w:history="1">
        <w:r w:rsidR="00276593" w:rsidRPr="004616A2">
          <w:rPr>
            <w:rStyle w:val="ae"/>
            <w:sz w:val="28"/>
            <w:szCs w:val="28"/>
            <w:lang w:val="en-US"/>
          </w:rPr>
          <w:t>https://www.instagram.com/reel/DdoyletKa_4/?mdxt=MTZhYTAzbGFteDY3NQ</w:t>
        </w:r>
      </w:hyperlink>
      <w:r w:rsidR="00276593" w:rsidRPr="004616A2">
        <w:rPr>
          <w:sz w:val="28"/>
          <w:szCs w:val="28"/>
          <w:lang w:val="kk-KZ"/>
        </w:rPr>
        <w:t xml:space="preserve">== </w:t>
      </w:r>
      <w:hyperlink r:id="rId822" w:history="1">
        <w:r w:rsidR="00276593" w:rsidRPr="004616A2">
          <w:rPr>
            <w:rStyle w:val="ae"/>
            <w:sz w:val="28"/>
            <w:szCs w:val="28"/>
            <w:lang w:val="en-US"/>
          </w:rPr>
          <w:t>https://www.instagram.com/p/DdrZBO6qJFc/?srtk=MXN2dTNtcWV3aDNsdA</w:t>
        </w:r>
      </w:hyperlink>
      <w:r w:rsidR="00276593" w:rsidRPr="004616A2">
        <w:rPr>
          <w:sz w:val="28"/>
          <w:szCs w:val="28"/>
          <w:lang w:val="kk-KZ"/>
        </w:rPr>
        <w:t xml:space="preserve">==  </w:t>
      </w:r>
      <w:hyperlink r:id="rId823" w:history="1">
        <w:r w:rsidR="00276593" w:rsidRPr="004616A2">
          <w:rPr>
            <w:rStyle w:val="ae"/>
            <w:sz w:val="28"/>
            <w:szCs w:val="28"/>
            <w:lang w:val="en-US"/>
          </w:rPr>
          <w:t>https://www.instagram.com/reel/Dds8o4oK9G_/?dlrf=MW04aXQxYzVwajF1bA</w:t>
        </w:r>
      </w:hyperlink>
      <w:r w:rsidR="00276593" w:rsidRPr="004616A2">
        <w:rPr>
          <w:sz w:val="28"/>
          <w:szCs w:val="28"/>
          <w:lang w:val="kk-KZ"/>
        </w:rPr>
        <w:t xml:space="preserve">==  </w:t>
      </w:r>
      <w:hyperlink r:id="rId824" w:history="1">
        <w:r w:rsidR="00276593" w:rsidRPr="004616A2">
          <w:rPr>
            <w:rStyle w:val="ae"/>
            <w:sz w:val="28"/>
            <w:szCs w:val="28"/>
            <w:lang w:val="en-US"/>
          </w:rPr>
          <w:t>https://www.instagram.com/reel/DdtBKGUKtyq/?psln=MW1panN4bmRxaTYweQ</w:t>
        </w:r>
      </w:hyperlink>
      <w:r w:rsidR="00276593" w:rsidRPr="004616A2">
        <w:rPr>
          <w:sz w:val="28"/>
          <w:szCs w:val="28"/>
          <w:lang w:val="kk-KZ"/>
        </w:rPr>
        <w:t xml:space="preserve">== </w:t>
      </w:r>
      <w:hyperlink r:id="rId825" w:history="1">
        <w:r w:rsidR="00276593" w:rsidRPr="004616A2">
          <w:rPr>
            <w:rStyle w:val="ae"/>
            <w:sz w:val="28"/>
            <w:szCs w:val="28"/>
            <w:lang w:val="en-US"/>
          </w:rPr>
          <w:t>https://www.instagram.com/reel/DdzK9ZYh05o/?cplk=ODB6eHpkODBhbjV2</w:t>
        </w:r>
      </w:hyperlink>
      <w:r w:rsidR="00276593" w:rsidRPr="004616A2">
        <w:rPr>
          <w:sz w:val="28"/>
          <w:szCs w:val="28"/>
          <w:lang w:val="kk-KZ"/>
        </w:rPr>
        <w:t xml:space="preserve"> </w:t>
      </w:r>
      <w:hyperlink r:id="rId826" w:history="1">
        <w:r w:rsidR="00276593" w:rsidRPr="004616A2">
          <w:rPr>
            <w:rStyle w:val="ae"/>
            <w:sz w:val="28"/>
            <w:szCs w:val="28"/>
            <w:lang w:val="en-US"/>
          </w:rPr>
          <w:t>https://www.instagram.com/reel/DdzK8CHK34F/?obrf=bGZ5MzRmb2dubjJ3</w:t>
        </w:r>
      </w:hyperlink>
      <w:r w:rsidR="00276593" w:rsidRPr="004616A2">
        <w:rPr>
          <w:sz w:val="28"/>
          <w:szCs w:val="28"/>
          <w:lang w:val="kk-KZ"/>
        </w:rPr>
        <w:t xml:space="preserve">  </w:t>
      </w:r>
      <w:hyperlink r:id="rId827" w:history="1">
        <w:r w:rsidR="00276593" w:rsidRPr="004616A2">
          <w:rPr>
            <w:rStyle w:val="ae"/>
            <w:sz w:val="28"/>
            <w:szCs w:val="28"/>
            <w:lang w:val="en-US"/>
          </w:rPr>
          <w:t>https://www.instagram.com/reel/Dd-wrfZKdff/?dlrf=MW1hN2N3eDhzcTdo</w:t>
        </w:r>
      </w:hyperlink>
      <w:r w:rsidR="00276593" w:rsidRPr="004616A2">
        <w:rPr>
          <w:sz w:val="28"/>
          <w:szCs w:val="28"/>
          <w:lang w:val="kk-KZ"/>
        </w:rPr>
        <w:t xml:space="preserve"> </w:t>
      </w:r>
      <w:hyperlink r:id="rId828" w:history="1">
        <w:r w:rsidR="00276593" w:rsidRPr="004616A2">
          <w:rPr>
            <w:rStyle w:val="ae"/>
            <w:sz w:val="28"/>
            <w:szCs w:val="28"/>
            <w:lang w:val="en-US"/>
          </w:rPr>
          <w:t>https://www.instagram.com/reel/DeCyBioMXb-/?dlrf=cjF4ZTY2ZDVvMjFt</w:t>
        </w:r>
      </w:hyperlink>
    </w:p>
    <w:p w14:paraId="55E2772D" w14:textId="77777777" w:rsidR="00276593" w:rsidRPr="004616A2" w:rsidRDefault="00276593" w:rsidP="00276593">
      <w:pPr>
        <w:rPr>
          <w:sz w:val="28"/>
          <w:szCs w:val="28"/>
          <w:lang w:val="kk-KZ"/>
        </w:rPr>
      </w:pPr>
    </w:p>
    <w:p w14:paraId="2822ED18" w14:textId="373838A0" w:rsidR="004616A2" w:rsidRPr="004616A2" w:rsidRDefault="00E04597" w:rsidP="0091729D">
      <w:pPr>
        <w:jc w:val="both"/>
        <w:rPr>
          <w:b/>
          <w:sz w:val="28"/>
          <w:szCs w:val="28"/>
          <w:lang w:val="kk-KZ"/>
        </w:rPr>
      </w:pPr>
      <w:r>
        <w:rPr>
          <w:b/>
          <w:sz w:val="28"/>
          <w:szCs w:val="28"/>
          <w:lang w:val="kk-KZ"/>
        </w:rPr>
        <w:t xml:space="preserve">5.2. </w:t>
      </w:r>
      <w:r w:rsidR="004616A2" w:rsidRPr="004616A2">
        <w:rPr>
          <w:b/>
          <w:sz w:val="28"/>
          <w:szCs w:val="28"/>
          <w:lang w:val="kk-KZ"/>
        </w:rPr>
        <w:t>МЕКТЕПІШІЛІК ҚОСЫМША БІЛІМ БЕРУ ЖҰМЫСТАРЫ</w:t>
      </w:r>
    </w:p>
    <w:p w14:paraId="5EEE7F1E" w14:textId="4D73ACA2" w:rsidR="004616A2" w:rsidRPr="004616A2" w:rsidRDefault="00A40AE7" w:rsidP="0091729D">
      <w:pPr>
        <w:jc w:val="both"/>
        <w:rPr>
          <w:sz w:val="28"/>
          <w:szCs w:val="28"/>
          <w:lang w:val="kk-KZ"/>
        </w:rPr>
      </w:pPr>
      <w:r w:rsidRPr="00A40AE7">
        <w:rPr>
          <w:sz w:val="28"/>
          <w:szCs w:val="28"/>
          <w:lang w:val="kk-KZ"/>
        </w:rPr>
        <w:t xml:space="preserve">         </w:t>
      </w:r>
      <w:r w:rsidR="004616A2" w:rsidRPr="004616A2">
        <w:rPr>
          <w:sz w:val="28"/>
          <w:szCs w:val="28"/>
          <w:lang w:val="kk-KZ"/>
        </w:rPr>
        <w:t>№14 мектеп-гимназиясында оқушылардың сабақтан тыс уақытын тиімді әрі сапалы ұйымдастыру, олардың рухани-танымдық әлеуетін арттыру және асыл ұлттық мұрамызды ұлықтау бағытында жүйелі жұмыстар жүргізілуде. Осы мақсатта мектепте қосымша білім беру саласын дамыту үшін 1 штаттық бірлік бөлінді. Бөлінген бірлік шеңберінде оқушыларға бойына рухани-адамгершілік құндылықтарды дамытуға, патриоттық сезім мен эстетикалық талғамды қалыптастыруға бағытталған төмендегідей арнайы курс сабақтары ұйымдастырылып, тұрақты түрде өткізіліп келеді</w:t>
      </w:r>
    </w:p>
    <w:p w14:paraId="7E8F9416" w14:textId="77777777" w:rsidR="004616A2" w:rsidRPr="004616A2" w:rsidRDefault="004616A2" w:rsidP="0091729D">
      <w:pPr>
        <w:jc w:val="both"/>
        <w:rPr>
          <w:sz w:val="28"/>
          <w:szCs w:val="28"/>
          <w:lang w:val="kk-KZ"/>
        </w:rPr>
      </w:pPr>
      <w:r w:rsidRPr="004616A2">
        <w:rPr>
          <w:sz w:val="28"/>
          <w:szCs w:val="28"/>
          <w:lang w:val="kk-KZ"/>
        </w:rPr>
        <w:t>•</w:t>
      </w:r>
      <w:r w:rsidRPr="004616A2">
        <w:rPr>
          <w:sz w:val="28"/>
          <w:szCs w:val="28"/>
          <w:lang w:val="kk-KZ"/>
        </w:rPr>
        <w:tab/>
      </w:r>
      <w:r w:rsidRPr="004616A2">
        <w:rPr>
          <w:b/>
          <w:sz w:val="28"/>
          <w:szCs w:val="28"/>
          <w:lang w:val="kk-KZ"/>
        </w:rPr>
        <w:t>«Тұлғатану» сабақтары:</w:t>
      </w:r>
      <w:r w:rsidRPr="004616A2">
        <w:rPr>
          <w:sz w:val="28"/>
          <w:szCs w:val="28"/>
          <w:lang w:val="kk-KZ"/>
        </w:rPr>
        <w:t xml:space="preserve"> Оқушыларды халқымыздың біртуар тарихи тұлғаларының, қайраткерлері мен зиялыларының ғибратты өмір жолымен таныстыруға, олардың өнегелі істерін үлгі етуге бағытталған;</w:t>
      </w:r>
    </w:p>
    <w:p w14:paraId="6531094D" w14:textId="77777777" w:rsidR="004616A2" w:rsidRPr="004616A2" w:rsidRDefault="004616A2" w:rsidP="0091729D">
      <w:pPr>
        <w:jc w:val="both"/>
        <w:rPr>
          <w:sz w:val="28"/>
          <w:szCs w:val="28"/>
          <w:lang w:val="kk-KZ"/>
        </w:rPr>
      </w:pPr>
      <w:r w:rsidRPr="004616A2">
        <w:rPr>
          <w:sz w:val="28"/>
          <w:szCs w:val="28"/>
          <w:lang w:val="kk-KZ"/>
        </w:rPr>
        <w:t>•</w:t>
      </w:r>
      <w:r w:rsidRPr="004616A2">
        <w:rPr>
          <w:sz w:val="28"/>
          <w:szCs w:val="28"/>
          <w:lang w:val="kk-KZ"/>
        </w:rPr>
        <w:tab/>
      </w:r>
      <w:r w:rsidRPr="004616A2">
        <w:rPr>
          <w:b/>
          <w:sz w:val="28"/>
          <w:szCs w:val="28"/>
          <w:lang w:val="kk-KZ"/>
        </w:rPr>
        <w:t>«Жыршы-жырау» сабақтары:</w:t>
      </w:r>
      <w:r w:rsidRPr="004616A2">
        <w:rPr>
          <w:sz w:val="28"/>
          <w:szCs w:val="28"/>
          <w:lang w:val="kk-KZ"/>
        </w:rPr>
        <w:t xml:space="preserve"> Төл әдебиетіміз бен фольклорымызды, жыраулық өнерді, батырлар мен дастан-жырларды дәріптеу арқылы ана тіліміз бен тарихымызға деген сүйіспеншілікті арттырады.</w:t>
      </w:r>
    </w:p>
    <w:p w14:paraId="253EABD0" w14:textId="77777777" w:rsidR="004616A2" w:rsidRPr="004616A2" w:rsidRDefault="004616A2" w:rsidP="0091729D">
      <w:pPr>
        <w:jc w:val="both"/>
        <w:rPr>
          <w:sz w:val="28"/>
          <w:szCs w:val="28"/>
          <w:lang w:val="kk-KZ"/>
        </w:rPr>
      </w:pPr>
      <w:r w:rsidRPr="004616A2">
        <w:rPr>
          <w:sz w:val="28"/>
          <w:szCs w:val="28"/>
          <w:lang w:val="kk-KZ"/>
        </w:rPr>
        <w:t>2024–2025 оқу жылының қорытындысы бойынша мектеп оқушыларының қосымша білім берумен қамтылу көрсеткіші 14,63%-ды құрады.</w:t>
      </w:r>
    </w:p>
    <w:p w14:paraId="7052000F" w14:textId="5D2ADF84" w:rsidR="004616A2" w:rsidRDefault="004616A2" w:rsidP="0091729D">
      <w:pPr>
        <w:jc w:val="both"/>
        <w:rPr>
          <w:sz w:val="28"/>
          <w:szCs w:val="28"/>
          <w:lang w:val="kk-KZ"/>
        </w:rPr>
      </w:pPr>
      <w:r w:rsidRPr="004616A2">
        <w:rPr>
          <w:sz w:val="28"/>
          <w:szCs w:val="28"/>
          <w:lang w:val="kk-KZ"/>
        </w:rPr>
        <w:t>Бұл бастамалар оқушылардың бос уақытын сапалы өткізуіне мүмкіндік беріп қана қоймай, олардың бойында ұлттық сана-сезім мен салт-дәстүрге деген құрметті тереңдетуге үлкен үлес қосуда.</w:t>
      </w:r>
    </w:p>
    <w:p w14:paraId="33E3B575" w14:textId="46F4A350" w:rsidR="00276593" w:rsidRPr="004616A2" w:rsidRDefault="00276593" w:rsidP="00276593">
      <w:pPr>
        <w:jc w:val="both"/>
        <w:rPr>
          <w:sz w:val="28"/>
          <w:szCs w:val="28"/>
          <w:lang w:val="kk-KZ"/>
        </w:rPr>
      </w:pPr>
      <w:r w:rsidRPr="004616A2">
        <w:rPr>
          <w:sz w:val="28"/>
          <w:szCs w:val="28"/>
          <w:lang w:val="kk-KZ"/>
        </w:rPr>
        <w:t>2025–2026 оқу жылында білім беру ұйымымызда оқушылардың белсенділігі мен ынтасын арттыруға бағытталған ауқымды жұмыстар жүргізілді. Жыл бойы өткізілген іс-шаралардың жалпы қатысу көрсеткіші 15,84%-ды құрап, алдағы уақытта бұл көрсеткішті одан әрі арттырудың негізгі межелері айқындалды.</w:t>
      </w:r>
    </w:p>
    <w:p w14:paraId="41B5134F" w14:textId="77777777" w:rsidR="00276593" w:rsidRPr="004616A2" w:rsidRDefault="00276593" w:rsidP="00276593">
      <w:pPr>
        <w:jc w:val="both"/>
        <w:rPr>
          <w:sz w:val="28"/>
          <w:szCs w:val="28"/>
        </w:rPr>
      </w:pPr>
      <w:r w:rsidRPr="004616A2">
        <w:rPr>
          <w:sz w:val="28"/>
          <w:szCs w:val="28"/>
        </w:rPr>
        <w:t>«Тұлға тану» сабағы: Тарихи таным мен ұлттық сана-сезім</w:t>
      </w:r>
    </w:p>
    <w:p w14:paraId="5AB29451" w14:textId="77777777" w:rsidR="00276593" w:rsidRPr="004616A2" w:rsidRDefault="00276593" w:rsidP="00276593">
      <w:pPr>
        <w:jc w:val="both"/>
        <w:rPr>
          <w:sz w:val="28"/>
          <w:szCs w:val="28"/>
        </w:rPr>
      </w:pPr>
      <w:r w:rsidRPr="004616A2">
        <w:rPr>
          <w:sz w:val="28"/>
          <w:szCs w:val="28"/>
        </w:rPr>
        <w:t>Білім ордасында жас ұрпақтың бойына асыл қасиеттерді сіңіріп, дара болмысы мен адамгершілік құндылықтарын қалыптастыруға бағытталған «Тұлға тану» сабағы жоғары ұйымдастырушылық деңгейде өтті. Бұл арнаулы сабақ аясында оқушылар:</w:t>
      </w:r>
    </w:p>
    <w:p w14:paraId="0FF0C05E" w14:textId="77777777" w:rsidR="00276593" w:rsidRPr="004616A2" w:rsidRDefault="00276593" w:rsidP="00276593">
      <w:pPr>
        <w:jc w:val="both"/>
        <w:rPr>
          <w:sz w:val="28"/>
          <w:szCs w:val="28"/>
        </w:rPr>
      </w:pPr>
      <w:r w:rsidRPr="004616A2">
        <w:rPr>
          <w:sz w:val="28"/>
          <w:szCs w:val="28"/>
        </w:rPr>
        <w:t>•</w:t>
      </w:r>
      <w:r w:rsidRPr="004616A2">
        <w:rPr>
          <w:sz w:val="28"/>
          <w:szCs w:val="28"/>
        </w:rPr>
        <w:tab/>
        <w:t>Тарихи мұрамен танысты: Ел тарихында өшпес із қалдырған, ұлттың бірегей тұлғаларының ғибратты өмір жолы мен елге сіңірген еңбегін терең зерттеді.</w:t>
      </w:r>
    </w:p>
    <w:p w14:paraId="2210A0EE" w14:textId="77777777" w:rsidR="00276593" w:rsidRPr="004616A2" w:rsidRDefault="00276593" w:rsidP="00276593">
      <w:pPr>
        <w:jc w:val="both"/>
        <w:rPr>
          <w:sz w:val="28"/>
          <w:szCs w:val="28"/>
        </w:rPr>
      </w:pPr>
      <w:r w:rsidRPr="004616A2">
        <w:rPr>
          <w:sz w:val="28"/>
          <w:szCs w:val="28"/>
        </w:rPr>
        <w:lastRenderedPageBreak/>
        <w:t>•</w:t>
      </w:r>
      <w:r w:rsidRPr="004616A2">
        <w:rPr>
          <w:sz w:val="28"/>
          <w:szCs w:val="28"/>
        </w:rPr>
        <w:tab/>
        <w:t>Өнеге алды: Бабалардың патриоттық рухын, отаншылдығы мен парасаттылығын бойларына дарытып, өзіндік көзқарасы мен азаматтық ұстанымын қалыптастыруға мүмкіндік алды.</w:t>
      </w:r>
    </w:p>
    <w:p w14:paraId="72FA8893" w14:textId="77777777" w:rsidR="00276593" w:rsidRPr="004616A2" w:rsidRDefault="00276593" w:rsidP="00276593">
      <w:pPr>
        <w:jc w:val="both"/>
        <w:rPr>
          <w:sz w:val="28"/>
          <w:szCs w:val="28"/>
        </w:rPr>
      </w:pPr>
      <w:r w:rsidRPr="004616A2">
        <w:rPr>
          <w:sz w:val="28"/>
          <w:szCs w:val="28"/>
        </w:rPr>
        <w:t>«Жыршы жырау» сабағы: Бабалар аманаты және сөз өнері</w:t>
      </w:r>
    </w:p>
    <w:p w14:paraId="10565F80" w14:textId="77777777" w:rsidR="00276593" w:rsidRPr="004616A2" w:rsidRDefault="00276593" w:rsidP="00276593">
      <w:pPr>
        <w:jc w:val="both"/>
        <w:rPr>
          <w:sz w:val="28"/>
          <w:szCs w:val="28"/>
        </w:rPr>
      </w:pPr>
      <w:r w:rsidRPr="004616A2">
        <w:rPr>
          <w:sz w:val="28"/>
          <w:szCs w:val="28"/>
        </w:rPr>
        <w:t>Сонымен қатар, ұлттық поэзияның биік шыңы – қазақтың бас жырауы, дара ойшыл Бұқар жырау Қалқаманұлының бай әдеби мұрасын дәріптеуге арналған «Жыршы жырау» сабағы өткізілді. Сабақ барысында келесідей маңызды нәтижелерге қол жеткізілді:</w:t>
      </w:r>
    </w:p>
    <w:p w14:paraId="5C9A5AC9" w14:textId="77777777" w:rsidR="00276593" w:rsidRPr="004616A2" w:rsidRDefault="00276593" w:rsidP="00276593">
      <w:pPr>
        <w:jc w:val="both"/>
        <w:rPr>
          <w:sz w:val="28"/>
          <w:szCs w:val="28"/>
        </w:rPr>
      </w:pPr>
      <w:r w:rsidRPr="004616A2">
        <w:rPr>
          <w:sz w:val="28"/>
          <w:szCs w:val="28"/>
        </w:rPr>
        <w:t>•</w:t>
      </w:r>
      <w:r w:rsidRPr="004616A2">
        <w:rPr>
          <w:sz w:val="28"/>
          <w:szCs w:val="28"/>
        </w:rPr>
        <w:tab/>
        <w:t>Көркем сөз қуаты: Оқушылар Бұқар жыраудың терең философияға, елдік пен бірлікке үндейтін толғаулары мен жырларын жатқа айтып, қазақ сөз өнерінің құдіретін сезінді.</w:t>
      </w:r>
    </w:p>
    <w:p w14:paraId="2899AE15" w14:textId="7617282E" w:rsidR="00276593" w:rsidRDefault="00276593" w:rsidP="00276593">
      <w:pPr>
        <w:jc w:val="both"/>
        <w:rPr>
          <w:sz w:val="28"/>
          <w:szCs w:val="28"/>
        </w:rPr>
      </w:pPr>
      <w:r w:rsidRPr="004616A2">
        <w:rPr>
          <w:sz w:val="28"/>
          <w:szCs w:val="28"/>
        </w:rPr>
        <w:t>•</w:t>
      </w:r>
      <w:r w:rsidRPr="004616A2">
        <w:rPr>
          <w:sz w:val="28"/>
          <w:szCs w:val="28"/>
        </w:rPr>
        <w:tab/>
        <w:t>Рухани сабақтастық: Жастар бабалар аманатына адалдық танытып, ұлттық сөз өнеріне, ана тіліне деген сүйіспеншіліктері мен құрметін аңғартты.</w:t>
      </w:r>
    </w:p>
    <w:p w14:paraId="7D3D7D99" w14:textId="77777777" w:rsidR="00E04597" w:rsidRPr="004616A2" w:rsidRDefault="00E04597" w:rsidP="00E04597">
      <w:pPr>
        <w:jc w:val="both"/>
        <w:rPr>
          <w:sz w:val="28"/>
          <w:szCs w:val="28"/>
          <w:lang w:val="kk-KZ"/>
        </w:rPr>
      </w:pPr>
      <w:r w:rsidRPr="004616A2">
        <w:rPr>
          <w:sz w:val="28"/>
          <w:szCs w:val="28"/>
          <w:lang w:val="kk-KZ"/>
        </w:rPr>
        <w:t>2026–2027 оқу жылында мектебімізде оқушылардың шығармашылық әлеуетін ашу, танымдық қызығушылығын арттыру және бос уақытын тиімді ұйымдастыру мақсатында мектептен тыс үйірмелер қатары жаңартылып, мазмұны байытылды. Жас ұрпақтың бойына ұлттық құндылықтарды дарыта отырып, заманауи өнер түрлерін меңгертуге бағытталған үйірме жұмыстары екі негізгі бағытта белсенді жүргізілуде.</w:t>
      </w:r>
    </w:p>
    <w:p w14:paraId="3B085849" w14:textId="77777777" w:rsidR="00E04597" w:rsidRPr="004616A2" w:rsidRDefault="00E04597" w:rsidP="00E04597">
      <w:pPr>
        <w:jc w:val="both"/>
        <w:rPr>
          <w:sz w:val="28"/>
          <w:szCs w:val="28"/>
          <w:lang w:val="kk-KZ"/>
        </w:rPr>
      </w:pPr>
      <w:r w:rsidRPr="004616A2">
        <w:rPr>
          <w:sz w:val="28"/>
          <w:szCs w:val="28"/>
          <w:lang w:val="kk-KZ"/>
        </w:rPr>
        <w:t>1. «Жыршы – жырау» үйірмесі: Ұлттық мұра мен сөз өнерінің сабақтастығы</w:t>
      </w:r>
    </w:p>
    <w:p w14:paraId="4A2FAC2E" w14:textId="77777777" w:rsidR="00E04597" w:rsidRPr="004616A2" w:rsidRDefault="00E04597" w:rsidP="00E04597">
      <w:pPr>
        <w:jc w:val="both"/>
        <w:rPr>
          <w:sz w:val="28"/>
          <w:szCs w:val="28"/>
          <w:lang w:val="kk-KZ"/>
        </w:rPr>
      </w:pPr>
      <w:r w:rsidRPr="004616A2">
        <w:rPr>
          <w:sz w:val="28"/>
          <w:szCs w:val="28"/>
          <w:lang w:val="kk-KZ"/>
        </w:rPr>
        <w:t>Ұлттық сөз өнерін дәріптеу және тарихи жадыны жаңғырту мақсатында «Жыршы – жырау» бағыты одан әрі дамытылып, жаңа серпін алды.</w:t>
      </w:r>
    </w:p>
    <w:p w14:paraId="21ED3B60" w14:textId="77777777" w:rsidR="00E04597" w:rsidRPr="004616A2" w:rsidRDefault="00E04597" w:rsidP="00E04597">
      <w:pPr>
        <w:jc w:val="both"/>
        <w:rPr>
          <w:sz w:val="28"/>
          <w:szCs w:val="28"/>
          <w:lang w:val="kk-KZ"/>
        </w:rPr>
      </w:pPr>
      <w:r w:rsidRPr="004616A2">
        <w:rPr>
          <w:sz w:val="28"/>
          <w:szCs w:val="28"/>
          <w:lang w:val="kk-KZ"/>
        </w:rPr>
        <w:t>•</w:t>
      </w:r>
      <w:r w:rsidRPr="004616A2">
        <w:rPr>
          <w:sz w:val="28"/>
          <w:szCs w:val="28"/>
          <w:lang w:val="kk-KZ"/>
        </w:rPr>
        <w:tab/>
        <w:t>Мазмұны мен мақсаты: Үйірме сабақтарында оқушылар Бұқар жыраудың терең философиялық толғаулары мен асыл сөздерін, тарихи жырларды жатқа айтып, мақамын келтіре орындауды үйренеді.</w:t>
      </w:r>
    </w:p>
    <w:p w14:paraId="250BA379" w14:textId="77777777" w:rsidR="00E04597" w:rsidRPr="004616A2" w:rsidRDefault="00E04597" w:rsidP="00E04597">
      <w:pPr>
        <w:jc w:val="both"/>
        <w:rPr>
          <w:sz w:val="28"/>
          <w:szCs w:val="28"/>
          <w:lang w:val="kk-KZ"/>
        </w:rPr>
      </w:pPr>
      <w:r w:rsidRPr="004616A2">
        <w:rPr>
          <w:sz w:val="28"/>
          <w:szCs w:val="28"/>
          <w:lang w:val="kk-KZ"/>
        </w:rPr>
        <w:t>•</w:t>
      </w:r>
      <w:r w:rsidRPr="004616A2">
        <w:rPr>
          <w:sz w:val="28"/>
          <w:szCs w:val="28"/>
          <w:lang w:val="kk-KZ"/>
        </w:rPr>
        <w:tab/>
        <w:t>Дамытатын дағдылары: Оқушылардың мәнерлеп айту шеберлігі, сахналық тіл мәдениеті мен шешендік өнері шыңдалады.</w:t>
      </w:r>
    </w:p>
    <w:p w14:paraId="4A8B2B61" w14:textId="77777777" w:rsidR="00E04597" w:rsidRPr="004616A2" w:rsidRDefault="00E04597" w:rsidP="00E04597">
      <w:pPr>
        <w:jc w:val="both"/>
        <w:rPr>
          <w:sz w:val="28"/>
          <w:szCs w:val="28"/>
          <w:lang w:val="kk-KZ"/>
        </w:rPr>
      </w:pPr>
      <w:r w:rsidRPr="004616A2">
        <w:rPr>
          <w:sz w:val="28"/>
          <w:szCs w:val="28"/>
          <w:lang w:val="kk-KZ"/>
        </w:rPr>
        <w:t>•</w:t>
      </w:r>
      <w:r w:rsidRPr="004616A2">
        <w:rPr>
          <w:sz w:val="28"/>
          <w:szCs w:val="28"/>
          <w:lang w:val="kk-KZ"/>
        </w:rPr>
        <w:tab/>
        <w:t>Тәрбиелік мәні: Ұлы жыраулардың асыл мұрасын бойына сіңірген балалардың отансүйгіштік, патриоттық сезімі артып, ұлттық болмысы мен тарихи санасы қалыптасады.</w:t>
      </w:r>
    </w:p>
    <w:p w14:paraId="580BFA95" w14:textId="77777777" w:rsidR="00E04597" w:rsidRPr="004616A2" w:rsidRDefault="00E04597" w:rsidP="00E04597">
      <w:pPr>
        <w:jc w:val="both"/>
        <w:rPr>
          <w:sz w:val="28"/>
          <w:szCs w:val="28"/>
          <w:lang w:val="kk-KZ"/>
        </w:rPr>
      </w:pPr>
      <w:r w:rsidRPr="004616A2">
        <w:rPr>
          <w:sz w:val="28"/>
          <w:szCs w:val="28"/>
          <w:lang w:val="kk-KZ"/>
        </w:rPr>
        <w:t>2. «Көлеңке театры» үйірмесі: Өнер мен креативті ойлау алаңы</w:t>
      </w:r>
    </w:p>
    <w:p w14:paraId="5E9917DE" w14:textId="77777777" w:rsidR="00E04597" w:rsidRPr="004616A2" w:rsidRDefault="00E04597" w:rsidP="00E04597">
      <w:pPr>
        <w:jc w:val="both"/>
        <w:rPr>
          <w:sz w:val="28"/>
          <w:szCs w:val="28"/>
          <w:lang w:val="kk-KZ"/>
        </w:rPr>
      </w:pPr>
      <w:r w:rsidRPr="004616A2">
        <w:rPr>
          <w:sz w:val="28"/>
          <w:szCs w:val="28"/>
          <w:lang w:val="kk-KZ"/>
        </w:rPr>
        <w:t>Жаңа оқу жылында оқушылардың сұранысы мен заманауи педагогикалық талаптарға сай жаңадан «Көлеңке театры» сабағы қосылды. Мұнда оқушылар жарық пен көлеңкенің үйлесімі арқылы ғажайып өнер әлеміне қадам басады.</w:t>
      </w:r>
    </w:p>
    <w:p w14:paraId="32359583" w14:textId="77777777" w:rsidR="00E04597" w:rsidRPr="004616A2" w:rsidRDefault="00E04597" w:rsidP="00E04597">
      <w:pPr>
        <w:jc w:val="both"/>
        <w:rPr>
          <w:sz w:val="28"/>
          <w:szCs w:val="28"/>
          <w:lang w:val="kk-KZ"/>
        </w:rPr>
      </w:pPr>
      <w:r w:rsidRPr="004616A2">
        <w:rPr>
          <w:sz w:val="28"/>
          <w:szCs w:val="28"/>
          <w:lang w:val="kk-KZ"/>
        </w:rPr>
        <w:t>•</w:t>
      </w:r>
      <w:r w:rsidRPr="004616A2">
        <w:rPr>
          <w:sz w:val="28"/>
          <w:szCs w:val="28"/>
          <w:lang w:val="kk-KZ"/>
        </w:rPr>
        <w:tab/>
        <w:t>Мазмұны мен мақсаты: Оқушылар халық ертегілері мен тарихи аңыздарды, мысалдарды көлеңке театры тәсілдері арқылы сахналап, кейіпкерлердің бейнесін сомдайды.</w:t>
      </w:r>
    </w:p>
    <w:p w14:paraId="4CB591B7" w14:textId="77777777" w:rsidR="00E04597" w:rsidRPr="004616A2" w:rsidRDefault="00E04597" w:rsidP="00E04597">
      <w:pPr>
        <w:jc w:val="both"/>
        <w:rPr>
          <w:sz w:val="28"/>
          <w:szCs w:val="28"/>
          <w:lang w:val="kk-KZ"/>
        </w:rPr>
      </w:pPr>
      <w:r w:rsidRPr="004616A2">
        <w:rPr>
          <w:sz w:val="28"/>
          <w:szCs w:val="28"/>
          <w:lang w:val="kk-KZ"/>
        </w:rPr>
        <w:t>•</w:t>
      </w:r>
      <w:r w:rsidRPr="004616A2">
        <w:rPr>
          <w:sz w:val="28"/>
          <w:szCs w:val="28"/>
          <w:lang w:val="kk-KZ"/>
        </w:rPr>
        <w:tab/>
        <w:t>Дамытатын дағдылары: Үйірме балалардың актерлік шеберлігін, сахналық мәдениетін, қиялы мен креативті ойлау қабілетін дамытады. Сонымен қатар, реквизиттер мен силуэттерді дайындау арқылы эстетикалық талғамы қалыптасады.</w:t>
      </w:r>
    </w:p>
    <w:p w14:paraId="6CA3EC20" w14:textId="77777777" w:rsidR="00E04597" w:rsidRPr="004616A2" w:rsidRDefault="00E04597" w:rsidP="00E04597">
      <w:pPr>
        <w:jc w:val="both"/>
        <w:rPr>
          <w:sz w:val="28"/>
          <w:szCs w:val="28"/>
          <w:lang w:val="kk-KZ"/>
        </w:rPr>
      </w:pPr>
      <w:r w:rsidRPr="004616A2">
        <w:rPr>
          <w:sz w:val="28"/>
          <w:szCs w:val="28"/>
          <w:lang w:val="kk-KZ"/>
        </w:rPr>
        <w:t>•</w:t>
      </w:r>
      <w:r w:rsidRPr="004616A2">
        <w:rPr>
          <w:sz w:val="28"/>
          <w:szCs w:val="28"/>
          <w:lang w:val="kk-KZ"/>
        </w:rPr>
        <w:tab/>
        <w:t>Тәрбиелік мәні: Репетициялар мен сахналық қойылымдар барысында балалар өзара сыйластықты, бір-бірін қолдауды және ұжымда бірігіп жұмыс істеу дағдыларын меңгереді.</w:t>
      </w:r>
    </w:p>
    <w:p w14:paraId="67A66EE0" w14:textId="77777777" w:rsidR="00E04597" w:rsidRPr="004616A2" w:rsidRDefault="00E04597" w:rsidP="00E04597">
      <w:pPr>
        <w:jc w:val="both"/>
        <w:rPr>
          <w:sz w:val="28"/>
          <w:szCs w:val="28"/>
          <w:lang w:val="kk-KZ"/>
        </w:rPr>
      </w:pPr>
      <w:r w:rsidRPr="004616A2">
        <w:rPr>
          <w:sz w:val="28"/>
          <w:szCs w:val="28"/>
          <w:lang w:val="kk-KZ"/>
        </w:rPr>
        <w:t>Күтілетін нәтиже</w:t>
      </w:r>
    </w:p>
    <w:p w14:paraId="76F86CE6" w14:textId="77777777" w:rsidR="00E04597" w:rsidRPr="004616A2" w:rsidRDefault="00E04597" w:rsidP="00E04597">
      <w:pPr>
        <w:jc w:val="both"/>
        <w:rPr>
          <w:sz w:val="28"/>
          <w:szCs w:val="28"/>
          <w:lang w:val="kk-KZ"/>
        </w:rPr>
      </w:pPr>
      <w:r w:rsidRPr="004616A2">
        <w:rPr>
          <w:sz w:val="28"/>
          <w:szCs w:val="28"/>
          <w:lang w:val="kk-KZ"/>
        </w:rPr>
        <w:t xml:space="preserve">Жаңартылған үйірме жұмыстары оқушылардың бойында дәстүрлі ұлттық құндылықтар мен заманауи креативті дағдылардың тоғысуына мүмкіндік береді. Мұндай сабақтар балалардың мектепке деген қызығушылығын арттырып, олардың </w:t>
      </w:r>
      <w:r w:rsidRPr="004616A2">
        <w:rPr>
          <w:sz w:val="28"/>
          <w:szCs w:val="28"/>
          <w:lang w:val="kk-KZ"/>
        </w:rPr>
        <w:lastRenderedPageBreak/>
        <w:t>жан-жақты жеке тұлға болып қалыптасуына үлкен септігін тигізеді.</w:t>
      </w:r>
    </w:p>
    <w:p w14:paraId="1217C30E" w14:textId="69ADF5B7" w:rsidR="0091729D" w:rsidRPr="00E04597" w:rsidRDefault="00E04597" w:rsidP="0091729D">
      <w:pPr>
        <w:jc w:val="both"/>
        <w:rPr>
          <w:b/>
          <w:sz w:val="28"/>
          <w:szCs w:val="28"/>
          <w:lang w:val="kk-KZ"/>
        </w:rPr>
      </w:pPr>
      <w:r w:rsidRPr="00E04597">
        <w:rPr>
          <w:b/>
          <w:sz w:val="28"/>
          <w:szCs w:val="28"/>
          <w:lang w:val="kk-KZ"/>
        </w:rPr>
        <w:t>Қосымша білім беру үйірмелері</w:t>
      </w:r>
    </w:p>
    <w:p w14:paraId="59EFC18F" w14:textId="38FDED60" w:rsidR="00E04597" w:rsidRDefault="00E04597" w:rsidP="0091729D">
      <w:pPr>
        <w:jc w:val="both"/>
      </w:pPr>
    </w:p>
    <w:p w14:paraId="00883DE4" w14:textId="77777777" w:rsidR="00F060A1" w:rsidRPr="0091729D" w:rsidRDefault="00F060A1" w:rsidP="0091729D">
      <w:pPr>
        <w:jc w:val="both"/>
        <w:rPr>
          <w:b/>
          <w:color w:val="FF0000"/>
          <w:sz w:val="24"/>
          <w:szCs w:val="24"/>
          <w:lang w:val="kk-KZ"/>
        </w:rPr>
      </w:pPr>
    </w:p>
    <w:p w14:paraId="6BA58FD9" w14:textId="77777777" w:rsidR="004616A2" w:rsidRPr="004616A2" w:rsidRDefault="004616A2" w:rsidP="0091729D">
      <w:pPr>
        <w:jc w:val="both"/>
        <w:rPr>
          <w:b/>
          <w:sz w:val="28"/>
          <w:szCs w:val="28"/>
          <w:lang w:val="kk-KZ"/>
        </w:rPr>
      </w:pPr>
      <w:r w:rsidRPr="004616A2">
        <w:rPr>
          <w:b/>
          <w:sz w:val="28"/>
          <w:szCs w:val="28"/>
          <w:lang w:val="kk-KZ"/>
        </w:rPr>
        <w:t>ҮЙІРМЕ ЖҰМЫСТАРЫН ҰЙЫМДАСТЫРУ</w:t>
      </w:r>
    </w:p>
    <w:p w14:paraId="498C5724" w14:textId="77777777" w:rsidR="004616A2" w:rsidRPr="004616A2" w:rsidRDefault="004616A2" w:rsidP="0091729D">
      <w:pPr>
        <w:jc w:val="both"/>
        <w:rPr>
          <w:sz w:val="28"/>
          <w:szCs w:val="28"/>
          <w:lang w:val="kk-KZ"/>
        </w:rPr>
      </w:pPr>
      <w:r w:rsidRPr="004616A2">
        <w:rPr>
          <w:sz w:val="28"/>
          <w:szCs w:val="28"/>
          <w:lang w:val="kk-KZ"/>
        </w:rPr>
        <w:t xml:space="preserve">            2024–2025 оқу жылында мектебімізде оқушылардың бос уақытын тиімді ұйымдастыру және шығармашылық, интеллектуалдық, дене шынықтыру қабілеттерін дамыту мақсатында тегін 29 үйірме жұмыс істеді.</w:t>
      </w:r>
    </w:p>
    <w:p w14:paraId="27F7DBB8" w14:textId="77777777" w:rsidR="004616A2" w:rsidRPr="004616A2" w:rsidRDefault="004616A2" w:rsidP="0091729D">
      <w:pPr>
        <w:jc w:val="both"/>
        <w:rPr>
          <w:sz w:val="28"/>
          <w:szCs w:val="28"/>
          <w:lang w:val="kk-KZ"/>
        </w:rPr>
      </w:pPr>
      <w:r w:rsidRPr="004616A2">
        <w:rPr>
          <w:sz w:val="28"/>
          <w:szCs w:val="28"/>
          <w:lang w:val="kk-KZ"/>
        </w:rPr>
        <w:t>Үйірмелер мынадай негізгі бағыттар бойынша ұйымдастырылды:</w:t>
      </w:r>
    </w:p>
    <w:p w14:paraId="6AB4DAF0" w14:textId="77777777" w:rsidR="004616A2" w:rsidRPr="004616A2" w:rsidRDefault="004616A2" w:rsidP="0091729D">
      <w:pPr>
        <w:jc w:val="both"/>
        <w:rPr>
          <w:sz w:val="28"/>
          <w:szCs w:val="28"/>
          <w:lang w:val="kk-KZ"/>
        </w:rPr>
      </w:pPr>
      <w:r w:rsidRPr="004616A2">
        <w:rPr>
          <w:sz w:val="28"/>
          <w:szCs w:val="28"/>
          <w:lang w:val="kk-KZ"/>
        </w:rPr>
        <w:t>•</w:t>
      </w:r>
      <w:r w:rsidRPr="004616A2">
        <w:rPr>
          <w:sz w:val="28"/>
          <w:szCs w:val="28"/>
          <w:lang w:val="kk-KZ"/>
        </w:rPr>
        <w:tab/>
        <w:t>10 – ұлттық спорт бағытындағы үйірмелер;</w:t>
      </w:r>
    </w:p>
    <w:p w14:paraId="374012C3" w14:textId="77777777" w:rsidR="004616A2" w:rsidRPr="004616A2" w:rsidRDefault="004616A2" w:rsidP="0091729D">
      <w:pPr>
        <w:jc w:val="both"/>
        <w:rPr>
          <w:sz w:val="28"/>
          <w:szCs w:val="28"/>
          <w:lang w:val="kk-KZ"/>
        </w:rPr>
      </w:pPr>
      <w:r w:rsidRPr="004616A2">
        <w:rPr>
          <w:sz w:val="28"/>
          <w:szCs w:val="28"/>
          <w:lang w:val="kk-KZ"/>
        </w:rPr>
        <w:t>•</w:t>
      </w:r>
      <w:r w:rsidRPr="004616A2">
        <w:rPr>
          <w:sz w:val="28"/>
          <w:szCs w:val="28"/>
          <w:lang w:val="kk-KZ"/>
        </w:rPr>
        <w:tab/>
        <w:t>11 – ғылыми-техникалық және экологиялық бағыттағы үйірмелер;</w:t>
      </w:r>
    </w:p>
    <w:p w14:paraId="301C9A0F" w14:textId="77777777" w:rsidR="004616A2" w:rsidRPr="004616A2" w:rsidRDefault="004616A2" w:rsidP="0091729D">
      <w:pPr>
        <w:jc w:val="both"/>
        <w:rPr>
          <w:sz w:val="28"/>
          <w:szCs w:val="28"/>
          <w:lang w:val="kk-KZ"/>
        </w:rPr>
      </w:pPr>
      <w:r w:rsidRPr="004616A2">
        <w:rPr>
          <w:sz w:val="28"/>
          <w:szCs w:val="28"/>
          <w:lang w:val="kk-KZ"/>
        </w:rPr>
        <w:t>•</w:t>
      </w:r>
      <w:r w:rsidRPr="004616A2">
        <w:rPr>
          <w:sz w:val="28"/>
          <w:szCs w:val="28"/>
          <w:lang w:val="kk-KZ"/>
        </w:rPr>
        <w:tab/>
        <w:t>6 – көркем өнер бағытындағы үйірмелер;</w:t>
      </w:r>
    </w:p>
    <w:p w14:paraId="544EF569" w14:textId="77777777" w:rsidR="004616A2" w:rsidRPr="004616A2" w:rsidRDefault="004616A2" w:rsidP="0091729D">
      <w:pPr>
        <w:jc w:val="both"/>
        <w:rPr>
          <w:sz w:val="28"/>
          <w:szCs w:val="28"/>
          <w:lang w:val="kk-KZ"/>
        </w:rPr>
      </w:pPr>
      <w:r w:rsidRPr="004616A2">
        <w:rPr>
          <w:sz w:val="28"/>
          <w:szCs w:val="28"/>
          <w:lang w:val="kk-KZ"/>
        </w:rPr>
        <w:t>•</w:t>
      </w:r>
      <w:r w:rsidRPr="004616A2">
        <w:rPr>
          <w:sz w:val="28"/>
          <w:szCs w:val="28"/>
          <w:lang w:val="kk-KZ"/>
        </w:rPr>
        <w:tab/>
        <w:t>2 – ұлттық қолданбалы өнер бағытындағы үйірмелер.</w:t>
      </w:r>
    </w:p>
    <w:p w14:paraId="74298D51" w14:textId="77777777" w:rsidR="004616A2" w:rsidRPr="004616A2" w:rsidRDefault="004616A2" w:rsidP="0091729D">
      <w:pPr>
        <w:jc w:val="both"/>
        <w:rPr>
          <w:sz w:val="28"/>
          <w:szCs w:val="28"/>
          <w:lang w:val="kk-KZ"/>
        </w:rPr>
      </w:pPr>
      <w:r w:rsidRPr="004616A2">
        <w:rPr>
          <w:sz w:val="28"/>
          <w:szCs w:val="28"/>
          <w:lang w:val="kk-KZ"/>
        </w:rPr>
        <w:t>Оқу жылының басынан бастап оқушыларды қосымша біліммен қамту және олардың қызығушылықтарын анықтау мақсатында сынып жетекшілерімен бірлескен жүйелі жұмыстар жүргізілді. Нәтижесінде мектепішілік және мектептен тыс үйірмелерге қатысатын оқушылар туралы толық мәліметтер жинақталып, талдау жасалды.</w:t>
      </w:r>
    </w:p>
    <w:p w14:paraId="791F43E6" w14:textId="77777777" w:rsidR="004616A2" w:rsidRPr="004616A2" w:rsidRDefault="004616A2" w:rsidP="0091729D">
      <w:pPr>
        <w:jc w:val="both"/>
        <w:rPr>
          <w:sz w:val="28"/>
          <w:szCs w:val="28"/>
          <w:lang w:val="kk-KZ"/>
        </w:rPr>
      </w:pPr>
      <w:r w:rsidRPr="004616A2">
        <w:rPr>
          <w:sz w:val="28"/>
          <w:szCs w:val="28"/>
          <w:lang w:val="kk-KZ"/>
        </w:rPr>
        <w:t xml:space="preserve">Жалпы мектепішілік үйірмеге қатысып отырған оқушылар саны: </w:t>
      </w:r>
    </w:p>
    <w:p w14:paraId="3F7CC8EA" w14:textId="77777777" w:rsidR="004616A2" w:rsidRPr="004616A2" w:rsidRDefault="004616A2" w:rsidP="0091729D">
      <w:pPr>
        <w:jc w:val="both"/>
        <w:rPr>
          <w:sz w:val="28"/>
          <w:szCs w:val="28"/>
          <w:lang w:val="kk-KZ"/>
        </w:rPr>
      </w:pPr>
      <w:r w:rsidRPr="004616A2">
        <w:rPr>
          <w:sz w:val="28"/>
          <w:szCs w:val="28"/>
          <w:lang w:val="kk-KZ"/>
        </w:rPr>
        <w:t>720  оқушы – 79,2 %</w:t>
      </w:r>
    </w:p>
    <w:p w14:paraId="31348450" w14:textId="77777777" w:rsidR="004616A2" w:rsidRPr="004616A2" w:rsidRDefault="004616A2" w:rsidP="0091729D">
      <w:pPr>
        <w:jc w:val="both"/>
        <w:rPr>
          <w:sz w:val="28"/>
          <w:szCs w:val="28"/>
          <w:lang w:val="kk-KZ"/>
        </w:rPr>
      </w:pPr>
      <w:r w:rsidRPr="004616A2">
        <w:rPr>
          <w:sz w:val="28"/>
          <w:szCs w:val="28"/>
          <w:lang w:val="kk-KZ"/>
        </w:rPr>
        <w:t>Мектептен тыс үйірмеге қатысатыны: 580 оқушы - 63 %</w:t>
      </w:r>
    </w:p>
    <w:p w14:paraId="46C4B998" w14:textId="060462B6" w:rsidR="004616A2" w:rsidRDefault="004616A2" w:rsidP="0091729D">
      <w:pPr>
        <w:jc w:val="both"/>
        <w:rPr>
          <w:sz w:val="28"/>
          <w:szCs w:val="28"/>
          <w:lang w:val="kk-KZ"/>
        </w:rPr>
      </w:pPr>
      <w:r w:rsidRPr="004616A2">
        <w:rPr>
          <w:sz w:val="28"/>
          <w:szCs w:val="28"/>
          <w:lang w:val="kk-KZ"/>
        </w:rPr>
        <w:t>Оқушы саны : 909 оқушы</w:t>
      </w:r>
    </w:p>
    <w:p w14:paraId="46525B1C" w14:textId="77777777" w:rsidR="00276593" w:rsidRPr="004616A2" w:rsidRDefault="00276593" w:rsidP="00276593">
      <w:pPr>
        <w:jc w:val="both"/>
        <w:rPr>
          <w:sz w:val="28"/>
          <w:szCs w:val="28"/>
          <w:lang w:val="kk-KZ"/>
        </w:rPr>
      </w:pPr>
      <w:r w:rsidRPr="004616A2">
        <w:rPr>
          <w:sz w:val="28"/>
          <w:szCs w:val="28"/>
          <w:lang w:val="kk-KZ"/>
        </w:rPr>
        <w:t>2025–2026 оқу жылында мектебімізде оқушылардың бос уақытын тиімді ұйымдастыру және шығармашылық, интеллектуалдық, дене шынықтыру қабілеттерін дамыту мақсатында тегін 29 үйірме жұмыс істеді.</w:t>
      </w:r>
    </w:p>
    <w:p w14:paraId="607E1863" w14:textId="77777777" w:rsidR="00276593" w:rsidRPr="004616A2" w:rsidRDefault="00276593" w:rsidP="00276593">
      <w:pPr>
        <w:jc w:val="both"/>
        <w:rPr>
          <w:sz w:val="28"/>
          <w:szCs w:val="28"/>
          <w:lang w:val="kk-KZ"/>
        </w:rPr>
      </w:pPr>
      <w:r w:rsidRPr="004616A2">
        <w:rPr>
          <w:sz w:val="28"/>
          <w:szCs w:val="28"/>
          <w:lang w:val="kk-KZ"/>
        </w:rPr>
        <w:t>Үйірмелер мынадай негізгі бағыттар бойынша ұйымдастырылды:</w:t>
      </w:r>
    </w:p>
    <w:p w14:paraId="607A7849" w14:textId="77777777" w:rsidR="00276593" w:rsidRPr="004616A2" w:rsidRDefault="00276593" w:rsidP="00276593">
      <w:pPr>
        <w:jc w:val="both"/>
        <w:rPr>
          <w:sz w:val="28"/>
          <w:szCs w:val="28"/>
          <w:lang w:val="kk-KZ"/>
        </w:rPr>
      </w:pPr>
      <w:r w:rsidRPr="004616A2">
        <w:rPr>
          <w:sz w:val="28"/>
          <w:szCs w:val="28"/>
          <w:lang w:val="kk-KZ"/>
        </w:rPr>
        <w:t>•</w:t>
      </w:r>
      <w:r w:rsidRPr="004616A2">
        <w:rPr>
          <w:sz w:val="28"/>
          <w:szCs w:val="28"/>
          <w:lang w:val="kk-KZ"/>
        </w:rPr>
        <w:tab/>
        <w:t>10 – ұлттық спорт бағытындағы үйірмелер;</w:t>
      </w:r>
    </w:p>
    <w:p w14:paraId="55657F0E" w14:textId="77777777" w:rsidR="00276593" w:rsidRPr="004616A2" w:rsidRDefault="00276593" w:rsidP="00276593">
      <w:pPr>
        <w:jc w:val="both"/>
        <w:rPr>
          <w:sz w:val="28"/>
          <w:szCs w:val="28"/>
          <w:lang w:val="kk-KZ"/>
        </w:rPr>
      </w:pPr>
      <w:r w:rsidRPr="004616A2">
        <w:rPr>
          <w:sz w:val="28"/>
          <w:szCs w:val="28"/>
          <w:lang w:val="kk-KZ"/>
        </w:rPr>
        <w:t>•</w:t>
      </w:r>
      <w:r w:rsidRPr="004616A2">
        <w:rPr>
          <w:sz w:val="28"/>
          <w:szCs w:val="28"/>
          <w:lang w:val="kk-KZ"/>
        </w:rPr>
        <w:tab/>
        <w:t>11 – ғылыми-техникалық және экологиялық бағыттағы үйірмелер;</w:t>
      </w:r>
    </w:p>
    <w:p w14:paraId="31C82390" w14:textId="77777777" w:rsidR="00276593" w:rsidRPr="004616A2" w:rsidRDefault="00276593" w:rsidP="00276593">
      <w:pPr>
        <w:jc w:val="both"/>
        <w:rPr>
          <w:sz w:val="28"/>
          <w:szCs w:val="28"/>
          <w:lang w:val="kk-KZ"/>
        </w:rPr>
      </w:pPr>
      <w:r w:rsidRPr="004616A2">
        <w:rPr>
          <w:sz w:val="28"/>
          <w:szCs w:val="28"/>
          <w:lang w:val="kk-KZ"/>
        </w:rPr>
        <w:t>•</w:t>
      </w:r>
      <w:r w:rsidRPr="004616A2">
        <w:rPr>
          <w:sz w:val="28"/>
          <w:szCs w:val="28"/>
          <w:lang w:val="kk-KZ"/>
        </w:rPr>
        <w:tab/>
        <w:t>6 – көркем өнер бағытындағы үйірмелер;</w:t>
      </w:r>
    </w:p>
    <w:p w14:paraId="66091F3B" w14:textId="77777777" w:rsidR="00276593" w:rsidRPr="004616A2" w:rsidRDefault="00276593" w:rsidP="00276593">
      <w:pPr>
        <w:jc w:val="both"/>
        <w:rPr>
          <w:sz w:val="28"/>
          <w:szCs w:val="28"/>
          <w:lang w:val="kk-KZ"/>
        </w:rPr>
      </w:pPr>
      <w:r w:rsidRPr="004616A2">
        <w:rPr>
          <w:sz w:val="28"/>
          <w:szCs w:val="28"/>
          <w:lang w:val="kk-KZ"/>
        </w:rPr>
        <w:t>•</w:t>
      </w:r>
      <w:r w:rsidRPr="004616A2">
        <w:rPr>
          <w:sz w:val="28"/>
          <w:szCs w:val="28"/>
          <w:lang w:val="kk-KZ"/>
        </w:rPr>
        <w:tab/>
        <w:t>2 – ұлттық қолданбалы өнер бағытындағы үйірмелер.</w:t>
      </w:r>
    </w:p>
    <w:p w14:paraId="0700050F" w14:textId="77777777" w:rsidR="00276593" w:rsidRPr="004616A2" w:rsidRDefault="00276593" w:rsidP="00276593">
      <w:pPr>
        <w:jc w:val="both"/>
        <w:rPr>
          <w:sz w:val="28"/>
          <w:szCs w:val="28"/>
          <w:lang w:val="kk-KZ"/>
        </w:rPr>
      </w:pPr>
      <w:r w:rsidRPr="004616A2">
        <w:rPr>
          <w:sz w:val="28"/>
          <w:szCs w:val="28"/>
          <w:lang w:val="kk-KZ"/>
        </w:rPr>
        <w:t>Оқу жылының басынан бастап оқушыларды қосымша біліммен қамту және олардың қызығушылықтарын анықтау мақсатында сынып жетекшілерімен бірлескен жүйелі жұмыстар жүргізілді. Нәтижесінде мектепішілік және мектептен тыс үйірмелерге қатысатын оқушылар туралы толық мәліметтер жинақталып, талдау жасалды.</w:t>
      </w:r>
    </w:p>
    <w:p w14:paraId="26CED622" w14:textId="77777777" w:rsidR="00276593" w:rsidRPr="004616A2" w:rsidRDefault="00276593" w:rsidP="00276593">
      <w:pPr>
        <w:jc w:val="both"/>
        <w:rPr>
          <w:sz w:val="28"/>
          <w:szCs w:val="28"/>
          <w:lang w:val="kk-KZ"/>
        </w:rPr>
      </w:pPr>
      <w:r w:rsidRPr="004616A2">
        <w:rPr>
          <w:sz w:val="28"/>
          <w:szCs w:val="28"/>
          <w:lang w:val="kk-KZ"/>
        </w:rPr>
        <w:t xml:space="preserve">Жалпы мектепішілік үйірмеге қатысып отырған оқушылар саны: </w:t>
      </w:r>
    </w:p>
    <w:p w14:paraId="67F9AD57" w14:textId="77777777" w:rsidR="00276593" w:rsidRPr="004616A2" w:rsidRDefault="00276593" w:rsidP="00276593">
      <w:pPr>
        <w:jc w:val="both"/>
        <w:rPr>
          <w:sz w:val="28"/>
          <w:szCs w:val="28"/>
          <w:lang w:val="kk-KZ"/>
        </w:rPr>
      </w:pPr>
      <w:r w:rsidRPr="004616A2">
        <w:rPr>
          <w:sz w:val="28"/>
          <w:szCs w:val="28"/>
          <w:lang w:val="kk-KZ"/>
        </w:rPr>
        <w:t>790  оқушы – 81,2 %</w:t>
      </w:r>
    </w:p>
    <w:p w14:paraId="707BDE62" w14:textId="77777777" w:rsidR="00276593" w:rsidRPr="004616A2" w:rsidRDefault="00276593" w:rsidP="00276593">
      <w:pPr>
        <w:jc w:val="both"/>
        <w:rPr>
          <w:sz w:val="28"/>
          <w:szCs w:val="28"/>
          <w:lang w:val="kk-KZ"/>
        </w:rPr>
      </w:pPr>
      <w:r w:rsidRPr="004616A2">
        <w:rPr>
          <w:sz w:val="28"/>
          <w:szCs w:val="28"/>
          <w:lang w:val="kk-KZ"/>
        </w:rPr>
        <w:t>Мектептен тыс үйірмеге қатысатыны: 610 оқушы - 72 %</w:t>
      </w:r>
    </w:p>
    <w:p w14:paraId="5B0F5880" w14:textId="4FA8E2B4" w:rsidR="00276593" w:rsidRDefault="00276593" w:rsidP="00276593">
      <w:pPr>
        <w:jc w:val="both"/>
        <w:rPr>
          <w:sz w:val="28"/>
          <w:szCs w:val="28"/>
          <w:lang w:val="kk-KZ"/>
        </w:rPr>
      </w:pPr>
      <w:r w:rsidRPr="004616A2">
        <w:rPr>
          <w:sz w:val="28"/>
          <w:szCs w:val="28"/>
          <w:lang w:val="kk-KZ"/>
        </w:rPr>
        <w:t>Оқушы саны : 965 оқушы</w:t>
      </w:r>
    </w:p>
    <w:p w14:paraId="06A9EFC1" w14:textId="77777777" w:rsidR="00E04597" w:rsidRPr="004616A2" w:rsidRDefault="00E04597" w:rsidP="00E04597">
      <w:pPr>
        <w:jc w:val="both"/>
        <w:rPr>
          <w:sz w:val="28"/>
          <w:szCs w:val="28"/>
          <w:lang w:val="kk-KZ"/>
        </w:rPr>
      </w:pPr>
      <w:r w:rsidRPr="004616A2">
        <w:rPr>
          <w:sz w:val="28"/>
          <w:szCs w:val="28"/>
          <w:lang w:val="kk-KZ"/>
        </w:rPr>
        <w:t>2026–2027 оқу жылында мектебімізде оқушылардың бос уақытын тиімді ұйымдастыру және шығармашылық, интеллектуалдық, дене шынықтыру қабілеттерін дамыту мақсатында тегін 29 үйірме жұмыс істеді.</w:t>
      </w:r>
    </w:p>
    <w:p w14:paraId="405F730A" w14:textId="77777777" w:rsidR="00E04597" w:rsidRPr="004616A2" w:rsidRDefault="00E04597" w:rsidP="00E04597">
      <w:pPr>
        <w:jc w:val="both"/>
        <w:rPr>
          <w:sz w:val="28"/>
          <w:szCs w:val="28"/>
          <w:lang w:val="kk-KZ"/>
        </w:rPr>
      </w:pPr>
      <w:r w:rsidRPr="004616A2">
        <w:rPr>
          <w:sz w:val="28"/>
          <w:szCs w:val="28"/>
          <w:lang w:val="kk-KZ"/>
        </w:rPr>
        <w:t>Үйірмелер мынадай негізгі бағыттар бойынша ұйымдастырылды:</w:t>
      </w:r>
    </w:p>
    <w:p w14:paraId="28CD1BC1" w14:textId="77777777" w:rsidR="00E04597" w:rsidRPr="004616A2" w:rsidRDefault="00E04597" w:rsidP="00E04597">
      <w:pPr>
        <w:jc w:val="both"/>
        <w:rPr>
          <w:sz w:val="28"/>
          <w:szCs w:val="28"/>
          <w:lang w:val="kk-KZ"/>
        </w:rPr>
      </w:pPr>
      <w:r w:rsidRPr="004616A2">
        <w:rPr>
          <w:sz w:val="28"/>
          <w:szCs w:val="28"/>
          <w:lang w:val="kk-KZ"/>
        </w:rPr>
        <w:t>•</w:t>
      </w:r>
      <w:r w:rsidRPr="004616A2">
        <w:rPr>
          <w:sz w:val="28"/>
          <w:szCs w:val="28"/>
          <w:lang w:val="kk-KZ"/>
        </w:rPr>
        <w:tab/>
        <w:t>10 – ұлттық спорт бағытындағы үйірмелер;</w:t>
      </w:r>
    </w:p>
    <w:p w14:paraId="5FAE7BC6" w14:textId="77777777" w:rsidR="00E04597" w:rsidRPr="004616A2" w:rsidRDefault="00E04597" w:rsidP="00E04597">
      <w:pPr>
        <w:jc w:val="both"/>
        <w:rPr>
          <w:sz w:val="28"/>
          <w:szCs w:val="28"/>
          <w:lang w:val="kk-KZ"/>
        </w:rPr>
      </w:pPr>
      <w:r w:rsidRPr="004616A2">
        <w:rPr>
          <w:sz w:val="28"/>
          <w:szCs w:val="28"/>
          <w:lang w:val="kk-KZ"/>
        </w:rPr>
        <w:t>•</w:t>
      </w:r>
      <w:r w:rsidRPr="004616A2">
        <w:rPr>
          <w:sz w:val="28"/>
          <w:szCs w:val="28"/>
          <w:lang w:val="kk-KZ"/>
        </w:rPr>
        <w:tab/>
        <w:t>11 – ғылыми-техникалық және экологиялық бағыттағы үйірмелер;</w:t>
      </w:r>
    </w:p>
    <w:p w14:paraId="43CF51C4" w14:textId="77777777" w:rsidR="00E04597" w:rsidRPr="004616A2" w:rsidRDefault="00E04597" w:rsidP="00E04597">
      <w:pPr>
        <w:jc w:val="both"/>
        <w:rPr>
          <w:sz w:val="28"/>
          <w:szCs w:val="28"/>
          <w:lang w:val="kk-KZ"/>
        </w:rPr>
      </w:pPr>
      <w:r w:rsidRPr="004616A2">
        <w:rPr>
          <w:sz w:val="28"/>
          <w:szCs w:val="28"/>
          <w:lang w:val="kk-KZ"/>
        </w:rPr>
        <w:t>•</w:t>
      </w:r>
      <w:r w:rsidRPr="004616A2">
        <w:rPr>
          <w:sz w:val="28"/>
          <w:szCs w:val="28"/>
          <w:lang w:val="kk-KZ"/>
        </w:rPr>
        <w:tab/>
        <w:t>6 – көркем өнер бағытындағы үйірмелер;</w:t>
      </w:r>
    </w:p>
    <w:p w14:paraId="0380A931" w14:textId="77777777" w:rsidR="00E04597" w:rsidRPr="004616A2" w:rsidRDefault="00E04597" w:rsidP="00E04597">
      <w:pPr>
        <w:jc w:val="both"/>
        <w:rPr>
          <w:sz w:val="28"/>
          <w:szCs w:val="28"/>
          <w:lang w:val="kk-KZ"/>
        </w:rPr>
      </w:pPr>
      <w:r w:rsidRPr="004616A2">
        <w:rPr>
          <w:sz w:val="28"/>
          <w:szCs w:val="28"/>
          <w:lang w:val="kk-KZ"/>
        </w:rPr>
        <w:t>•</w:t>
      </w:r>
      <w:r w:rsidRPr="004616A2">
        <w:rPr>
          <w:sz w:val="28"/>
          <w:szCs w:val="28"/>
          <w:lang w:val="kk-KZ"/>
        </w:rPr>
        <w:tab/>
        <w:t>2 – ұлттық қолданбалы өнер бағытындағы үйірмелер.</w:t>
      </w:r>
    </w:p>
    <w:p w14:paraId="79E7803C" w14:textId="77777777" w:rsidR="00E04597" w:rsidRPr="004616A2" w:rsidRDefault="00E04597" w:rsidP="00E04597">
      <w:pPr>
        <w:jc w:val="both"/>
        <w:rPr>
          <w:sz w:val="28"/>
          <w:szCs w:val="28"/>
          <w:lang w:val="kk-KZ"/>
        </w:rPr>
      </w:pPr>
      <w:r w:rsidRPr="004616A2">
        <w:rPr>
          <w:sz w:val="28"/>
          <w:szCs w:val="28"/>
          <w:lang w:val="kk-KZ"/>
        </w:rPr>
        <w:t xml:space="preserve">Оқу жылының басынан бастап оқушыларды қосымша біліммен қамту және олардың </w:t>
      </w:r>
      <w:r w:rsidRPr="004616A2">
        <w:rPr>
          <w:sz w:val="28"/>
          <w:szCs w:val="28"/>
          <w:lang w:val="kk-KZ"/>
        </w:rPr>
        <w:lastRenderedPageBreak/>
        <w:t>қызығушылықтарын анықтау мақсатында сынып жетекшілерімен бірлескен жүйелі жұмыстар жүргізілді. Нәтижесінде мектепішілік және мектептен тыс үйірмелерге қатысатын оқушылар туралы толық мәліметтер жинақталып, талдау жасалды.</w:t>
      </w:r>
    </w:p>
    <w:p w14:paraId="412F69EB" w14:textId="77777777" w:rsidR="00E04597" w:rsidRPr="004616A2" w:rsidRDefault="00E04597" w:rsidP="00E04597">
      <w:pPr>
        <w:jc w:val="both"/>
        <w:rPr>
          <w:sz w:val="28"/>
          <w:szCs w:val="28"/>
          <w:lang w:val="kk-KZ"/>
        </w:rPr>
      </w:pPr>
      <w:r w:rsidRPr="004616A2">
        <w:rPr>
          <w:sz w:val="28"/>
          <w:szCs w:val="28"/>
          <w:lang w:val="kk-KZ"/>
        </w:rPr>
        <w:t xml:space="preserve">Жалпы мектепішілік үйірмеге қатысып отырған оқушылар саны: </w:t>
      </w:r>
    </w:p>
    <w:p w14:paraId="52FF3A68" w14:textId="77777777" w:rsidR="00E04597" w:rsidRPr="004616A2" w:rsidRDefault="00E04597" w:rsidP="00E04597">
      <w:pPr>
        <w:jc w:val="both"/>
        <w:rPr>
          <w:sz w:val="28"/>
          <w:szCs w:val="28"/>
          <w:lang w:val="kk-KZ"/>
        </w:rPr>
      </w:pPr>
      <w:r w:rsidRPr="004616A2">
        <w:rPr>
          <w:sz w:val="28"/>
          <w:szCs w:val="28"/>
          <w:lang w:val="kk-KZ"/>
        </w:rPr>
        <w:t>790  оқушы – 81,2 %</w:t>
      </w:r>
    </w:p>
    <w:p w14:paraId="2470800C" w14:textId="77777777" w:rsidR="00E04597" w:rsidRPr="004616A2" w:rsidRDefault="00E04597" w:rsidP="00E04597">
      <w:pPr>
        <w:jc w:val="both"/>
        <w:rPr>
          <w:sz w:val="28"/>
          <w:szCs w:val="28"/>
          <w:lang w:val="kk-KZ"/>
        </w:rPr>
      </w:pPr>
      <w:r w:rsidRPr="004616A2">
        <w:rPr>
          <w:sz w:val="28"/>
          <w:szCs w:val="28"/>
          <w:lang w:val="kk-KZ"/>
        </w:rPr>
        <w:t>Мектептен тыс үйірмеге қатысатыны: 610 оқушы - 72 %</w:t>
      </w:r>
    </w:p>
    <w:p w14:paraId="1D0DF001" w14:textId="1D5DBA38" w:rsidR="00E04597" w:rsidRDefault="00E04597" w:rsidP="00276593">
      <w:pPr>
        <w:jc w:val="both"/>
        <w:rPr>
          <w:sz w:val="28"/>
          <w:szCs w:val="28"/>
          <w:lang w:val="kk-KZ"/>
        </w:rPr>
      </w:pPr>
      <w:r>
        <w:rPr>
          <w:sz w:val="28"/>
          <w:szCs w:val="28"/>
          <w:lang w:val="kk-KZ"/>
        </w:rPr>
        <w:t>Оқушы саны : 965 оқушы</w:t>
      </w:r>
    </w:p>
    <w:p w14:paraId="244A4FD6" w14:textId="77777777" w:rsidR="00A40AE7" w:rsidRPr="00A40AE7" w:rsidRDefault="00A40AE7" w:rsidP="00E04597">
      <w:pPr>
        <w:jc w:val="both"/>
        <w:rPr>
          <w:b/>
          <w:sz w:val="28"/>
          <w:szCs w:val="28"/>
          <w:lang w:val="kk-KZ"/>
        </w:rPr>
      </w:pPr>
      <w:r w:rsidRPr="00A40AE7">
        <w:rPr>
          <w:b/>
          <w:sz w:val="28"/>
          <w:szCs w:val="28"/>
          <w:lang w:val="kk-KZ"/>
        </w:rPr>
        <w:t xml:space="preserve">    </w:t>
      </w:r>
    </w:p>
    <w:p w14:paraId="00FF0EFF" w14:textId="63A74D38" w:rsidR="00E04597" w:rsidRPr="004616A2" w:rsidRDefault="00E04597" w:rsidP="00E04597">
      <w:pPr>
        <w:jc w:val="both"/>
        <w:rPr>
          <w:b/>
          <w:sz w:val="28"/>
          <w:szCs w:val="28"/>
          <w:lang w:val="kk-KZ"/>
        </w:rPr>
      </w:pPr>
      <w:r w:rsidRPr="004616A2">
        <w:rPr>
          <w:b/>
          <w:sz w:val="28"/>
          <w:szCs w:val="28"/>
          <w:lang w:val="kk-KZ"/>
        </w:rPr>
        <w:t>АҚЫЛЫ ҮЙІРМЕ ЖҰМЫСТАРЫН ҰЙЫМДАСТЫРУ</w:t>
      </w:r>
    </w:p>
    <w:p w14:paraId="53EF091A" w14:textId="693829AD" w:rsidR="00E04597" w:rsidRPr="004616A2" w:rsidRDefault="00A40AE7" w:rsidP="00E04597">
      <w:pPr>
        <w:jc w:val="both"/>
        <w:rPr>
          <w:sz w:val="28"/>
          <w:szCs w:val="28"/>
          <w:lang w:val="kk-KZ"/>
        </w:rPr>
      </w:pPr>
      <w:r w:rsidRPr="00A40AE7">
        <w:rPr>
          <w:sz w:val="28"/>
          <w:szCs w:val="28"/>
          <w:lang w:val="kk-KZ"/>
        </w:rPr>
        <w:t xml:space="preserve">         </w:t>
      </w:r>
      <w:r w:rsidR="00E04597" w:rsidRPr="004616A2">
        <w:rPr>
          <w:sz w:val="28"/>
          <w:szCs w:val="28"/>
          <w:lang w:val="kk-KZ"/>
        </w:rPr>
        <w:t>Қазақстан Республикасының «Білім туралы» Заңына және ұйымның Жарғысына сәйкес, оқушылардың шығармашылық, интеллектуалдық және дене шынықтыру қабілеттерін дамыту, сондай-ақ қосымша білім беру қызметтеріне деген сұранысты қанағаттандыру мақсатында ақылы үйірмелер ұйымдастырылды. 1. Жас театр     2. Күй әліппесі 3. Ұлы дала сазы 4. Би әлемі 5. Жас театр 6. Күй әліппесі 7. Ұлы дала сазы 8. Би әлемі 9. Жас репортер 10. Күй әліппесі 11. Ұлы дала сазы 12. Би әлемі 13. Жас репортер 14. Күй әліппесі 15. Ұлы дала сазы 16. Би әлемі 17. ТеатрLab 18. Сахна шебері 19. Дала әуендері 20. МедиаLab 21. ТеатрLab 22. Шабыт 23. Сахна шебері 24. Дала әуендері 25. ТеатрLab 26. Шабыт 27. Сахна шебері 28. Дала әуендері 29. ТеатрLab 30. Шабыт 31. Сахна шебері 32. МедиаLab 33. ТеатрLab 34. Шабыт 35. Сахна шебері</w:t>
      </w:r>
    </w:p>
    <w:p w14:paraId="143D1AB1" w14:textId="77777777" w:rsidR="00E04597" w:rsidRPr="00E04597" w:rsidRDefault="00E04597" w:rsidP="00E04597">
      <w:pPr>
        <w:jc w:val="both"/>
        <w:rPr>
          <w:b/>
          <w:sz w:val="28"/>
          <w:szCs w:val="28"/>
          <w:lang w:val="kk-KZ"/>
        </w:rPr>
      </w:pPr>
      <w:r w:rsidRPr="00E04597">
        <w:rPr>
          <w:b/>
          <w:sz w:val="28"/>
          <w:szCs w:val="28"/>
          <w:lang w:val="kk-KZ"/>
        </w:rPr>
        <w:t>Үйірмелер</w:t>
      </w:r>
    </w:p>
    <w:p w14:paraId="0735BAFE" w14:textId="7EAF6C6B" w:rsidR="00E04597" w:rsidRDefault="00E04597" w:rsidP="00E04597">
      <w:pPr>
        <w:jc w:val="both"/>
        <w:rPr>
          <w:b/>
          <w:color w:val="FF0000"/>
          <w:sz w:val="24"/>
          <w:szCs w:val="24"/>
          <w:lang w:val="kk-KZ"/>
        </w:rPr>
      </w:pPr>
    </w:p>
    <w:p w14:paraId="714B8415" w14:textId="3F810F71" w:rsidR="00276593" w:rsidRPr="00E04597" w:rsidRDefault="00E04597" w:rsidP="0091729D">
      <w:pPr>
        <w:jc w:val="both"/>
        <w:rPr>
          <w:b/>
          <w:sz w:val="28"/>
          <w:szCs w:val="28"/>
          <w:lang w:val="kk-KZ"/>
        </w:rPr>
      </w:pPr>
      <w:r w:rsidRPr="00E04597">
        <w:rPr>
          <w:b/>
          <w:sz w:val="28"/>
          <w:szCs w:val="28"/>
          <w:lang w:val="kk-KZ"/>
        </w:rPr>
        <w:t>Тегін үйірмелер ссылкасы</w:t>
      </w:r>
    </w:p>
    <w:p w14:paraId="66F40CA8" w14:textId="77777777" w:rsidR="00E04597" w:rsidRDefault="00E04597" w:rsidP="00E04597">
      <w:pPr>
        <w:jc w:val="both"/>
        <w:rPr>
          <w:b/>
          <w:sz w:val="28"/>
          <w:szCs w:val="28"/>
          <w:lang w:val="kk-KZ"/>
        </w:rPr>
      </w:pPr>
    </w:p>
    <w:p w14:paraId="719C171C" w14:textId="7F208B2D" w:rsidR="00E04597" w:rsidRPr="00E04597" w:rsidRDefault="00E04597" w:rsidP="00E04597">
      <w:pPr>
        <w:jc w:val="both"/>
        <w:rPr>
          <w:b/>
          <w:sz w:val="28"/>
          <w:szCs w:val="28"/>
          <w:lang w:val="kk-KZ"/>
        </w:rPr>
      </w:pPr>
      <w:r>
        <w:rPr>
          <w:b/>
          <w:sz w:val="28"/>
          <w:szCs w:val="28"/>
          <w:lang w:val="kk-KZ"/>
        </w:rPr>
        <w:t>5.</w:t>
      </w:r>
      <w:r w:rsidRPr="00E04597">
        <w:rPr>
          <w:b/>
          <w:sz w:val="28"/>
          <w:szCs w:val="28"/>
          <w:lang w:val="kk-KZ"/>
        </w:rPr>
        <w:t>3. Білім алушылардың ата-аналарымен (заңды өкілдерімен) шарттарды тіркеу журналының болуы.</w:t>
      </w:r>
    </w:p>
    <w:p w14:paraId="43D1C602" w14:textId="77777777" w:rsidR="00BE7D1A" w:rsidRPr="00A82E02" w:rsidRDefault="00BE7D1A" w:rsidP="00A82E02">
      <w:pPr>
        <w:jc w:val="both"/>
        <w:rPr>
          <w:b/>
          <w:color w:val="FF0000"/>
          <w:sz w:val="24"/>
          <w:szCs w:val="24"/>
          <w:lang w:val="kk-KZ"/>
        </w:rPr>
      </w:pPr>
    </w:p>
    <w:p w14:paraId="0488E0EF" w14:textId="3F53DB78" w:rsidR="004616A2" w:rsidRPr="004616A2" w:rsidRDefault="004616A2" w:rsidP="00A82E02">
      <w:pPr>
        <w:jc w:val="both"/>
        <w:rPr>
          <w:b/>
          <w:sz w:val="28"/>
          <w:szCs w:val="28"/>
          <w:lang w:val="kk-KZ"/>
        </w:rPr>
      </w:pPr>
      <w:r w:rsidRPr="004616A2">
        <w:rPr>
          <w:b/>
          <w:sz w:val="28"/>
          <w:szCs w:val="28"/>
          <w:lang w:val="kk-KZ"/>
        </w:rPr>
        <w:t>Әлеуметтік педагогтің 2024-2025, 2025-2026, 2026-2027 о</w:t>
      </w:r>
      <w:r w:rsidR="00757784">
        <w:rPr>
          <w:b/>
          <w:sz w:val="28"/>
          <w:szCs w:val="28"/>
          <w:lang w:val="kk-KZ"/>
        </w:rPr>
        <w:t>қу жылдарындағы қызметі бойынша</w:t>
      </w:r>
      <w:r w:rsidR="00757784" w:rsidRPr="00757784">
        <w:rPr>
          <w:b/>
          <w:sz w:val="28"/>
          <w:szCs w:val="28"/>
          <w:lang w:val="kk-KZ"/>
        </w:rPr>
        <w:t xml:space="preserve"> </w:t>
      </w:r>
      <w:r w:rsidR="00757784">
        <w:rPr>
          <w:b/>
          <w:sz w:val="28"/>
          <w:szCs w:val="28"/>
          <w:lang w:val="kk-KZ"/>
        </w:rPr>
        <w:t>үш жылдық сараптамалық өзіндік талдау есебі.</w:t>
      </w:r>
    </w:p>
    <w:p w14:paraId="1229EC52" w14:textId="77777777" w:rsidR="004616A2" w:rsidRPr="004616A2" w:rsidRDefault="004616A2" w:rsidP="00A82E02">
      <w:pPr>
        <w:jc w:val="both"/>
        <w:rPr>
          <w:b/>
          <w:sz w:val="28"/>
          <w:szCs w:val="28"/>
          <w:lang w:val="kk-KZ"/>
        </w:rPr>
      </w:pPr>
      <w:r w:rsidRPr="004616A2">
        <w:rPr>
          <w:b/>
          <w:sz w:val="28"/>
          <w:szCs w:val="28"/>
          <w:lang w:val="kk-KZ"/>
        </w:rPr>
        <w:t>І. КІРІСПЕ ЖӘНЕ МЕКТЕПТІҢ ӘЛЕУМЕТТІК ПАСПОРТЫ</w:t>
      </w:r>
    </w:p>
    <w:p w14:paraId="6D5BC1CE" w14:textId="778781E4" w:rsidR="004616A2" w:rsidRPr="004616A2" w:rsidRDefault="00757784" w:rsidP="00A82E02">
      <w:pPr>
        <w:jc w:val="both"/>
        <w:rPr>
          <w:sz w:val="28"/>
          <w:szCs w:val="28"/>
          <w:lang w:val="kk-KZ"/>
        </w:rPr>
      </w:pPr>
      <w:r w:rsidRPr="00757784">
        <w:rPr>
          <w:sz w:val="28"/>
          <w:szCs w:val="28"/>
          <w:lang w:val="kk-KZ"/>
        </w:rPr>
        <w:t xml:space="preserve">        </w:t>
      </w:r>
      <w:r w:rsidR="004616A2" w:rsidRPr="004616A2">
        <w:rPr>
          <w:sz w:val="28"/>
          <w:szCs w:val="28"/>
          <w:lang w:val="kk-KZ"/>
        </w:rPr>
        <w:t>Әлеуметтік педагогтың үш жылдық қызметінің басты мақсаты: Оқушылардың тұлғалық дамуына, сапалы білім мен тәрбие алуына қолайлы әлеуметтік-педагогикалық орта қалыптастыру; әлеуметтік тәуекел топтағы балаларға уақтылы кешенді қолдау көрсету; құқық бұзушылықтың, буллингтің, панасыздықтың алдын алу және оқушылардың қоғамға бейімделуі мен кәсіби бағдарын қалыптастыру.</w:t>
      </w:r>
    </w:p>
    <w:p w14:paraId="7426E8A1" w14:textId="77777777" w:rsidR="004616A2" w:rsidRPr="004616A2" w:rsidRDefault="004616A2" w:rsidP="00A82E02">
      <w:pPr>
        <w:jc w:val="both"/>
        <w:rPr>
          <w:sz w:val="28"/>
          <w:szCs w:val="28"/>
          <w:lang w:val="kk-KZ"/>
        </w:rPr>
      </w:pPr>
      <w:r w:rsidRPr="004616A2">
        <w:rPr>
          <w:sz w:val="28"/>
          <w:szCs w:val="28"/>
          <w:lang w:val="kk-KZ"/>
        </w:rPr>
        <w:t>Осы мақсатқа жету үшін үш жыл көлемінде келесі негізгі міндеттер жүзеге асырылды:</w:t>
      </w:r>
    </w:p>
    <w:p w14:paraId="13B75ECE" w14:textId="77777777" w:rsidR="004616A2" w:rsidRPr="004616A2" w:rsidRDefault="004616A2" w:rsidP="00A82E02">
      <w:pPr>
        <w:jc w:val="both"/>
        <w:rPr>
          <w:sz w:val="28"/>
          <w:szCs w:val="28"/>
          <w:lang w:val="kk-KZ"/>
        </w:rPr>
      </w:pPr>
      <w:r w:rsidRPr="004616A2">
        <w:rPr>
          <w:sz w:val="28"/>
          <w:szCs w:val="28"/>
          <w:lang w:val="kk-KZ"/>
        </w:rPr>
        <w:t>1.</w:t>
      </w:r>
      <w:r w:rsidRPr="004616A2">
        <w:rPr>
          <w:sz w:val="28"/>
          <w:szCs w:val="28"/>
          <w:lang w:val="kk-KZ"/>
        </w:rPr>
        <w:tab/>
        <w:t>Мектептің әлеуметтік паспортын АСППМ (автоматтандырылған психологиялық-педагогикалық мониторинг) жүйесі арқылы жылына 2 рет жаңартып, әлеуметтік санаттағы балаларды анықтау.</w:t>
      </w:r>
    </w:p>
    <w:p w14:paraId="7CBCB11D" w14:textId="77777777" w:rsidR="004616A2" w:rsidRPr="004616A2" w:rsidRDefault="004616A2" w:rsidP="00A82E02">
      <w:pPr>
        <w:jc w:val="both"/>
        <w:rPr>
          <w:sz w:val="28"/>
          <w:szCs w:val="28"/>
          <w:lang w:val="kk-KZ"/>
        </w:rPr>
      </w:pPr>
      <w:r w:rsidRPr="004616A2">
        <w:rPr>
          <w:sz w:val="28"/>
          <w:szCs w:val="28"/>
          <w:lang w:val="kk-KZ"/>
        </w:rPr>
        <w:t>2.</w:t>
      </w:r>
      <w:r w:rsidRPr="004616A2">
        <w:rPr>
          <w:sz w:val="28"/>
          <w:szCs w:val="28"/>
          <w:lang w:val="kk-KZ"/>
        </w:rPr>
        <w:tab/>
        <w:t>Әлеуметтік қорғалмаған отбасы балаларына (көпбалалы, толық емес, МӘМС/АӘК алушы, ерекше білім беруді қажет ететін, қамқорлықтағы балаларға) мемлекеттік және демеушілік көмек ұйымдастыру.</w:t>
      </w:r>
    </w:p>
    <w:p w14:paraId="6DE3B326" w14:textId="77777777" w:rsidR="004616A2" w:rsidRPr="004616A2" w:rsidRDefault="004616A2" w:rsidP="00A82E02">
      <w:pPr>
        <w:jc w:val="both"/>
        <w:rPr>
          <w:sz w:val="28"/>
          <w:szCs w:val="28"/>
          <w:lang w:val="kk-KZ"/>
        </w:rPr>
      </w:pPr>
      <w:r w:rsidRPr="004616A2">
        <w:rPr>
          <w:sz w:val="28"/>
          <w:szCs w:val="28"/>
          <w:lang w:val="kk-KZ"/>
        </w:rPr>
        <w:t>3.</w:t>
      </w:r>
      <w:r w:rsidRPr="004616A2">
        <w:rPr>
          <w:sz w:val="28"/>
          <w:szCs w:val="28"/>
          <w:lang w:val="kk-KZ"/>
        </w:rPr>
        <w:tab/>
        <w:t>Құқық бұзушылықтың, суицидтің, девиантты мінез-құлықтың және буллингтің алдын алу бойынша ЮПТ (ювеналды полиция тобы), психологиялық қызмет, сынып жетекшілерімен бірлескен профилактикалық жұмыстар жүргізу.</w:t>
      </w:r>
    </w:p>
    <w:p w14:paraId="535C9E55" w14:textId="77777777" w:rsidR="004616A2" w:rsidRPr="004616A2" w:rsidRDefault="004616A2" w:rsidP="00A82E02">
      <w:pPr>
        <w:jc w:val="both"/>
        <w:rPr>
          <w:sz w:val="28"/>
          <w:szCs w:val="28"/>
          <w:lang w:val="kk-KZ"/>
        </w:rPr>
      </w:pPr>
      <w:r w:rsidRPr="004616A2">
        <w:rPr>
          <w:sz w:val="28"/>
          <w:szCs w:val="28"/>
          <w:lang w:val="kk-KZ"/>
        </w:rPr>
        <w:lastRenderedPageBreak/>
        <w:t>4.</w:t>
      </w:r>
      <w:r w:rsidRPr="004616A2">
        <w:rPr>
          <w:sz w:val="28"/>
          <w:szCs w:val="28"/>
          <w:lang w:val="kk-KZ"/>
        </w:rPr>
        <w:tab/>
        <w:t>Отбасылық тәрбиедегі кемшіліктерді жою, ата-аналардың жауапкершілігін арттыру және оқушылардың сабаққа қатысуын күнделікті бақылау.</w:t>
      </w:r>
    </w:p>
    <w:p w14:paraId="23330184" w14:textId="77777777" w:rsidR="004616A2" w:rsidRPr="004616A2" w:rsidRDefault="004616A2" w:rsidP="00A82E02">
      <w:pPr>
        <w:jc w:val="both"/>
        <w:rPr>
          <w:b/>
          <w:sz w:val="28"/>
          <w:szCs w:val="28"/>
        </w:rPr>
      </w:pPr>
      <w:r w:rsidRPr="004616A2">
        <w:rPr>
          <w:b/>
          <w:sz w:val="28"/>
          <w:szCs w:val="28"/>
        </w:rPr>
        <w:t>ІІ. МЕКТЕПТІҢ ӘЛЕУМЕТТІК КАТЕГОРИЯЛАР БОЙЫНША ДИНАМИКАСЫ</w:t>
      </w:r>
    </w:p>
    <w:p w14:paraId="76CDE83C" w14:textId="77777777" w:rsidR="004616A2" w:rsidRPr="004616A2" w:rsidRDefault="004616A2" w:rsidP="00A82E02">
      <w:pPr>
        <w:jc w:val="both"/>
        <w:rPr>
          <w:sz w:val="28"/>
          <w:szCs w:val="28"/>
        </w:rPr>
      </w:pPr>
      <w:r w:rsidRPr="004616A2">
        <w:rPr>
          <w:sz w:val="28"/>
          <w:szCs w:val="28"/>
        </w:rPr>
        <w:t>(Әлеуметтік паспорт көрсеткіштері)</w:t>
      </w:r>
    </w:p>
    <w:p w14:paraId="54534A58" w14:textId="77777777" w:rsidR="004616A2" w:rsidRPr="004616A2" w:rsidRDefault="004616A2" w:rsidP="00A82E02">
      <w:pPr>
        <w:jc w:val="both"/>
        <w:rPr>
          <w:sz w:val="28"/>
          <w:szCs w:val="28"/>
        </w:rPr>
      </w:pPr>
      <w:r w:rsidRPr="004616A2">
        <w:rPr>
          <w:sz w:val="28"/>
          <w:szCs w:val="28"/>
        </w:rPr>
        <w:t>Оқу жылдары бойынша мектептегі әлеуметтік санаттағы балалардың есебі жүйелі түрде жүргізіліп, АСППМ платформасы арқылы нақтыланды.</w:t>
      </w:r>
    </w:p>
    <w:tbl>
      <w:tblPr>
        <w:tblStyle w:val="a7"/>
        <w:tblW w:w="0" w:type="auto"/>
        <w:tblLook w:val="04A0" w:firstRow="1" w:lastRow="0" w:firstColumn="1" w:lastColumn="0" w:noHBand="0" w:noVBand="1"/>
      </w:tblPr>
      <w:tblGrid>
        <w:gridCol w:w="498"/>
        <w:gridCol w:w="4210"/>
        <w:gridCol w:w="1372"/>
        <w:gridCol w:w="1372"/>
        <w:gridCol w:w="1372"/>
        <w:gridCol w:w="1739"/>
      </w:tblGrid>
      <w:tr w:rsidR="004616A2" w:rsidRPr="004616A2" w14:paraId="7400D919" w14:textId="77777777" w:rsidTr="004616A2">
        <w:tc>
          <w:tcPr>
            <w:tcW w:w="0" w:type="auto"/>
            <w:hideMark/>
          </w:tcPr>
          <w:p w14:paraId="1A57F840" w14:textId="77777777" w:rsidR="004616A2" w:rsidRPr="004616A2" w:rsidRDefault="004616A2" w:rsidP="00A82E02">
            <w:pPr>
              <w:jc w:val="both"/>
              <w:rPr>
                <w:sz w:val="28"/>
                <w:szCs w:val="28"/>
              </w:rPr>
            </w:pPr>
            <w:r w:rsidRPr="004616A2">
              <w:rPr>
                <w:b/>
                <w:bCs/>
                <w:sz w:val="28"/>
                <w:szCs w:val="28"/>
              </w:rPr>
              <w:t>№</w:t>
            </w:r>
          </w:p>
        </w:tc>
        <w:tc>
          <w:tcPr>
            <w:tcW w:w="0" w:type="auto"/>
            <w:hideMark/>
          </w:tcPr>
          <w:p w14:paraId="3BDB6067" w14:textId="77777777" w:rsidR="004616A2" w:rsidRPr="004616A2" w:rsidRDefault="004616A2" w:rsidP="00A82E02">
            <w:pPr>
              <w:jc w:val="both"/>
              <w:rPr>
                <w:sz w:val="28"/>
                <w:szCs w:val="28"/>
              </w:rPr>
            </w:pPr>
            <w:r w:rsidRPr="004616A2">
              <w:rPr>
                <w:b/>
                <w:bCs/>
                <w:sz w:val="28"/>
                <w:szCs w:val="28"/>
              </w:rPr>
              <w:t>Әлеуметтік санат түрлері</w:t>
            </w:r>
          </w:p>
        </w:tc>
        <w:tc>
          <w:tcPr>
            <w:tcW w:w="0" w:type="auto"/>
            <w:hideMark/>
          </w:tcPr>
          <w:p w14:paraId="6A0E2F40" w14:textId="77777777" w:rsidR="004616A2" w:rsidRPr="004616A2" w:rsidRDefault="004616A2" w:rsidP="00A82E02">
            <w:pPr>
              <w:jc w:val="both"/>
              <w:rPr>
                <w:sz w:val="28"/>
                <w:szCs w:val="28"/>
              </w:rPr>
            </w:pPr>
            <w:r w:rsidRPr="004616A2">
              <w:rPr>
                <w:b/>
                <w:bCs/>
                <w:sz w:val="28"/>
                <w:szCs w:val="28"/>
              </w:rPr>
              <w:t>2024–2025 оқу жылы</w:t>
            </w:r>
          </w:p>
        </w:tc>
        <w:tc>
          <w:tcPr>
            <w:tcW w:w="0" w:type="auto"/>
            <w:hideMark/>
          </w:tcPr>
          <w:p w14:paraId="3D37904E" w14:textId="77777777" w:rsidR="004616A2" w:rsidRPr="004616A2" w:rsidRDefault="004616A2" w:rsidP="00A82E02">
            <w:pPr>
              <w:jc w:val="both"/>
              <w:rPr>
                <w:sz w:val="28"/>
                <w:szCs w:val="28"/>
              </w:rPr>
            </w:pPr>
            <w:r w:rsidRPr="004616A2">
              <w:rPr>
                <w:b/>
                <w:bCs/>
                <w:sz w:val="28"/>
                <w:szCs w:val="28"/>
              </w:rPr>
              <w:t>2025–2026 оқу жылы</w:t>
            </w:r>
          </w:p>
        </w:tc>
        <w:tc>
          <w:tcPr>
            <w:tcW w:w="0" w:type="auto"/>
            <w:hideMark/>
          </w:tcPr>
          <w:p w14:paraId="17A7C2F3" w14:textId="77777777" w:rsidR="004616A2" w:rsidRPr="004616A2" w:rsidRDefault="004616A2" w:rsidP="00A82E02">
            <w:pPr>
              <w:jc w:val="both"/>
              <w:rPr>
                <w:sz w:val="28"/>
                <w:szCs w:val="28"/>
              </w:rPr>
            </w:pPr>
            <w:r w:rsidRPr="004616A2">
              <w:rPr>
                <w:b/>
                <w:bCs/>
                <w:sz w:val="28"/>
                <w:szCs w:val="28"/>
              </w:rPr>
              <w:t>2026–2027 оқу жылы</w:t>
            </w:r>
          </w:p>
        </w:tc>
        <w:tc>
          <w:tcPr>
            <w:tcW w:w="0" w:type="auto"/>
            <w:hideMark/>
          </w:tcPr>
          <w:p w14:paraId="19EEAA1D" w14:textId="77777777" w:rsidR="004616A2" w:rsidRPr="004616A2" w:rsidRDefault="004616A2" w:rsidP="00A82E02">
            <w:pPr>
              <w:jc w:val="both"/>
              <w:rPr>
                <w:sz w:val="28"/>
                <w:szCs w:val="28"/>
              </w:rPr>
            </w:pPr>
            <w:r w:rsidRPr="004616A2">
              <w:rPr>
                <w:b/>
                <w:bCs/>
                <w:sz w:val="28"/>
                <w:szCs w:val="28"/>
              </w:rPr>
              <w:t>Динамика / Серпін</w:t>
            </w:r>
          </w:p>
        </w:tc>
      </w:tr>
      <w:tr w:rsidR="004616A2" w:rsidRPr="004616A2" w14:paraId="0FF07F16" w14:textId="77777777" w:rsidTr="004616A2">
        <w:tc>
          <w:tcPr>
            <w:tcW w:w="0" w:type="auto"/>
            <w:hideMark/>
          </w:tcPr>
          <w:p w14:paraId="5F95879F" w14:textId="77777777" w:rsidR="004616A2" w:rsidRPr="004616A2" w:rsidRDefault="004616A2" w:rsidP="00A82E02">
            <w:pPr>
              <w:jc w:val="both"/>
              <w:rPr>
                <w:sz w:val="28"/>
                <w:szCs w:val="28"/>
              </w:rPr>
            </w:pPr>
            <w:r w:rsidRPr="004616A2">
              <w:rPr>
                <w:sz w:val="28"/>
                <w:szCs w:val="28"/>
              </w:rPr>
              <w:t>1</w:t>
            </w:r>
          </w:p>
        </w:tc>
        <w:tc>
          <w:tcPr>
            <w:tcW w:w="0" w:type="auto"/>
            <w:hideMark/>
          </w:tcPr>
          <w:p w14:paraId="0680BC33" w14:textId="77777777" w:rsidR="004616A2" w:rsidRPr="004616A2" w:rsidRDefault="004616A2" w:rsidP="00A82E02">
            <w:pPr>
              <w:jc w:val="both"/>
              <w:rPr>
                <w:sz w:val="28"/>
                <w:szCs w:val="28"/>
              </w:rPr>
            </w:pPr>
            <w:r w:rsidRPr="004616A2">
              <w:rPr>
                <w:bCs/>
                <w:sz w:val="28"/>
                <w:szCs w:val="28"/>
              </w:rPr>
              <w:t>Көпбалалы отбасыдан шыққан оқушылар</w:t>
            </w:r>
          </w:p>
        </w:tc>
        <w:tc>
          <w:tcPr>
            <w:tcW w:w="0" w:type="auto"/>
            <w:hideMark/>
          </w:tcPr>
          <w:p w14:paraId="13C0B76A" w14:textId="77777777" w:rsidR="004616A2" w:rsidRPr="004616A2" w:rsidRDefault="004616A2" w:rsidP="00A82E02">
            <w:pPr>
              <w:jc w:val="both"/>
              <w:rPr>
                <w:sz w:val="28"/>
                <w:szCs w:val="28"/>
                <w:lang w:val="kk-KZ"/>
              </w:rPr>
            </w:pPr>
            <w:r w:rsidRPr="004616A2">
              <w:rPr>
                <w:i/>
                <w:iCs/>
                <w:sz w:val="28"/>
                <w:szCs w:val="28"/>
                <w:lang w:val="kk-KZ"/>
              </w:rPr>
              <w:t>255</w:t>
            </w:r>
          </w:p>
        </w:tc>
        <w:tc>
          <w:tcPr>
            <w:tcW w:w="0" w:type="auto"/>
            <w:hideMark/>
          </w:tcPr>
          <w:p w14:paraId="63490A8A" w14:textId="77777777" w:rsidR="004616A2" w:rsidRPr="004616A2" w:rsidRDefault="004616A2" w:rsidP="00A82E02">
            <w:pPr>
              <w:jc w:val="both"/>
              <w:rPr>
                <w:sz w:val="28"/>
                <w:szCs w:val="28"/>
              </w:rPr>
            </w:pPr>
            <w:r w:rsidRPr="004616A2">
              <w:rPr>
                <w:i/>
                <w:iCs/>
                <w:sz w:val="28"/>
                <w:szCs w:val="28"/>
              </w:rPr>
              <w:t>272</w:t>
            </w:r>
          </w:p>
        </w:tc>
        <w:tc>
          <w:tcPr>
            <w:tcW w:w="0" w:type="auto"/>
            <w:hideMark/>
          </w:tcPr>
          <w:p w14:paraId="04263058" w14:textId="77777777" w:rsidR="004616A2" w:rsidRPr="004616A2" w:rsidRDefault="004616A2" w:rsidP="00A82E02">
            <w:pPr>
              <w:jc w:val="both"/>
              <w:rPr>
                <w:sz w:val="28"/>
                <w:szCs w:val="28"/>
                <w:lang w:val="kk-KZ"/>
              </w:rPr>
            </w:pPr>
            <w:r w:rsidRPr="004616A2">
              <w:rPr>
                <w:sz w:val="28"/>
                <w:szCs w:val="28"/>
                <w:lang w:val="kk-KZ"/>
              </w:rPr>
              <w:t>330</w:t>
            </w:r>
          </w:p>
        </w:tc>
        <w:tc>
          <w:tcPr>
            <w:tcW w:w="0" w:type="auto"/>
            <w:hideMark/>
          </w:tcPr>
          <w:p w14:paraId="48195C23" w14:textId="77777777" w:rsidR="004616A2" w:rsidRPr="004616A2" w:rsidRDefault="004616A2" w:rsidP="00A82E02">
            <w:pPr>
              <w:jc w:val="both"/>
              <w:rPr>
                <w:sz w:val="28"/>
                <w:szCs w:val="28"/>
              </w:rPr>
            </w:pPr>
            <w:r w:rsidRPr="004616A2">
              <w:rPr>
                <w:i/>
                <w:iCs/>
                <w:sz w:val="28"/>
                <w:szCs w:val="28"/>
              </w:rPr>
              <w:t>өсті</w:t>
            </w:r>
          </w:p>
        </w:tc>
      </w:tr>
      <w:tr w:rsidR="004616A2" w:rsidRPr="004616A2" w14:paraId="7F1A8FAA" w14:textId="77777777" w:rsidTr="004616A2">
        <w:tc>
          <w:tcPr>
            <w:tcW w:w="0" w:type="auto"/>
          </w:tcPr>
          <w:p w14:paraId="184836B4" w14:textId="77777777" w:rsidR="004616A2" w:rsidRPr="004616A2" w:rsidRDefault="004616A2" w:rsidP="00A82E02">
            <w:pPr>
              <w:jc w:val="both"/>
              <w:rPr>
                <w:sz w:val="28"/>
                <w:szCs w:val="28"/>
                <w:lang w:val="kk-KZ"/>
              </w:rPr>
            </w:pPr>
            <w:r w:rsidRPr="004616A2">
              <w:rPr>
                <w:sz w:val="28"/>
                <w:szCs w:val="28"/>
                <w:lang w:val="kk-KZ"/>
              </w:rPr>
              <w:t>2</w:t>
            </w:r>
          </w:p>
        </w:tc>
        <w:tc>
          <w:tcPr>
            <w:tcW w:w="0" w:type="auto"/>
          </w:tcPr>
          <w:p w14:paraId="25674459" w14:textId="77777777" w:rsidR="004616A2" w:rsidRPr="004616A2" w:rsidRDefault="004616A2" w:rsidP="00A82E02">
            <w:pPr>
              <w:jc w:val="both"/>
              <w:rPr>
                <w:bCs/>
                <w:sz w:val="28"/>
                <w:szCs w:val="28"/>
                <w:lang w:val="kk-KZ"/>
              </w:rPr>
            </w:pPr>
            <w:r w:rsidRPr="004616A2">
              <w:rPr>
                <w:bCs/>
                <w:sz w:val="28"/>
                <w:szCs w:val="28"/>
                <w:lang w:val="kk-KZ"/>
              </w:rPr>
              <w:t>Толық отбасылар саны</w:t>
            </w:r>
          </w:p>
        </w:tc>
        <w:tc>
          <w:tcPr>
            <w:tcW w:w="0" w:type="auto"/>
          </w:tcPr>
          <w:p w14:paraId="05B5E393" w14:textId="77777777" w:rsidR="004616A2" w:rsidRPr="004616A2" w:rsidRDefault="004616A2" w:rsidP="00A82E02">
            <w:pPr>
              <w:jc w:val="both"/>
              <w:rPr>
                <w:i/>
                <w:iCs/>
                <w:sz w:val="28"/>
                <w:szCs w:val="28"/>
                <w:lang w:val="kk-KZ"/>
              </w:rPr>
            </w:pPr>
            <w:r w:rsidRPr="004616A2">
              <w:rPr>
                <w:i/>
                <w:iCs/>
                <w:sz w:val="28"/>
                <w:szCs w:val="28"/>
                <w:lang w:val="kk-KZ"/>
              </w:rPr>
              <w:t>798</w:t>
            </w:r>
          </w:p>
        </w:tc>
        <w:tc>
          <w:tcPr>
            <w:tcW w:w="0" w:type="auto"/>
          </w:tcPr>
          <w:p w14:paraId="2DE83EB1" w14:textId="77777777" w:rsidR="004616A2" w:rsidRPr="004616A2" w:rsidRDefault="004616A2" w:rsidP="00A82E02">
            <w:pPr>
              <w:jc w:val="both"/>
              <w:rPr>
                <w:i/>
                <w:iCs/>
                <w:sz w:val="28"/>
                <w:szCs w:val="28"/>
                <w:lang w:val="kk-KZ"/>
              </w:rPr>
            </w:pPr>
            <w:r w:rsidRPr="004616A2">
              <w:rPr>
                <w:i/>
                <w:iCs/>
                <w:sz w:val="28"/>
                <w:szCs w:val="28"/>
                <w:lang w:val="kk-KZ"/>
              </w:rPr>
              <w:t>870</w:t>
            </w:r>
          </w:p>
        </w:tc>
        <w:tc>
          <w:tcPr>
            <w:tcW w:w="0" w:type="auto"/>
          </w:tcPr>
          <w:p w14:paraId="41B9E04C" w14:textId="77777777" w:rsidR="004616A2" w:rsidRPr="004616A2" w:rsidRDefault="004616A2" w:rsidP="00A82E02">
            <w:pPr>
              <w:jc w:val="both"/>
              <w:rPr>
                <w:i/>
                <w:iCs/>
                <w:sz w:val="28"/>
                <w:szCs w:val="28"/>
                <w:lang w:val="kk-KZ"/>
              </w:rPr>
            </w:pPr>
            <w:r w:rsidRPr="004616A2">
              <w:rPr>
                <w:i/>
                <w:iCs/>
                <w:sz w:val="28"/>
                <w:szCs w:val="28"/>
                <w:lang w:val="kk-KZ"/>
              </w:rPr>
              <w:t>915</w:t>
            </w:r>
          </w:p>
        </w:tc>
        <w:tc>
          <w:tcPr>
            <w:tcW w:w="0" w:type="auto"/>
          </w:tcPr>
          <w:p w14:paraId="12DE8ED7" w14:textId="77777777" w:rsidR="004616A2" w:rsidRPr="004616A2" w:rsidRDefault="004616A2" w:rsidP="00A82E02">
            <w:pPr>
              <w:jc w:val="both"/>
              <w:rPr>
                <w:i/>
                <w:iCs/>
                <w:sz w:val="28"/>
                <w:szCs w:val="28"/>
                <w:lang w:val="kk-KZ"/>
              </w:rPr>
            </w:pPr>
            <w:r w:rsidRPr="004616A2">
              <w:rPr>
                <w:i/>
                <w:iCs/>
                <w:sz w:val="28"/>
                <w:szCs w:val="28"/>
                <w:lang w:val="kk-KZ"/>
              </w:rPr>
              <w:t>өсті</w:t>
            </w:r>
          </w:p>
        </w:tc>
      </w:tr>
      <w:tr w:rsidR="004616A2" w:rsidRPr="004616A2" w14:paraId="4CE94CFC" w14:textId="77777777" w:rsidTr="004616A2">
        <w:tc>
          <w:tcPr>
            <w:tcW w:w="0" w:type="auto"/>
            <w:hideMark/>
          </w:tcPr>
          <w:p w14:paraId="39066A7D" w14:textId="77777777" w:rsidR="004616A2" w:rsidRPr="004616A2" w:rsidRDefault="004616A2" w:rsidP="00A82E02">
            <w:pPr>
              <w:jc w:val="both"/>
              <w:rPr>
                <w:sz w:val="28"/>
                <w:szCs w:val="28"/>
              </w:rPr>
            </w:pPr>
            <w:r w:rsidRPr="004616A2">
              <w:rPr>
                <w:sz w:val="28"/>
                <w:szCs w:val="28"/>
              </w:rPr>
              <w:t>3</w:t>
            </w:r>
          </w:p>
        </w:tc>
        <w:tc>
          <w:tcPr>
            <w:tcW w:w="0" w:type="auto"/>
            <w:hideMark/>
          </w:tcPr>
          <w:p w14:paraId="46300F75" w14:textId="77777777" w:rsidR="004616A2" w:rsidRPr="004616A2" w:rsidRDefault="004616A2" w:rsidP="00A82E02">
            <w:pPr>
              <w:jc w:val="both"/>
              <w:rPr>
                <w:sz w:val="28"/>
                <w:szCs w:val="28"/>
              </w:rPr>
            </w:pPr>
            <w:r w:rsidRPr="004616A2">
              <w:rPr>
                <w:bCs/>
                <w:sz w:val="28"/>
                <w:szCs w:val="28"/>
              </w:rPr>
              <w:t>Толық емес отбасыдағы оқушылар</w:t>
            </w:r>
            <w:r w:rsidRPr="004616A2">
              <w:rPr>
                <w:sz w:val="28"/>
                <w:szCs w:val="28"/>
              </w:rPr>
              <w:t xml:space="preserve"> </w:t>
            </w:r>
            <w:r w:rsidRPr="004616A2">
              <w:rPr>
                <w:i/>
                <w:iCs/>
                <w:sz w:val="28"/>
                <w:szCs w:val="28"/>
              </w:rPr>
              <w:t>(жалғыз басты ана/әке)</w:t>
            </w:r>
          </w:p>
        </w:tc>
        <w:tc>
          <w:tcPr>
            <w:tcW w:w="0" w:type="auto"/>
            <w:hideMark/>
          </w:tcPr>
          <w:p w14:paraId="3CCDD15F" w14:textId="77777777" w:rsidR="004616A2" w:rsidRPr="004616A2" w:rsidRDefault="004616A2" w:rsidP="00A82E02">
            <w:pPr>
              <w:jc w:val="both"/>
              <w:rPr>
                <w:sz w:val="28"/>
                <w:szCs w:val="28"/>
              </w:rPr>
            </w:pPr>
            <w:r w:rsidRPr="004616A2">
              <w:rPr>
                <w:i/>
                <w:iCs/>
                <w:sz w:val="28"/>
                <w:szCs w:val="28"/>
              </w:rPr>
              <w:t>98</w:t>
            </w:r>
          </w:p>
        </w:tc>
        <w:tc>
          <w:tcPr>
            <w:tcW w:w="0" w:type="auto"/>
            <w:hideMark/>
          </w:tcPr>
          <w:p w14:paraId="3EE6097F" w14:textId="77777777" w:rsidR="004616A2" w:rsidRPr="004616A2" w:rsidRDefault="004616A2" w:rsidP="00A82E02">
            <w:pPr>
              <w:jc w:val="both"/>
              <w:rPr>
                <w:sz w:val="28"/>
                <w:szCs w:val="28"/>
                <w:lang w:val="kk-KZ"/>
              </w:rPr>
            </w:pPr>
            <w:r w:rsidRPr="004616A2">
              <w:rPr>
                <w:i/>
                <w:iCs/>
                <w:sz w:val="28"/>
                <w:szCs w:val="28"/>
                <w:lang w:val="kk-KZ"/>
              </w:rPr>
              <w:t>119</w:t>
            </w:r>
          </w:p>
        </w:tc>
        <w:tc>
          <w:tcPr>
            <w:tcW w:w="0" w:type="auto"/>
            <w:hideMark/>
          </w:tcPr>
          <w:p w14:paraId="1A071AC4" w14:textId="77777777" w:rsidR="004616A2" w:rsidRPr="004616A2" w:rsidRDefault="004616A2" w:rsidP="00A82E02">
            <w:pPr>
              <w:jc w:val="both"/>
              <w:rPr>
                <w:sz w:val="28"/>
                <w:szCs w:val="28"/>
                <w:lang w:val="kk-KZ"/>
              </w:rPr>
            </w:pPr>
            <w:r w:rsidRPr="004616A2">
              <w:rPr>
                <w:sz w:val="28"/>
                <w:szCs w:val="28"/>
                <w:lang w:val="kk-KZ"/>
              </w:rPr>
              <w:t>117</w:t>
            </w:r>
          </w:p>
        </w:tc>
        <w:tc>
          <w:tcPr>
            <w:tcW w:w="0" w:type="auto"/>
            <w:hideMark/>
          </w:tcPr>
          <w:p w14:paraId="1D9A8B93" w14:textId="77777777" w:rsidR="004616A2" w:rsidRPr="004616A2" w:rsidRDefault="004616A2" w:rsidP="00A82E02">
            <w:pPr>
              <w:jc w:val="both"/>
              <w:rPr>
                <w:sz w:val="28"/>
                <w:szCs w:val="28"/>
                <w:lang w:val="kk-KZ"/>
              </w:rPr>
            </w:pPr>
            <w:r w:rsidRPr="004616A2">
              <w:rPr>
                <w:i/>
                <w:iCs/>
                <w:sz w:val="28"/>
                <w:szCs w:val="28"/>
                <w:lang w:val="kk-KZ"/>
              </w:rPr>
              <w:t>Төмендеу бар</w:t>
            </w:r>
          </w:p>
        </w:tc>
      </w:tr>
      <w:tr w:rsidR="004616A2" w:rsidRPr="004616A2" w14:paraId="600B9B41" w14:textId="77777777" w:rsidTr="004616A2">
        <w:tc>
          <w:tcPr>
            <w:tcW w:w="0" w:type="auto"/>
            <w:hideMark/>
          </w:tcPr>
          <w:p w14:paraId="2D3B3D6F" w14:textId="77777777" w:rsidR="004616A2" w:rsidRPr="004616A2" w:rsidRDefault="004616A2" w:rsidP="00A82E02">
            <w:pPr>
              <w:jc w:val="both"/>
              <w:rPr>
                <w:sz w:val="28"/>
                <w:szCs w:val="28"/>
              </w:rPr>
            </w:pPr>
            <w:r w:rsidRPr="004616A2">
              <w:rPr>
                <w:sz w:val="28"/>
                <w:szCs w:val="28"/>
              </w:rPr>
              <w:t>4</w:t>
            </w:r>
          </w:p>
        </w:tc>
        <w:tc>
          <w:tcPr>
            <w:tcW w:w="0" w:type="auto"/>
            <w:hideMark/>
          </w:tcPr>
          <w:p w14:paraId="54B095A7" w14:textId="77777777" w:rsidR="004616A2" w:rsidRPr="004616A2" w:rsidRDefault="004616A2" w:rsidP="00A82E02">
            <w:pPr>
              <w:jc w:val="both"/>
              <w:rPr>
                <w:sz w:val="28"/>
                <w:szCs w:val="28"/>
              </w:rPr>
            </w:pPr>
            <w:r w:rsidRPr="004616A2">
              <w:rPr>
                <w:bCs/>
                <w:sz w:val="28"/>
                <w:szCs w:val="28"/>
              </w:rPr>
              <w:t>Қамқорлықтағы / қорғаншылықтағы балалар</w:t>
            </w:r>
            <w:r w:rsidRPr="004616A2">
              <w:rPr>
                <w:sz w:val="28"/>
                <w:szCs w:val="28"/>
              </w:rPr>
              <w:t xml:space="preserve"> </w:t>
            </w:r>
            <w:r w:rsidRPr="004616A2">
              <w:rPr>
                <w:i/>
                <w:iCs/>
                <w:sz w:val="28"/>
                <w:szCs w:val="28"/>
              </w:rPr>
              <w:t>(жетім, ата-анасының қамқорлығынсыз қалған)</w:t>
            </w:r>
          </w:p>
        </w:tc>
        <w:tc>
          <w:tcPr>
            <w:tcW w:w="0" w:type="auto"/>
          </w:tcPr>
          <w:p w14:paraId="156A08B4" w14:textId="77777777" w:rsidR="004616A2" w:rsidRPr="004616A2" w:rsidRDefault="004616A2" w:rsidP="00A82E02">
            <w:pPr>
              <w:jc w:val="both"/>
              <w:rPr>
                <w:sz w:val="28"/>
                <w:szCs w:val="28"/>
                <w:lang w:val="kk-KZ"/>
              </w:rPr>
            </w:pPr>
            <w:r w:rsidRPr="004616A2">
              <w:rPr>
                <w:sz w:val="28"/>
                <w:szCs w:val="28"/>
                <w:lang w:val="kk-KZ"/>
              </w:rPr>
              <w:t>4</w:t>
            </w:r>
          </w:p>
        </w:tc>
        <w:tc>
          <w:tcPr>
            <w:tcW w:w="0" w:type="auto"/>
          </w:tcPr>
          <w:p w14:paraId="1FDC9D7C" w14:textId="77777777" w:rsidR="004616A2" w:rsidRPr="004616A2" w:rsidRDefault="004616A2" w:rsidP="00A82E02">
            <w:pPr>
              <w:jc w:val="both"/>
              <w:rPr>
                <w:sz w:val="28"/>
                <w:szCs w:val="28"/>
                <w:lang w:val="kk-KZ"/>
              </w:rPr>
            </w:pPr>
            <w:r w:rsidRPr="004616A2">
              <w:rPr>
                <w:sz w:val="28"/>
                <w:szCs w:val="28"/>
                <w:lang w:val="kk-KZ"/>
              </w:rPr>
              <w:t>2</w:t>
            </w:r>
          </w:p>
        </w:tc>
        <w:tc>
          <w:tcPr>
            <w:tcW w:w="0" w:type="auto"/>
          </w:tcPr>
          <w:p w14:paraId="6D926B72" w14:textId="77777777" w:rsidR="004616A2" w:rsidRPr="004616A2" w:rsidRDefault="004616A2" w:rsidP="00A82E02">
            <w:pPr>
              <w:jc w:val="both"/>
              <w:rPr>
                <w:sz w:val="28"/>
                <w:szCs w:val="28"/>
                <w:lang w:val="kk-KZ"/>
              </w:rPr>
            </w:pPr>
            <w:r w:rsidRPr="004616A2">
              <w:rPr>
                <w:sz w:val="28"/>
                <w:szCs w:val="28"/>
                <w:lang w:val="kk-KZ"/>
              </w:rPr>
              <w:t>2</w:t>
            </w:r>
          </w:p>
        </w:tc>
        <w:tc>
          <w:tcPr>
            <w:tcW w:w="0" w:type="auto"/>
            <w:hideMark/>
          </w:tcPr>
          <w:p w14:paraId="2530E69B" w14:textId="77777777" w:rsidR="004616A2" w:rsidRPr="004616A2" w:rsidRDefault="004616A2" w:rsidP="00A82E02">
            <w:pPr>
              <w:jc w:val="both"/>
              <w:rPr>
                <w:sz w:val="28"/>
                <w:szCs w:val="28"/>
              </w:rPr>
            </w:pPr>
            <w:r w:rsidRPr="004616A2">
              <w:rPr>
                <w:i/>
                <w:iCs/>
                <w:sz w:val="28"/>
                <w:szCs w:val="28"/>
              </w:rPr>
              <w:t>тұрақты</w:t>
            </w:r>
          </w:p>
        </w:tc>
      </w:tr>
      <w:tr w:rsidR="004616A2" w:rsidRPr="004616A2" w14:paraId="014C0F9A" w14:textId="77777777" w:rsidTr="004616A2">
        <w:tc>
          <w:tcPr>
            <w:tcW w:w="0" w:type="auto"/>
            <w:hideMark/>
          </w:tcPr>
          <w:p w14:paraId="384FE960" w14:textId="77777777" w:rsidR="004616A2" w:rsidRPr="004616A2" w:rsidRDefault="004616A2" w:rsidP="00A82E02">
            <w:pPr>
              <w:jc w:val="both"/>
              <w:rPr>
                <w:sz w:val="28"/>
                <w:szCs w:val="28"/>
              </w:rPr>
            </w:pPr>
            <w:r w:rsidRPr="004616A2">
              <w:rPr>
                <w:sz w:val="28"/>
                <w:szCs w:val="28"/>
              </w:rPr>
              <w:t>5</w:t>
            </w:r>
          </w:p>
        </w:tc>
        <w:tc>
          <w:tcPr>
            <w:tcW w:w="0" w:type="auto"/>
            <w:hideMark/>
          </w:tcPr>
          <w:p w14:paraId="6CB8DCC4" w14:textId="77777777" w:rsidR="004616A2" w:rsidRPr="004616A2" w:rsidRDefault="004616A2" w:rsidP="00A82E02">
            <w:pPr>
              <w:jc w:val="both"/>
              <w:rPr>
                <w:sz w:val="28"/>
                <w:szCs w:val="28"/>
              </w:rPr>
            </w:pPr>
            <w:r w:rsidRPr="004616A2">
              <w:rPr>
                <w:bCs/>
                <w:sz w:val="28"/>
                <w:szCs w:val="28"/>
              </w:rPr>
              <w:t>Мүгедектігі бар оқушылар / ЕББҚ бар балалар</w:t>
            </w:r>
          </w:p>
        </w:tc>
        <w:tc>
          <w:tcPr>
            <w:tcW w:w="0" w:type="auto"/>
            <w:hideMark/>
          </w:tcPr>
          <w:p w14:paraId="0AFA43B1" w14:textId="77777777" w:rsidR="004616A2" w:rsidRPr="004616A2" w:rsidRDefault="004616A2" w:rsidP="00A82E02">
            <w:pPr>
              <w:jc w:val="both"/>
              <w:rPr>
                <w:sz w:val="28"/>
                <w:szCs w:val="28"/>
              </w:rPr>
            </w:pPr>
            <w:r w:rsidRPr="004616A2">
              <w:rPr>
                <w:i/>
                <w:iCs/>
                <w:sz w:val="28"/>
                <w:szCs w:val="28"/>
              </w:rPr>
              <w:t>5</w:t>
            </w:r>
          </w:p>
        </w:tc>
        <w:tc>
          <w:tcPr>
            <w:tcW w:w="0" w:type="auto"/>
            <w:hideMark/>
          </w:tcPr>
          <w:p w14:paraId="3E0393C6" w14:textId="77777777" w:rsidR="004616A2" w:rsidRPr="004616A2" w:rsidRDefault="004616A2" w:rsidP="00A82E02">
            <w:pPr>
              <w:jc w:val="both"/>
              <w:rPr>
                <w:sz w:val="28"/>
                <w:szCs w:val="28"/>
              </w:rPr>
            </w:pPr>
            <w:r w:rsidRPr="004616A2">
              <w:rPr>
                <w:i/>
                <w:iCs/>
                <w:sz w:val="28"/>
                <w:szCs w:val="28"/>
                <w:lang w:val="kk-KZ"/>
              </w:rPr>
              <w:t>5</w:t>
            </w:r>
          </w:p>
        </w:tc>
        <w:tc>
          <w:tcPr>
            <w:tcW w:w="0" w:type="auto"/>
            <w:hideMark/>
          </w:tcPr>
          <w:p w14:paraId="2A48EECB" w14:textId="77777777" w:rsidR="004616A2" w:rsidRPr="004616A2" w:rsidRDefault="004616A2" w:rsidP="00A82E02">
            <w:pPr>
              <w:jc w:val="both"/>
              <w:rPr>
                <w:sz w:val="28"/>
                <w:szCs w:val="28"/>
                <w:lang w:val="kk-KZ"/>
              </w:rPr>
            </w:pPr>
            <w:r w:rsidRPr="004616A2">
              <w:rPr>
                <w:sz w:val="28"/>
                <w:szCs w:val="28"/>
                <w:lang w:val="kk-KZ"/>
              </w:rPr>
              <w:t>6</w:t>
            </w:r>
          </w:p>
        </w:tc>
        <w:tc>
          <w:tcPr>
            <w:tcW w:w="0" w:type="auto"/>
            <w:hideMark/>
          </w:tcPr>
          <w:p w14:paraId="4AFDAFBF" w14:textId="77777777" w:rsidR="004616A2" w:rsidRPr="004616A2" w:rsidRDefault="004616A2" w:rsidP="00A82E02">
            <w:pPr>
              <w:jc w:val="both"/>
              <w:rPr>
                <w:sz w:val="28"/>
                <w:szCs w:val="28"/>
                <w:lang w:val="kk-KZ"/>
              </w:rPr>
            </w:pPr>
            <w:r w:rsidRPr="004616A2">
              <w:rPr>
                <w:sz w:val="28"/>
                <w:szCs w:val="28"/>
                <w:lang w:val="kk-KZ"/>
              </w:rPr>
              <w:t>өсті</w:t>
            </w:r>
          </w:p>
        </w:tc>
      </w:tr>
      <w:tr w:rsidR="004616A2" w:rsidRPr="004616A2" w14:paraId="7BD53128" w14:textId="77777777" w:rsidTr="004616A2">
        <w:tc>
          <w:tcPr>
            <w:tcW w:w="0" w:type="auto"/>
            <w:hideMark/>
          </w:tcPr>
          <w:p w14:paraId="5DFF38EC" w14:textId="77777777" w:rsidR="004616A2" w:rsidRPr="004616A2" w:rsidRDefault="004616A2" w:rsidP="00A82E02">
            <w:pPr>
              <w:jc w:val="both"/>
              <w:rPr>
                <w:sz w:val="28"/>
                <w:szCs w:val="28"/>
              </w:rPr>
            </w:pPr>
            <w:r w:rsidRPr="004616A2">
              <w:rPr>
                <w:sz w:val="28"/>
                <w:szCs w:val="28"/>
              </w:rPr>
              <w:t>6</w:t>
            </w:r>
          </w:p>
        </w:tc>
        <w:tc>
          <w:tcPr>
            <w:tcW w:w="0" w:type="auto"/>
            <w:hideMark/>
          </w:tcPr>
          <w:p w14:paraId="2337957F" w14:textId="77777777" w:rsidR="004616A2" w:rsidRPr="004616A2" w:rsidRDefault="004616A2" w:rsidP="00A82E02">
            <w:pPr>
              <w:jc w:val="both"/>
              <w:rPr>
                <w:sz w:val="28"/>
                <w:szCs w:val="28"/>
              </w:rPr>
            </w:pPr>
            <w:r w:rsidRPr="004616A2">
              <w:rPr>
                <w:bCs/>
                <w:sz w:val="28"/>
                <w:szCs w:val="28"/>
              </w:rPr>
              <w:t>Аз қамтылған отбасы балалары (АӘК / Төмен табыс)</w:t>
            </w:r>
          </w:p>
        </w:tc>
        <w:tc>
          <w:tcPr>
            <w:tcW w:w="0" w:type="auto"/>
            <w:hideMark/>
          </w:tcPr>
          <w:p w14:paraId="266EED53" w14:textId="77777777" w:rsidR="004616A2" w:rsidRPr="004616A2" w:rsidRDefault="004616A2" w:rsidP="00A82E02">
            <w:pPr>
              <w:jc w:val="both"/>
              <w:rPr>
                <w:sz w:val="28"/>
                <w:szCs w:val="28"/>
              </w:rPr>
            </w:pPr>
            <w:r w:rsidRPr="004616A2">
              <w:rPr>
                <w:i/>
                <w:iCs/>
                <w:sz w:val="28"/>
                <w:szCs w:val="28"/>
              </w:rPr>
              <w:t>6</w:t>
            </w:r>
          </w:p>
        </w:tc>
        <w:tc>
          <w:tcPr>
            <w:tcW w:w="0" w:type="auto"/>
            <w:hideMark/>
          </w:tcPr>
          <w:p w14:paraId="089347DF" w14:textId="77777777" w:rsidR="004616A2" w:rsidRPr="004616A2" w:rsidRDefault="004616A2" w:rsidP="00A82E02">
            <w:pPr>
              <w:jc w:val="both"/>
              <w:rPr>
                <w:sz w:val="28"/>
                <w:szCs w:val="28"/>
              </w:rPr>
            </w:pPr>
            <w:r w:rsidRPr="004616A2">
              <w:rPr>
                <w:i/>
                <w:iCs/>
                <w:sz w:val="28"/>
                <w:szCs w:val="28"/>
              </w:rPr>
              <w:t>12</w:t>
            </w:r>
          </w:p>
        </w:tc>
        <w:tc>
          <w:tcPr>
            <w:tcW w:w="0" w:type="auto"/>
            <w:hideMark/>
          </w:tcPr>
          <w:p w14:paraId="1538EAC4" w14:textId="77777777" w:rsidR="004616A2" w:rsidRPr="004616A2" w:rsidRDefault="004616A2" w:rsidP="00A82E02">
            <w:pPr>
              <w:jc w:val="both"/>
              <w:rPr>
                <w:sz w:val="28"/>
                <w:szCs w:val="28"/>
                <w:lang w:val="kk-KZ"/>
              </w:rPr>
            </w:pPr>
            <w:r w:rsidRPr="004616A2">
              <w:rPr>
                <w:sz w:val="28"/>
                <w:szCs w:val="28"/>
                <w:lang w:val="kk-KZ"/>
              </w:rPr>
              <w:t>12</w:t>
            </w:r>
          </w:p>
        </w:tc>
        <w:tc>
          <w:tcPr>
            <w:tcW w:w="0" w:type="auto"/>
            <w:hideMark/>
          </w:tcPr>
          <w:p w14:paraId="43930FE2" w14:textId="77777777" w:rsidR="004616A2" w:rsidRPr="004616A2" w:rsidRDefault="004616A2" w:rsidP="00A82E02">
            <w:pPr>
              <w:jc w:val="both"/>
              <w:rPr>
                <w:sz w:val="28"/>
                <w:szCs w:val="28"/>
              </w:rPr>
            </w:pPr>
            <w:r w:rsidRPr="004616A2">
              <w:rPr>
                <w:i/>
                <w:iCs/>
                <w:sz w:val="28"/>
                <w:szCs w:val="28"/>
              </w:rPr>
              <w:t>тұрақты</w:t>
            </w:r>
          </w:p>
        </w:tc>
      </w:tr>
    </w:tbl>
    <w:p w14:paraId="3CCBC67D" w14:textId="77777777" w:rsidR="004616A2" w:rsidRPr="004616A2" w:rsidRDefault="004616A2" w:rsidP="00A82E02">
      <w:pPr>
        <w:jc w:val="both"/>
        <w:rPr>
          <w:sz w:val="28"/>
          <w:szCs w:val="28"/>
        </w:rPr>
      </w:pPr>
      <w:r w:rsidRPr="004616A2">
        <w:rPr>
          <w:b/>
          <w:bCs/>
          <w:noProof/>
          <w:sz w:val="28"/>
          <w:szCs w:val="28"/>
          <w:lang w:eastAsia="ru-RU"/>
        </w:rPr>
        <w:drawing>
          <wp:anchor distT="0" distB="0" distL="114300" distR="114300" simplePos="0" relativeHeight="251591168" behindDoc="1" locked="0" layoutInCell="1" allowOverlap="1" wp14:anchorId="7647780B" wp14:editId="2ED53B47">
            <wp:simplePos x="0" y="0"/>
            <wp:positionH relativeFrom="margin">
              <wp:posOffset>0</wp:posOffset>
            </wp:positionH>
            <wp:positionV relativeFrom="paragraph">
              <wp:posOffset>304165</wp:posOffset>
            </wp:positionV>
            <wp:extent cx="6334125" cy="3657600"/>
            <wp:effectExtent l="0" t="0" r="9525" b="0"/>
            <wp:wrapTight wrapText="bothSides">
              <wp:wrapPolygon edited="0">
                <wp:start x="0" y="0"/>
                <wp:lineTo x="0" y="21488"/>
                <wp:lineTo x="21568" y="21488"/>
                <wp:lineTo x="21568" y="0"/>
                <wp:lineTo x="0" y="0"/>
              </wp:wrapPolygon>
            </wp:wrapTight>
            <wp:docPr id="1" name="Рисунок 1" descr="C:\Users\Бастауыш2\Downloads\Code_Generated_Image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Бастауыш2\Downloads\Code_Generated_Image (3).png"/>
                    <pic:cNvPicPr>
                      <a:picLocks noChangeAspect="1" noChangeArrowheads="1"/>
                    </pic:cNvPicPr>
                  </pic:nvPicPr>
                  <pic:blipFill>
                    <a:blip r:embed="rId829" cstate="print">
                      <a:extLst>
                        <a:ext uri="{28A0092B-C50C-407E-A947-70E740481C1C}">
                          <a14:useLocalDpi xmlns:a14="http://schemas.microsoft.com/office/drawing/2010/main" val="0"/>
                        </a:ext>
                      </a:extLst>
                    </a:blip>
                    <a:srcRect/>
                    <a:stretch>
                      <a:fillRect/>
                    </a:stretch>
                  </pic:blipFill>
                  <pic:spPr bwMode="auto">
                    <a:xfrm>
                      <a:off x="0" y="0"/>
                      <a:ext cx="6334125" cy="3657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8A8618" w14:textId="77777777" w:rsidR="004616A2" w:rsidRPr="004616A2" w:rsidRDefault="004616A2" w:rsidP="00A82E02">
      <w:pPr>
        <w:jc w:val="both"/>
        <w:rPr>
          <w:sz w:val="28"/>
          <w:szCs w:val="28"/>
          <w:lang w:val="kk-KZ"/>
        </w:rPr>
      </w:pPr>
      <w:r w:rsidRPr="004616A2">
        <w:rPr>
          <w:sz w:val="28"/>
          <w:szCs w:val="28"/>
          <w:lang w:val="kk-KZ"/>
        </w:rPr>
        <w:t xml:space="preserve">Талдау: Әлеуметтік паспорт деректері көрсеткендей, мектептегі көпбалалы және </w:t>
      </w:r>
      <w:r w:rsidRPr="004616A2">
        <w:rPr>
          <w:sz w:val="28"/>
          <w:szCs w:val="28"/>
          <w:lang w:val="kk-KZ"/>
        </w:rPr>
        <w:lastRenderedPageBreak/>
        <w:t>толық емес отбасылардың үлесі [жоғары/тұрақты]. Қамқорлықтағы балалар мен мүгедектігі бар оқушылардың құқықтары толық сақталып, оларға оқу үдерісінде жеңілдіктер мен моральдық-әлеуметтік қолдау толық көлемде көрсетілді.</w:t>
      </w:r>
    </w:p>
    <w:p w14:paraId="0D473B03" w14:textId="77777777" w:rsidR="004616A2" w:rsidRPr="004616A2" w:rsidRDefault="004616A2" w:rsidP="00A82E02">
      <w:pPr>
        <w:jc w:val="both"/>
        <w:rPr>
          <w:b/>
          <w:sz w:val="28"/>
          <w:szCs w:val="28"/>
          <w:lang w:val="kk-KZ"/>
        </w:rPr>
      </w:pPr>
      <w:r w:rsidRPr="004616A2">
        <w:rPr>
          <w:b/>
          <w:sz w:val="28"/>
          <w:szCs w:val="28"/>
          <w:lang w:val="kk-KZ"/>
        </w:rPr>
        <w:t>ІІІ. ӘЛЕУМЕТТІК ҚОЛДАУ ЖӘНЕ «ЖАЛПЫҒА БІРДЕЙ БІЛІМ БЕРУ» (ЖАЛПЫОҚУ) ҚОРЫ</w:t>
      </w:r>
    </w:p>
    <w:p w14:paraId="00AF91F9" w14:textId="77777777" w:rsidR="004616A2" w:rsidRPr="004616A2" w:rsidRDefault="004616A2" w:rsidP="00A82E02">
      <w:pPr>
        <w:jc w:val="both"/>
        <w:rPr>
          <w:sz w:val="28"/>
          <w:szCs w:val="28"/>
          <w:lang w:val="kk-KZ"/>
        </w:rPr>
      </w:pPr>
      <w:r w:rsidRPr="004616A2">
        <w:rPr>
          <w:sz w:val="28"/>
          <w:szCs w:val="28"/>
          <w:lang w:val="kk-KZ"/>
        </w:rPr>
        <w:t>2025–2026 оқу жылынан бастап әлеуметтік көмек көрсету үдерісі Skoring платформасы арқылы онлайн форматына көшіріліп, ашықтық пен тиімділік қамтамасыз етілді. Ата-аналарға өтінім беру және құжат рәсімдеу бойынша тұрақты кеңес беру жұмыстары жүргізілді. Биылғы 2026-2027 оқу жылында әлеуметтік көмек көрсету түрі ҰББДҚ арқылы жұргізілді.</w:t>
      </w:r>
    </w:p>
    <w:p w14:paraId="6A7FB38E" w14:textId="77777777" w:rsidR="004616A2" w:rsidRPr="004616A2" w:rsidRDefault="004616A2" w:rsidP="00A82E02">
      <w:pPr>
        <w:jc w:val="both"/>
        <w:rPr>
          <w:b/>
          <w:sz w:val="28"/>
          <w:szCs w:val="28"/>
          <w:lang w:val="kk-KZ"/>
        </w:rPr>
      </w:pPr>
      <w:r w:rsidRPr="004616A2">
        <w:rPr>
          <w:b/>
          <w:sz w:val="28"/>
          <w:szCs w:val="28"/>
          <w:lang w:val="kk-KZ"/>
        </w:rPr>
        <w:t>Әлеуметтік көмек түрлерінің 3 жылдық көрсеткіші:</w:t>
      </w:r>
    </w:p>
    <w:tbl>
      <w:tblPr>
        <w:tblStyle w:val="a7"/>
        <w:tblW w:w="0" w:type="auto"/>
        <w:tblLook w:val="04A0" w:firstRow="1" w:lastRow="0" w:firstColumn="1" w:lastColumn="0" w:noHBand="0" w:noVBand="1"/>
      </w:tblPr>
      <w:tblGrid>
        <w:gridCol w:w="3965"/>
        <w:gridCol w:w="1587"/>
        <w:gridCol w:w="1587"/>
        <w:gridCol w:w="1587"/>
        <w:gridCol w:w="1837"/>
      </w:tblGrid>
      <w:tr w:rsidR="004616A2" w:rsidRPr="004616A2" w14:paraId="7C2F7C72" w14:textId="77777777" w:rsidTr="004616A2">
        <w:tc>
          <w:tcPr>
            <w:tcW w:w="0" w:type="auto"/>
            <w:hideMark/>
          </w:tcPr>
          <w:p w14:paraId="40182DF9" w14:textId="77777777" w:rsidR="004616A2" w:rsidRPr="004616A2" w:rsidRDefault="004616A2" w:rsidP="00A82E02">
            <w:pPr>
              <w:jc w:val="both"/>
              <w:rPr>
                <w:sz w:val="28"/>
                <w:szCs w:val="28"/>
              </w:rPr>
            </w:pPr>
            <w:r w:rsidRPr="004616A2">
              <w:rPr>
                <w:b/>
                <w:bCs/>
                <w:sz w:val="28"/>
                <w:szCs w:val="28"/>
              </w:rPr>
              <w:t>Әлеуметтік көмек түрлері</w:t>
            </w:r>
          </w:p>
        </w:tc>
        <w:tc>
          <w:tcPr>
            <w:tcW w:w="0" w:type="auto"/>
            <w:hideMark/>
          </w:tcPr>
          <w:p w14:paraId="7AA87129" w14:textId="77777777" w:rsidR="004616A2" w:rsidRPr="004616A2" w:rsidRDefault="004616A2" w:rsidP="00A82E02">
            <w:pPr>
              <w:jc w:val="both"/>
              <w:rPr>
                <w:sz w:val="28"/>
                <w:szCs w:val="28"/>
              </w:rPr>
            </w:pPr>
            <w:r w:rsidRPr="004616A2">
              <w:rPr>
                <w:b/>
                <w:bCs/>
                <w:sz w:val="28"/>
                <w:szCs w:val="28"/>
              </w:rPr>
              <w:t>2024–2025 оқу жылы</w:t>
            </w:r>
          </w:p>
        </w:tc>
        <w:tc>
          <w:tcPr>
            <w:tcW w:w="0" w:type="auto"/>
            <w:hideMark/>
          </w:tcPr>
          <w:p w14:paraId="2B0A2B94" w14:textId="77777777" w:rsidR="004616A2" w:rsidRPr="004616A2" w:rsidRDefault="004616A2" w:rsidP="00A82E02">
            <w:pPr>
              <w:jc w:val="both"/>
              <w:rPr>
                <w:sz w:val="28"/>
                <w:szCs w:val="28"/>
              </w:rPr>
            </w:pPr>
            <w:r w:rsidRPr="004616A2">
              <w:rPr>
                <w:b/>
                <w:bCs/>
                <w:sz w:val="28"/>
                <w:szCs w:val="28"/>
              </w:rPr>
              <w:t>2025–2026 оқу жылы</w:t>
            </w:r>
          </w:p>
        </w:tc>
        <w:tc>
          <w:tcPr>
            <w:tcW w:w="0" w:type="auto"/>
            <w:hideMark/>
          </w:tcPr>
          <w:p w14:paraId="4036A601" w14:textId="77777777" w:rsidR="004616A2" w:rsidRPr="004616A2" w:rsidRDefault="004616A2" w:rsidP="00A82E02">
            <w:pPr>
              <w:jc w:val="both"/>
              <w:rPr>
                <w:sz w:val="28"/>
                <w:szCs w:val="28"/>
              </w:rPr>
            </w:pPr>
            <w:r w:rsidRPr="004616A2">
              <w:rPr>
                <w:b/>
                <w:bCs/>
                <w:sz w:val="28"/>
                <w:szCs w:val="28"/>
              </w:rPr>
              <w:t>2026–2027 оқу жылы</w:t>
            </w:r>
          </w:p>
        </w:tc>
        <w:tc>
          <w:tcPr>
            <w:tcW w:w="0" w:type="auto"/>
            <w:hideMark/>
          </w:tcPr>
          <w:p w14:paraId="0B8B5B05" w14:textId="77777777" w:rsidR="004616A2" w:rsidRPr="004616A2" w:rsidRDefault="004616A2" w:rsidP="00A82E02">
            <w:pPr>
              <w:jc w:val="both"/>
              <w:rPr>
                <w:sz w:val="28"/>
                <w:szCs w:val="28"/>
              </w:rPr>
            </w:pPr>
            <w:r w:rsidRPr="004616A2">
              <w:rPr>
                <w:b/>
                <w:bCs/>
                <w:sz w:val="28"/>
                <w:szCs w:val="28"/>
              </w:rPr>
              <w:t>Динамика (%)</w:t>
            </w:r>
          </w:p>
        </w:tc>
      </w:tr>
      <w:tr w:rsidR="004616A2" w:rsidRPr="004616A2" w14:paraId="3784F94E" w14:textId="77777777" w:rsidTr="004616A2">
        <w:tc>
          <w:tcPr>
            <w:tcW w:w="0" w:type="auto"/>
            <w:hideMark/>
          </w:tcPr>
          <w:p w14:paraId="44C61301" w14:textId="77777777" w:rsidR="004616A2" w:rsidRPr="004616A2" w:rsidRDefault="004616A2" w:rsidP="00A82E02">
            <w:pPr>
              <w:jc w:val="both"/>
              <w:rPr>
                <w:sz w:val="28"/>
                <w:szCs w:val="28"/>
              </w:rPr>
            </w:pPr>
            <w:r w:rsidRPr="004616A2">
              <w:rPr>
                <w:bCs/>
                <w:sz w:val="28"/>
                <w:szCs w:val="28"/>
              </w:rPr>
              <w:t>Тегін ыстық тамақпен қамтылған оқушылар</w:t>
            </w:r>
          </w:p>
        </w:tc>
        <w:tc>
          <w:tcPr>
            <w:tcW w:w="0" w:type="auto"/>
            <w:hideMark/>
          </w:tcPr>
          <w:p w14:paraId="7DD3F549" w14:textId="77777777" w:rsidR="004616A2" w:rsidRPr="004616A2" w:rsidRDefault="004616A2" w:rsidP="00A82E02">
            <w:pPr>
              <w:jc w:val="both"/>
              <w:rPr>
                <w:sz w:val="28"/>
                <w:szCs w:val="28"/>
              </w:rPr>
            </w:pPr>
            <w:r w:rsidRPr="004616A2">
              <w:rPr>
                <w:sz w:val="28"/>
                <w:szCs w:val="28"/>
              </w:rPr>
              <w:t>14</w:t>
            </w:r>
          </w:p>
        </w:tc>
        <w:tc>
          <w:tcPr>
            <w:tcW w:w="0" w:type="auto"/>
            <w:hideMark/>
          </w:tcPr>
          <w:p w14:paraId="4775EF40" w14:textId="77777777" w:rsidR="004616A2" w:rsidRPr="004616A2" w:rsidRDefault="004616A2" w:rsidP="00A82E02">
            <w:pPr>
              <w:jc w:val="both"/>
              <w:rPr>
                <w:sz w:val="28"/>
                <w:szCs w:val="28"/>
              </w:rPr>
            </w:pPr>
            <w:r w:rsidRPr="004616A2">
              <w:rPr>
                <w:sz w:val="28"/>
                <w:szCs w:val="28"/>
              </w:rPr>
              <w:t>28</w:t>
            </w:r>
          </w:p>
        </w:tc>
        <w:tc>
          <w:tcPr>
            <w:tcW w:w="0" w:type="auto"/>
            <w:hideMark/>
          </w:tcPr>
          <w:p w14:paraId="12683C4D" w14:textId="77777777" w:rsidR="004616A2" w:rsidRPr="004616A2" w:rsidRDefault="004616A2" w:rsidP="00A82E02">
            <w:pPr>
              <w:jc w:val="both"/>
              <w:rPr>
                <w:sz w:val="28"/>
                <w:szCs w:val="28"/>
              </w:rPr>
            </w:pPr>
            <w:r w:rsidRPr="004616A2">
              <w:rPr>
                <w:sz w:val="28"/>
                <w:szCs w:val="28"/>
              </w:rPr>
              <w:t>16</w:t>
            </w:r>
          </w:p>
        </w:tc>
        <w:tc>
          <w:tcPr>
            <w:tcW w:w="0" w:type="auto"/>
            <w:hideMark/>
          </w:tcPr>
          <w:p w14:paraId="43DE057A" w14:textId="77777777" w:rsidR="004616A2" w:rsidRPr="004616A2" w:rsidRDefault="004616A2" w:rsidP="00A82E02">
            <w:pPr>
              <w:jc w:val="both"/>
              <w:rPr>
                <w:sz w:val="28"/>
                <w:szCs w:val="28"/>
              </w:rPr>
            </w:pPr>
            <w:r w:rsidRPr="004616A2">
              <w:rPr>
                <w:bCs/>
                <w:sz w:val="28"/>
                <w:szCs w:val="28"/>
              </w:rPr>
              <w:t>Тұрақты қамтылды</w:t>
            </w:r>
          </w:p>
        </w:tc>
      </w:tr>
      <w:tr w:rsidR="004616A2" w:rsidRPr="004616A2" w14:paraId="0A52A3EB" w14:textId="77777777" w:rsidTr="004616A2">
        <w:tc>
          <w:tcPr>
            <w:tcW w:w="0" w:type="auto"/>
            <w:hideMark/>
          </w:tcPr>
          <w:p w14:paraId="035CF2F7" w14:textId="77777777" w:rsidR="004616A2" w:rsidRPr="004616A2" w:rsidRDefault="004616A2" w:rsidP="00A82E02">
            <w:pPr>
              <w:jc w:val="both"/>
              <w:rPr>
                <w:sz w:val="28"/>
                <w:szCs w:val="28"/>
              </w:rPr>
            </w:pPr>
            <w:r w:rsidRPr="004616A2">
              <w:rPr>
                <w:bCs/>
                <w:sz w:val="28"/>
                <w:szCs w:val="28"/>
              </w:rPr>
              <w:t>Жалпы оқу қорынан киім-кешек пен аяқ киім</w:t>
            </w:r>
          </w:p>
        </w:tc>
        <w:tc>
          <w:tcPr>
            <w:tcW w:w="0" w:type="auto"/>
            <w:hideMark/>
          </w:tcPr>
          <w:p w14:paraId="1FE1A81A" w14:textId="77777777" w:rsidR="004616A2" w:rsidRPr="004616A2" w:rsidRDefault="004616A2" w:rsidP="00A82E02">
            <w:pPr>
              <w:jc w:val="both"/>
              <w:rPr>
                <w:sz w:val="28"/>
                <w:szCs w:val="28"/>
              </w:rPr>
            </w:pPr>
            <w:r w:rsidRPr="004616A2">
              <w:rPr>
                <w:sz w:val="28"/>
                <w:szCs w:val="28"/>
              </w:rPr>
              <w:t>14</w:t>
            </w:r>
          </w:p>
        </w:tc>
        <w:tc>
          <w:tcPr>
            <w:tcW w:w="0" w:type="auto"/>
            <w:hideMark/>
          </w:tcPr>
          <w:p w14:paraId="2EFAB407" w14:textId="77777777" w:rsidR="004616A2" w:rsidRPr="004616A2" w:rsidRDefault="004616A2" w:rsidP="00A82E02">
            <w:pPr>
              <w:jc w:val="both"/>
              <w:rPr>
                <w:sz w:val="28"/>
                <w:szCs w:val="28"/>
              </w:rPr>
            </w:pPr>
            <w:r w:rsidRPr="004616A2">
              <w:rPr>
                <w:sz w:val="28"/>
                <w:szCs w:val="28"/>
              </w:rPr>
              <w:t>28</w:t>
            </w:r>
          </w:p>
        </w:tc>
        <w:tc>
          <w:tcPr>
            <w:tcW w:w="0" w:type="auto"/>
            <w:hideMark/>
          </w:tcPr>
          <w:p w14:paraId="62D94E6D" w14:textId="77777777" w:rsidR="004616A2" w:rsidRPr="004616A2" w:rsidRDefault="004616A2" w:rsidP="00A82E02">
            <w:pPr>
              <w:jc w:val="both"/>
              <w:rPr>
                <w:sz w:val="28"/>
                <w:szCs w:val="28"/>
              </w:rPr>
            </w:pPr>
            <w:r w:rsidRPr="004616A2">
              <w:rPr>
                <w:sz w:val="28"/>
                <w:szCs w:val="28"/>
              </w:rPr>
              <w:t>16</w:t>
            </w:r>
          </w:p>
        </w:tc>
        <w:tc>
          <w:tcPr>
            <w:tcW w:w="0" w:type="auto"/>
            <w:hideMark/>
          </w:tcPr>
          <w:p w14:paraId="45A29C4A" w14:textId="77777777" w:rsidR="004616A2" w:rsidRPr="004616A2" w:rsidRDefault="004616A2" w:rsidP="00A82E02">
            <w:pPr>
              <w:jc w:val="both"/>
              <w:rPr>
                <w:sz w:val="28"/>
                <w:szCs w:val="28"/>
              </w:rPr>
            </w:pPr>
            <w:r w:rsidRPr="004616A2">
              <w:rPr>
                <w:bCs/>
                <w:sz w:val="28"/>
                <w:szCs w:val="28"/>
              </w:rPr>
              <w:t>100% қамтылды</w:t>
            </w:r>
          </w:p>
        </w:tc>
      </w:tr>
      <w:tr w:rsidR="004616A2" w:rsidRPr="004616A2" w14:paraId="4D1FB524" w14:textId="77777777" w:rsidTr="004616A2">
        <w:tc>
          <w:tcPr>
            <w:tcW w:w="0" w:type="auto"/>
            <w:hideMark/>
          </w:tcPr>
          <w:p w14:paraId="1F672A77" w14:textId="77777777" w:rsidR="004616A2" w:rsidRPr="004616A2" w:rsidRDefault="004616A2" w:rsidP="00A82E02">
            <w:pPr>
              <w:jc w:val="both"/>
              <w:rPr>
                <w:sz w:val="28"/>
                <w:szCs w:val="28"/>
              </w:rPr>
            </w:pPr>
            <w:r w:rsidRPr="004616A2">
              <w:rPr>
                <w:bCs/>
                <w:sz w:val="28"/>
                <w:szCs w:val="28"/>
              </w:rPr>
              <w:t>Жазғы сауықтыру лагеріне қамтылған оқушылар</w:t>
            </w:r>
          </w:p>
        </w:tc>
        <w:tc>
          <w:tcPr>
            <w:tcW w:w="0" w:type="auto"/>
            <w:hideMark/>
          </w:tcPr>
          <w:p w14:paraId="53D4E4A1" w14:textId="77777777" w:rsidR="004616A2" w:rsidRPr="004616A2" w:rsidRDefault="004616A2" w:rsidP="00A82E02">
            <w:pPr>
              <w:jc w:val="both"/>
              <w:rPr>
                <w:sz w:val="28"/>
                <w:szCs w:val="28"/>
              </w:rPr>
            </w:pPr>
            <w:r w:rsidRPr="004616A2">
              <w:rPr>
                <w:sz w:val="28"/>
                <w:szCs w:val="28"/>
              </w:rPr>
              <w:t>3</w:t>
            </w:r>
          </w:p>
        </w:tc>
        <w:tc>
          <w:tcPr>
            <w:tcW w:w="0" w:type="auto"/>
            <w:hideMark/>
          </w:tcPr>
          <w:p w14:paraId="2953E6AE" w14:textId="77777777" w:rsidR="004616A2" w:rsidRPr="004616A2" w:rsidRDefault="004616A2" w:rsidP="00A82E02">
            <w:pPr>
              <w:jc w:val="both"/>
              <w:rPr>
                <w:sz w:val="28"/>
                <w:szCs w:val="28"/>
              </w:rPr>
            </w:pPr>
            <w:r w:rsidRPr="004616A2">
              <w:rPr>
                <w:sz w:val="28"/>
                <w:szCs w:val="28"/>
              </w:rPr>
              <w:t>7</w:t>
            </w:r>
          </w:p>
        </w:tc>
        <w:tc>
          <w:tcPr>
            <w:tcW w:w="0" w:type="auto"/>
            <w:hideMark/>
          </w:tcPr>
          <w:p w14:paraId="12C57429" w14:textId="77777777" w:rsidR="004616A2" w:rsidRPr="004616A2" w:rsidRDefault="004616A2" w:rsidP="00A82E02">
            <w:pPr>
              <w:jc w:val="both"/>
              <w:rPr>
                <w:sz w:val="28"/>
                <w:szCs w:val="28"/>
                <w:lang w:val="kk-KZ"/>
              </w:rPr>
            </w:pPr>
            <w:r w:rsidRPr="004616A2">
              <w:rPr>
                <w:sz w:val="28"/>
                <w:szCs w:val="28"/>
                <w:lang w:val="kk-KZ"/>
              </w:rPr>
              <w:t>0</w:t>
            </w:r>
          </w:p>
        </w:tc>
        <w:tc>
          <w:tcPr>
            <w:tcW w:w="0" w:type="auto"/>
            <w:hideMark/>
          </w:tcPr>
          <w:p w14:paraId="3C05FF4B" w14:textId="77777777" w:rsidR="004616A2" w:rsidRPr="004616A2" w:rsidRDefault="004616A2" w:rsidP="00A82E02">
            <w:pPr>
              <w:jc w:val="both"/>
              <w:rPr>
                <w:sz w:val="28"/>
                <w:szCs w:val="28"/>
              </w:rPr>
            </w:pPr>
            <w:r w:rsidRPr="004616A2">
              <w:rPr>
                <w:bCs/>
                <w:sz w:val="28"/>
                <w:szCs w:val="28"/>
              </w:rPr>
              <w:t>+133% өсім</w:t>
            </w:r>
          </w:p>
        </w:tc>
      </w:tr>
      <w:tr w:rsidR="004616A2" w:rsidRPr="004616A2" w14:paraId="75328A32" w14:textId="77777777" w:rsidTr="004616A2">
        <w:tc>
          <w:tcPr>
            <w:tcW w:w="0" w:type="auto"/>
            <w:hideMark/>
          </w:tcPr>
          <w:p w14:paraId="5474F833" w14:textId="77777777" w:rsidR="004616A2" w:rsidRPr="004616A2" w:rsidRDefault="004616A2" w:rsidP="00A82E02">
            <w:pPr>
              <w:jc w:val="both"/>
              <w:rPr>
                <w:sz w:val="28"/>
                <w:szCs w:val="28"/>
              </w:rPr>
            </w:pPr>
            <w:r w:rsidRPr="004616A2">
              <w:rPr>
                <w:bCs/>
                <w:sz w:val="28"/>
                <w:szCs w:val="28"/>
              </w:rPr>
              <w:t>Қалалық/аудандық әкім шыршасына қамтылған оқушылар</w:t>
            </w:r>
          </w:p>
        </w:tc>
        <w:tc>
          <w:tcPr>
            <w:tcW w:w="0" w:type="auto"/>
            <w:hideMark/>
          </w:tcPr>
          <w:p w14:paraId="2662995E" w14:textId="77777777" w:rsidR="004616A2" w:rsidRPr="004616A2" w:rsidRDefault="004616A2" w:rsidP="00A82E02">
            <w:pPr>
              <w:jc w:val="both"/>
              <w:rPr>
                <w:sz w:val="28"/>
                <w:szCs w:val="28"/>
              </w:rPr>
            </w:pPr>
            <w:r w:rsidRPr="004616A2">
              <w:rPr>
                <w:sz w:val="28"/>
                <w:szCs w:val="28"/>
              </w:rPr>
              <w:t>3</w:t>
            </w:r>
          </w:p>
        </w:tc>
        <w:tc>
          <w:tcPr>
            <w:tcW w:w="0" w:type="auto"/>
            <w:hideMark/>
          </w:tcPr>
          <w:p w14:paraId="2FA260A6" w14:textId="77777777" w:rsidR="004616A2" w:rsidRPr="004616A2" w:rsidRDefault="004616A2" w:rsidP="00A82E02">
            <w:pPr>
              <w:jc w:val="both"/>
              <w:rPr>
                <w:sz w:val="28"/>
                <w:szCs w:val="28"/>
              </w:rPr>
            </w:pPr>
            <w:r w:rsidRPr="004616A2">
              <w:rPr>
                <w:sz w:val="28"/>
                <w:szCs w:val="28"/>
              </w:rPr>
              <w:t>4</w:t>
            </w:r>
          </w:p>
        </w:tc>
        <w:tc>
          <w:tcPr>
            <w:tcW w:w="0" w:type="auto"/>
            <w:hideMark/>
          </w:tcPr>
          <w:p w14:paraId="03628E4F" w14:textId="77777777" w:rsidR="004616A2" w:rsidRPr="004616A2" w:rsidRDefault="004616A2" w:rsidP="00A82E02">
            <w:pPr>
              <w:jc w:val="both"/>
              <w:rPr>
                <w:sz w:val="28"/>
                <w:szCs w:val="28"/>
                <w:lang w:val="kk-KZ"/>
              </w:rPr>
            </w:pPr>
            <w:r w:rsidRPr="004616A2">
              <w:rPr>
                <w:sz w:val="28"/>
                <w:szCs w:val="28"/>
                <w:lang w:val="kk-KZ"/>
              </w:rPr>
              <w:t>0</w:t>
            </w:r>
          </w:p>
        </w:tc>
        <w:tc>
          <w:tcPr>
            <w:tcW w:w="0" w:type="auto"/>
            <w:hideMark/>
          </w:tcPr>
          <w:p w14:paraId="76FA238B" w14:textId="77777777" w:rsidR="004616A2" w:rsidRPr="004616A2" w:rsidRDefault="004616A2" w:rsidP="00A82E02">
            <w:pPr>
              <w:jc w:val="both"/>
              <w:rPr>
                <w:sz w:val="28"/>
                <w:szCs w:val="28"/>
              </w:rPr>
            </w:pPr>
            <w:r w:rsidRPr="004616A2">
              <w:rPr>
                <w:bCs/>
                <w:sz w:val="28"/>
                <w:szCs w:val="28"/>
              </w:rPr>
              <w:t>Оң динамика</w:t>
            </w:r>
          </w:p>
        </w:tc>
      </w:tr>
    </w:tbl>
    <w:p w14:paraId="2EECA65D" w14:textId="77777777" w:rsidR="004616A2" w:rsidRPr="004616A2" w:rsidRDefault="004616A2" w:rsidP="00A82E02">
      <w:pPr>
        <w:jc w:val="both"/>
        <w:rPr>
          <w:b/>
          <w:sz w:val="28"/>
          <w:szCs w:val="28"/>
          <w:lang w:val="kk-KZ"/>
        </w:rPr>
      </w:pPr>
    </w:p>
    <w:p w14:paraId="47B6FD8D" w14:textId="77777777" w:rsidR="004616A2" w:rsidRPr="004616A2" w:rsidRDefault="004616A2" w:rsidP="00A82E02">
      <w:pPr>
        <w:jc w:val="both"/>
        <w:rPr>
          <w:b/>
          <w:sz w:val="28"/>
          <w:szCs w:val="28"/>
          <w:lang w:val="kk-KZ"/>
        </w:rPr>
      </w:pPr>
      <w:r w:rsidRPr="004616A2">
        <w:rPr>
          <w:b/>
          <w:bCs/>
          <w:noProof/>
          <w:sz w:val="28"/>
          <w:szCs w:val="28"/>
          <w:lang w:eastAsia="ru-RU"/>
        </w:rPr>
        <w:drawing>
          <wp:inline distT="0" distB="0" distL="0" distR="0" wp14:anchorId="454FE13E" wp14:editId="2480E82F">
            <wp:extent cx="5380657" cy="2666468"/>
            <wp:effectExtent l="0" t="0" r="0" b="635"/>
            <wp:docPr id="7" name="Рисунок 7" descr="C:\Users\Бастауыш2\Downloads\Code_Generated_Image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Бастауыш2\Downloads\Code_Generated_Image (4).png"/>
                    <pic:cNvPicPr>
                      <a:picLocks noChangeAspect="1" noChangeArrowheads="1"/>
                    </pic:cNvPicPr>
                  </pic:nvPicPr>
                  <pic:blipFill>
                    <a:blip r:embed="rId830" cstate="print">
                      <a:extLst>
                        <a:ext uri="{28A0092B-C50C-407E-A947-70E740481C1C}">
                          <a14:useLocalDpi xmlns:a14="http://schemas.microsoft.com/office/drawing/2010/main" val="0"/>
                        </a:ext>
                      </a:extLst>
                    </a:blip>
                    <a:srcRect/>
                    <a:stretch>
                      <a:fillRect/>
                    </a:stretch>
                  </pic:blipFill>
                  <pic:spPr bwMode="auto">
                    <a:xfrm>
                      <a:off x="0" y="0"/>
                      <a:ext cx="5386634" cy="2669430"/>
                    </a:xfrm>
                    <a:prstGeom prst="rect">
                      <a:avLst/>
                    </a:prstGeom>
                    <a:noFill/>
                    <a:ln>
                      <a:noFill/>
                    </a:ln>
                  </pic:spPr>
                </pic:pic>
              </a:graphicData>
            </a:graphic>
          </wp:inline>
        </w:drawing>
      </w:r>
    </w:p>
    <w:p w14:paraId="5229D3CD" w14:textId="77777777" w:rsidR="004616A2" w:rsidRPr="004616A2" w:rsidRDefault="004616A2" w:rsidP="00A82E02">
      <w:pPr>
        <w:jc w:val="both"/>
        <w:rPr>
          <w:sz w:val="28"/>
          <w:szCs w:val="28"/>
          <w:lang w:val="kk-KZ"/>
        </w:rPr>
      </w:pPr>
      <w:r w:rsidRPr="004616A2">
        <w:rPr>
          <w:sz w:val="28"/>
          <w:szCs w:val="28"/>
          <w:lang w:val="kk-KZ"/>
        </w:rPr>
        <w:t>Талдау: Жалпыоқу қоры есебінен бөлінген қаражат аз қамтылған, көпбалалы және қамқорлықтағы балалардың мектеп формасымен, ыстық тамақпен толық қамтамасыз етілуіне мүмкіндік берді. Бұл оқушылардың сабақтан қалу деңгейін төмендетуге ықпал етті.</w:t>
      </w:r>
    </w:p>
    <w:p w14:paraId="29AF478D" w14:textId="77777777" w:rsidR="004616A2" w:rsidRPr="004616A2" w:rsidRDefault="004616A2" w:rsidP="00A82E02">
      <w:pPr>
        <w:jc w:val="both"/>
        <w:rPr>
          <w:b/>
          <w:sz w:val="28"/>
          <w:szCs w:val="28"/>
          <w:lang w:val="kk-KZ"/>
        </w:rPr>
      </w:pPr>
      <w:r w:rsidRPr="004616A2">
        <w:rPr>
          <w:b/>
          <w:sz w:val="28"/>
          <w:szCs w:val="28"/>
          <w:lang w:val="kk-KZ"/>
        </w:rPr>
        <w:t>IV. РЕСПУБЛИКАЛЫҚ «МЕКТЕПКЕ ЖОЛ» ЖӘНЕ ҚАЙЫРЫМДЫЛЫҚ АКЦИЯЛАРЫ</w:t>
      </w:r>
    </w:p>
    <w:p w14:paraId="4458AB2A" w14:textId="77777777" w:rsidR="004616A2" w:rsidRPr="004616A2" w:rsidRDefault="004616A2" w:rsidP="00A82E02">
      <w:pPr>
        <w:jc w:val="both"/>
        <w:rPr>
          <w:sz w:val="28"/>
          <w:szCs w:val="28"/>
          <w:lang w:val="kk-KZ"/>
        </w:rPr>
      </w:pPr>
      <w:r w:rsidRPr="004616A2">
        <w:rPr>
          <w:sz w:val="28"/>
          <w:szCs w:val="28"/>
          <w:lang w:val="kk-KZ"/>
        </w:rPr>
        <w:t>Әлеуметтік тұрғыдан әлсіз топтарға қолдау көрсету мақсатында жыл сайын «Мектепке жол» акциясы және мектепшілік қайырымдылық шаралары ұйымдастырылады.</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72"/>
        <w:gridCol w:w="1836"/>
        <w:gridCol w:w="1836"/>
        <w:gridCol w:w="1836"/>
        <w:gridCol w:w="2217"/>
      </w:tblGrid>
      <w:tr w:rsidR="004616A2" w:rsidRPr="004616A2" w14:paraId="73E8523F" w14:textId="77777777" w:rsidTr="004616A2">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8AB33EA" w14:textId="77777777" w:rsidR="004616A2" w:rsidRPr="004616A2" w:rsidRDefault="004616A2" w:rsidP="00A82E02">
            <w:pPr>
              <w:jc w:val="both"/>
              <w:rPr>
                <w:sz w:val="28"/>
                <w:szCs w:val="28"/>
              </w:rPr>
            </w:pPr>
            <w:r w:rsidRPr="004616A2">
              <w:rPr>
                <w:b/>
                <w:bCs/>
                <w:sz w:val="28"/>
                <w:szCs w:val="28"/>
              </w:rPr>
              <w:lastRenderedPageBreak/>
              <w:t>Көрсеткіштер</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AF360AF" w14:textId="77777777" w:rsidR="004616A2" w:rsidRPr="004616A2" w:rsidRDefault="004616A2" w:rsidP="00A82E02">
            <w:pPr>
              <w:jc w:val="both"/>
              <w:rPr>
                <w:sz w:val="28"/>
                <w:szCs w:val="28"/>
              </w:rPr>
            </w:pPr>
            <w:r w:rsidRPr="004616A2">
              <w:rPr>
                <w:b/>
                <w:bCs/>
                <w:sz w:val="28"/>
                <w:szCs w:val="28"/>
              </w:rPr>
              <w:t>2024–2025 оқу жылы</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5D1211E" w14:textId="77777777" w:rsidR="004616A2" w:rsidRPr="004616A2" w:rsidRDefault="004616A2" w:rsidP="00A82E02">
            <w:pPr>
              <w:jc w:val="both"/>
              <w:rPr>
                <w:sz w:val="28"/>
                <w:szCs w:val="28"/>
              </w:rPr>
            </w:pPr>
            <w:r w:rsidRPr="004616A2">
              <w:rPr>
                <w:b/>
                <w:bCs/>
                <w:sz w:val="28"/>
                <w:szCs w:val="28"/>
              </w:rPr>
              <w:t>2025–2026 оқу жылы</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2F06C5E" w14:textId="77777777" w:rsidR="004616A2" w:rsidRPr="004616A2" w:rsidRDefault="004616A2" w:rsidP="00A82E02">
            <w:pPr>
              <w:jc w:val="both"/>
              <w:rPr>
                <w:sz w:val="28"/>
                <w:szCs w:val="28"/>
              </w:rPr>
            </w:pPr>
            <w:r w:rsidRPr="004616A2">
              <w:rPr>
                <w:b/>
                <w:bCs/>
                <w:sz w:val="28"/>
                <w:szCs w:val="28"/>
              </w:rPr>
              <w:t>2026–2027 оқу жылы</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C7A1E46" w14:textId="77777777" w:rsidR="004616A2" w:rsidRPr="004616A2" w:rsidRDefault="004616A2" w:rsidP="00A82E02">
            <w:pPr>
              <w:jc w:val="both"/>
              <w:rPr>
                <w:sz w:val="28"/>
                <w:szCs w:val="28"/>
              </w:rPr>
            </w:pPr>
            <w:r w:rsidRPr="004616A2">
              <w:rPr>
                <w:b/>
                <w:bCs/>
                <w:sz w:val="28"/>
                <w:szCs w:val="28"/>
              </w:rPr>
              <w:t>Жалпы динамика (%)</w:t>
            </w:r>
          </w:p>
        </w:tc>
      </w:tr>
      <w:tr w:rsidR="004616A2" w:rsidRPr="004616A2" w14:paraId="4A682D4A" w14:textId="77777777" w:rsidTr="004616A2">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2A82D9A" w14:textId="77777777" w:rsidR="004616A2" w:rsidRPr="004616A2" w:rsidRDefault="004616A2" w:rsidP="00A82E02">
            <w:pPr>
              <w:jc w:val="both"/>
              <w:rPr>
                <w:sz w:val="28"/>
                <w:szCs w:val="28"/>
              </w:rPr>
            </w:pPr>
            <w:r w:rsidRPr="004616A2">
              <w:rPr>
                <w:bCs/>
                <w:sz w:val="28"/>
                <w:szCs w:val="28"/>
              </w:rPr>
              <w:t>Көмек көрсетілген оқушылар саны</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8EA4A61" w14:textId="77777777" w:rsidR="004616A2" w:rsidRPr="004616A2" w:rsidRDefault="004616A2" w:rsidP="00A82E02">
            <w:pPr>
              <w:jc w:val="both"/>
              <w:rPr>
                <w:sz w:val="28"/>
                <w:szCs w:val="28"/>
              </w:rPr>
            </w:pPr>
            <w:r w:rsidRPr="004616A2">
              <w:rPr>
                <w:sz w:val="28"/>
                <w:szCs w:val="28"/>
              </w:rPr>
              <w:t>10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F34587C" w14:textId="77777777" w:rsidR="004616A2" w:rsidRPr="004616A2" w:rsidRDefault="004616A2" w:rsidP="00A82E02">
            <w:pPr>
              <w:jc w:val="both"/>
              <w:rPr>
                <w:sz w:val="28"/>
                <w:szCs w:val="28"/>
              </w:rPr>
            </w:pPr>
            <w:r w:rsidRPr="004616A2">
              <w:rPr>
                <w:sz w:val="28"/>
                <w:szCs w:val="28"/>
              </w:rPr>
              <w:t>10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6336098" w14:textId="77777777" w:rsidR="004616A2" w:rsidRPr="004616A2" w:rsidRDefault="004616A2" w:rsidP="00A82E02">
            <w:pPr>
              <w:jc w:val="both"/>
              <w:rPr>
                <w:sz w:val="28"/>
                <w:szCs w:val="28"/>
              </w:rPr>
            </w:pPr>
            <w:r w:rsidRPr="004616A2">
              <w:rPr>
                <w:sz w:val="28"/>
                <w:szCs w:val="28"/>
              </w:rPr>
              <w:t>19</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C0D6F01" w14:textId="77777777" w:rsidR="004616A2" w:rsidRPr="004616A2" w:rsidRDefault="004616A2" w:rsidP="00A82E02">
            <w:pPr>
              <w:jc w:val="both"/>
              <w:rPr>
                <w:sz w:val="28"/>
                <w:szCs w:val="28"/>
              </w:rPr>
            </w:pPr>
            <w:r w:rsidRPr="004616A2">
              <w:rPr>
                <w:bCs/>
                <w:sz w:val="28"/>
                <w:szCs w:val="28"/>
              </w:rPr>
              <w:t>+90% (өсім)</w:t>
            </w:r>
          </w:p>
        </w:tc>
      </w:tr>
      <w:tr w:rsidR="004616A2" w:rsidRPr="004616A2" w14:paraId="169D9A2C" w14:textId="77777777" w:rsidTr="004616A2">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99E4501" w14:textId="77777777" w:rsidR="004616A2" w:rsidRPr="004616A2" w:rsidRDefault="004616A2" w:rsidP="00A82E02">
            <w:pPr>
              <w:jc w:val="both"/>
              <w:rPr>
                <w:sz w:val="28"/>
                <w:szCs w:val="28"/>
              </w:rPr>
            </w:pPr>
            <w:r w:rsidRPr="004616A2">
              <w:rPr>
                <w:bCs/>
                <w:sz w:val="28"/>
                <w:szCs w:val="28"/>
              </w:rPr>
              <w:t>Демеушілер мен қолдаушылар саны</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7C9F806" w14:textId="77777777" w:rsidR="004616A2" w:rsidRPr="004616A2" w:rsidRDefault="004616A2" w:rsidP="00A82E02">
            <w:pPr>
              <w:jc w:val="both"/>
              <w:rPr>
                <w:sz w:val="28"/>
                <w:szCs w:val="28"/>
              </w:rPr>
            </w:pPr>
            <w:r w:rsidRPr="004616A2">
              <w:rPr>
                <w:sz w:val="28"/>
                <w:szCs w:val="28"/>
              </w:rPr>
              <w:t>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A3CF504" w14:textId="77777777" w:rsidR="004616A2" w:rsidRPr="004616A2" w:rsidRDefault="004616A2" w:rsidP="00A82E02">
            <w:pPr>
              <w:jc w:val="both"/>
              <w:rPr>
                <w:sz w:val="28"/>
                <w:szCs w:val="28"/>
              </w:rPr>
            </w:pPr>
            <w:r w:rsidRPr="004616A2">
              <w:rPr>
                <w:sz w:val="28"/>
                <w:szCs w:val="28"/>
              </w:rPr>
              <w:t>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F907771" w14:textId="77777777" w:rsidR="004616A2" w:rsidRPr="004616A2" w:rsidRDefault="004616A2" w:rsidP="00A82E02">
            <w:pPr>
              <w:jc w:val="both"/>
              <w:rPr>
                <w:sz w:val="28"/>
                <w:szCs w:val="28"/>
              </w:rPr>
            </w:pPr>
            <w:r w:rsidRPr="004616A2">
              <w:rPr>
                <w:sz w:val="28"/>
                <w:szCs w:val="28"/>
              </w:rPr>
              <w:t>6</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442ED7D" w14:textId="77777777" w:rsidR="004616A2" w:rsidRPr="004616A2" w:rsidRDefault="004616A2" w:rsidP="00A82E02">
            <w:pPr>
              <w:jc w:val="both"/>
              <w:rPr>
                <w:sz w:val="28"/>
                <w:szCs w:val="28"/>
              </w:rPr>
            </w:pPr>
            <w:r w:rsidRPr="004616A2">
              <w:rPr>
                <w:bCs/>
                <w:sz w:val="28"/>
                <w:szCs w:val="28"/>
              </w:rPr>
              <w:t>+100% (2 есе артты)</w:t>
            </w:r>
          </w:p>
        </w:tc>
      </w:tr>
      <w:tr w:rsidR="004616A2" w:rsidRPr="004616A2" w14:paraId="2C53E341" w14:textId="77777777" w:rsidTr="004616A2">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7304195" w14:textId="77777777" w:rsidR="004616A2" w:rsidRPr="004616A2" w:rsidRDefault="004616A2" w:rsidP="00A82E02">
            <w:pPr>
              <w:jc w:val="both"/>
              <w:rPr>
                <w:sz w:val="28"/>
                <w:szCs w:val="28"/>
              </w:rPr>
            </w:pPr>
            <w:r w:rsidRPr="004616A2">
              <w:rPr>
                <w:bCs/>
                <w:sz w:val="28"/>
                <w:szCs w:val="28"/>
              </w:rPr>
              <w:t>Жалпы көмек соммасы (теңгемен)</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150C26D" w14:textId="77777777" w:rsidR="004616A2" w:rsidRPr="004616A2" w:rsidRDefault="004616A2" w:rsidP="00A82E02">
            <w:pPr>
              <w:jc w:val="both"/>
              <w:rPr>
                <w:sz w:val="28"/>
                <w:szCs w:val="28"/>
              </w:rPr>
            </w:pPr>
            <w:r w:rsidRPr="004616A2">
              <w:rPr>
                <w:sz w:val="28"/>
                <w:szCs w:val="28"/>
              </w:rPr>
              <w:t>90 000 тг</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23FAC83" w14:textId="77777777" w:rsidR="004616A2" w:rsidRPr="004616A2" w:rsidRDefault="004616A2" w:rsidP="00A82E02">
            <w:pPr>
              <w:jc w:val="both"/>
              <w:rPr>
                <w:sz w:val="28"/>
                <w:szCs w:val="28"/>
              </w:rPr>
            </w:pPr>
            <w:r w:rsidRPr="004616A2">
              <w:rPr>
                <w:sz w:val="28"/>
                <w:szCs w:val="28"/>
              </w:rPr>
              <w:t>107 400 тг</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FC9DA0E" w14:textId="77777777" w:rsidR="004616A2" w:rsidRPr="004616A2" w:rsidRDefault="004616A2" w:rsidP="00A82E02">
            <w:pPr>
              <w:jc w:val="both"/>
              <w:rPr>
                <w:sz w:val="28"/>
                <w:szCs w:val="28"/>
              </w:rPr>
            </w:pPr>
            <w:r w:rsidRPr="004616A2">
              <w:rPr>
                <w:sz w:val="28"/>
                <w:szCs w:val="28"/>
              </w:rPr>
              <w:t>223 000 тг</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DBF3B53" w14:textId="77777777" w:rsidR="004616A2" w:rsidRPr="004616A2" w:rsidRDefault="004616A2" w:rsidP="00A82E02">
            <w:pPr>
              <w:jc w:val="both"/>
              <w:rPr>
                <w:sz w:val="28"/>
                <w:szCs w:val="28"/>
              </w:rPr>
            </w:pPr>
            <w:r w:rsidRPr="004616A2">
              <w:rPr>
                <w:bCs/>
                <w:sz w:val="28"/>
                <w:szCs w:val="28"/>
              </w:rPr>
              <w:t>+148% (өсім)</w:t>
            </w:r>
          </w:p>
        </w:tc>
      </w:tr>
    </w:tbl>
    <w:p w14:paraId="2941F115" w14:textId="77777777" w:rsidR="004616A2" w:rsidRPr="004616A2" w:rsidRDefault="004616A2" w:rsidP="00A82E02">
      <w:pPr>
        <w:jc w:val="both"/>
        <w:rPr>
          <w:sz w:val="28"/>
          <w:szCs w:val="28"/>
          <w:lang w:val="kk-KZ"/>
        </w:rPr>
      </w:pPr>
    </w:p>
    <w:p w14:paraId="61CA7C82" w14:textId="77777777" w:rsidR="004616A2" w:rsidRPr="004616A2" w:rsidRDefault="004616A2" w:rsidP="00A82E02">
      <w:pPr>
        <w:jc w:val="both"/>
        <w:rPr>
          <w:sz w:val="28"/>
          <w:szCs w:val="28"/>
          <w:lang w:val="kk-KZ"/>
        </w:rPr>
      </w:pPr>
      <w:r w:rsidRPr="004616A2">
        <w:rPr>
          <w:b/>
          <w:bCs/>
          <w:noProof/>
          <w:sz w:val="28"/>
          <w:szCs w:val="28"/>
          <w:lang w:eastAsia="ru-RU"/>
        </w:rPr>
        <w:drawing>
          <wp:inline distT="0" distB="0" distL="0" distR="0" wp14:anchorId="005812B1" wp14:editId="4DD1CBF1">
            <wp:extent cx="5440647" cy="2229684"/>
            <wp:effectExtent l="0" t="0" r="8255" b="0"/>
            <wp:docPr id="3" name="Рисунок 3" descr="C:\Users\Бастауыш2\Downloads\Code_Generated_Image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Бастауыш2\Downloads\Code_Generated_Image (5).png"/>
                    <pic:cNvPicPr>
                      <a:picLocks noChangeAspect="1" noChangeArrowheads="1"/>
                    </pic:cNvPicPr>
                  </pic:nvPicPr>
                  <pic:blipFill>
                    <a:blip r:embed="rId831">
                      <a:extLst>
                        <a:ext uri="{28A0092B-C50C-407E-A947-70E740481C1C}">
                          <a14:useLocalDpi xmlns:a14="http://schemas.microsoft.com/office/drawing/2010/main" val="0"/>
                        </a:ext>
                      </a:extLst>
                    </a:blip>
                    <a:srcRect/>
                    <a:stretch>
                      <a:fillRect/>
                    </a:stretch>
                  </pic:blipFill>
                  <pic:spPr bwMode="auto">
                    <a:xfrm>
                      <a:off x="0" y="0"/>
                      <a:ext cx="5452567" cy="2234569"/>
                    </a:xfrm>
                    <a:prstGeom prst="rect">
                      <a:avLst/>
                    </a:prstGeom>
                    <a:noFill/>
                    <a:ln>
                      <a:noFill/>
                    </a:ln>
                  </pic:spPr>
                </pic:pic>
              </a:graphicData>
            </a:graphic>
          </wp:inline>
        </w:drawing>
      </w:r>
    </w:p>
    <w:p w14:paraId="301764D0" w14:textId="77777777" w:rsidR="004616A2" w:rsidRPr="004616A2" w:rsidRDefault="004616A2" w:rsidP="00A82E02">
      <w:pPr>
        <w:jc w:val="both"/>
        <w:rPr>
          <w:sz w:val="28"/>
          <w:szCs w:val="28"/>
          <w:lang w:val="kk-KZ"/>
        </w:rPr>
      </w:pPr>
      <w:r w:rsidRPr="004616A2">
        <w:rPr>
          <w:sz w:val="28"/>
          <w:szCs w:val="28"/>
          <w:lang w:val="kk-KZ"/>
        </w:rPr>
        <w:t>Талдау: Үш жыл ішінде тартылған демеушілер саны екі есеге артып, көрсетілген қаржылай және материалдық көмек көлемі 148%-ға өсті. Қамқорлықтағы және көпбалалы отбасы оқушылары оқу құралдарымен, қыстық киімдермен толық қамтамасыз етілді.</w:t>
      </w:r>
    </w:p>
    <w:p w14:paraId="0C835463" w14:textId="77777777" w:rsidR="004616A2" w:rsidRPr="004616A2" w:rsidRDefault="004616A2" w:rsidP="00A82E02">
      <w:pPr>
        <w:jc w:val="both"/>
        <w:rPr>
          <w:b/>
          <w:sz w:val="28"/>
          <w:szCs w:val="28"/>
          <w:lang w:val="kk-KZ"/>
        </w:rPr>
      </w:pPr>
      <w:r w:rsidRPr="004616A2">
        <w:rPr>
          <w:b/>
          <w:sz w:val="28"/>
          <w:szCs w:val="28"/>
          <w:lang w:val="kk-KZ"/>
        </w:rPr>
        <w:t>V. ПРОФИЛАКТИКАЛЫҚ ЖҰМЫСТАР ЖӘНЕ ҚҰҚЫҚ БҰЗУШЫЛЫҚТЫҢ АЛДЫН АЛУ</w:t>
      </w:r>
    </w:p>
    <w:p w14:paraId="2548FEC2" w14:textId="77777777" w:rsidR="004616A2" w:rsidRPr="004616A2" w:rsidRDefault="004616A2" w:rsidP="00A82E02">
      <w:pPr>
        <w:jc w:val="both"/>
        <w:rPr>
          <w:sz w:val="28"/>
          <w:szCs w:val="28"/>
          <w:lang w:val="kk-KZ"/>
        </w:rPr>
      </w:pPr>
      <w:r w:rsidRPr="004616A2">
        <w:rPr>
          <w:sz w:val="28"/>
          <w:szCs w:val="28"/>
          <w:lang w:val="kk-KZ"/>
        </w:rPr>
        <w:t>«Қауіпті топқа» жататын, девиантты мінез-құлыққа бейім оқушылармен жеке профилактикалық карталар ашылып, мектеп психологы және ЮПТ инспекторымен бірлескен кешенді жұмыс жүргізілді.</w:t>
      </w:r>
    </w:p>
    <w:p w14:paraId="7C621311" w14:textId="77777777" w:rsidR="004616A2" w:rsidRPr="004616A2" w:rsidRDefault="004616A2" w:rsidP="00A82E02">
      <w:pPr>
        <w:jc w:val="both"/>
        <w:rPr>
          <w:sz w:val="28"/>
          <w:szCs w:val="28"/>
        </w:rPr>
      </w:pPr>
      <w:r w:rsidRPr="004616A2">
        <w:rPr>
          <w:sz w:val="28"/>
          <w:szCs w:val="28"/>
        </w:rPr>
        <w:t>Есепте тұрған оқушылар динамикасы:</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46"/>
        <w:gridCol w:w="1781"/>
        <w:gridCol w:w="1781"/>
        <w:gridCol w:w="1781"/>
        <w:gridCol w:w="1908"/>
      </w:tblGrid>
      <w:tr w:rsidR="004616A2" w:rsidRPr="004616A2" w14:paraId="5434991D" w14:textId="77777777" w:rsidTr="004616A2">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9827506" w14:textId="77777777" w:rsidR="004616A2" w:rsidRPr="004616A2" w:rsidRDefault="004616A2" w:rsidP="00A82E02">
            <w:pPr>
              <w:jc w:val="both"/>
              <w:rPr>
                <w:sz w:val="28"/>
                <w:szCs w:val="28"/>
              </w:rPr>
            </w:pPr>
            <w:r w:rsidRPr="004616A2">
              <w:rPr>
                <w:b/>
                <w:bCs/>
                <w:sz w:val="28"/>
                <w:szCs w:val="28"/>
              </w:rPr>
              <w:t>Есеп түрі</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CD05F23" w14:textId="77777777" w:rsidR="004616A2" w:rsidRPr="004616A2" w:rsidRDefault="004616A2" w:rsidP="00A82E02">
            <w:pPr>
              <w:jc w:val="both"/>
              <w:rPr>
                <w:sz w:val="28"/>
                <w:szCs w:val="28"/>
              </w:rPr>
            </w:pPr>
            <w:r w:rsidRPr="004616A2">
              <w:rPr>
                <w:b/>
                <w:bCs/>
                <w:sz w:val="28"/>
                <w:szCs w:val="28"/>
              </w:rPr>
              <w:t>2024–2025 оқу жылы</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0DEBA7F" w14:textId="77777777" w:rsidR="004616A2" w:rsidRPr="004616A2" w:rsidRDefault="004616A2" w:rsidP="00A82E02">
            <w:pPr>
              <w:jc w:val="both"/>
              <w:rPr>
                <w:sz w:val="28"/>
                <w:szCs w:val="28"/>
              </w:rPr>
            </w:pPr>
            <w:r w:rsidRPr="004616A2">
              <w:rPr>
                <w:b/>
                <w:bCs/>
                <w:sz w:val="28"/>
                <w:szCs w:val="28"/>
              </w:rPr>
              <w:t>2025–2026 оқу жылы</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BA592D8" w14:textId="77777777" w:rsidR="004616A2" w:rsidRPr="004616A2" w:rsidRDefault="004616A2" w:rsidP="00A82E02">
            <w:pPr>
              <w:jc w:val="both"/>
              <w:rPr>
                <w:sz w:val="28"/>
                <w:szCs w:val="28"/>
              </w:rPr>
            </w:pPr>
            <w:r w:rsidRPr="004616A2">
              <w:rPr>
                <w:b/>
                <w:bCs/>
                <w:sz w:val="28"/>
                <w:szCs w:val="28"/>
              </w:rPr>
              <w:t>2026–2027 оқу жылы</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9FF5A35" w14:textId="77777777" w:rsidR="004616A2" w:rsidRPr="004616A2" w:rsidRDefault="004616A2" w:rsidP="00A82E02">
            <w:pPr>
              <w:jc w:val="both"/>
              <w:rPr>
                <w:sz w:val="28"/>
                <w:szCs w:val="28"/>
              </w:rPr>
            </w:pPr>
            <w:r w:rsidRPr="004616A2">
              <w:rPr>
                <w:b/>
                <w:bCs/>
                <w:sz w:val="28"/>
                <w:szCs w:val="28"/>
              </w:rPr>
              <w:t>Динамика (%)</w:t>
            </w:r>
          </w:p>
        </w:tc>
      </w:tr>
      <w:tr w:rsidR="004616A2" w:rsidRPr="004616A2" w14:paraId="5FFFAA6A" w14:textId="77777777" w:rsidTr="004616A2">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0E2E31A" w14:textId="77777777" w:rsidR="004616A2" w:rsidRPr="004616A2" w:rsidRDefault="004616A2" w:rsidP="00A82E02">
            <w:pPr>
              <w:jc w:val="both"/>
              <w:rPr>
                <w:sz w:val="28"/>
                <w:szCs w:val="28"/>
              </w:rPr>
            </w:pPr>
            <w:r w:rsidRPr="004616A2">
              <w:rPr>
                <w:bCs/>
                <w:sz w:val="28"/>
                <w:szCs w:val="28"/>
              </w:rPr>
              <w:t>Мектепішілік есепте (МШЕ) тұрған оқушылар</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B2F0FB3" w14:textId="77777777" w:rsidR="004616A2" w:rsidRPr="004616A2" w:rsidRDefault="004616A2" w:rsidP="00A82E02">
            <w:pPr>
              <w:jc w:val="both"/>
              <w:rPr>
                <w:sz w:val="28"/>
                <w:szCs w:val="28"/>
              </w:rPr>
            </w:pPr>
            <w:r w:rsidRPr="004616A2">
              <w:rPr>
                <w:sz w:val="28"/>
                <w:szCs w:val="28"/>
              </w:rPr>
              <w:t>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77A02CB" w14:textId="77777777" w:rsidR="004616A2" w:rsidRPr="004616A2" w:rsidRDefault="004616A2" w:rsidP="00A82E02">
            <w:pPr>
              <w:jc w:val="both"/>
              <w:rPr>
                <w:sz w:val="28"/>
                <w:szCs w:val="28"/>
              </w:rPr>
            </w:pPr>
            <w:r w:rsidRPr="004616A2">
              <w:rPr>
                <w:sz w:val="28"/>
                <w:szCs w:val="28"/>
              </w:rPr>
              <w:t>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ECA1701" w14:textId="77777777" w:rsidR="004616A2" w:rsidRPr="004616A2" w:rsidRDefault="004616A2" w:rsidP="00A82E02">
            <w:pPr>
              <w:jc w:val="both"/>
              <w:rPr>
                <w:sz w:val="28"/>
                <w:szCs w:val="28"/>
              </w:rPr>
            </w:pPr>
            <w:r w:rsidRPr="004616A2">
              <w:rPr>
                <w:sz w:val="28"/>
                <w:szCs w:val="28"/>
              </w:rPr>
              <w:t>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9E136C9" w14:textId="77777777" w:rsidR="004616A2" w:rsidRPr="004616A2" w:rsidRDefault="004616A2" w:rsidP="00A82E02">
            <w:pPr>
              <w:jc w:val="both"/>
              <w:rPr>
                <w:sz w:val="28"/>
                <w:szCs w:val="28"/>
              </w:rPr>
            </w:pPr>
            <w:r w:rsidRPr="004616A2">
              <w:rPr>
                <w:bCs/>
                <w:sz w:val="28"/>
                <w:szCs w:val="28"/>
              </w:rPr>
              <w:t>-50% (азайды)</w:t>
            </w:r>
          </w:p>
        </w:tc>
      </w:tr>
      <w:tr w:rsidR="004616A2" w:rsidRPr="004616A2" w14:paraId="69680C73" w14:textId="77777777" w:rsidTr="004616A2">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E3985D6" w14:textId="77777777" w:rsidR="004616A2" w:rsidRPr="004616A2" w:rsidRDefault="004616A2" w:rsidP="00A82E02">
            <w:pPr>
              <w:jc w:val="both"/>
              <w:rPr>
                <w:sz w:val="28"/>
                <w:szCs w:val="28"/>
              </w:rPr>
            </w:pPr>
            <w:r w:rsidRPr="004616A2">
              <w:rPr>
                <w:bCs/>
                <w:sz w:val="28"/>
                <w:szCs w:val="28"/>
              </w:rPr>
              <w:t>Ювеналды полиция тобында (ЮПТ) есепте тұрғандар</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FD06113" w14:textId="77777777" w:rsidR="004616A2" w:rsidRPr="004616A2" w:rsidRDefault="004616A2" w:rsidP="00A82E02">
            <w:pPr>
              <w:jc w:val="both"/>
              <w:rPr>
                <w:sz w:val="28"/>
                <w:szCs w:val="28"/>
              </w:rPr>
            </w:pPr>
            <w:r w:rsidRPr="004616A2">
              <w:rPr>
                <w:sz w:val="28"/>
                <w:szCs w:val="28"/>
              </w:rPr>
              <w:t>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828D2F7" w14:textId="77777777" w:rsidR="004616A2" w:rsidRPr="004616A2" w:rsidRDefault="004616A2" w:rsidP="00A82E02">
            <w:pPr>
              <w:jc w:val="both"/>
              <w:rPr>
                <w:sz w:val="28"/>
                <w:szCs w:val="28"/>
              </w:rPr>
            </w:pPr>
            <w:r w:rsidRPr="004616A2">
              <w:rPr>
                <w:sz w:val="28"/>
                <w:szCs w:val="28"/>
              </w:rPr>
              <w:t>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1324F5C" w14:textId="77777777" w:rsidR="004616A2" w:rsidRPr="004616A2" w:rsidRDefault="004616A2" w:rsidP="00A82E02">
            <w:pPr>
              <w:jc w:val="both"/>
              <w:rPr>
                <w:sz w:val="28"/>
                <w:szCs w:val="28"/>
              </w:rPr>
            </w:pPr>
            <w:r w:rsidRPr="004616A2">
              <w:rPr>
                <w:sz w:val="28"/>
                <w:szCs w:val="28"/>
              </w:rPr>
              <w:t>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21B390B" w14:textId="77777777" w:rsidR="004616A2" w:rsidRPr="004616A2" w:rsidRDefault="004616A2" w:rsidP="00A82E02">
            <w:pPr>
              <w:jc w:val="both"/>
              <w:rPr>
                <w:sz w:val="28"/>
                <w:szCs w:val="28"/>
              </w:rPr>
            </w:pPr>
            <w:r w:rsidRPr="004616A2">
              <w:rPr>
                <w:bCs/>
                <w:sz w:val="28"/>
                <w:szCs w:val="28"/>
              </w:rPr>
              <w:t>0% (тұрақты)</w:t>
            </w:r>
          </w:p>
        </w:tc>
      </w:tr>
    </w:tbl>
    <w:p w14:paraId="57B2789E" w14:textId="77777777" w:rsidR="004616A2" w:rsidRPr="004616A2" w:rsidRDefault="004616A2" w:rsidP="00A82E02">
      <w:pPr>
        <w:jc w:val="both"/>
        <w:rPr>
          <w:sz w:val="28"/>
          <w:szCs w:val="28"/>
          <w:lang w:val="kk-KZ"/>
        </w:rPr>
      </w:pPr>
      <w:r w:rsidRPr="004616A2">
        <w:rPr>
          <w:iCs/>
          <w:noProof/>
          <w:sz w:val="28"/>
          <w:szCs w:val="28"/>
          <w:lang w:eastAsia="ru-RU"/>
        </w:rPr>
        <w:lastRenderedPageBreak/>
        <w:drawing>
          <wp:anchor distT="0" distB="0" distL="114300" distR="114300" simplePos="0" relativeHeight="251598336" behindDoc="1" locked="0" layoutInCell="1" allowOverlap="1" wp14:anchorId="0489CCE0" wp14:editId="35855397">
            <wp:simplePos x="0" y="0"/>
            <wp:positionH relativeFrom="margin">
              <wp:posOffset>0</wp:posOffset>
            </wp:positionH>
            <wp:positionV relativeFrom="paragraph">
              <wp:posOffset>304165</wp:posOffset>
            </wp:positionV>
            <wp:extent cx="6271260" cy="3114040"/>
            <wp:effectExtent l="0" t="0" r="0" b="0"/>
            <wp:wrapTight wrapText="bothSides">
              <wp:wrapPolygon edited="0">
                <wp:start x="0" y="0"/>
                <wp:lineTo x="0" y="21406"/>
                <wp:lineTo x="21521" y="21406"/>
                <wp:lineTo x="21521" y="0"/>
                <wp:lineTo x="0" y="0"/>
              </wp:wrapPolygon>
            </wp:wrapTight>
            <wp:docPr id="9" name="Рисунок 9" descr="C:\Users\Бастауыш2\Downloads\Code_Generated_Image (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Бастауыш2\Downloads\Code_Generated_Image (6).png"/>
                    <pic:cNvPicPr>
                      <a:picLocks noChangeAspect="1" noChangeArrowheads="1"/>
                    </pic:cNvPicPr>
                  </pic:nvPicPr>
                  <pic:blipFill>
                    <a:blip r:embed="rId832" cstate="print">
                      <a:extLst>
                        <a:ext uri="{28A0092B-C50C-407E-A947-70E740481C1C}">
                          <a14:useLocalDpi xmlns:a14="http://schemas.microsoft.com/office/drawing/2010/main" val="0"/>
                        </a:ext>
                      </a:extLst>
                    </a:blip>
                    <a:srcRect/>
                    <a:stretch>
                      <a:fillRect/>
                    </a:stretch>
                  </pic:blipFill>
                  <pic:spPr bwMode="auto">
                    <a:xfrm>
                      <a:off x="0" y="0"/>
                      <a:ext cx="6271260" cy="31140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CA3903" w14:textId="77777777" w:rsidR="004616A2" w:rsidRPr="004616A2" w:rsidRDefault="004616A2" w:rsidP="00A82E02">
      <w:pPr>
        <w:jc w:val="both"/>
        <w:rPr>
          <w:sz w:val="28"/>
          <w:szCs w:val="28"/>
          <w:lang w:val="kk-KZ"/>
        </w:rPr>
      </w:pPr>
      <w:r w:rsidRPr="004616A2">
        <w:rPr>
          <w:sz w:val="28"/>
          <w:szCs w:val="28"/>
          <w:lang w:val="kk-KZ"/>
        </w:rPr>
        <w:t>2024–2025 оқу жылында ЮПТ және МШЕ есебіне алынған 11 «А» сынып оқушысы Дамир  Ергалиевпен жеке түсіндіру, сабаққа қатысуын күнделікті бақылау және әлеуметтік-психологиялық бейімдеу жұмыстары жүргізіліп, тұрақты бақылауға алынды.</w:t>
      </w:r>
    </w:p>
    <w:p w14:paraId="0CFA0C59" w14:textId="77777777" w:rsidR="004616A2" w:rsidRPr="004616A2" w:rsidRDefault="004616A2" w:rsidP="00A82E02">
      <w:pPr>
        <w:jc w:val="both"/>
        <w:rPr>
          <w:sz w:val="28"/>
          <w:szCs w:val="28"/>
        </w:rPr>
      </w:pPr>
      <w:r w:rsidRPr="004616A2">
        <w:rPr>
          <w:sz w:val="28"/>
          <w:szCs w:val="28"/>
        </w:rPr>
        <w:t>2. Профилактикалық жеке әңгімелер мен кеңестер динамикасы:</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210"/>
        <w:gridCol w:w="1883"/>
        <w:gridCol w:w="1883"/>
        <w:gridCol w:w="1883"/>
        <w:gridCol w:w="1938"/>
      </w:tblGrid>
      <w:tr w:rsidR="004616A2" w:rsidRPr="004616A2" w14:paraId="261E1441" w14:textId="77777777" w:rsidTr="004616A2">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FB8674E" w14:textId="77777777" w:rsidR="004616A2" w:rsidRPr="004616A2" w:rsidRDefault="004616A2" w:rsidP="00A82E02">
            <w:pPr>
              <w:jc w:val="both"/>
              <w:rPr>
                <w:sz w:val="28"/>
                <w:szCs w:val="28"/>
              </w:rPr>
            </w:pPr>
            <w:r w:rsidRPr="004616A2">
              <w:rPr>
                <w:b/>
                <w:bCs/>
                <w:sz w:val="28"/>
                <w:szCs w:val="28"/>
              </w:rPr>
              <w:t>Жұмыс түрі / Бағыты</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060054A" w14:textId="77777777" w:rsidR="004616A2" w:rsidRPr="004616A2" w:rsidRDefault="004616A2" w:rsidP="00A82E02">
            <w:pPr>
              <w:jc w:val="both"/>
              <w:rPr>
                <w:sz w:val="28"/>
                <w:szCs w:val="28"/>
              </w:rPr>
            </w:pPr>
            <w:r w:rsidRPr="004616A2">
              <w:rPr>
                <w:b/>
                <w:bCs/>
                <w:sz w:val="28"/>
                <w:szCs w:val="28"/>
              </w:rPr>
              <w:t>2024–2025 оқу жылы</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EB7955D" w14:textId="77777777" w:rsidR="004616A2" w:rsidRPr="004616A2" w:rsidRDefault="004616A2" w:rsidP="00A82E02">
            <w:pPr>
              <w:jc w:val="both"/>
              <w:rPr>
                <w:sz w:val="28"/>
                <w:szCs w:val="28"/>
              </w:rPr>
            </w:pPr>
            <w:r w:rsidRPr="004616A2">
              <w:rPr>
                <w:b/>
                <w:bCs/>
                <w:sz w:val="28"/>
                <w:szCs w:val="28"/>
              </w:rPr>
              <w:t>2025–2026 оқу жылы</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3E9F470" w14:textId="77777777" w:rsidR="004616A2" w:rsidRPr="004616A2" w:rsidRDefault="004616A2" w:rsidP="00A82E02">
            <w:pPr>
              <w:jc w:val="both"/>
              <w:rPr>
                <w:sz w:val="28"/>
                <w:szCs w:val="28"/>
              </w:rPr>
            </w:pPr>
            <w:r w:rsidRPr="004616A2">
              <w:rPr>
                <w:b/>
                <w:bCs/>
                <w:sz w:val="28"/>
                <w:szCs w:val="28"/>
              </w:rPr>
              <w:t>2026–2027 оқу жылы</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1535CDA" w14:textId="77777777" w:rsidR="004616A2" w:rsidRPr="004616A2" w:rsidRDefault="004616A2" w:rsidP="00A82E02">
            <w:pPr>
              <w:jc w:val="both"/>
              <w:rPr>
                <w:sz w:val="28"/>
                <w:szCs w:val="28"/>
              </w:rPr>
            </w:pPr>
            <w:r w:rsidRPr="004616A2">
              <w:rPr>
                <w:b/>
                <w:bCs/>
                <w:sz w:val="28"/>
                <w:szCs w:val="28"/>
              </w:rPr>
              <w:t>Динамика (%)</w:t>
            </w:r>
          </w:p>
        </w:tc>
      </w:tr>
      <w:tr w:rsidR="004616A2" w:rsidRPr="004616A2" w14:paraId="5EC2EDB3" w14:textId="77777777" w:rsidTr="004616A2">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AFBBB3B" w14:textId="77777777" w:rsidR="004616A2" w:rsidRPr="004616A2" w:rsidRDefault="004616A2" w:rsidP="00A82E02">
            <w:pPr>
              <w:jc w:val="both"/>
              <w:rPr>
                <w:sz w:val="28"/>
                <w:szCs w:val="28"/>
              </w:rPr>
            </w:pPr>
            <w:r w:rsidRPr="004616A2">
              <w:rPr>
                <w:bCs/>
                <w:sz w:val="28"/>
                <w:szCs w:val="28"/>
              </w:rPr>
              <w:t>Оқушылармен жеке әңгіме жүргізу</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64ABA6C" w14:textId="77777777" w:rsidR="004616A2" w:rsidRPr="004616A2" w:rsidRDefault="004616A2" w:rsidP="00A82E02">
            <w:pPr>
              <w:jc w:val="both"/>
              <w:rPr>
                <w:sz w:val="28"/>
                <w:szCs w:val="28"/>
              </w:rPr>
            </w:pPr>
            <w:r w:rsidRPr="004616A2">
              <w:rPr>
                <w:sz w:val="28"/>
                <w:szCs w:val="28"/>
              </w:rPr>
              <w:t>50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BDEA1F8" w14:textId="77777777" w:rsidR="004616A2" w:rsidRPr="004616A2" w:rsidRDefault="004616A2" w:rsidP="00A82E02">
            <w:pPr>
              <w:jc w:val="both"/>
              <w:rPr>
                <w:sz w:val="28"/>
                <w:szCs w:val="28"/>
              </w:rPr>
            </w:pPr>
            <w:r w:rsidRPr="004616A2">
              <w:rPr>
                <w:sz w:val="28"/>
                <w:szCs w:val="28"/>
              </w:rPr>
              <w:t>61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6F86DAC" w14:textId="77777777" w:rsidR="004616A2" w:rsidRPr="004616A2" w:rsidRDefault="004616A2" w:rsidP="00A82E02">
            <w:pPr>
              <w:jc w:val="both"/>
              <w:rPr>
                <w:sz w:val="28"/>
                <w:szCs w:val="28"/>
              </w:rPr>
            </w:pPr>
            <w:r w:rsidRPr="004616A2">
              <w:rPr>
                <w:sz w:val="28"/>
                <w:szCs w:val="28"/>
              </w:rPr>
              <w:t>30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39463BC" w14:textId="77777777" w:rsidR="004616A2" w:rsidRPr="004616A2" w:rsidRDefault="004616A2" w:rsidP="00A82E02">
            <w:pPr>
              <w:jc w:val="both"/>
              <w:rPr>
                <w:sz w:val="28"/>
                <w:szCs w:val="28"/>
              </w:rPr>
            </w:pPr>
            <w:r w:rsidRPr="004616A2">
              <w:rPr>
                <w:bCs/>
                <w:sz w:val="28"/>
                <w:szCs w:val="28"/>
              </w:rPr>
              <w:t>+25% өсім</w:t>
            </w:r>
          </w:p>
        </w:tc>
      </w:tr>
      <w:tr w:rsidR="004616A2" w:rsidRPr="004616A2" w14:paraId="3C0C1D32" w14:textId="77777777" w:rsidTr="004616A2">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725D406" w14:textId="77777777" w:rsidR="004616A2" w:rsidRPr="004616A2" w:rsidRDefault="004616A2" w:rsidP="00A82E02">
            <w:pPr>
              <w:jc w:val="both"/>
              <w:rPr>
                <w:sz w:val="28"/>
                <w:szCs w:val="28"/>
              </w:rPr>
            </w:pPr>
            <w:r w:rsidRPr="004616A2">
              <w:rPr>
                <w:bCs/>
                <w:sz w:val="28"/>
                <w:szCs w:val="28"/>
              </w:rPr>
              <w:t>Ата-аналармен жеке әңгіме жүргізу</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143EEE2" w14:textId="77777777" w:rsidR="004616A2" w:rsidRPr="004616A2" w:rsidRDefault="004616A2" w:rsidP="00A82E02">
            <w:pPr>
              <w:jc w:val="both"/>
              <w:rPr>
                <w:sz w:val="28"/>
                <w:szCs w:val="28"/>
              </w:rPr>
            </w:pPr>
            <w:r w:rsidRPr="004616A2">
              <w:rPr>
                <w:sz w:val="28"/>
                <w:szCs w:val="28"/>
              </w:rPr>
              <w:t>24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62FFB97" w14:textId="77777777" w:rsidR="004616A2" w:rsidRPr="004616A2" w:rsidRDefault="004616A2" w:rsidP="00A82E02">
            <w:pPr>
              <w:jc w:val="both"/>
              <w:rPr>
                <w:sz w:val="28"/>
                <w:szCs w:val="28"/>
              </w:rPr>
            </w:pPr>
            <w:r w:rsidRPr="004616A2">
              <w:rPr>
                <w:sz w:val="28"/>
                <w:szCs w:val="28"/>
              </w:rPr>
              <w:t>29</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9D39F22" w14:textId="77777777" w:rsidR="004616A2" w:rsidRPr="004616A2" w:rsidRDefault="004616A2" w:rsidP="00A82E02">
            <w:pPr>
              <w:jc w:val="both"/>
              <w:rPr>
                <w:sz w:val="28"/>
                <w:szCs w:val="28"/>
              </w:rPr>
            </w:pPr>
            <w:r w:rsidRPr="004616A2">
              <w:rPr>
                <w:sz w:val="28"/>
                <w:szCs w:val="28"/>
              </w:rPr>
              <w:t>10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68CA112" w14:textId="77777777" w:rsidR="004616A2" w:rsidRPr="004616A2" w:rsidRDefault="004616A2" w:rsidP="00A82E02">
            <w:pPr>
              <w:jc w:val="both"/>
              <w:rPr>
                <w:sz w:val="28"/>
                <w:szCs w:val="28"/>
              </w:rPr>
            </w:pPr>
            <w:r w:rsidRPr="004616A2">
              <w:rPr>
                <w:bCs/>
                <w:sz w:val="28"/>
                <w:szCs w:val="28"/>
              </w:rPr>
              <w:t>+12% өсім</w:t>
            </w:r>
          </w:p>
        </w:tc>
      </w:tr>
      <w:tr w:rsidR="004616A2" w:rsidRPr="004616A2" w14:paraId="02C12A1F" w14:textId="77777777" w:rsidTr="004616A2">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7C8EDAB" w14:textId="77777777" w:rsidR="004616A2" w:rsidRPr="004616A2" w:rsidRDefault="004616A2" w:rsidP="00A82E02">
            <w:pPr>
              <w:jc w:val="both"/>
              <w:rPr>
                <w:sz w:val="28"/>
                <w:szCs w:val="28"/>
              </w:rPr>
            </w:pPr>
            <w:r w:rsidRPr="004616A2">
              <w:rPr>
                <w:bCs/>
                <w:sz w:val="28"/>
                <w:szCs w:val="28"/>
              </w:rPr>
              <w:t>Мұғалімдермен жеке әңгіме жүргізу</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2527F2E" w14:textId="77777777" w:rsidR="004616A2" w:rsidRPr="004616A2" w:rsidRDefault="004616A2" w:rsidP="00A82E02">
            <w:pPr>
              <w:jc w:val="both"/>
              <w:rPr>
                <w:sz w:val="28"/>
                <w:szCs w:val="28"/>
              </w:rPr>
            </w:pPr>
            <w:r w:rsidRPr="004616A2">
              <w:rPr>
                <w:sz w:val="28"/>
                <w:szCs w:val="28"/>
              </w:rPr>
              <w:t>26</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1E5DB2F" w14:textId="77777777" w:rsidR="004616A2" w:rsidRPr="004616A2" w:rsidRDefault="004616A2" w:rsidP="00A82E02">
            <w:pPr>
              <w:jc w:val="both"/>
              <w:rPr>
                <w:sz w:val="28"/>
                <w:szCs w:val="28"/>
              </w:rPr>
            </w:pPr>
            <w:r w:rsidRPr="004616A2">
              <w:rPr>
                <w:sz w:val="28"/>
                <w:szCs w:val="28"/>
              </w:rPr>
              <w:t>28</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A165AE4" w14:textId="77777777" w:rsidR="004616A2" w:rsidRPr="004616A2" w:rsidRDefault="004616A2" w:rsidP="00A82E02">
            <w:pPr>
              <w:jc w:val="both"/>
              <w:rPr>
                <w:sz w:val="28"/>
                <w:szCs w:val="28"/>
              </w:rPr>
            </w:pPr>
            <w:r w:rsidRPr="004616A2">
              <w:rPr>
                <w:sz w:val="28"/>
                <w:szCs w:val="28"/>
              </w:rPr>
              <w:t>15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6A994E1" w14:textId="77777777" w:rsidR="004616A2" w:rsidRPr="004616A2" w:rsidRDefault="004616A2" w:rsidP="00A82E02">
            <w:pPr>
              <w:jc w:val="both"/>
              <w:rPr>
                <w:sz w:val="28"/>
                <w:szCs w:val="28"/>
              </w:rPr>
            </w:pPr>
            <w:r w:rsidRPr="004616A2">
              <w:rPr>
                <w:bCs/>
                <w:sz w:val="28"/>
                <w:szCs w:val="28"/>
              </w:rPr>
              <w:t>+13% өсім</w:t>
            </w:r>
          </w:p>
        </w:tc>
      </w:tr>
    </w:tbl>
    <w:p w14:paraId="4779AB72" w14:textId="77777777" w:rsidR="004616A2" w:rsidRPr="004616A2" w:rsidRDefault="004616A2" w:rsidP="00A82E02">
      <w:pPr>
        <w:jc w:val="both"/>
        <w:rPr>
          <w:sz w:val="28"/>
          <w:szCs w:val="28"/>
        </w:rPr>
      </w:pPr>
    </w:p>
    <w:p w14:paraId="21B3197F" w14:textId="77777777" w:rsidR="004616A2" w:rsidRPr="004616A2" w:rsidRDefault="004616A2" w:rsidP="00A82E02">
      <w:pPr>
        <w:jc w:val="both"/>
        <w:rPr>
          <w:sz w:val="28"/>
          <w:szCs w:val="28"/>
        </w:rPr>
      </w:pPr>
      <w:r w:rsidRPr="004616A2">
        <w:rPr>
          <w:b/>
          <w:bCs/>
          <w:noProof/>
          <w:sz w:val="28"/>
          <w:szCs w:val="28"/>
          <w:lang w:eastAsia="ru-RU"/>
        </w:rPr>
        <w:lastRenderedPageBreak/>
        <w:drawing>
          <wp:inline distT="0" distB="0" distL="0" distR="0" wp14:anchorId="56E493C2" wp14:editId="1A055365">
            <wp:extent cx="5444778" cy="2459990"/>
            <wp:effectExtent l="0" t="0" r="3810" b="0"/>
            <wp:docPr id="13" name="Рисунок 13" descr="C:\Users\Бастауыш2\Downloads\Gemini_Generated_Image_cergvacergvacer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Бастауыш2\Downloads\Gemini_Generated_Image_cergvacergvacerg.jpg"/>
                    <pic:cNvPicPr>
                      <a:picLocks noChangeAspect="1" noChangeArrowheads="1"/>
                    </pic:cNvPicPr>
                  </pic:nvPicPr>
                  <pic:blipFill>
                    <a:blip r:embed="rId833" cstate="print">
                      <a:extLst>
                        <a:ext uri="{28A0092B-C50C-407E-A947-70E740481C1C}">
                          <a14:useLocalDpi xmlns:a14="http://schemas.microsoft.com/office/drawing/2010/main" val="0"/>
                        </a:ext>
                      </a:extLst>
                    </a:blip>
                    <a:srcRect/>
                    <a:stretch>
                      <a:fillRect/>
                    </a:stretch>
                  </pic:blipFill>
                  <pic:spPr bwMode="auto">
                    <a:xfrm>
                      <a:off x="0" y="0"/>
                      <a:ext cx="5449555" cy="2462148"/>
                    </a:xfrm>
                    <a:prstGeom prst="rect">
                      <a:avLst/>
                    </a:prstGeom>
                    <a:noFill/>
                    <a:ln>
                      <a:noFill/>
                    </a:ln>
                  </pic:spPr>
                </pic:pic>
              </a:graphicData>
            </a:graphic>
          </wp:inline>
        </w:drawing>
      </w:r>
    </w:p>
    <w:p w14:paraId="6EE5E8E3" w14:textId="77777777" w:rsidR="004616A2" w:rsidRPr="004616A2" w:rsidRDefault="004616A2" w:rsidP="00A82E02">
      <w:pPr>
        <w:jc w:val="both"/>
        <w:rPr>
          <w:sz w:val="28"/>
          <w:szCs w:val="28"/>
        </w:rPr>
      </w:pPr>
      <w:r w:rsidRPr="004616A2">
        <w:rPr>
          <w:sz w:val="28"/>
          <w:szCs w:val="28"/>
        </w:rPr>
        <w:t>Талдау: Есепте тұрған оқушылар санының 50%-ға азаюы — мектептегі әлеуметтік-психологиялық алдын алу жұмыстарының жүйелі әрі тиімді жүргізілгенін көрсетеді. Сабақты себепсіз босату, буллинг және тәртіп бұзушылық деректері бойынша жеке әңгімелер уақтылы жүргізіліп отырды.</w:t>
      </w:r>
    </w:p>
    <w:p w14:paraId="05243ECF" w14:textId="77777777" w:rsidR="004616A2" w:rsidRPr="004616A2" w:rsidRDefault="004616A2" w:rsidP="00A82E02">
      <w:pPr>
        <w:jc w:val="both"/>
        <w:rPr>
          <w:b/>
          <w:sz w:val="28"/>
          <w:szCs w:val="28"/>
        </w:rPr>
      </w:pPr>
      <w:r w:rsidRPr="004616A2">
        <w:rPr>
          <w:b/>
          <w:sz w:val="28"/>
          <w:szCs w:val="28"/>
        </w:rPr>
        <w:t>VI. ҚАМҚОРЛЫҚТАҒЫ ЖӘНЕ ЕРЕКШЕ САНАТТАҒЫ БАЛАЛАРМЕН ЖҰМЫС</w:t>
      </w:r>
    </w:p>
    <w:p w14:paraId="5A8A45DE" w14:textId="77777777" w:rsidR="004616A2" w:rsidRPr="004616A2" w:rsidRDefault="004616A2" w:rsidP="00A82E02">
      <w:pPr>
        <w:jc w:val="both"/>
        <w:rPr>
          <w:sz w:val="28"/>
          <w:szCs w:val="28"/>
        </w:rPr>
      </w:pPr>
      <w:r w:rsidRPr="004616A2">
        <w:rPr>
          <w:sz w:val="28"/>
          <w:szCs w:val="28"/>
        </w:rPr>
        <w:t>1.</w:t>
      </w:r>
      <w:r w:rsidRPr="004616A2">
        <w:rPr>
          <w:sz w:val="28"/>
          <w:szCs w:val="28"/>
        </w:rPr>
        <w:tab/>
        <w:t>Қамқорлықтағы және қорғаншылықтағы балалар: 2024 жылдаОлардың тұрмыс-тіршілігі, тұратын баспанасының санитарлық-гигиеналық жағдайы жылына 2 рет тексеріліп, тиісті актілер толтырылды. Балалардың құқықтарының бұзылмауы, жәрдемақыларының дұрыс жұмсалуы бақылауда болды.</w:t>
      </w:r>
    </w:p>
    <w:p w14:paraId="05A7381C" w14:textId="77777777" w:rsidR="004616A2" w:rsidRPr="004616A2" w:rsidRDefault="004616A2" w:rsidP="00A82E02">
      <w:pPr>
        <w:jc w:val="both"/>
        <w:rPr>
          <w:sz w:val="28"/>
          <w:szCs w:val="28"/>
        </w:rPr>
      </w:pPr>
      <w:r w:rsidRPr="004616A2">
        <w:rPr>
          <w:sz w:val="28"/>
          <w:szCs w:val="28"/>
        </w:rPr>
        <w:t>2.</w:t>
      </w:r>
      <w:r w:rsidRPr="004616A2">
        <w:rPr>
          <w:sz w:val="28"/>
          <w:szCs w:val="28"/>
        </w:rPr>
        <w:tab/>
        <w:t>Мүгедектігі бар және ЕББҚ оқушылар: Мектептегі инклюзивті ортаны дамытуға, олардың психологиялық жайлылығын қамтамасыз етуге және құрдастарымен тең қарым-қатынас орнатуына жағдай жасалды.</w:t>
      </w:r>
    </w:p>
    <w:p w14:paraId="7B203135" w14:textId="77777777" w:rsidR="004616A2" w:rsidRPr="004616A2" w:rsidRDefault="004616A2" w:rsidP="00A82E02">
      <w:pPr>
        <w:jc w:val="both"/>
        <w:rPr>
          <w:sz w:val="28"/>
          <w:szCs w:val="28"/>
        </w:rPr>
      </w:pPr>
      <w:r w:rsidRPr="004616A2">
        <w:rPr>
          <w:sz w:val="28"/>
          <w:szCs w:val="28"/>
        </w:rPr>
        <w:t>3.</w:t>
      </w:r>
      <w:r w:rsidRPr="004616A2">
        <w:rPr>
          <w:sz w:val="28"/>
          <w:szCs w:val="28"/>
        </w:rPr>
        <w:tab/>
        <w:t>Көпбалалы және толық емес отбасылар: Моральдық-этикалық, заңнамалық тұрғыда кеңестер беріліп, мемлекет тарапынан берілетін жеңілдіктер туралы ақпараттандырылды.</w:t>
      </w:r>
    </w:p>
    <w:p w14:paraId="1D0CB072" w14:textId="77777777" w:rsidR="004616A2" w:rsidRPr="004616A2" w:rsidRDefault="004616A2" w:rsidP="00A82E02">
      <w:pPr>
        <w:jc w:val="both"/>
        <w:rPr>
          <w:b/>
          <w:sz w:val="28"/>
          <w:szCs w:val="28"/>
        </w:rPr>
      </w:pPr>
      <w:r w:rsidRPr="004616A2">
        <w:rPr>
          <w:b/>
          <w:sz w:val="28"/>
          <w:szCs w:val="28"/>
        </w:rPr>
        <w:t>VII. ҚОРЫТЫНДЫ ЖӘНЕ БОЛАШАҚҚА МІНДЕТТЕР</w:t>
      </w:r>
    </w:p>
    <w:p w14:paraId="0AD9D85D" w14:textId="77777777" w:rsidR="004616A2" w:rsidRPr="004616A2" w:rsidRDefault="004616A2" w:rsidP="00A82E02">
      <w:pPr>
        <w:jc w:val="both"/>
        <w:rPr>
          <w:sz w:val="28"/>
          <w:szCs w:val="28"/>
        </w:rPr>
      </w:pPr>
      <w:r w:rsidRPr="004616A2">
        <w:rPr>
          <w:sz w:val="28"/>
          <w:szCs w:val="28"/>
        </w:rPr>
        <w:t>Үш жылдық (2024–2027 жж.) атқарылған әлеуметтік-педагогикалық жұмыстарды талдай келе, «№14 мектеп-гимназиясы» КММ-де әлеуметтік тұрғыдан әлсіз топтағы балаларды қолдау және құқық бұзушылықтың алдын алу жүйесі оң нәтиже бергенін көруге болады.</w:t>
      </w:r>
    </w:p>
    <w:p w14:paraId="624E1E2E" w14:textId="77777777" w:rsidR="004616A2" w:rsidRPr="004616A2" w:rsidRDefault="004616A2" w:rsidP="00A82E02">
      <w:pPr>
        <w:jc w:val="both"/>
        <w:rPr>
          <w:sz w:val="28"/>
          <w:szCs w:val="28"/>
        </w:rPr>
      </w:pPr>
      <w:r w:rsidRPr="004616A2">
        <w:rPr>
          <w:sz w:val="28"/>
          <w:szCs w:val="28"/>
        </w:rPr>
        <w:t>Алдағы оқу жылына қойылатын міндеттер:</w:t>
      </w:r>
    </w:p>
    <w:p w14:paraId="69E8C5F7" w14:textId="77777777" w:rsidR="004616A2" w:rsidRPr="004616A2" w:rsidRDefault="004616A2" w:rsidP="00A82E02">
      <w:pPr>
        <w:jc w:val="both"/>
        <w:rPr>
          <w:sz w:val="28"/>
          <w:szCs w:val="28"/>
        </w:rPr>
      </w:pPr>
      <w:r w:rsidRPr="004616A2">
        <w:rPr>
          <w:sz w:val="28"/>
          <w:szCs w:val="28"/>
        </w:rPr>
        <w:t>1.</w:t>
      </w:r>
      <w:r w:rsidRPr="004616A2">
        <w:rPr>
          <w:sz w:val="28"/>
          <w:szCs w:val="28"/>
        </w:rPr>
        <w:tab/>
        <w:t>ҰББДҚ арқылы көмек алушылар тізімін уақтылы жаңартуды жалғастыру.</w:t>
      </w:r>
    </w:p>
    <w:p w14:paraId="21FF8D38" w14:textId="77777777" w:rsidR="004616A2" w:rsidRPr="004616A2" w:rsidRDefault="004616A2" w:rsidP="00A82E02">
      <w:pPr>
        <w:jc w:val="both"/>
        <w:rPr>
          <w:sz w:val="28"/>
          <w:szCs w:val="28"/>
        </w:rPr>
      </w:pPr>
      <w:r w:rsidRPr="004616A2">
        <w:rPr>
          <w:sz w:val="28"/>
          <w:szCs w:val="28"/>
        </w:rPr>
        <w:t>2.</w:t>
      </w:r>
      <w:r w:rsidRPr="004616A2">
        <w:rPr>
          <w:sz w:val="28"/>
          <w:szCs w:val="28"/>
        </w:rPr>
        <w:tab/>
        <w:t>«Қауіпті топтағы» оқушылармен және жағдайсыз отбасылармен алдын алу жұмыстарын күшейту, буллинг пен кибербуллингтің алдын алу.</w:t>
      </w:r>
    </w:p>
    <w:p w14:paraId="63D953D1" w14:textId="77777777" w:rsidR="004616A2" w:rsidRPr="004616A2" w:rsidRDefault="004616A2" w:rsidP="00A82E02">
      <w:pPr>
        <w:jc w:val="both"/>
        <w:rPr>
          <w:sz w:val="28"/>
          <w:szCs w:val="28"/>
        </w:rPr>
      </w:pPr>
      <w:r w:rsidRPr="004616A2">
        <w:rPr>
          <w:sz w:val="28"/>
          <w:szCs w:val="28"/>
        </w:rPr>
        <w:t>3.</w:t>
      </w:r>
      <w:r w:rsidRPr="004616A2">
        <w:rPr>
          <w:sz w:val="28"/>
          <w:szCs w:val="28"/>
        </w:rPr>
        <w:tab/>
        <w:t>Демеушілік ұйымдарды тартып, «Мектепке жол» акциясының аясын кеңейту.</w:t>
      </w:r>
    </w:p>
    <w:p w14:paraId="237154CA" w14:textId="77777777" w:rsidR="004616A2" w:rsidRPr="004616A2" w:rsidRDefault="004616A2" w:rsidP="00A82E02">
      <w:pPr>
        <w:jc w:val="both"/>
        <w:rPr>
          <w:sz w:val="28"/>
          <w:szCs w:val="28"/>
        </w:rPr>
      </w:pPr>
      <w:r w:rsidRPr="004616A2">
        <w:rPr>
          <w:sz w:val="28"/>
          <w:szCs w:val="28"/>
        </w:rPr>
        <w:t>4.</w:t>
      </w:r>
      <w:r w:rsidRPr="004616A2">
        <w:rPr>
          <w:sz w:val="28"/>
          <w:szCs w:val="28"/>
        </w:rPr>
        <w:tab/>
        <w:t>Қамқорлықтағы және мүгедектігі бар балалардың құқықтық-әлеуметтік қорғалуын тұрақты бақылауда ұстау.</w:t>
      </w:r>
    </w:p>
    <w:p w14:paraId="4DCE9762" w14:textId="77777777" w:rsidR="004616A2" w:rsidRPr="004616A2" w:rsidRDefault="004616A2" w:rsidP="00A82E02">
      <w:pPr>
        <w:jc w:val="both"/>
        <w:rPr>
          <w:b/>
          <w:sz w:val="28"/>
          <w:szCs w:val="28"/>
          <w:lang w:val="kk-KZ"/>
        </w:rPr>
      </w:pPr>
      <w:r w:rsidRPr="004616A2">
        <w:rPr>
          <w:b/>
          <w:sz w:val="28"/>
          <w:szCs w:val="28"/>
          <w:lang w:val="kk-KZ"/>
        </w:rPr>
        <w:t>Педагог –психологтың 2024-2025 оқу жылында жүргізген жұмыстарының жарты жылдық есебі</w:t>
      </w:r>
    </w:p>
    <w:p w14:paraId="099267D1" w14:textId="77777777" w:rsidR="004616A2" w:rsidRPr="004616A2" w:rsidRDefault="004616A2" w:rsidP="00A82E02">
      <w:pPr>
        <w:jc w:val="both"/>
        <w:rPr>
          <w:sz w:val="28"/>
          <w:szCs w:val="28"/>
          <w:lang w:val="kk-KZ"/>
        </w:rPr>
      </w:pPr>
      <w:r w:rsidRPr="004616A2">
        <w:rPr>
          <w:sz w:val="28"/>
          <w:szCs w:val="28"/>
          <w:lang w:val="kk-KZ"/>
        </w:rPr>
        <w:t>Психологиялық қызметтің жұмысы Қазақстан Республикасы Оқу-ағарту министрінің  2022 жылғы 25 тамыздағы № 377 бұйрығы негізінде жүзеге асырылады.</w:t>
      </w:r>
    </w:p>
    <w:p w14:paraId="50A56EE7" w14:textId="77777777" w:rsidR="004616A2" w:rsidRPr="004616A2" w:rsidRDefault="004616A2" w:rsidP="00A82E02">
      <w:pPr>
        <w:jc w:val="both"/>
        <w:rPr>
          <w:sz w:val="28"/>
          <w:szCs w:val="28"/>
          <w:lang w:val="kk-KZ"/>
        </w:rPr>
      </w:pPr>
      <w:r w:rsidRPr="004616A2">
        <w:rPr>
          <w:sz w:val="28"/>
          <w:szCs w:val="28"/>
          <w:lang w:val="kk-KZ"/>
        </w:rPr>
        <w:t xml:space="preserve">Психологиялық қызметтің мақсаты: Мектеп-гимназиядағы оқушылардың психологиялық денсаулығын сақтау, қолайлы әлеуметтік-психологиялық жағдай </w:t>
      </w:r>
      <w:r w:rsidRPr="004616A2">
        <w:rPr>
          <w:sz w:val="28"/>
          <w:szCs w:val="28"/>
          <w:lang w:val="kk-KZ"/>
        </w:rPr>
        <w:lastRenderedPageBreak/>
        <w:t xml:space="preserve">жасау және білім беру үдерісіне қатысушыларға психологиялық қолдау көрсету. </w:t>
      </w:r>
    </w:p>
    <w:p w14:paraId="759C73AC" w14:textId="77777777" w:rsidR="004616A2" w:rsidRPr="004616A2" w:rsidRDefault="004616A2" w:rsidP="00A82E02">
      <w:pPr>
        <w:jc w:val="both"/>
        <w:rPr>
          <w:sz w:val="28"/>
          <w:szCs w:val="28"/>
          <w:lang w:val="kk-KZ"/>
        </w:rPr>
      </w:pPr>
      <w:r w:rsidRPr="004616A2">
        <w:rPr>
          <w:sz w:val="28"/>
          <w:szCs w:val="28"/>
          <w:lang w:val="kk-KZ"/>
        </w:rPr>
        <w:t xml:space="preserve">Міндеттері: </w:t>
      </w:r>
    </w:p>
    <w:p w14:paraId="0E0E92EF" w14:textId="77777777" w:rsidR="004616A2" w:rsidRPr="004616A2" w:rsidRDefault="004616A2" w:rsidP="00A82E02">
      <w:pPr>
        <w:jc w:val="both"/>
        <w:rPr>
          <w:sz w:val="28"/>
          <w:szCs w:val="28"/>
          <w:lang w:val="kk-KZ"/>
        </w:rPr>
      </w:pPr>
      <w:r w:rsidRPr="004616A2">
        <w:rPr>
          <w:sz w:val="28"/>
          <w:szCs w:val="28"/>
          <w:lang w:val="kk-KZ"/>
        </w:rPr>
        <w:t>1)</w:t>
      </w:r>
      <w:r w:rsidRPr="004616A2">
        <w:rPr>
          <w:sz w:val="28"/>
          <w:szCs w:val="28"/>
          <w:lang w:val="kk-KZ"/>
        </w:rPr>
        <w:tab/>
        <w:t xml:space="preserve">Оқу-тәрбие процесіне қатысушылардың тұлғалық және зияткерлік дамуына жәрдемдесу, олардың өзін-өзі дамытуға, өзін-өзі тәрбиелеуге, оң дүниетанымын және ақпараттық қоғамның жылдам дамуында олардың табысты әлеуметтенуіне психологиялық тұрғыдан көмек көрсету; </w:t>
      </w:r>
    </w:p>
    <w:p w14:paraId="6027A1A1" w14:textId="6C269711" w:rsidR="004616A2" w:rsidRPr="004616A2" w:rsidRDefault="004616A2" w:rsidP="00A82E02">
      <w:pPr>
        <w:jc w:val="both"/>
        <w:rPr>
          <w:sz w:val="28"/>
          <w:szCs w:val="28"/>
          <w:lang w:val="kk-KZ"/>
        </w:rPr>
      </w:pPr>
      <w:r w:rsidRPr="004616A2">
        <w:rPr>
          <w:sz w:val="28"/>
          <w:szCs w:val="28"/>
          <w:lang w:val="kk-KZ"/>
        </w:rPr>
        <w:t>2)</w:t>
      </w:r>
      <w:r w:rsidRPr="004616A2">
        <w:rPr>
          <w:sz w:val="28"/>
          <w:szCs w:val="28"/>
          <w:lang w:val="kk-KZ"/>
        </w:rPr>
        <w:tab/>
        <w:t>Білім алушылардың ас</w:t>
      </w:r>
      <w:r w:rsidR="00414A67">
        <w:rPr>
          <w:sz w:val="28"/>
          <w:szCs w:val="28"/>
          <w:lang w:val="kk-KZ"/>
        </w:rPr>
        <w:t>с</w:t>
      </w:r>
      <w:r w:rsidRPr="004616A2">
        <w:rPr>
          <w:sz w:val="28"/>
          <w:szCs w:val="28"/>
          <w:lang w:val="kk-KZ"/>
        </w:rPr>
        <w:t>оциалды және аутодеструктивті жүріс-тұрыс көріністерін анықтау және алдын-алу;</w:t>
      </w:r>
    </w:p>
    <w:p w14:paraId="6B709047" w14:textId="77777777" w:rsidR="004616A2" w:rsidRPr="004616A2" w:rsidRDefault="004616A2" w:rsidP="00A82E02">
      <w:pPr>
        <w:jc w:val="both"/>
        <w:rPr>
          <w:sz w:val="28"/>
          <w:szCs w:val="28"/>
          <w:lang w:val="kk-KZ"/>
        </w:rPr>
      </w:pPr>
      <w:r w:rsidRPr="004616A2">
        <w:rPr>
          <w:sz w:val="28"/>
          <w:szCs w:val="28"/>
          <w:lang w:val="kk-KZ"/>
        </w:rPr>
        <w:t>3)</w:t>
      </w:r>
      <w:r w:rsidRPr="004616A2">
        <w:rPr>
          <w:sz w:val="28"/>
          <w:szCs w:val="28"/>
          <w:lang w:val="kk-KZ"/>
        </w:rPr>
        <w:tab/>
        <w:t>Педагогтерге әлеуметтік-психологиялық диагностика негізінде білім алушылармен жеке жұмыс жасаудың тәсілін ұйымдастыру процесінде көмек көрсету;</w:t>
      </w:r>
    </w:p>
    <w:p w14:paraId="585BD81F" w14:textId="77777777" w:rsidR="004616A2" w:rsidRPr="004616A2" w:rsidRDefault="004616A2" w:rsidP="00A82E02">
      <w:pPr>
        <w:jc w:val="both"/>
        <w:rPr>
          <w:sz w:val="28"/>
          <w:szCs w:val="28"/>
          <w:lang w:val="kk-KZ"/>
        </w:rPr>
      </w:pPr>
      <w:r w:rsidRPr="004616A2">
        <w:rPr>
          <w:sz w:val="28"/>
          <w:szCs w:val="28"/>
          <w:lang w:val="kk-KZ"/>
        </w:rPr>
        <w:t>4)</w:t>
      </w:r>
      <w:r w:rsidRPr="004616A2">
        <w:rPr>
          <w:sz w:val="28"/>
          <w:szCs w:val="28"/>
          <w:lang w:val="kk-KZ"/>
        </w:rPr>
        <w:tab/>
        <w:t xml:space="preserve">Білім беру процесі субъектілерінің психологиялық-педагогикалық құзіреттіліктерін арттыру. </w:t>
      </w:r>
    </w:p>
    <w:p w14:paraId="567EFF7E" w14:textId="77777777" w:rsidR="004616A2" w:rsidRPr="004616A2" w:rsidRDefault="004616A2" w:rsidP="00A82E02">
      <w:pPr>
        <w:jc w:val="both"/>
        <w:rPr>
          <w:sz w:val="28"/>
          <w:szCs w:val="28"/>
          <w:lang w:val="kk-KZ"/>
        </w:rPr>
      </w:pPr>
      <w:r w:rsidRPr="004616A2">
        <w:rPr>
          <w:sz w:val="28"/>
          <w:szCs w:val="28"/>
          <w:lang w:val="kk-KZ"/>
        </w:rPr>
        <w:t>Күтілетін нәтиже</w:t>
      </w:r>
    </w:p>
    <w:p w14:paraId="611C63A2" w14:textId="77777777" w:rsidR="004616A2" w:rsidRPr="004616A2" w:rsidRDefault="004616A2" w:rsidP="00A82E02">
      <w:pPr>
        <w:jc w:val="both"/>
        <w:rPr>
          <w:sz w:val="28"/>
          <w:szCs w:val="28"/>
          <w:lang w:val="kk-KZ"/>
        </w:rPr>
      </w:pPr>
      <w:r w:rsidRPr="004616A2">
        <w:rPr>
          <w:sz w:val="28"/>
          <w:szCs w:val="28"/>
          <w:lang w:val="kk-KZ"/>
        </w:rPr>
        <w:t>1.</w:t>
      </w:r>
      <w:r w:rsidRPr="004616A2">
        <w:rPr>
          <w:sz w:val="28"/>
          <w:szCs w:val="28"/>
          <w:lang w:val="kk-KZ"/>
        </w:rPr>
        <w:tab/>
        <w:t>Қойылған мақсат-міндеттерге жету, білім алушылармен, педагогтармен, ата-аналармен психологиялық сүйемелдеу жұмыстарын жүргізіп, психологиялық денсаулықтарын нығайту.</w:t>
      </w:r>
    </w:p>
    <w:p w14:paraId="1927160B" w14:textId="77777777" w:rsidR="004616A2" w:rsidRPr="004616A2" w:rsidRDefault="004616A2" w:rsidP="00A82E02">
      <w:pPr>
        <w:jc w:val="both"/>
        <w:rPr>
          <w:sz w:val="28"/>
          <w:szCs w:val="28"/>
          <w:lang w:val="kk-KZ"/>
        </w:rPr>
      </w:pPr>
      <w:r w:rsidRPr="004616A2">
        <w:rPr>
          <w:sz w:val="28"/>
          <w:szCs w:val="28"/>
          <w:lang w:val="kk-KZ"/>
        </w:rPr>
        <w:t>Педагог –психологтың жылдық жұмыс жоспары келесі бағыттар  бойынша  жүзеге асырылады:</w:t>
      </w:r>
    </w:p>
    <w:p w14:paraId="0B8575D2" w14:textId="77777777" w:rsidR="004616A2" w:rsidRPr="004616A2" w:rsidRDefault="004616A2" w:rsidP="00A82E02">
      <w:pPr>
        <w:jc w:val="both"/>
        <w:rPr>
          <w:sz w:val="28"/>
          <w:szCs w:val="28"/>
          <w:lang w:val="kk-KZ"/>
        </w:rPr>
      </w:pPr>
      <w:r w:rsidRPr="004616A2">
        <w:rPr>
          <w:sz w:val="28"/>
          <w:szCs w:val="28"/>
          <w:lang w:val="kk-KZ"/>
        </w:rPr>
        <w:t>психодиагностикалық бағыт</w:t>
      </w:r>
    </w:p>
    <w:p w14:paraId="1A05BA41" w14:textId="77777777" w:rsidR="004616A2" w:rsidRPr="004616A2" w:rsidRDefault="004616A2" w:rsidP="00A82E02">
      <w:pPr>
        <w:jc w:val="both"/>
        <w:rPr>
          <w:sz w:val="28"/>
          <w:szCs w:val="28"/>
          <w:lang w:val="kk-KZ"/>
        </w:rPr>
      </w:pPr>
      <w:r w:rsidRPr="004616A2">
        <w:rPr>
          <w:sz w:val="28"/>
          <w:szCs w:val="28"/>
          <w:lang w:val="kk-KZ"/>
        </w:rPr>
        <w:t>түзету-дамыту бағыты</w:t>
      </w:r>
    </w:p>
    <w:p w14:paraId="68C71598" w14:textId="77777777" w:rsidR="004616A2" w:rsidRPr="004616A2" w:rsidRDefault="004616A2" w:rsidP="00A82E02">
      <w:pPr>
        <w:jc w:val="both"/>
        <w:rPr>
          <w:sz w:val="28"/>
          <w:szCs w:val="28"/>
          <w:lang w:val="kk-KZ"/>
        </w:rPr>
      </w:pPr>
      <w:r w:rsidRPr="004616A2">
        <w:rPr>
          <w:sz w:val="28"/>
          <w:szCs w:val="28"/>
          <w:lang w:val="kk-KZ"/>
        </w:rPr>
        <w:t>ағарту –алдын алу бағыты</w:t>
      </w:r>
    </w:p>
    <w:p w14:paraId="38945B16" w14:textId="77777777" w:rsidR="004616A2" w:rsidRPr="004616A2" w:rsidRDefault="004616A2" w:rsidP="00A82E02">
      <w:pPr>
        <w:jc w:val="both"/>
        <w:rPr>
          <w:sz w:val="28"/>
          <w:szCs w:val="28"/>
          <w:lang w:val="kk-KZ"/>
        </w:rPr>
      </w:pPr>
      <w:r w:rsidRPr="004616A2">
        <w:rPr>
          <w:sz w:val="28"/>
          <w:szCs w:val="28"/>
          <w:lang w:val="kk-KZ"/>
        </w:rPr>
        <w:t>кеңес беру бағыты.</w:t>
      </w:r>
    </w:p>
    <w:p w14:paraId="2E771FED" w14:textId="77777777" w:rsidR="004616A2" w:rsidRPr="004616A2" w:rsidRDefault="004616A2" w:rsidP="00A82E02">
      <w:pPr>
        <w:jc w:val="both"/>
        <w:rPr>
          <w:sz w:val="28"/>
          <w:szCs w:val="28"/>
          <w:lang w:val="kk-KZ"/>
        </w:rPr>
      </w:pPr>
      <w:r w:rsidRPr="004616A2">
        <w:rPr>
          <w:sz w:val="28"/>
          <w:szCs w:val="28"/>
          <w:lang w:val="kk-KZ"/>
        </w:rPr>
        <w:t>ұйымдастыру-әдістемелік бағыт</w:t>
      </w:r>
    </w:p>
    <w:p w14:paraId="2B10A522" w14:textId="77777777" w:rsidR="004616A2" w:rsidRPr="004616A2" w:rsidRDefault="004616A2" w:rsidP="00A82E02">
      <w:pPr>
        <w:jc w:val="both"/>
        <w:rPr>
          <w:sz w:val="28"/>
          <w:szCs w:val="28"/>
          <w:lang w:val="kk-KZ"/>
        </w:rPr>
      </w:pPr>
      <w:r w:rsidRPr="004616A2">
        <w:rPr>
          <w:sz w:val="28"/>
          <w:szCs w:val="28"/>
          <w:lang w:val="kk-KZ"/>
        </w:rPr>
        <w:t xml:space="preserve">Жыл басында оқушылармен психологиялық сүйемелдеу жұмыстарын жүргізу мақсатында ата –аналардан келісім –рұқсат парағын толтыру үшін сыныпішілік ата –аналар жиналыстарына қатысып, ата-аналарға психологиялық қызметтің жұмыс бағыттарымен, жылдық жұмыс жоспарымен таныстырып, түсіндіру жұмыстары жүргізіліп, келісім алынды. </w:t>
      </w:r>
    </w:p>
    <w:p w14:paraId="389BE19E" w14:textId="77777777" w:rsidR="004616A2" w:rsidRPr="004616A2" w:rsidRDefault="004616A2" w:rsidP="00A82E02">
      <w:pPr>
        <w:jc w:val="both"/>
        <w:rPr>
          <w:sz w:val="28"/>
          <w:szCs w:val="28"/>
          <w:lang w:val="kk-KZ"/>
        </w:rPr>
      </w:pPr>
      <w:r w:rsidRPr="004616A2">
        <w:rPr>
          <w:sz w:val="28"/>
          <w:szCs w:val="28"/>
          <w:lang w:val="kk-KZ"/>
        </w:rPr>
        <w:t>Сонымен қатар ата-аналарға буллингтің алдын алу бойынша ақпарат беріліп, түсіндіру жұмыстары жүргізілді.</w:t>
      </w:r>
    </w:p>
    <w:p w14:paraId="4F2B4330" w14:textId="77777777" w:rsidR="004616A2" w:rsidRPr="004616A2" w:rsidRDefault="004616A2" w:rsidP="00A82E02">
      <w:pPr>
        <w:jc w:val="both"/>
        <w:rPr>
          <w:sz w:val="28"/>
          <w:szCs w:val="28"/>
          <w:lang w:val="kk-KZ"/>
        </w:rPr>
      </w:pPr>
      <w:r w:rsidRPr="004616A2">
        <w:rPr>
          <w:sz w:val="28"/>
          <w:szCs w:val="28"/>
          <w:lang w:val="kk-KZ"/>
        </w:rPr>
        <w:t xml:space="preserve">Сонымен қатар, жас мамандарды психологиялық сүйемелдеу мақсатында «Бүгінгі жас маман - ертеңгі шебер ұстаз!» тақырыбында жас мамандармен тренинг жүргізілді. </w:t>
      </w:r>
    </w:p>
    <w:p w14:paraId="49BD6BA4" w14:textId="77777777" w:rsidR="004616A2" w:rsidRPr="004616A2" w:rsidRDefault="004616A2" w:rsidP="00A82E02">
      <w:pPr>
        <w:jc w:val="both"/>
        <w:rPr>
          <w:sz w:val="28"/>
          <w:szCs w:val="28"/>
          <w:lang w:val="kk-KZ"/>
        </w:rPr>
      </w:pPr>
      <w:r w:rsidRPr="004616A2">
        <w:rPr>
          <w:sz w:val="28"/>
          <w:szCs w:val="28"/>
          <w:lang w:val="kk-KZ"/>
        </w:rPr>
        <w:t>Сонымен қатар, қыркүйек –қазан айларында 1 –ші, 5-ші сынып оқушыларының мектепке бейімделуін анықтау мақсатында сабақтарға қатысып сыныптарға  бақылау жүргізіліп, оқуға деген мотивациясын анықтау, қобалжу деңгейін анықтау бойынша зерттеу жұмыстары жүргізілді. Зерттеу қорытындылары кіші педагогикалық кеңесте талқыланды.</w:t>
      </w:r>
    </w:p>
    <w:p w14:paraId="02D75F4E" w14:textId="77777777" w:rsidR="004616A2" w:rsidRPr="004616A2" w:rsidRDefault="004616A2" w:rsidP="00A82E02">
      <w:pPr>
        <w:jc w:val="both"/>
        <w:rPr>
          <w:sz w:val="28"/>
          <w:szCs w:val="28"/>
          <w:lang w:val="kk-KZ"/>
        </w:rPr>
      </w:pPr>
      <w:r w:rsidRPr="004616A2">
        <w:rPr>
          <w:sz w:val="28"/>
          <w:szCs w:val="28"/>
          <w:lang w:val="kk-KZ"/>
        </w:rPr>
        <w:t>1-сынып оқушыларының мектепке бейімделу деңгейін анықтау мақсатында жүргізілген диагностика түрлері:</w:t>
      </w:r>
    </w:p>
    <w:p w14:paraId="1B6FD5F5" w14:textId="77777777" w:rsidR="004616A2" w:rsidRPr="004616A2" w:rsidRDefault="004616A2" w:rsidP="00A82E02">
      <w:pPr>
        <w:jc w:val="both"/>
        <w:rPr>
          <w:sz w:val="28"/>
          <w:szCs w:val="28"/>
          <w:lang w:val="kk-KZ"/>
        </w:rPr>
      </w:pPr>
      <w:r w:rsidRPr="004616A2">
        <w:rPr>
          <w:sz w:val="28"/>
          <w:szCs w:val="28"/>
          <w:lang w:val="kk-KZ"/>
        </w:rPr>
        <w:t>Оқу мотивациясын анықтау сауалнамасы (Н.Г.Лусканова әдістемесі)</w:t>
      </w:r>
    </w:p>
    <w:p w14:paraId="2C6FC856" w14:textId="77777777" w:rsidR="004616A2" w:rsidRPr="004616A2" w:rsidRDefault="004616A2" w:rsidP="00A82E02">
      <w:pPr>
        <w:jc w:val="both"/>
        <w:rPr>
          <w:sz w:val="28"/>
          <w:szCs w:val="28"/>
          <w:lang w:val="kk-KZ"/>
        </w:rPr>
      </w:pPr>
      <w:r w:rsidRPr="004616A2">
        <w:rPr>
          <w:sz w:val="28"/>
          <w:szCs w:val="28"/>
          <w:lang w:val="kk-KZ"/>
        </w:rPr>
        <w:t>Оқушылардың интеллектуалдық деңгейін анықтау (Ой қабілеттерінің экспресс диагностикасының әдістемесі</w:t>
      </w:r>
    </w:p>
    <w:p w14:paraId="57655BCA" w14:textId="77777777" w:rsidR="004616A2" w:rsidRPr="004616A2" w:rsidRDefault="004616A2" w:rsidP="00A82E02">
      <w:pPr>
        <w:jc w:val="both"/>
        <w:rPr>
          <w:sz w:val="28"/>
          <w:szCs w:val="28"/>
          <w:lang w:val="kk-KZ"/>
        </w:rPr>
      </w:pPr>
      <w:r w:rsidRPr="004616A2">
        <w:rPr>
          <w:sz w:val="28"/>
          <w:szCs w:val="28"/>
          <w:lang w:val="kk-KZ"/>
        </w:rPr>
        <w:t>1 - сынып оқушыларының мектепке бейімделуіне арналған  «Бәріміз біргеміз!» тақырыбында,  5 -  сынып оқушыларының орта буынға бейімделуіне «Қарым-қатынасқа үйренейік» психологиялық сағаттары өткізілді.</w:t>
      </w:r>
    </w:p>
    <w:p w14:paraId="667F3856" w14:textId="77777777" w:rsidR="004616A2" w:rsidRPr="004616A2" w:rsidRDefault="004616A2" w:rsidP="00A82E02">
      <w:pPr>
        <w:jc w:val="both"/>
        <w:rPr>
          <w:sz w:val="28"/>
          <w:szCs w:val="28"/>
          <w:lang w:val="kk-KZ"/>
        </w:rPr>
      </w:pPr>
      <w:r w:rsidRPr="004616A2">
        <w:rPr>
          <w:sz w:val="28"/>
          <w:szCs w:val="28"/>
          <w:lang w:val="kk-KZ"/>
        </w:rPr>
        <w:lastRenderedPageBreak/>
        <w:t>5-сынып оқушыларының мектепке бейімделу деңгейін анықтау мақсатында жүргізілген диагностика түрлері:</w:t>
      </w:r>
    </w:p>
    <w:p w14:paraId="39A120EC" w14:textId="77777777" w:rsidR="004616A2" w:rsidRPr="004616A2" w:rsidRDefault="004616A2" w:rsidP="00A82E02">
      <w:pPr>
        <w:jc w:val="both"/>
        <w:rPr>
          <w:sz w:val="28"/>
          <w:szCs w:val="28"/>
          <w:lang w:val="kk-KZ"/>
        </w:rPr>
      </w:pPr>
      <w:r w:rsidRPr="004616A2">
        <w:rPr>
          <w:sz w:val="28"/>
          <w:szCs w:val="28"/>
          <w:lang w:val="kk-KZ"/>
        </w:rPr>
        <w:t></w:t>
      </w:r>
      <w:r w:rsidRPr="004616A2">
        <w:rPr>
          <w:sz w:val="28"/>
          <w:szCs w:val="28"/>
          <w:lang w:val="kk-KZ"/>
        </w:rPr>
        <w:tab/>
        <w:t>Оқу мотивациясын анықтау сауалнамасы</w:t>
      </w:r>
    </w:p>
    <w:p w14:paraId="7578C3DD" w14:textId="77777777" w:rsidR="004616A2" w:rsidRPr="004616A2" w:rsidRDefault="004616A2" w:rsidP="00A82E02">
      <w:pPr>
        <w:jc w:val="both"/>
        <w:rPr>
          <w:sz w:val="28"/>
          <w:szCs w:val="28"/>
          <w:lang w:val="kk-KZ"/>
        </w:rPr>
      </w:pPr>
      <w:r w:rsidRPr="004616A2">
        <w:rPr>
          <w:sz w:val="28"/>
          <w:szCs w:val="28"/>
          <w:lang w:val="kk-KZ"/>
        </w:rPr>
        <w:t></w:t>
      </w:r>
      <w:r w:rsidRPr="004616A2">
        <w:rPr>
          <w:sz w:val="28"/>
          <w:szCs w:val="28"/>
          <w:lang w:val="kk-KZ"/>
        </w:rPr>
        <w:tab/>
        <w:t xml:space="preserve">«Мектептегі мазасыздықты анықтау» З. Филлипс әдістемесі </w:t>
      </w:r>
    </w:p>
    <w:p w14:paraId="34FEF617" w14:textId="77777777" w:rsidR="004616A2" w:rsidRPr="004616A2" w:rsidRDefault="004616A2" w:rsidP="00A82E02">
      <w:pPr>
        <w:jc w:val="both"/>
        <w:rPr>
          <w:sz w:val="28"/>
          <w:szCs w:val="28"/>
          <w:lang w:val="kk-KZ"/>
        </w:rPr>
      </w:pPr>
      <w:r w:rsidRPr="004616A2">
        <w:rPr>
          <w:sz w:val="28"/>
          <w:szCs w:val="28"/>
          <w:lang w:val="kk-KZ"/>
        </w:rPr>
        <w:t xml:space="preserve"> 7- сынып оқушыларының агрессивтілік деңгейін анықтау мақсатында зерттеу Басса Даркидің эмоциялық тесті жүргізілді. </w:t>
      </w:r>
    </w:p>
    <w:p w14:paraId="34338D20" w14:textId="77777777" w:rsidR="004616A2" w:rsidRPr="004616A2" w:rsidRDefault="004616A2" w:rsidP="00A82E02">
      <w:pPr>
        <w:jc w:val="both"/>
        <w:rPr>
          <w:sz w:val="28"/>
          <w:szCs w:val="28"/>
          <w:lang w:val="kk-KZ"/>
        </w:rPr>
      </w:pPr>
      <w:r w:rsidRPr="004616A2">
        <w:rPr>
          <w:sz w:val="28"/>
          <w:szCs w:val="28"/>
          <w:lang w:val="kk-KZ"/>
        </w:rPr>
        <w:t xml:space="preserve"> 8- сынып оқушыларының депрессиялық, невротикалық жағдайды және қарым-қатынас деңгейін анықтау мақсатында суицидтік бағыттылықты анықтау (СБА) әдістемесі арқылы зерттеу жүргізілді:</w:t>
      </w:r>
    </w:p>
    <w:p w14:paraId="38B9C404" w14:textId="77777777" w:rsidR="004616A2" w:rsidRPr="004616A2" w:rsidRDefault="004616A2" w:rsidP="00A82E02">
      <w:pPr>
        <w:jc w:val="both"/>
        <w:rPr>
          <w:sz w:val="28"/>
          <w:szCs w:val="28"/>
          <w:lang w:val="kk-KZ"/>
        </w:rPr>
      </w:pPr>
      <w:r w:rsidRPr="004616A2">
        <w:rPr>
          <w:sz w:val="28"/>
          <w:szCs w:val="28"/>
          <w:lang w:val="kk-KZ"/>
        </w:rPr>
        <w:t>9-10- сынып оқушыларының бейімделу деңгейлерін бақылау, зерттеу, кәсіби бағдар беру жұмыстары, «Мен мамандықтар әлемінде!», «Мамандықтың бәрі жақсы, қалауыңша  таңдап ал!», «Ең маңызды таңдау» тақырыптарында тренингтік сабақтар жүргізілді.Сонымен қатар, ерекше білімді қажет ететін оқушыларды бақылау, танымдық  қабілеттерін зерттеу жұмыстары жүргізілді.</w:t>
      </w:r>
    </w:p>
    <w:p w14:paraId="49A19A8E" w14:textId="77777777" w:rsidR="004616A2" w:rsidRPr="004616A2" w:rsidRDefault="004616A2" w:rsidP="00A82E02">
      <w:pPr>
        <w:jc w:val="both"/>
        <w:rPr>
          <w:sz w:val="28"/>
          <w:szCs w:val="28"/>
          <w:lang w:val="kk-KZ"/>
        </w:rPr>
      </w:pPr>
      <w:r w:rsidRPr="004616A2">
        <w:rPr>
          <w:sz w:val="28"/>
          <w:szCs w:val="28"/>
          <w:lang w:val="kk-KZ"/>
        </w:rPr>
        <w:t>Түзету – дамыту бағыты бойынша:</w:t>
      </w:r>
    </w:p>
    <w:p w14:paraId="57B30FE7" w14:textId="77777777" w:rsidR="004616A2" w:rsidRPr="004616A2" w:rsidRDefault="004616A2" w:rsidP="00A82E02">
      <w:pPr>
        <w:jc w:val="both"/>
        <w:rPr>
          <w:sz w:val="28"/>
          <w:szCs w:val="28"/>
          <w:lang w:val="kk-KZ"/>
        </w:rPr>
      </w:pPr>
      <w:r w:rsidRPr="004616A2">
        <w:rPr>
          <w:sz w:val="28"/>
          <w:szCs w:val="28"/>
          <w:lang w:val="kk-KZ"/>
        </w:rPr>
        <w:t xml:space="preserve">5-10 сыныптар арасында «Буллинг, кибербуллинг жайлы әңгімелесейік?!» - балалар мен жасөспірімдер арасындағы буллингтің алдын алу, «Интернет желісіндегі балалардың қауіпсіздігі», «Стресс және дағдарыс»,  «Конфликт және оны шешу жолдары», «Менің өмірімнің құндылықтары», «Жағымды қарым-қатынас» тақырыптарында топтық тренинг сабақтары жүргізілді. </w:t>
      </w:r>
    </w:p>
    <w:p w14:paraId="0B75F45A" w14:textId="77777777" w:rsidR="004616A2" w:rsidRPr="004616A2" w:rsidRDefault="004616A2" w:rsidP="00A82E02">
      <w:pPr>
        <w:jc w:val="both"/>
        <w:rPr>
          <w:sz w:val="28"/>
          <w:szCs w:val="28"/>
          <w:lang w:val="kk-KZ"/>
        </w:rPr>
      </w:pPr>
      <w:r w:rsidRPr="004616A2">
        <w:rPr>
          <w:sz w:val="28"/>
          <w:szCs w:val="28"/>
          <w:lang w:val="kk-KZ"/>
        </w:rPr>
        <w:t>9-10- сынып оқушыларына арналған «Мен мамандықтар әлемінде!», «Мамандықтың бәрі жақсы, қалауыңша  таңдап ал!», «Ең маңызды таңдау» тақырыптарында тренингтік сабақтар жүргізілді.</w:t>
      </w:r>
    </w:p>
    <w:p w14:paraId="472BD598" w14:textId="77777777" w:rsidR="004616A2" w:rsidRPr="004616A2" w:rsidRDefault="004616A2" w:rsidP="00A82E02">
      <w:pPr>
        <w:jc w:val="both"/>
        <w:rPr>
          <w:sz w:val="28"/>
          <w:szCs w:val="28"/>
          <w:lang w:val="kk-KZ"/>
        </w:rPr>
      </w:pPr>
      <w:r w:rsidRPr="004616A2">
        <w:rPr>
          <w:sz w:val="28"/>
          <w:szCs w:val="28"/>
          <w:lang w:val="kk-KZ"/>
        </w:rPr>
        <w:t>11-сынып оқушыларының ҰБТ-ға психологиялық қолдау мақсатында тренингтік сабақтар жүргізілді.</w:t>
      </w:r>
    </w:p>
    <w:p w14:paraId="77AE0B32" w14:textId="77777777" w:rsidR="004616A2" w:rsidRPr="004616A2" w:rsidRDefault="004616A2" w:rsidP="00A82E02">
      <w:pPr>
        <w:jc w:val="both"/>
        <w:rPr>
          <w:sz w:val="28"/>
          <w:szCs w:val="28"/>
          <w:lang w:val="kk-KZ"/>
        </w:rPr>
      </w:pPr>
      <w:r w:rsidRPr="004616A2">
        <w:rPr>
          <w:sz w:val="28"/>
          <w:szCs w:val="28"/>
          <w:lang w:val="kk-KZ"/>
        </w:rPr>
        <w:t>Ата-аналар жиналыстарында психологиялық қолдау мақсатында кездесу жұмыстары жүргізілді.</w:t>
      </w:r>
    </w:p>
    <w:p w14:paraId="6AF07B57" w14:textId="77777777" w:rsidR="004616A2" w:rsidRPr="004616A2" w:rsidRDefault="004616A2" w:rsidP="00A82E02">
      <w:pPr>
        <w:jc w:val="both"/>
        <w:rPr>
          <w:sz w:val="28"/>
          <w:szCs w:val="28"/>
          <w:lang w:val="kk-KZ"/>
        </w:rPr>
      </w:pPr>
      <w:r w:rsidRPr="004616A2">
        <w:rPr>
          <w:sz w:val="28"/>
          <w:szCs w:val="28"/>
          <w:lang w:val="kk-KZ"/>
        </w:rPr>
        <w:t>Жалпы оқушылармен жоспарға сәйкес түзету-дамыту сабақтары, тренингтер, психологиялық сағаттар жүргізілді, мектеп сайттарына жүктеліп отырды.Педагогикалық ұжыммен педагогикалық құзыреттілікті арттыру тренингтері: Педагогтардың кәсіби жану синдромының алдын-алу мақсатында «Педагогтың психологиялық денсаулығы – оқушы денсаулығының кепілі», ұжым арасындағы қарым-қатынасты нығайту мақсатында «Біз бір ұжымбыз!» атты тренингтер жүргізілді. Ата –аналардың сұранысы бойынша оқушылармен, ата –аналармен жеке дара кеңес беру, түзету –дамыту жұмыстары жргізіліп отырды. Оқушыларға топтық, жеке дара, ата-аналарға, ұстаздарға әрдайым сұраныс бойынша кеңес беру жұмыстары жүргізіліп, психологтың кеңес беру журналына тіркеліп отырды. Сонымен қатар, мектепте «Сенім телефоны» жұмыс жасады.</w:t>
      </w:r>
    </w:p>
    <w:p w14:paraId="26B8B450" w14:textId="77777777" w:rsidR="004616A2" w:rsidRPr="004616A2" w:rsidRDefault="004616A2" w:rsidP="00A82E02">
      <w:pPr>
        <w:jc w:val="both"/>
        <w:rPr>
          <w:b/>
          <w:sz w:val="28"/>
          <w:szCs w:val="28"/>
          <w:lang w:val="kk-KZ"/>
        </w:rPr>
      </w:pPr>
      <w:r w:rsidRPr="004616A2">
        <w:rPr>
          <w:b/>
          <w:sz w:val="28"/>
          <w:szCs w:val="28"/>
          <w:lang w:val="kk-KZ"/>
        </w:rPr>
        <w:t>Педагог –психологтың 2025-2026 оқу жылында жүргізген жұмыстарының жылдық есебі</w:t>
      </w:r>
    </w:p>
    <w:p w14:paraId="16EA36B5" w14:textId="77777777" w:rsidR="004616A2" w:rsidRPr="004616A2" w:rsidRDefault="004616A2" w:rsidP="00A82E02">
      <w:pPr>
        <w:jc w:val="both"/>
        <w:rPr>
          <w:sz w:val="28"/>
          <w:szCs w:val="28"/>
          <w:lang w:val="kk-KZ"/>
        </w:rPr>
      </w:pPr>
      <w:r w:rsidRPr="004616A2">
        <w:rPr>
          <w:sz w:val="28"/>
          <w:szCs w:val="28"/>
          <w:lang w:val="kk-KZ"/>
        </w:rPr>
        <w:t xml:space="preserve">Психологиялық қызметтің мақсаты: Мектеп-гимназиядағы оқушылардың психологиялық денсаулығын сақтау, қолайлы әлеуметтік-психологиялық жағдай жасау және білім беру үдерісіне қатысушыларға психологиялық қолдау көрсету. </w:t>
      </w:r>
    </w:p>
    <w:p w14:paraId="324188D5" w14:textId="77777777" w:rsidR="004616A2" w:rsidRPr="004616A2" w:rsidRDefault="004616A2" w:rsidP="00A82E02">
      <w:pPr>
        <w:jc w:val="both"/>
        <w:rPr>
          <w:sz w:val="28"/>
          <w:szCs w:val="28"/>
          <w:lang w:val="kk-KZ"/>
        </w:rPr>
      </w:pPr>
      <w:r w:rsidRPr="004616A2">
        <w:rPr>
          <w:sz w:val="28"/>
          <w:szCs w:val="28"/>
          <w:lang w:val="kk-KZ"/>
        </w:rPr>
        <w:t xml:space="preserve">Міндеттері: </w:t>
      </w:r>
    </w:p>
    <w:p w14:paraId="172B2D5F" w14:textId="77777777" w:rsidR="004616A2" w:rsidRPr="004616A2" w:rsidRDefault="004616A2" w:rsidP="00A82E02">
      <w:pPr>
        <w:jc w:val="both"/>
        <w:rPr>
          <w:sz w:val="28"/>
          <w:szCs w:val="28"/>
          <w:lang w:val="kk-KZ"/>
        </w:rPr>
      </w:pPr>
      <w:r w:rsidRPr="004616A2">
        <w:rPr>
          <w:sz w:val="28"/>
          <w:szCs w:val="28"/>
          <w:lang w:val="kk-KZ"/>
        </w:rPr>
        <w:t>5)</w:t>
      </w:r>
      <w:r w:rsidRPr="004616A2">
        <w:rPr>
          <w:sz w:val="28"/>
          <w:szCs w:val="28"/>
          <w:lang w:val="kk-KZ"/>
        </w:rPr>
        <w:tab/>
        <w:t xml:space="preserve">Оқу-тәрбие процесіне қатысушылардың тұлғалық және зияткерлік дамуына жәрдемдесу, олардың өзін-өзі дамытуға, өзін-өзі тәрбиелеуге, оң дүниетанымын және </w:t>
      </w:r>
      <w:r w:rsidRPr="004616A2">
        <w:rPr>
          <w:sz w:val="28"/>
          <w:szCs w:val="28"/>
          <w:lang w:val="kk-KZ"/>
        </w:rPr>
        <w:lastRenderedPageBreak/>
        <w:t xml:space="preserve">ақпараттық қоғамның жылдам дамуында олардың табысты әлеуметтенуіне психологиялық тұрғыдан көмек көрсету; </w:t>
      </w:r>
    </w:p>
    <w:p w14:paraId="6E784EC1" w14:textId="77777777" w:rsidR="004616A2" w:rsidRPr="004616A2" w:rsidRDefault="004616A2" w:rsidP="00A82E02">
      <w:pPr>
        <w:jc w:val="both"/>
        <w:rPr>
          <w:sz w:val="28"/>
          <w:szCs w:val="28"/>
          <w:lang w:val="kk-KZ"/>
        </w:rPr>
      </w:pPr>
      <w:r w:rsidRPr="004616A2">
        <w:rPr>
          <w:sz w:val="28"/>
          <w:szCs w:val="28"/>
          <w:lang w:val="kk-KZ"/>
        </w:rPr>
        <w:t>6)</w:t>
      </w:r>
      <w:r w:rsidRPr="004616A2">
        <w:rPr>
          <w:sz w:val="28"/>
          <w:szCs w:val="28"/>
          <w:lang w:val="kk-KZ"/>
        </w:rPr>
        <w:tab/>
        <w:t>Білім алушылардың асоциалды және аутодеструктивті жүріс-тұрыс көріністерін анықтау және алдын-алу;</w:t>
      </w:r>
    </w:p>
    <w:p w14:paraId="187239A0" w14:textId="77777777" w:rsidR="004616A2" w:rsidRPr="004616A2" w:rsidRDefault="004616A2" w:rsidP="00A82E02">
      <w:pPr>
        <w:jc w:val="both"/>
        <w:rPr>
          <w:sz w:val="28"/>
          <w:szCs w:val="28"/>
          <w:lang w:val="kk-KZ"/>
        </w:rPr>
      </w:pPr>
      <w:r w:rsidRPr="004616A2">
        <w:rPr>
          <w:sz w:val="28"/>
          <w:szCs w:val="28"/>
          <w:lang w:val="kk-KZ"/>
        </w:rPr>
        <w:t>7)</w:t>
      </w:r>
      <w:r w:rsidRPr="004616A2">
        <w:rPr>
          <w:sz w:val="28"/>
          <w:szCs w:val="28"/>
          <w:lang w:val="kk-KZ"/>
        </w:rPr>
        <w:tab/>
        <w:t>Педагогтерге әлеуметтік-психологиялық диагностика негізінде білім алушылармен жеке жұмыс жасаудың тәсілін ұйымдастыру процесінде көмек көрсету;</w:t>
      </w:r>
    </w:p>
    <w:p w14:paraId="71197E2C" w14:textId="77777777" w:rsidR="004616A2" w:rsidRPr="004616A2" w:rsidRDefault="004616A2" w:rsidP="00A82E02">
      <w:pPr>
        <w:jc w:val="both"/>
        <w:rPr>
          <w:sz w:val="28"/>
          <w:szCs w:val="28"/>
          <w:lang w:val="kk-KZ"/>
        </w:rPr>
      </w:pPr>
      <w:r w:rsidRPr="004616A2">
        <w:rPr>
          <w:sz w:val="28"/>
          <w:szCs w:val="28"/>
          <w:lang w:val="kk-KZ"/>
        </w:rPr>
        <w:t>8)</w:t>
      </w:r>
      <w:r w:rsidRPr="004616A2">
        <w:rPr>
          <w:sz w:val="28"/>
          <w:szCs w:val="28"/>
          <w:lang w:val="kk-KZ"/>
        </w:rPr>
        <w:tab/>
        <w:t xml:space="preserve">Білім беру процесі субъектілерінің психологиялық-педагогикалық құзіреттіліктерін арттыру. </w:t>
      </w:r>
    </w:p>
    <w:p w14:paraId="7A0A5006" w14:textId="77777777" w:rsidR="004616A2" w:rsidRPr="004616A2" w:rsidRDefault="004616A2" w:rsidP="00A82E02">
      <w:pPr>
        <w:jc w:val="both"/>
        <w:rPr>
          <w:sz w:val="28"/>
          <w:szCs w:val="28"/>
          <w:lang w:val="kk-KZ"/>
        </w:rPr>
      </w:pPr>
      <w:r w:rsidRPr="004616A2">
        <w:rPr>
          <w:sz w:val="28"/>
          <w:szCs w:val="28"/>
          <w:lang w:val="kk-KZ"/>
        </w:rPr>
        <w:t>Күтілетін нәтиже</w:t>
      </w:r>
    </w:p>
    <w:p w14:paraId="78ACE1B3" w14:textId="45AF0A8A" w:rsidR="004616A2" w:rsidRDefault="004616A2" w:rsidP="00A82E02">
      <w:pPr>
        <w:jc w:val="both"/>
        <w:rPr>
          <w:sz w:val="28"/>
          <w:szCs w:val="28"/>
          <w:lang w:val="kk-KZ"/>
        </w:rPr>
      </w:pPr>
      <w:r w:rsidRPr="004616A2">
        <w:rPr>
          <w:sz w:val="28"/>
          <w:szCs w:val="28"/>
          <w:lang w:val="kk-KZ"/>
        </w:rPr>
        <w:t>2.</w:t>
      </w:r>
      <w:r w:rsidRPr="004616A2">
        <w:rPr>
          <w:sz w:val="28"/>
          <w:szCs w:val="28"/>
          <w:lang w:val="kk-KZ"/>
        </w:rPr>
        <w:tab/>
        <w:t>Қойылған мақсат-міндеттерге жету, білім алушылармен, педагогтармен, ата-аналармен психологиялық сүйемелдеу жұмыстарын жүргізіп, психологиялық денсаулықтарын нығайту.</w:t>
      </w:r>
    </w:p>
    <w:p w14:paraId="67341AE9" w14:textId="77777777" w:rsidR="00A82E02" w:rsidRPr="004616A2" w:rsidRDefault="00A82E02" w:rsidP="00A82E02">
      <w:pPr>
        <w:jc w:val="both"/>
        <w:rPr>
          <w:sz w:val="28"/>
          <w:szCs w:val="28"/>
          <w:lang w:val="kk-KZ"/>
        </w:rPr>
      </w:pPr>
    </w:p>
    <w:p w14:paraId="29EF5B0C" w14:textId="77777777" w:rsidR="00A82E02" w:rsidRPr="00A82E02" w:rsidRDefault="00A82E02" w:rsidP="00A82E02">
      <w:pPr>
        <w:jc w:val="both"/>
        <w:rPr>
          <w:b/>
          <w:color w:val="FF0000"/>
          <w:sz w:val="24"/>
          <w:szCs w:val="24"/>
          <w:lang w:val="kk-KZ"/>
        </w:rPr>
      </w:pPr>
    </w:p>
    <w:p w14:paraId="20BF0FF2" w14:textId="1AFBC2C5" w:rsidR="004616A2" w:rsidRPr="004616A2" w:rsidRDefault="004616A2" w:rsidP="00A82E02">
      <w:pPr>
        <w:jc w:val="both"/>
        <w:rPr>
          <w:b/>
          <w:sz w:val="28"/>
          <w:szCs w:val="28"/>
          <w:lang w:val="kk-KZ"/>
        </w:rPr>
      </w:pPr>
      <w:r w:rsidRPr="004616A2">
        <w:rPr>
          <w:b/>
          <w:sz w:val="28"/>
          <w:szCs w:val="28"/>
          <w:lang w:val="kk-KZ"/>
        </w:rPr>
        <w:t>Педагог –психологтың жылдық жұмыс жоспары келесі бағыттар  бойынша  жүзеге асырылады:</w:t>
      </w:r>
    </w:p>
    <w:p w14:paraId="5CD36D50" w14:textId="77777777" w:rsidR="004616A2" w:rsidRPr="004616A2" w:rsidRDefault="004616A2" w:rsidP="00A82E02">
      <w:pPr>
        <w:jc w:val="both"/>
        <w:rPr>
          <w:sz w:val="28"/>
          <w:szCs w:val="28"/>
          <w:lang w:val="kk-KZ"/>
        </w:rPr>
      </w:pPr>
      <w:r w:rsidRPr="004616A2">
        <w:rPr>
          <w:sz w:val="28"/>
          <w:szCs w:val="28"/>
          <w:lang w:val="kk-KZ"/>
        </w:rPr>
        <w:t></w:t>
      </w:r>
      <w:r w:rsidRPr="004616A2">
        <w:rPr>
          <w:sz w:val="28"/>
          <w:szCs w:val="28"/>
          <w:lang w:val="kk-KZ"/>
        </w:rPr>
        <w:tab/>
        <w:t>психодиагностикалық бағыт</w:t>
      </w:r>
    </w:p>
    <w:p w14:paraId="36156AF5" w14:textId="77777777" w:rsidR="004616A2" w:rsidRPr="004616A2" w:rsidRDefault="004616A2" w:rsidP="00A82E02">
      <w:pPr>
        <w:jc w:val="both"/>
        <w:rPr>
          <w:sz w:val="28"/>
          <w:szCs w:val="28"/>
          <w:lang w:val="kk-KZ"/>
        </w:rPr>
      </w:pPr>
      <w:r w:rsidRPr="004616A2">
        <w:rPr>
          <w:sz w:val="28"/>
          <w:szCs w:val="28"/>
          <w:lang w:val="kk-KZ"/>
        </w:rPr>
        <w:t></w:t>
      </w:r>
      <w:r w:rsidRPr="004616A2">
        <w:rPr>
          <w:sz w:val="28"/>
          <w:szCs w:val="28"/>
          <w:lang w:val="kk-KZ"/>
        </w:rPr>
        <w:tab/>
        <w:t>түзету-дамыту бағыты</w:t>
      </w:r>
    </w:p>
    <w:p w14:paraId="6EB50B1F" w14:textId="77777777" w:rsidR="004616A2" w:rsidRPr="004616A2" w:rsidRDefault="004616A2" w:rsidP="00A82E02">
      <w:pPr>
        <w:jc w:val="both"/>
        <w:rPr>
          <w:sz w:val="28"/>
          <w:szCs w:val="28"/>
          <w:lang w:val="kk-KZ"/>
        </w:rPr>
      </w:pPr>
      <w:r w:rsidRPr="004616A2">
        <w:rPr>
          <w:sz w:val="28"/>
          <w:szCs w:val="28"/>
          <w:lang w:val="kk-KZ"/>
        </w:rPr>
        <w:t></w:t>
      </w:r>
      <w:r w:rsidRPr="004616A2">
        <w:rPr>
          <w:sz w:val="28"/>
          <w:szCs w:val="28"/>
          <w:lang w:val="kk-KZ"/>
        </w:rPr>
        <w:tab/>
        <w:t>ағарту –алдын алу бағыты</w:t>
      </w:r>
    </w:p>
    <w:p w14:paraId="3278A776" w14:textId="77777777" w:rsidR="004616A2" w:rsidRPr="004616A2" w:rsidRDefault="004616A2" w:rsidP="00A82E02">
      <w:pPr>
        <w:jc w:val="both"/>
        <w:rPr>
          <w:sz w:val="28"/>
          <w:szCs w:val="28"/>
          <w:lang w:val="kk-KZ"/>
        </w:rPr>
      </w:pPr>
      <w:r w:rsidRPr="004616A2">
        <w:rPr>
          <w:sz w:val="28"/>
          <w:szCs w:val="28"/>
          <w:lang w:val="kk-KZ"/>
        </w:rPr>
        <w:t></w:t>
      </w:r>
      <w:r w:rsidRPr="004616A2">
        <w:rPr>
          <w:sz w:val="28"/>
          <w:szCs w:val="28"/>
          <w:lang w:val="kk-KZ"/>
        </w:rPr>
        <w:tab/>
        <w:t>кеңес беру бағыты.</w:t>
      </w:r>
    </w:p>
    <w:p w14:paraId="59BD35CE" w14:textId="77777777" w:rsidR="004616A2" w:rsidRPr="004616A2" w:rsidRDefault="004616A2" w:rsidP="00A82E02">
      <w:pPr>
        <w:jc w:val="both"/>
        <w:rPr>
          <w:sz w:val="28"/>
          <w:szCs w:val="28"/>
          <w:lang w:val="kk-KZ"/>
        </w:rPr>
      </w:pPr>
      <w:r w:rsidRPr="004616A2">
        <w:rPr>
          <w:sz w:val="28"/>
          <w:szCs w:val="28"/>
          <w:lang w:val="kk-KZ"/>
        </w:rPr>
        <w:t></w:t>
      </w:r>
      <w:r w:rsidRPr="004616A2">
        <w:rPr>
          <w:sz w:val="28"/>
          <w:szCs w:val="28"/>
          <w:lang w:val="kk-KZ"/>
        </w:rPr>
        <w:tab/>
        <w:t>ұйымдастыру-әдістемелік бағыт</w:t>
      </w:r>
    </w:p>
    <w:p w14:paraId="4AC5F4CE" w14:textId="77777777" w:rsidR="004616A2" w:rsidRPr="004616A2" w:rsidRDefault="004616A2" w:rsidP="00A82E02">
      <w:pPr>
        <w:jc w:val="both"/>
        <w:rPr>
          <w:sz w:val="28"/>
          <w:szCs w:val="28"/>
          <w:lang w:val="kk-KZ"/>
        </w:rPr>
      </w:pPr>
      <w:r w:rsidRPr="004616A2">
        <w:rPr>
          <w:sz w:val="28"/>
          <w:szCs w:val="28"/>
          <w:lang w:val="kk-KZ"/>
        </w:rPr>
        <w:t xml:space="preserve">Қыркүйек айында оқушылармен психологиялық сүйемелдеу жұмыстарын жүргізу мақсатында ата –аналардан келісім –рұқсат парағын толтыру үшін сыныпішілік ата –аналар жиналыстарына қатысып, ата-аналарға психологиялық қызметтің жұмыс бағыттарымен, жылдық жұмыс жоспарымен таныстырып, түсіндіру жұмыстары жүргізіліп, келісім алынды. Сонымен қатар ата-аналарға буллингтің алдын алу «ДосбоLIKE» жобасы бойынша ақпарат беріліп, түсіндіру жұмыстары жүргізілді. </w:t>
      </w:r>
    </w:p>
    <w:p w14:paraId="274D5BED" w14:textId="77777777" w:rsidR="004616A2" w:rsidRPr="004616A2" w:rsidRDefault="004616A2" w:rsidP="00A82E02">
      <w:pPr>
        <w:jc w:val="both"/>
        <w:rPr>
          <w:sz w:val="28"/>
          <w:szCs w:val="28"/>
          <w:lang w:val="kk-KZ"/>
        </w:rPr>
      </w:pPr>
      <w:r w:rsidRPr="004616A2">
        <w:rPr>
          <w:sz w:val="28"/>
          <w:szCs w:val="28"/>
          <w:lang w:val="kk-KZ"/>
        </w:rPr>
        <w:t xml:space="preserve"> Сонымен қатар, қыркүйек –қазан айларында 1 –ші, 5-ші, 10-шы сынып оқушыларының мектепке бейімделуін анықтау мақсатында біршама зерттеу жұмыстары жүргізілді.</w:t>
      </w:r>
    </w:p>
    <w:p w14:paraId="5DCC6BD0" w14:textId="77777777" w:rsidR="004616A2" w:rsidRPr="004616A2" w:rsidRDefault="004616A2" w:rsidP="00A82E02">
      <w:pPr>
        <w:jc w:val="both"/>
        <w:rPr>
          <w:b/>
          <w:sz w:val="28"/>
          <w:szCs w:val="28"/>
          <w:lang w:val="kk-KZ"/>
        </w:rPr>
      </w:pPr>
      <w:r w:rsidRPr="004616A2">
        <w:rPr>
          <w:b/>
          <w:sz w:val="28"/>
          <w:szCs w:val="28"/>
          <w:lang w:val="kk-KZ"/>
        </w:rPr>
        <w:t>1-сынып оқушыларының мектепке бейімделу деңгейін анықтау мақсатында жүргізілген диагностика түрлері:</w:t>
      </w:r>
    </w:p>
    <w:p w14:paraId="0650E6CE" w14:textId="77777777" w:rsidR="004616A2" w:rsidRPr="004616A2" w:rsidRDefault="004616A2" w:rsidP="00A82E02">
      <w:pPr>
        <w:jc w:val="both"/>
        <w:rPr>
          <w:sz w:val="28"/>
          <w:szCs w:val="28"/>
          <w:lang w:val="kk-KZ"/>
        </w:rPr>
      </w:pPr>
      <w:r w:rsidRPr="004616A2">
        <w:rPr>
          <w:sz w:val="28"/>
          <w:szCs w:val="28"/>
          <w:lang w:val="kk-KZ"/>
        </w:rPr>
        <w:t>•</w:t>
      </w:r>
      <w:r w:rsidRPr="004616A2">
        <w:rPr>
          <w:sz w:val="28"/>
          <w:szCs w:val="28"/>
          <w:lang w:val="kk-KZ"/>
        </w:rPr>
        <w:tab/>
        <w:t>Бақылау (сабаққа қатысу)</w:t>
      </w:r>
    </w:p>
    <w:p w14:paraId="68B310F3" w14:textId="77777777" w:rsidR="004616A2" w:rsidRPr="004616A2" w:rsidRDefault="004616A2" w:rsidP="00A82E02">
      <w:pPr>
        <w:jc w:val="both"/>
        <w:rPr>
          <w:sz w:val="28"/>
          <w:szCs w:val="28"/>
          <w:lang w:val="kk-KZ"/>
        </w:rPr>
      </w:pPr>
      <w:r w:rsidRPr="004616A2">
        <w:rPr>
          <w:sz w:val="28"/>
          <w:szCs w:val="28"/>
          <w:lang w:val="kk-KZ"/>
        </w:rPr>
        <w:t>•</w:t>
      </w:r>
      <w:r w:rsidRPr="004616A2">
        <w:rPr>
          <w:sz w:val="28"/>
          <w:szCs w:val="28"/>
          <w:lang w:val="kk-KZ"/>
        </w:rPr>
        <w:tab/>
        <w:t>Оқу мотивациясын анықтау сауалнамасы (Н.Г.Лусканова әдістемесі)</w:t>
      </w:r>
    </w:p>
    <w:p w14:paraId="389E293F" w14:textId="77777777" w:rsidR="004616A2" w:rsidRPr="004616A2" w:rsidRDefault="004616A2" w:rsidP="00A82E02">
      <w:pPr>
        <w:jc w:val="both"/>
        <w:rPr>
          <w:sz w:val="28"/>
          <w:szCs w:val="28"/>
          <w:lang w:val="kk-KZ"/>
        </w:rPr>
      </w:pPr>
      <w:r w:rsidRPr="004616A2">
        <w:rPr>
          <w:sz w:val="28"/>
          <w:szCs w:val="28"/>
          <w:lang w:val="kk-KZ"/>
        </w:rPr>
        <w:t>Мақсаты: оқушының оқуға деген қызығушылығын анықтау.</w:t>
      </w:r>
    </w:p>
    <w:p w14:paraId="26A1301A" w14:textId="77777777" w:rsidR="004616A2" w:rsidRPr="004616A2" w:rsidRDefault="004616A2" w:rsidP="00A82E02">
      <w:pPr>
        <w:jc w:val="both"/>
        <w:rPr>
          <w:sz w:val="28"/>
          <w:szCs w:val="28"/>
          <w:lang w:val="kk-KZ"/>
        </w:rPr>
      </w:pPr>
      <w:r w:rsidRPr="004616A2">
        <w:rPr>
          <w:sz w:val="28"/>
          <w:szCs w:val="28"/>
          <w:lang w:val="kk-KZ"/>
        </w:rPr>
        <w:t>•</w:t>
      </w:r>
      <w:r w:rsidRPr="004616A2">
        <w:rPr>
          <w:sz w:val="28"/>
          <w:szCs w:val="28"/>
          <w:lang w:val="kk-KZ"/>
        </w:rPr>
        <w:tab/>
        <w:t>Оқушылардың интеллектуалдық деңгейін анықтау (Ой қабілеттерінің экспресс диагностикасының әдістемесі)</w:t>
      </w:r>
    </w:p>
    <w:p w14:paraId="10BF2399" w14:textId="77777777" w:rsidR="004616A2" w:rsidRPr="004616A2" w:rsidRDefault="004616A2" w:rsidP="00A82E02">
      <w:pPr>
        <w:jc w:val="both"/>
        <w:rPr>
          <w:sz w:val="28"/>
          <w:szCs w:val="28"/>
          <w:lang w:val="kk-KZ"/>
        </w:rPr>
      </w:pPr>
      <w:r w:rsidRPr="004616A2">
        <w:rPr>
          <w:sz w:val="28"/>
          <w:szCs w:val="28"/>
          <w:lang w:val="kk-KZ"/>
        </w:rPr>
        <w:t>Мақсаты: Оқушылардың интеллектуалдық қабілеттер деңгейін анықтау</w:t>
      </w:r>
    </w:p>
    <w:p w14:paraId="0FC5695F" w14:textId="77777777" w:rsidR="004616A2" w:rsidRPr="004616A2" w:rsidRDefault="004616A2" w:rsidP="00A82E02">
      <w:pPr>
        <w:jc w:val="both"/>
        <w:rPr>
          <w:b/>
          <w:sz w:val="28"/>
          <w:szCs w:val="28"/>
          <w:lang w:val="kk-KZ"/>
        </w:rPr>
      </w:pPr>
      <w:r w:rsidRPr="004616A2">
        <w:rPr>
          <w:b/>
          <w:sz w:val="28"/>
          <w:szCs w:val="28"/>
          <w:lang w:val="kk-KZ"/>
        </w:rPr>
        <w:t>1-сынып оқушыларының оқу мотивациясын зерттеу бойынша салыстырмалы талдау</w:t>
      </w:r>
    </w:p>
    <w:p w14:paraId="23680B40" w14:textId="77777777" w:rsidR="004616A2" w:rsidRPr="004616A2" w:rsidRDefault="004616A2" w:rsidP="00A82E02">
      <w:pPr>
        <w:jc w:val="both"/>
        <w:rPr>
          <w:b/>
          <w:sz w:val="28"/>
          <w:szCs w:val="28"/>
          <w:lang w:val="kk-KZ"/>
        </w:rPr>
      </w:pPr>
      <w:r w:rsidRPr="004616A2">
        <w:rPr>
          <w:noProof/>
          <w:sz w:val="28"/>
          <w:szCs w:val="28"/>
          <w:lang w:eastAsia="ru-RU"/>
        </w:rPr>
        <w:lastRenderedPageBreak/>
        <w:drawing>
          <wp:inline distT="0" distB="0" distL="0" distR="0" wp14:anchorId="595CFBF8" wp14:editId="5F3B2E5C">
            <wp:extent cx="5705475" cy="3419475"/>
            <wp:effectExtent l="0" t="0" r="9525" b="9525"/>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834"/>
              </a:graphicData>
            </a:graphic>
          </wp:inline>
        </w:drawing>
      </w:r>
    </w:p>
    <w:p w14:paraId="69845064" w14:textId="77777777" w:rsidR="004616A2" w:rsidRPr="004616A2" w:rsidRDefault="004616A2" w:rsidP="00A82E02">
      <w:pPr>
        <w:jc w:val="both"/>
        <w:rPr>
          <w:b/>
          <w:sz w:val="28"/>
          <w:szCs w:val="28"/>
          <w:lang w:val="kk-KZ"/>
        </w:rPr>
      </w:pPr>
      <w:r w:rsidRPr="004616A2">
        <w:rPr>
          <w:b/>
          <w:sz w:val="28"/>
          <w:szCs w:val="28"/>
          <w:lang w:val="kk-KZ"/>
        </w:rPr>
        <w:t>Интеллектуалдық қабілеттер деңгейін зерттеу бойынша салыстырмалы талдау</w:t>
      </w:r>
    </w:p>
    <w:p w14:paraId="140D0ABC" w14:textId="77777777" w:rsidR="004616A2" w:rsidRPr="004616A2" w:rsidRDefault="004616A2" w:rsidP="00A82E02">
      <w:pPr>
        <w:jc w:val="both"/>
        <w:rPr>
          <w:b/>
          <w:sz w:val="28"/>
          <w:szCs w:val="28"/>
          <w:lang w:val="kk-KZ"/>
        </w:rPr>
      </w:pPr>
      <w:r w:rsidRPr="004616A2">
        <w:rPr>
          <w:b/>
          <w:noProof/>
          <w:sz w:val="28"/>
          <w:szCs w:val="28"/>
          <w:lang w:eastAsia="ru-RU"/>
        </w:rPr>
        <w:drawing>
          <wp:inline distT="0" distB="0" distL="0" distR="0" wp14:anchorId="7C6E7462" wp14:editId="3473C232">
            <wp:extent cx="6096000" cy="2819400"/>
            <wp:effectExtent l="0" t="0" r="0" b="0"/>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835"/>
              </a:graphicData>
            </a:graphic>
          </wp:inline>
        </w:drawing>
      </w:r>
    </w:p>
    <w:p w14:paraId="5361922E" w14:textId="77777777" w:rsidR="004616A2" w:rsidRPr="004616A2" w:rsidRDefault="004616A2" w:rsidP="00A82E02">
      <w:pPr>
        <w:jc w:val="both"/>
        <w:rPr>
          <w:sz w:val="28"/>
          <w:szCs w:val="28"/>
          <w:lang w:val="kk-KZ"/>
        </w:rPr>
      </w:pPr>
      <w:r w:rsidRPr="004616A2">
        <w:rPr>
          <w:sz w:val="28"/>
          <w:szCs w:val="28"/>
          <w:lang w:val="kk-KZ"/>
        </w:rPr>
        <w:t>Сонымен қатар,1 - сынып оқушыларының мектепке бейімделуіне арналған  «Менің алғашқы сыныбым!» тақырыбында сынып сағаты өткізілді.</w:t>
      </w:r>
    </w:p>
    <w:p w14:paraId="6131DE47" w14:textId="77777777" w:rsidR="004616A2" w:rsidRPr="004616A2" w:rsidRDefault="004616A2" w:rsidP="00A82E02">
      <w:pPr>
        <w:jc w:val="both"/>
        <w:rPr>
          <w:sz w:val="28"/>
          <w:szCs w:val="28"/>
          <w:lang w:val="kk-KZ"/>
        </w:rPr>
      </w:pPr>
      <w:r w:rsidRPr="004616A2">
        <w:rPr>
          <w:sz w:val="28"/>
          <w:szCs w:val="28"/>
          <w:lang w:val="kk-KZ"/>
        </w:rPr>
        <w:t>5-сынып оқушыларының мектепке бейімделу деңгейін анықтау мақсатында жүргізілген диагностика түрлері:</w:t>
      </w:r>
    </w:p>
    <w:p w14:paraId="51293564" w14:textId="77777777" w:rsidR="004616A2" w:rsidRPr="004616A2" w:rsidRDefault="004616A2" w:rsidP="00A82E02">
      <w:pPr>
        <w:jc w:val="both"/>
        <w:rPr>
          <w:sz w:val="28"/>
          <w:szCs w:val="28"/>
          <w:lang w:val="kk-KZ"/>
        </w:rPr>
      </w:pPr>
      <w:r w:rsidRPr="004616A2">
        <w:rPr>
          <w:sz w:val="28"/>
          <w:szCs w:val="28"/>
          <w:lang w:val="kk-KZ"/>
        </w:rPr>
        <w:t>Оқу мотивациясын анықтау сауалнамасы</w:t>
      </w:r>
    </w:p>
    <w:p w14:paraId="34F210E0" w14:textId="77777777" w:rsidR="004616A2" w:rsidRPr="004616A2" w:rsidRDefault="004616A2" w:rsidP="00A82E02">
      <w:pPr>
        <w:jc w:val="both"/>
        <w:rPr>
          <w:sz w:val="28"/>
          <w:szCs w:val="28"/>
          <w:lang w:val="kk-KZ"/>
        </w:rPr>
      </w:pPr>
      <w:r w:rsidRPr="004616A2">
        <w:rPr>
          <w:sz w:val="28"/>
          <w:szCs w:val="28"/>
          <w:lang w:val="kk-KZ"/>
        </w:rPr>
        <w:t>Экспресс-әдістеме «Бесінші сынып оқушыларының бейімделу кезеңіндегі мазасыздық деңгейін анықтау», авторы О.Н.Хмельницкая</w:t>
      </w:r>
    </w:p>
    <w:p w14:paraId="457E2928" w14:textId="77777777" w:rsidR="004616A2" w:rsidRPr="004616A2" w:rsidRDefault="004616A2" w:rsidP="00A82E02">
      <w:pPr>
        <w:jc w:val="both"/>
        <w:rPr>
          <w:sz w:val="28"/>
          <w:szCs w:val="28"/>
          <w:lang w:val="kk-KZ"/>
        </w:rPr>
      </w:pPr>
      <w:r w:rsidRPr="004616A2">
        <w:rPr>
          <w:sz w:val="28"/>
          <w:szCs w:val="28"/>
          <w:lang w:val="kk-KZ"/>
        </w:rPr>
        <w:t>5-сынып оқушыларының оқу мотивациясын зерттеу бойынша салыстырмалы талдау</w:t>
      </w:r>
    </w:p>
    <w:p w14:paraId="13FDBDD3" w14:textId="77777777" w:rsidR="004616A2" w:rsidRPr="004616A2" w:rsidRDefault="004616A2" w:rsidP="00A82E02">
      <w:pPr>
        <w:jc w:val="both"/>
        <w:rPr>
          <w:sz w:val="28"/>
          <w:szCs w:val="28"/>
          <w:lang w:val="kk-KZ"/>
        </w:rPr>
      </w:pPr>
      <w:r w:rsidRPr="004616A2">
        <w:rPr>
          <w:noProof/>
          <w:sz w:val="28"/>
          <w:szCs w:val="28"/>
          <w:lang w:eastAsia="ru-RU"/>
        </w:rPr>
        <w:lastRenderedPageBreak/>
        <w:drawing>
          <wp:inline distT="0" distB="0" distL="0" distR="0" wp14:anchorId="57EDD5E6" wp14:editId="5A33BB4F">
            <wp:extent cx="5715000" cy="2333625"/>
            <wp:effectExtent l="0" t="0" r="0" b="9525"/>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836"/>
              </a:graphicData>
            </a:graphic>
          </wp:inline>
        </w:drawing>
      </w:r>
    </w:p>
    <w:p w14:paraId="0867F669" w14:textId="77777777" w:rsidR="004616A2" w:rsidRPr="004616A2" w:rsidRDefault="004616A2" w:rsidP="00A82E02">
      <w:pPr>
        <w:jc w:val="both"/>
        <w:rPr>
          <w:sz w:val="28"/>
          <w:szCs w:val="28"/>
          <w:lang w:val="kk-KZ"/>
        </w:rPr>
      </w:pPr>
      <w:r w:rsidRPr="004616A2">
        <w:rPr>
          <w:sz w:val="28"/>
          <w:szCs w:val="28"/>
          <w:lang w:val="kk-KZ"/>
        </w:rPr>
        <w:t>5- сынып оқушыларының бейімделу кезеңіндегі мазасыздық деңгейін анықтау бойынша зерттеу қорытындысы:</w:t>
      </w:r>
    </w:p>
    <w:p w14:paraId="1764DACF" w14:textId="77777777" w:rsidR="004616A2" w:rsidRPr="004616A2" w:rsidRDefault="004616A2" w:rsidP="00A82E02">
      <w:pPr>
        <w:jc w:val="both"/>
        <w:rPr>
          <w:sz w:val="28"/>
          <w:szCs w:val="28"/>
          <w:lang w:val="kk-KZ"/>
        </w:rPr>
      </w:pPr>
      <w:r w:rsidRPr="004616A2">
        <w:rPr>
          <w:noProof/>
          <w:sz w:val="28"/>
          <w:szCs w:val="28"/>
          <w:lang w:eastAsia="ru-RU"/>
        </w:rPr>
        <w:drawing>
          <wp:inline distT="0" distB="0" distL="0" distR="0" wp14:anchorId="0DA5AEFA" wp14:editId="2836682A">
            <wp:extent cx="5715000" cy="2333625"/>
            <wp:effectExtent l="0" t="0" r="0" b="9525"/>
            <wp:docPr id="18"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837"/>
              </a:graphicData>
            </a:graphic>
          </wp:inline>
        </w:drawing>
      </w:r>
    </w:p>
    <w:p w14:paraId="132B07AD" w14:textId="77777777" w:rsidR="004616A2" w:rsidRPr="004616A2" w:rsidRDefault="004616A2" w:rsidP="00A82E02">
      <w:pPr>
        <w:jc w:val="both"/>
        <w:rPr>
          <w:sz w:val="28"/>
          <w:szCs w:val="28"/>
          <w:lang w:val="kk-KZ"/>
        </w:rPr>
      </w:pPr>
      <w:r w:rsidRPr="004616A2">
        <w:rPr>
          <w:sz w:val="28"/>
          <w:szCs w:val="28"/>
          <w:lang w:val="kk-KZ"/>
        </w:rPr>
        <w:t>Зерттеу қорытындылары кіші педагогикалық кеңесте талқыланды.</w:t>
      </w:r>
    </w:p>
    <w:p w14:paraId="74D22E78" w14:textId="77777777" w:rsidR="004616A2" w:rsidRPr="004616A2" w:rsidRDefault="004616A2" w:rsidP="00A82E02">
      <w:pPr>
        <w:jc w:val="both"/>
        <w:rPr>
          <w:sz w:val="28"/>
          <w:szCs w:val="28"/>
          <w:lang w:val="kk-KZ"/>
        </w:rPr>
      </w:pPr>
      <w:r w:rsidRPr="004616A2">
        <w:rPr>
          <w:sz w:val="28"/>
          <w:szCs w:val="28"/>
          <w:lang w:val="kk-KZ"/>
        </w:rPr>
        <w:t>Сонымен қатар, 5 -  сынып оқушыларының орта буынға бейімделуіне «Біздің сынып - бұл біз!», «5-ші сынып қиын ба?қызық па?» психологиялық сағаттары өткізілді.</w:t>
      </w:r>
    </w:p>
    <w:p w14:paraId="3E4D9B65" w14:textId="77777777" w:rsidR="004616A2" w:rsidRPr="004616A2" w:rsidRDefault="004616A2" w:rsidP="00A82E02">
      <w:pPr>
        <w:jc w:val="both"/>
        <w:rPr>
          <w:sz w:val="28"/>
          <w:szCs w:val="28"/>
          <w:lang w:val="kk-KZ"/>
        </w:rPr>
      </w:pPr>
      <w:r w:rsidRPr="004616A2">
        <w:rPr>
          <w:sz w:val="28"/>
          <w:szCs w:val="28"/>
          <w:lang w:val="kk-KZ"/>
        </w:rPr>
        <w:t>Шараның барысы:</w:t>
      </w:r>
    </w:p>
    <w:p w14:paraId="424F3773" w14:textId="77777777" w:rsidR="004616A2" w:rsidRPr="004616A2" w:rsidRDefault="004616A2" w:rsidP="00A82E02">
      <w:pPr>
        <w:jc w:val="both"/>
        <w:rPr>
          <w:sz w:val="28"/>
          <w:szCs w:val="28"/>
          <w:lang w:val="kk-KZ"/>
        </w:rPr>
      </w:pPr>
      <w:r w:rsidRPr="004616A2">
        <w:rPr>
          <w:sz w:val="28"/>
          <w:szCs w:val="28"/>
          <w:lang w:val="kk-KZ"/>
        </w:rPr>
        <w:t>10-сынып оқушыларының бейімделуі бойынша АСППМ жүйесі арқылы оқу мотивациясын анықтау диагностикасы жүргізілді.</w:t>
      </w:r>
    </w:p>
    <w:p w14:paraId="740F14BC" w14:textId="77777777" w:rsidR="004616A2" w:rsidRPr="004616A2" w:rsidRDefault="004616A2" w:rsidP="00A82E02">
      <w:pPr>
        <w:jc w:val="both"/>
        <w:rPr>
          <w:sz w:val="28"/>
          <w:szCs w:val="28"/>
          <w:lang w:val="kk-KZ"/>
        </w:rPr>
      </w:pPr>
      <w:r w:rsidRPr="004616A2">
        <w:rPr>
          <w:noProof/>
          <w:sz w:val="28"/>
          <w:szCs w:val="28"/>
          <w:lang w:eastAsia="ru-RU"/>
        </w:rPr>
        <w:drawing>
          <wp:inline distT="0" distB="0" distL="0" distR="0" wp14:anchorId="4A46E7B4" wp14:editId="1D33B311">
            <wp:extent cx="4962525" cy="2247900"/>
            <wp:effectExtent l="0" t="0" r="9525" b="0"/>
            <wp:docPr id="28" name="Диаграмма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838"/>
              </a:graphicData>
            </a:graphic>
          </wp:inline>
        </w:drawing>
      </w:r>
    </w:p>
    <w:p w14:paraId="019B67F6" w14:textId="77777777" w:rsidR="004616A2" w:rsidRPr="004616A2" w:rsidRDefault="004616A2" w:rsidP="00A82E02">
      <w:pPr>
        <w:jc w:val="both"/>
        <w:rPr>
          <w:sz w:val="28"/>
          <w:szCs w:val="28"/>
          <w:lang w:val="kk-KZ"/>
        </w:rPr>
      </w:pPr>
      <w:r w:rsidRPr="004616A2">
        <w:rPr>
          <w:sz w:val="28"/>
          <w:szCs w:val="28"/>
          <w:lang w:val="kk-KZ"/>
        </w:rPr>
        <w:t>Сонымен қатар, 10- сынып оқушыларымен "Сыныптағы психологиялық ахуалдың жағдайын қалай анықтауға болады" Федоренко Л. Г. Зерттеу жүргізілді. Зерттеуге 43 оқушы қатысты, нәтиже келесідей:</w:t>
      </w:r>
    </w:p>
    <w:p w14:paraId="41EFFEFD" w14:textId="77777777" w:rsidR="004616A2" w:rsidRPr="004616A2" w:rsidRDefault="004616A2" w:rsidP="00A82E02">
      <w:pPr>
        <w:jc w:val="both"/>
        <w:rPr>
          <w:sz w:val="28"/>
          <w:szCs w:val="28"/>
          <w:lang w:val="kk-KZ"/>
        </w:rPr>
      </w:pPr>
      <w:r w:rsidRPr="004616A2">
        <w:rPr>
          <w:rFonts w:eastAsia="Calibri"/>
          <w:b/>
          <w:bCs/>
          <w:noProof/>
          <w:sz w:val="28"/>
          <w:szCs w:val="28"/>
          <w:lang w:eastAsia="ru-RU"/>
        </w:rPr>
        <w:lastRenderedPageBreak/>
        <w:drawing>
          <wp:inline distT="0" distB="0" distL="0" distR="0" wp14:anchorId="63696260" wp14:editId="5CEFD67D">
            <wp:extent cx="5486400" cy="3200400"/>
            <wp:effectExtent l="0" t="0" r="0" b="0"/>
            <wp:docPr id="82" name="Диаграмма 82"/>
            <wp:cNvGraphicFramePr/>
            <a:graphic xmlns:a="http://schemas.openxmlformats.org/drawingml/2006/main">
              <a:graphicData uri="http://schemas.openxmlformats.org/drawingml/2006/chart">
                <c:chart xmlns:c="http://schemas.openxmlformats.org/drawingml/2006/chart" xmlns:r="http://schemas.openxmlformats.org/officeDocument/2006/relationships" r:id="rId839"/>
              </a:graphicData>
            </a:graphic>
          </wp:inline>
        </w:drawing>
      </w:r>
    </w:p>
    <w:p w14:paraId="2F1619B6" w14:textId="77777777" w:rsidR="004616A2" w:rsidRPr="004616A2" w:rsidRDefault="004616A2" w:rsidP="00A82E02">
      <w:pPr>
        <w:jc w:val="both"/>
        <w:rPr>
          <w:sz w:val="28"/>
          <w:szCs w:val="28"/>
          <w:lang w:val="kk-KZ"/>
        </w:rPr>
      </w:pPr>
      <w:r w:rsidRPr="004616A2">
        <w:rPr>
          <w:sz w:val="28"/>
          <w:szCs w:val="28"/>
          <w:lang w:val="kk-KZ"/>
        </w:rPr>
        <w:t>Сонымен қатар, қыркүйек айында 2-11 сынып оқушыларымен «Менің сыныбым буллингке қарсы» тақырыбында челлендждер, психологиялық сағаттар өткізілді.</w:t>
      </w:r>
    </w:p>
    <w:p w14:paraId="7DE52C56" w14:textId="77777777" w:rsidR="004616A2" w:rsidRPr="004616A2" w:rsidRDefault="004616A2" w:rsidP="00A82E02">
      <w:pPr>
        <w:jc w:val="both"/>
        <w:rPr>
          <w:sz w:val="28"/>
          <w:szCs w:val="28"/>
          <w:lang w:val="kk-KZ"/>
        </w:rPr>
      </w:pPr>
      <w:r w:rsidRPr="004616A2">
        <w:rPr>
          <w:sz w:val="28"/>
          <w:szCs w:val="28"/>
          <w:lang w:val="kk-KZ"/>
        </w:rPr>
        <w:t>Қоңырау уақытында «Smar time-үлкен үзіліс» жобасы жұмыс жасайды.</w:t>
      </w:r>
    </w:p>
    <w:p w14:paraId="5BE2DB8C" w14:textId="77777777" w:rsidR="004616A2" w:rsidRPr="004616A2" w:rsidRDefault="004616A2" w:rsidP="00A82E02">
      <w:pPr>
        <w:jc w:val="both"/>
        <w:rPr>
          <w:sz w:val="28"/>
          <w:szCs w:val="28"/>
          <w:lang w:val="kk-KZ"/>
        </w:rPr>
      </w:pPr>
      <w:r w:rsidRPr="004616A2">
        <w:rPr>
          <w:sz w:val="28"/>
          <w:szCs w:val="28"/>
          <w:lang w:val="kk-KZ"/>
        </w:rPr>
        <w:t xml:space="preserve">Қыркүйек айында жас мамандарды психологиялық сүйемелдеу мақсатында «Жас   маман, алға бас қадам!» тақырыбында жас мамандармен тренинг жүргізілді. </w:t>
      </w:r>
    </w:p>
    <w:p w14:paraId="290D70E3" w14:textId="77777777" w:rsidR="004616A2" w:rsidRPr="004616A2" w:rsidRDefault="004616A2" w:rsidP="00A82E02">
      <w:pPr>
        <w:jc w:val="both"/>
        <w:rPr>
          <w:sz w:val="28"/>
          <w:szCs w:val="28"/>
          <w:lang w:val="kk-KZ"/>
        </w:rPr>
      </w:pPr>
      <w:r w:rsidRPr="004616A2">
        <w:rPr>
          <w:sz w:val="28"/>
          <w:szCs w:val="28"/>
          <w:lang w:val="kk-KZ"/>
        </w:rPr>
        <w:t xml:space="preserve">Бірінші жарты жылдықта  түзету – дамыту, ағарту -алдын алу бағыты бойынша 5-10 сыныптар арасында «ДосбоLIKE» жобасы бойынша «Буллинг, кибербуллинг жайлы әңгімелесейік?!»,  АСППМ жүйесінде Д.Олвеустің «Буллинг сауалнамасы», «Дарынды оқушыларды анықтау»сауалнамасы, «Мен және интернет», «Балалардың ойынға тәуелділігі немесе лудомания», «Стресс және дағдарыс»,  «Ұжымда барлығына орын бар!», «Қарым-қатынас ережесі» тақырыптарында топтық психологиялық сағаттар, тренинг элементтері бар сабақтар жүргізілді. </w:t>
      </w:r>
    </w:p>
    <w:p w14:paraId="03B084F1" w14:textId="77777777" w:rsidR="004616A2" w:rsidRPr="004616A2" w:rsidRDefault="004616A2" w:rsidP="00A82E02">
      <w:pPr>
        <w:jc w:val="both"/>
        <w:rPr>
          <w:sz w:val="28"/>
          <w:szCs w:val="28"/>
          <w:lang w:val="kk-KZ"/>
        </w:rPr>
      </w:pPr>
      <w:r w:rsidRPr="004616A2">
        <w:rPr>
          <w:sz w:val="28"/>
          <w:szCs w:val="28"/>
          <w:lang w:val="kk-KZ"/>
        </w:rPr>
        <w:t>Сонымен қатар, «Мектептегі жасөспірімдердің физикалық және психикалық денсаулығын нығайту және деструктивті мінез-құлықтың алдын алу» бойынша мектеп қызметкерлерімен оқыту семинары өткізілді.</w:t>
      </w:r>
    </w:p>
    <w:p w14:paraId="25E8C82D" w14:textId="77777777" w:rsidR="004616A2" w:rsidRPr="004616A2" w:rsidRDefault="004616A2" w:rsidP="00A82E02">
      <w:pPr>
        <w:jc w:val="both"/>
        <w:rPr>
          <w:sz w:val="28"/>
          <w:szCs w:val="28"/>
          <w:lang w:val="kk-KZ"/>
        </w:rPr>
      </w:pPr>
    </w:p>
    <w:p w14:paraId="6E5429C8" w14:textId="77777777" w:rsidR="004616A2" w:rsidRPr="004616A2" w:rsidRDefault="004616A2" w:rsidP="00A82E02">
      <w:pPr>
        <w:jc w:val="both"/>
        <w:rPr>
          <w:sz w:val="28"/>
          <w:szCs w:val="28"/>
          <w:lang w:val="kk-KZ"/>
        </w:rPr>
      </w:pPr>
      <w:r w:rsidRPr="004616A2">
        <w:rPr>
          <w:sz w:val="28"/>
          <w:szCs w:val="28"/>
          <w:lang w:val="kk-KZ"/>
        </w:rPr>
        <w:t xml:space="preserve">Қараша айында эстетика бірлестігінің «Өнер, білім және салауат» апталығы аясында «Мен мамандықтар әлемінде» тақырыбында 9-сынып оқушыларымен интеллектуалдық сайыс өткізілді.   </w:t>
      </w:r>
    </w:p>
    <w:p w14:paraId="2DD3C9C7" w14:textId="77777777" w:rsidR="004616A2" w:rsidRPr="004616A2" w:rsidRDefault="004616A2" w:rsidP="00A82E02">
      <w:pPr>
        <w:jc w:val="both"/>
        <w:rPr>
          <w:sz w:val="28"/>
          <w:szCs w:val="28"/>
          <w:lang w:val="kk-KZ"/>
        </w:rPr>
      </w:pPr>
      <w:r w:rsidRPr="004616A2">
        <w:rPr>
          <w:sz w:val="28"/>
          <w:szCs w:val="28"/>
          <w:lang w:val="kk-KZ"/>
        </w:rPr>
        <w:t xml:space="preserve">Сонымен қатар, қаңтар айында педагогтермен «Эмоционалды интеллект- табысты мұғалімнің құпиясы» тақырыбында тренинг жүргізілді. Мақсаты: Мұғалімдердің эмоционалды интеллектін дамыту, эмоцияны тану мен басқару, кәсіби қарым-қатынаста тиімді әрекет ету дағдыларын қалыптастыру.  </w:t>
      </w:r>
    </w:p>
    <w:p w14:paraId="30F0B554" w14:textId="77777777" w:rsidR="004616A2" w:rsidRPr="004616A2" w:rsidRDefault="004616A2" w:rsidP="00A82E02">
      <w:pPr>
        <w:jc w:val="both"/>
        <w:rPr>
          <w:sz w:val="28"/>
          <w:szCs w:val="28"/>
          <w:lang w:val="kk-KZ"/>
        </w:rPr>
      </w:pPr>
      <w:r w:rsidRPr="004616A2">
        <w:rPr>
          <w:sz w:val="28"/>
          <w:szCs w:val="28"/>
          <w:lang w:val="kk-KZ"/>
        </w:rPr>
        <w:t xml:space="preserve">Сонымен қатар, қараша айында Толеранттылық аптасы аясында мектеп оқушыларымен «Бір ағаштың бұтағымыз» атты акция өткізілді. Акцияның мақсаты: оқушыларды достыққа, өзара сыйластыққа және толеранттылыққа тәрбиелеу.     </w:t>
      </w:r>
    </w:p>
    <w:p w14:paraId="1D692FC9" w14:textId="77777777" w:rsidR="004616A2" w:rsidRPr="004616A2" w:rsidRDefault="004616A2" w:rsidP="00A82E02">
      <w:pPr>
        <w:jc w:val="both"/>
        <w:rPr>
          <w:sz w:val="28"/>
          <w:szCs w:val="28"/>
          <w:lang w:val="kk-KZ"/>
        </w:rPr>
      </w:pPr>
      <w:r w:rsidRPr="004616A2">
        <w:rPr>
          <w:sz w:val="28"/>
          <w:szCs w:val="28"/>
          <w:lang w:val="kk-KZ"/>
        </w:rPr>
        <w:t xml:space="preserve">Сонымен қатар, АСППМ жүйесі арқылы 7- сынып оқушыларының агрессивтілік деңгейін анықтау мақсатында </w:t>
      </w:r>
      <w:r w:rsidRPr="004616A2">
        <w:rPr>
          <w:rFonts w:eastAsia="Calibri"/>
          <w:sz w:val="28"/>
          <w:szCs w:val="28"/>
          <w:lang w:val="kk-KZ"/>
        </w:rPr>
        <w:t>Басса Даркидің эмоциялық тесті</w:t>
      </w:r>
      <w:r w:rsidRPr="004616A2">
        <w:rPr>
          <w:sz w:val="28"/>
          <w:szCs w:val="28"/>
          <w:lang w:val="kk-KZ"/>
        </w:rPr>
        <w:t xml:space="preserve"> жүргізілді, зерттеуге 56 оқушы қатысты. Нәтиже келесідей:</w:t>
      </w:r>
    </w:p>
    <w:p w14:paraId="675AE472" w14:textId="77777777" w:rsidR="004616A2" w:rsidRPr="004616A2" w:rsidRDefault="004616A2" w:rsidP="00A82E02">
      <w:pPr>
        <w:jc w:val="both"/>
        <w:rPr>
          <w:sz w:val="28"/>
          <w:szCs w:val="28"/>
          <w:lang w:val="kk-KZ"/>
        </w:rPr>
      </w:pPr>
      <w:r w:rsidRPr="004616A2">
        <w:rPr>
          <w:noProof/>
          <w:sz w:val="28"/>
          <w:szCs w:val="28"/>
          <w:lang w:eastAsia="ru-RU"/>
        </w:rPr>
        <w:lastRenderedPageBreak/>
        <w:drawing>
          <wp:anchor distT="0" distB="0" distL="114300" distR="114300" simplePos="0" relativeHeight="251612672" behindDoc="0" locked="0" layoutInCell="1" allowOverlap="1" wp14:anchorId="78045C8A" wp14:editId="5A5EFFE2">
            <wp:simplePos x="0" y="0"/>
            <wp:positionH relativeFrom="column">
              <wp:posOffset>3253740</wp:posOffset>
            </wp:positionH>
            <wp:positionV relativeFrom="paragraph">
              <wp:posOffset>306705</wp:posOffset>
            </wp:positionV>
            <wp:extent cx="3000375" cy="2333625"/>
            <wp:effectExtent l="0" t="0" r="9525" b="9525"/>
            <wp:wrapSquare wrapText="bothSides"/>
            <wp:docPr id="69" name="Диаграмма 69"/>
            <wp:cNvGraphicFramePr/>
            <a:graphic xmlns:a="http://schemas.openxmlformats.org/drawingml/2006/main">
              <a:graphicData uri="http://schemas.openxmlformats.org/drawingml/2006/chart">
                <c:chart xmlns:c="http://schemas.openxmlformats.org/drawingml/2006/chart" xmlns:r="http://schemas.openxmlformats.org/officeDocument/2006/relationships" r:id="rId840"/>
              </a:graphicData>
            </a:graphic>
            <wp14:sizeRelH relativeFrom="margin">
              <wp14:pctWidth>0</wp14:pctWidth>
            </wp14:sizeRelH>
            <wp14:sizeRelV relativeFrom="margin">
              <wp14:pctHeight>0</wp14:pctHeight>
            </wp14:sizeRelV>
          </wp:anchor>
        </w:drawing>
      </w:r>
      <w:r w:rsidRPr="004616A2">
        <w:rPr>
          <w:noProof/>
          <w:sz w:val="28"/>
          <w:szCs w:val="28"/>
          <w:lang w:eastAsia="ru-RU"/>
        </w:rPr>
        <w:drawing>
          <wp:anchor distT="0" distB="0" distL="114300" distR="114300" simplePos="0" relativeHeight="251605504" behindDoc="0" locked="0" layoutInCell="1" allowOverlap="1" wp14:anchorId="098B74B8" wp14:editId="460974BC">
            <wp:simplePos x="0" y="0"/>
            <wp:positionH relativeFrom="column">
              <wp:posOffset>0</wp:posOffset>
            </wp:positionH>
            <wp:positionV relativeFrom="paragraph">
              <wp:posOffset>304800</wp:posOffset>
            </wp:positionV>
            <wp:extent cx="3162300" cy="2362200"/>
            <wp:effectExtent l="0" t="0" r="0" b="0"/>
            <wp:wrapSquare wrapText="bothSides"/>
            <wp:docPr id="68" name="Диаграмма 68"/>
            <wp:cNvGraphicFramePr/>
            <a:graphic xmlns:a="http://schemas.openxmlformats.org/drawingml/2006/main">
              <a:graphicData uri="http://schemas.openxmlformats.org/drawingml/2006/chart">
                <c:chart xmlns:c="http://schemas.openxmlformats.org/drawingml/2006/chart" xmlns:r="http://schemas.openxmlformats.org/officeDocument/2006/relationships" r:id="rId841"/>
              </a:graphicData>
            </a:graphic>
            <wp14:sizeRelH relativeFrom="margin">
              <wp14:pctWidth>0</wp14:pctWidth>
            </wp14:sizeRelH>
            <wp14:sizeRelV relativeFrom="margin">
              <wp14:pctHeight>0</wp14:pctHeight>
            </wp14:sizeRelV>
          </wp:anchor>
        </w:drawing>
      </w:r>
    </w:p>
    <w:p w14:paraId="24FACC9F" w14:textId="77777777" w:rsidR="004616A2" w:rsidRPr="004616A2" w:rsidRDefault="004616A2" w:rsidP="00A82E02">
      <w:pPr>
        <w:jc w:val="both"/>
        <w:rPr>
          <w:sz w:val="28"/>
          <w:szCs w:val="28"/>
          <w:lang w:val="kk-KZ"/>
        </w:rPr>
      </w:pPr>
    </w:p>
    <w:p w14:paraId="4488B61F" w14:textId="77777777" w:rsidR="004616A2" w:rsidRPr="004616A2" w:rsidRDefault="004616A2" w:rsidP="00A82E02">
      <w:pPr>
        <w:jc w:val="both"/>
        <w:rPr>
          <w:sz w:val="28"/>
          <w:szCs w:val="28"/>
          <w:lang w:val="kk-KZ"/>
        </w:rPr>
      </w:pPr>
      <w:r w:rsidRPr="004616A2">
        <w:rPr>
          <w:sz w:val="28"/>
          <w:szCs w:val="28"/>
          <w:lang w:val="kk-KZ"/>
        </w:rPr>
        <w:t>сынып оқушыларының депрессиялық, невротикалық жағдайды және қарым-қатынас деңгейін анықтау мақсатында суицидтік бағыттылықты анықтау (СБА) әдістемесі арқылы зерттеу жүргізілді.  Сонымен қатар, ерекше білімді қажет ететін оқушыларды бақылау, танымдық  қабілеттерін зерттеу жұмыстары жүргізілді.</w:t>
      </w:r>
    </w:p>
    <w:p w14:paraId="4BBF8C3E" w14:textId="77777777" w:rsidR="004616A2" w:rsidRPr="004616A2" w:rsidRDefault="004616A2" w:rsidP="00A82E02">
      <w:pPr>
        <w:jc w:val="both"/>
        <w:rPr>
          <w:sz w:val="28"/>
          <w:szCs w:val="28"/>
          <w:lang w:val="kk-KZ"/>
        </w:rPr>
      </w:pPr>
      <w:r w:rsidRPr="004616A2">
        <w:rPr>
          <w:sz w:val="28"/>
          <w:szCs w:val="28"/>
          <w:lang w:val="kk-KZ"/>
        </w:rPr>
        <w:t>Желтоқсан айында 5-8 сынып оқушыларымен «Жанжалсыз және буллингсіз салауатты қарым-қатынас», «Стресс және дағдарыс», бастауыш сынып оқушыларымен «Достықпен әлем жарқырайды» тақырыптарында психологиялық сағаттар, тренинг сабақтар, алдын алу шаралары өткізілді.</w:t>
      </w:r>
    </w:p>
    <w:p w14:paraId="0E73FD38" w14:textId="77777777" w:rsidR="004616A2" w:rsidRPr="004616A2" w:rsidRDefault="004616A2" w:rsidP="00A82E02">
      <w:pPr>
        <w:jc w:val="both"/>
        <w:rPr>
          <w:sz w:val="28"/>
          <w:szCs w:val="28"/>
          <w:lang w:val="kk-KZ"/>
        </w:rPr>
      </w:pPr>
      <w:r w:rsidRPr="004616A2">
        <w:rPr>
          <w:sz w:val="28"/>
          <w:szCs w:val="28"/>
          <w:lang w:val="kk-KZ"/>
        </w:rPr>
        <w:t xml:space="preserve">2025–2026 оқу жылының екінші жартыжылдығы жоспар бойынша «Психология – ғажайып ғылым!» апталығының басталуымен жалғасын тапты. Апталық аясында оқушылар, мұғалімдер, мектеп қызметкерлері белсенділік танытып, психология ғылымының қызықты қырларымен танысты. Әртүрлі психологиялық акциялар, тренингтер, ойындар мен танымдық іс-шаралар ұйымдастырылды. Іс-шаралардың негізгі мақсаты – білім алушылардың психологиялық мәдениетін арттыру, жағымды эмоционалдық ахуал қалыптастыру, өзара қарым-қатынас дағдыларын дамыту және психологиялық қолдау көрсету болды. Апталық барысында қатысушылар жоғары қызығушылық танытып, белсенді түрде атсалысты. </w:t>
      </w:r>
    </w:p>
    <w:p w14:paraId="12C606E4" w14:textId="1C6B8A05" w:rsidR="004616A2" w:rsidRPr="004616A2" w:rsidRDefault="004616A2" w:rsidP="00A82E02">
      <w:pPr>
        <w:jc w:val="both"/>
        <w:rPr>
          <w:sz w:val="28"/>
          <w:szCs w:val="28"/>
          <w:lang w:val="kk-KZ"/>
        </w:rPr>
      </w:pPr>
      <w:r w:rsidRPr="004616A2">
        <w:rPr>
          <w:sz w:val="28"/>
          <w:szCs w:val="28"/>
          <w:lang w:val="kk-KZ"/>
        </w:rPr>
        <w:t>Сонымен қатар, ақпан айында 5-6 сыныптардан Филлипстің мектепте үрейлену деңгейін саралау әдістемесі алынды. Нәтиже келесідей көрсеткіш көрсетті:</w:t>
      </w:r>
    </w:p>
    <w:p w14:paraId="52031F7C" w14:textId="649AA52D" w:rsidR="004616A2" w:rsidRPr="004616A2" w:rsidRDefault="00BE7D1A" w:rsidP="00A82E02">
      <w:pPr>
        <w:jc w:val="both"/>
        <w:rPr>
          <w:sz w:val="28"/>
          <w:szCs w:val="28"/>
          <w:lang w:val="kk-KZ"/>
        </w:rPr>
      </w:pPr>
      <w:r w:rsidRPr="004616A2">
        <w:rPr>
          <w:rFonts w:eastAsia="Calibri"/>
          <w:noProof/>
          <w:sz w:val="28"/>
          <w:szCs w:val="28"/>
          <w:lang w:eastAsia="ru-RU"/>
        </w:rPr>
        <w:drawing>
          <wp:anchor distT="0" distB="0" distL="114300" distR="114300" simplePos="0" relativeHeight="251620864" behindDoc="0" locked="0" layoutInCell="1" allowOverlap="1" wp14:anchorId="73D02B7B" wp14:editId="31004E9A">
            <wp:simplePos x="0" y="0"/>
            <wp:positionH relativeFrom="margin">
              <wp:posOffset>13335</wp:posOffset>
            </wp:positionH>
            <wp:positionV relativeFrom="paragraph">
              <wp:posOffset>198120</wp:posOffset>
            </wp:positionV>
            <wp:extent cx="3657600" cy="2035175"/>
            <wp:effectExtent l="19050" t="19050" r="19050" b="22225"/>
            <wp:wrapSquare wrapText="bothSides"/>
            <wp:docPr id="57" name="Рисунок 57" descr="C:\Users\16\AppData\Local\Microsoft\Windows\INetCache\Content.MSO\41ECDE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6\AppData\Local\Microsoft\Windows\INetCache\Content.MSO\41ECDE0.tmp"/>
                    <pic:cNvPicPr>
                      <a:picLocks noChangeAspect="1" noChangeArrowheads="1"/>
                    </pic:cNvPicPr>
                  </pic:nvPicPr>
                  <pic:blipFill>
                    <a:blip r:embed="rId842">
                      <a:extLst>
                        <a:ext uri="{28A0092B-C50C-407E-A947-70E740481C1C}">
                          <a14:useLocalDpi xmlns:a14="http://schemas.microsoft.com/office/drawing/2010/main" val="0"/>
                        </a:ext>
                      </a:extLst>
                    </a:blip>
                    <a:srcRect/>
                    <a:stretch>
                      <a:fillRect/>
                    </a:stretch>
                  </pic:blipFill>
                  <pic:spPr bwMode="auto">
                    <a:xfrm>
                      <a:off x="0" y="0"/>
                      <a:ext cx="3657600" cy="2035175"/>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p>
    <w:p w14:paraId="5CDBBCE6" w14:textId="77777777" w:rsidR="004616A2" w:rsidRPr="004616A2" w:rsidRDefault="004616A2" w:rsidP="00A82E02">
      <w:pPr>
        <w:jc w:val="both"/>
        <w:rPr>
          <w:sz w:val="28"/>
          <w:szCs w:val="28"/>
          <w:lang w:val="kk-KZ"/>
        </w:rPr>
      </w:pPr>
      <w:r w:rsidRPr="004616A2">
        <w:rPr>
          <w:sz w:val="28"/>
          <w:szCs w:val="28"/>
          <w:lang w:val="kk-KZ"/>
        </w:rPr>
        <w:t xml:space="preserve">Сонымен қатар, педагогикалық-психологиялық назарды талап ететін оқушыларды анықтау мақсатында ақпан, наурыз, сәуір айларында 5-11 сынып оқушыларымен АСППМ жүйесі арқылы психоэмоционалды жағдайын анықтау бойынша комплексті зерттеу жұмыстары жүргізілді. Алынған диагностикалар: </w:t>
      </w:r>
    </w:p>
    <w:p w14:paraId="74EAB01F" w14:textId="77777777" w:rsidR="004616A2" w:rsidRPr="004616A2" w:rsidRDefault="004616A2" w:rsidP="00A82E02">
      <w:pPr>
        <w:jc w:val="both"/>
        <w:rPr>
          <w:sz w:val="28"/>
          <w:szCs w:val="28"/>
          <w:lang w:val="kk-KZ"/>
        </w:rPr>
      </w:pPr>
      <w:r w:rsidRPr="004616A2">
        <w:rPr>
          <w:sz w:val="28"/>
          <w:szCs w:val="28"/>
          <w:lang w:val="kk-KZ"/>
        </w:rPr>
        <w:t>•</w:t>
      </w:r>
      <w:r w:rsidRPr="004616A2">
        <w:rPr>
          <w:sz w:val="28"/>
          <w:szCs w:val="28"/>
          <w:lang w:val="kk-KZ"/>
        </w:rPr>
        <w:tab/>
        <w:t xml:space="preserve">"Алаңдаушылық шкаласы" әдісі (Кондаш) – 7-8 сыныптар; </w:t>
      </w:r>
    </w:p>
    <w:p w14:paraId="6A739D08" w14:textId="77777777" w:rsidR="004616A2" w:rsidRPr="004616A2" w:rsidRDefault="004616A2" w:rsidP="00A82E02">
      <w:pPr>
        <w:jc w:val="both"/>
        <w:rPr>
          <w:sz w:val="28"/>
          <w:szCs w:val="28"/>
          <w:lang w:val="kk-KZ"/>
        </w:rPr>
      </w:pPr>
      <w:r w:rsidRPr="004616A2">
        <w:rPr>
          <w:sz w:val="28"/>
          <w:szCs w:val="28"/>
          <w:lang w:val="kk-KZ"/>
        </w:rPr>
        <w:lastRenderedPageBreak/>
        <w:t>•</w:t>
      </w:r>
      <w:r w:rsidRPr="004616A2">
        <w:rPr>
          <w:sz w:val="28"/>
          <w:szCs w:val="28"/>
          <w:lang w:val="kk-KZ"/>
        </w:rPr>
        <w:tab/>
        <w:t>«Ағаштағы орныңыз қайсы?» өзін-өзі бағалаудың проективтік әдістемесі 1-11 сынып;</w:t>
      </w:r>
    </w:p>
    <w:p w14:paraId="705C1AD6" w14:textId="77777777" w:rsidR="004616A2" w:rsidRPr="004616A2" w:rsidRDefault="004616A2" w:rsidP="00A82E02">
      <w:pPr>
        <w:jc w:val="both"/>
        <w:rPr>
          <w:sz w:val="28"/>
          <w:szCs w:val="28"/>
          <w:lang w:val="kk-KZ"/>
        </w:rPr>
      </w:pPr>
      <w:r w:rsidRPr="004616A2">
        <w:rPr>
          <w:sz w:val="28"/>
          <w:szCs w:val="28"/>
          <w:lang w:val="kk-KZ"/>
        </w:rPr>
        <w:t>•</w:t>
      </w:r>
      <w:r w:rsidRPr="004616A2">
        <w:rPr>
          <w:sz w:val="28"/>
          <w:szCs w:val="28"/>
          <w:lang w:val="kk-KZ"/>
        </w:rPr>
        <w:tab/>
        <w:t>Агрессивтілікті диагностикалауға арналған Басс-Дарки әдістемесі 7-8 сынып;</w:t>
      </w:r>
    </w:p>
    <w:p w14:paraId="187E8944" w14:textId="77777777" w:rsidR="004616A2" w:rsidRPr="004616A2" w:rsidRDefault="004616A2" w:rsidP="00A82E02">
      <w:pPr>
        <w:jc w:val="both"/>
        <w:rPr>
          <w:sz w:val="28"/>
          <w:szCs w:val="28"/>
          <w:lang w:val="kk-KZ"/>
        </w:rPr>
      </w:pPr>
      <w:r w:rsidRPr="004616A2">
        <w:rPr>
          <w:sz w:val="28"/>
          <w:szCs w:val="28"/>
          <w:lang w:val="kk-KZ"/>
        </w:rPr>
        <w:t>•</w:t>
      </w:r>
      <w:r w:rsidRPr="004616A2">
        <w:rPr>
          <w:sz w:val="28"/>
          <w:szCs w:val="28"/>
          <w:lang w:val="kk-KZ"/>
        </w:rPr>
        <w:tab/>
        <w:t>Мектеп оқушыларының психологиялық денсаулығының деңгейіне кибербуллинг маркерлерінің әсерін бағалау әдістемесі (авторы Ракишева Г.М.) 5-11 сыныптар;</w:t>
      </w:r>
    </w:p>
    <w:p w14:paraId="4964C38E" w14:textId="77777777" w:rsidR="004616A2" w:rsidRPr="004616A2" w:rsidRDefault="004616A2" w:rsidP="00A82E02">
      <w:pPr>
        <w:jc w:val="both"/>
        <w:rPr>
          <w:sz w:val="28"/>
          <w:szCs w:val="28"/>
          <w:lang w:val="kk-KZ"/>
        </w:rPr>
      </w:pPr>
      <w:r w:rsidRPr="004616A2">
        <w:rPr>
          <w:sz w:val="28"/>
          <w:szCs w:val="28"/>
          <w:lang w:val="kk-KZ"/>
        </w:rPr>
        <w:t>•</w:t>
      </w:r>
      <w:r w:rsidRPr="004616A2">
        <w:rPr>
          <w:sz w:val="28"/>
          <w:szCs w:val="28"/>
          <w:lang w:val="kk-KZ"/>
        </w:rPr>
        <w:tab/>
        <w:t xml:space="preserve"> Спилбергтің (Ханин) тұлғалық және ситуациялық мазасыздығын анықтау әдістемесі – 9-11 сыныптар;</w:t>
      </w:r>
    </w:p>
    <w:p w14:paraId="39AEEDDC" w14:textId="77777777" w:rsidR="004616A2" w:rsidRPr="004616A2" w:rsidRDefault="004616A2" w:rsidP="00A82E02">
      <w:pPr>
        <w:jc w:val="both"/>
        <w:rPr>
          <w:sz w:val="28"/>
          <w:szCs w:val="28"/>
          <w:lang w:val="kk-KZ"/>
        </w:rPr>
      </w:pPr>
      <w:r w:rsidRPr="004616A2">
        <w:rPr>
          <w:sz w:val="28"/>
          <w:szCs w:val="28"/>
          <w:lang w:val="kk-KZ"/>
        </w:rPr>
        <w:t>•</w:t>
      </w:r>
      <w:r w:rsidRPr="004616A2">
        <w:rPr>
          <w:sz w:val="28"/>
          <w:szCs w:val="28"/>
          <w:lang w:val="kk-KZ"/>
        </w:rPr>
        <w:tab/>
        <w:t>Төзімділікті диагностикалау әдістемесі, авторы С.Мадди, бейімдеген Д.Леонтьев -9-11 сыныптар;</w:t>
      </w:r>
    </w:p>
    <w:p w14:paraId="06E7F182" w14:textId="77777777" w:rsidR="004616A2" w:rsidRPr="004616A2" w:rsidRDefault="004616A2" w:rsidP="00A82E02">
      <w:pPr>
        <w:jc w:val="both"/>
        <w:rPr>
          <w:sz w:val="28"/>
          <w:szCs w:val="28"/>
          <w:lang w:val="kk-KZ"/>
        </w:rPr>
      </w:pPr>
      <w:r w:rsidRPr="004616A2">
        <w:rPr>
          <w:sz w:val="28"/>
          <w:szCs w:val="28"/>
          <w:lang w:val="kk-KZ"/>
        </w:rPr>
        <w:t>•</w:t>
      </w:r>
      <w:r w:rsidRPr="004616A2">
        <w:rPr>
          <w:sz w:val="28"/>
          <w:szCs w:val="28"/>
          <w:lang w:val="kk-KZ"/>
        </w:rPr>
        <w:tab/>
        <w:t>Филлипстің мектепте үрейлену деңгейін саралау әдістемесі -5-6 сыныптар.</w:t>
      </w:r>
    </w:p>
    <w:p w14:paraId="0B28C0E0" w14:textId="77777777" w:rsidR="004616A2" w:rsidRPr="004616A2" w:rsidRDefault="004616A2" w:rsidP="00A82E02">
      <w:pPr>
        <w:jc w:val="both"/>
        <w:rPr>
          <w:sz w:val="28"/>
          <w:szCs w:val="28"/>
          <w:lang w:val="kk-KZ"/>
        </w:rPr>
      </w:pPr>
      <w:r w:rsidRPr="004616A2">
        <w:rPr>
          <w:sz w:val="28"/>
          <w:szCs w:val="28"/>
          <w:lang w:val="kk-KZ"/>
        </w:rPr>
        <w:t xml:space="preserve">Зерттеу нәтижелері АСППМ жүйесінде тіркеліп тұр. </w:t>
      </w:r>
    </w:p>
    <w:p w14:paraId="357C1124" w14:textId="77777777" w:rsidR="004616A2" w:rsidRPr="004616A2" w:rsidRDefault="004616A2" w:rsidP="00A82E02">
      <w:pPr>
        <w:jc w:val="both"/>
        <w:rPr>
          <w:sz w:val="28"/>
          <w:szCs w:val="28"/>
          <w:lang w:val="kk-KZ"/>
        </w:rPr>
      </w:pPr>
      <w:r w:rsidRPr="004616A2">
        <w:rPr>
          <w:sz w:val="28"/>
          <w:szCs w:val="28"/>
          <w:lang w:val="kk-KZ"/>
        </w:rPr>
        <w:t>Сонымен қатар, сәуір-мамыр айларында 4 –ші сынып оқушыларының орта буында оқуға дайындығын анықтау мақсатында зерттеу жұмыстары жүргізілді.</w:t>
      </w:r>
    </w:p>
    <w:p w14:paraId="73AA5BA8" w14:textId="77777777" w:rsidR="004616A2" w:rsidRPr="004616A2" w:rsidRDefault="004616A2" w:rsidP="00A82E02">
      <w:pPr>
        <w:jc w:val="both"/>
        <w:rPr>
          <w:sz w:val="28"/>
          <w:szCs w:val="28"/>
          <w:lang w:val="kk-KZ"/>
        </w:rPr>
      </w:pPr>
      <w:r w:rsidRPr="004616A2">
        <w:rPr>
          <w:sz w:val="28"/>
          <w:szCs w:val="28"/>
          <w:lang w:val="kk-KZ"/>
        </w:rPr>
        <w:t>Нәтиже келесідей:</w:t>
      </w:r>
    </w:p>
    <w:p w14:paraId="698B241B" w14:textId="77777777" w:rsidR="004616A2" w:rsidRPr="004616A2" w:rsidRDefault="004616A2" w:rsidP="00A82E02">
      <w:pPr>
        <w:jc w:val="both"/>
        <w:rPr>
          <w:sz w:val="28"/>
          <w:szCs w:val="28"/>
          <w:lang w:val="kk-KZ"/>
        </w:rPr>
      </w:pPr>
      <w:r w:rsidRPr="004616A2">
        <w:rPr>
          <w:bCs/>
          <w:noProof/>
          <w:sz w:val="28"/>
          <w:szCs w:val="28"/>
          <w:lang w:eastAsia="ru-RU"/>
        </w:rPr>
        <w:drawing>
          <wp:inline distT="0" distB="0" distL="0" distR="0" wp14:anchorId="5371EB63" wp14:editId="00F27A1E">
            <wp:extent cx="4972050" cy="2495550"/>
            <wp:effectExtent l="0" t="0" r="0" b="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843"/>
              </a:graphicData>
            </a:graphic>
          </wp:inline>
        </w:drawing>
      </w:r>
    </w:p>
    <w:p w14:paraId="457AFF17" w14:textId="5846C702" w:rsidR="007B1EE4" w:rsidRPr="00A82E02" w:rsidRDefault="004616A2" w:rsidP="00A82E02">
      <w:pPr>
        <w:jc w:val="both"/>
        <w:rPr>
          <w:sz w:val="28"/>
          <w:szCs w:val="28"/>
          <w:lang w:val="kk-KZ"/>
        </w:rPr>
      </w:pPr>
      <w:r w:rsidRPr="004616A2">
        <w:rPr>
          <w:sz w:val="28"/>
          <w:szCs w:val="28"/>
          <w:lang w:val="kk-KZ"/>
        </w:rPr>
        <w:t xml:space="preserve">Жалпы оқушылармен жоспарға сәйкес түзету-дамыту сабақтары, тренингтер, психологиялық сағаттар жүргізілді, мектеп сайттарына жүктеліп отырды. Ата –аналардың сұранысы бойынша оқушылармен, ата –аналармен жеке дара кеңес беру, түзету –дамыту жұмыстары жргізіліп отырды. Оқушыларға топтық, жеке дара, ата-аналарға, ұстаздарға әрдайым сұраныс бойынша кеңес беру жұмыстары жүргізіліп, психологтың кеңес </w:t>
      </w:r>
      <w:r w:rsidR="00A82E02">
        <w:rPr>
          <w:sz w:val="28"/>
          <w:szCs w:val="28"/>
          <w:lang w:val="kk-KZ"/>
        </w:rPr>
        <w:t>беру журналына тіркеліп отырды.</w:t>
      </w:r>
    </w:p>
    <w:p w14:paraId="3F8CE374" w14:textId="77777777" w:rsidR="00A82E02" w:rsidRPr="00A82E02" w:rsidRDefault="00A82E02" w:rsidP="00A82E02">
      <w:pPr>
        <w:pStyle w:val="a8"/>
        <w:jc w:val="both"/>
        <w:rPr>
          <w:rFonts w:ascii="Times New Roman" w:hAnsi="Times New Roman" w:cs="Times New Roman"/>
          <w:b/>
          <w:sz w:val="24"/>
          <w:szCs w:val="24"/>
          <w:lang w:val="kk-KZ" w:eastAsia="ru-RU"/>
        </w:rPr>
      </w:pPr>
    </w:p>
    <w:p w14:paraId="1E6B8C54" w14:textId="614C6F8A" w:rsidR="00A82E02" w:rsidRDefault="00A82E02" w:rsidP="00A82E02">
      <w:pPr>
        <w:pStyle w:val="a8"/>
        <w:rPr>
          <w:rFonts w:ascii="Times New Roman" w:hAnsi="Times New Roman" w:cs="Times New Roman"/>
          <w:bCs/>
          <w:sz w:val="28"/>
          <w:szCs w:val="28"/>
          <w:lang w:val="kk-KZ" w:eastAsia="ru-RU"/>
        </w:rPr>
      </w:pPr>
      <w:r w:rsidRPr="00A82E02">
        <w:rPr>
          <w:rFonts w:ascii="Times New Roman" w:hAnsi="Times New Roman" w:cs="Times New Roman"/>
          <w:bCs/>
          <w:sz w:val="28"/>
          <w:szCs w:val="28"/>
          <w:lang w:val="kk-KZ" w:eastAsia="ru-RU"/>
        </w:rPr>
        <w:t>Азаматтық пен патриотизм деңгейін арттыру мақсатында ұйымдастырылған қоғамдық қызметке, оның ішінде оқушылардың өзін-өзі басқаруы және пікірталас қозғалысы арқылы тартылған білім алушылардың үлесі</w:t>
      </w:r>
    </w:p>
    <w:p w14:paraId="051C0B12" w14:textId="77777777" w:rsidR="00BE7D1A" w:rsidRPr="00BE7D1A" w:rsidRDefault="00BE7D1A" w:rsidP="00A82E02">
      <w:pPr>
        <w:pStyle w:val="a8"/>
        <w:rPr>
          <w:rFonts w:ascii="Times New Roman" w:hAnsi="Times New Roman" w:cs="Times New Roman"/>
          <w:b/>
          <w:bCs/>
          <w:sz w:val="28"/>
          <w:szCs w:val="28"/>
          <w:lang w:val="kk-KZ" w:eastAsia="ru-RU"/>
        </w:rPr>
      </w:pPr>
    </w:p>
    <w:p w14:paraId="69092526" w14:textId="0002C3BE" w:rsidR="00A82E02" w:rsidRPr="00BE7D1A" w:rsidRDefault="00BE7D1A" w:rsidP="00A82E02">
      <w:pPr>
        <w:pStyle w:val="a8"/>
        <w:rPr>
          <w:rFonts w:ascii="Times New Roman" w:hAnsi="Times New Roman" w:cs="Times New Roman"/>
          <w:b/>
          <w:bCs/>
          <w:sz w:val="28"/>
          <w:szCs w:val="28"/>
          <w:lang w:val="kk-KZ" w:eastAsia="ru-RU"/>
        </w:rPr>
      </w:pPr>
      <w:r w:rsidRPr="00BE7D1A">
        <w:rPr>
          <w:rFonts w:ascii="Times New Roman" w:hAnsi="Times New Roman" w:cs="Times New Roman"/>
          <w:b/>
          <w:bCs/>
          <w:sz w:val="28"/>
          <w:szCs w:val="28"/>
          <w:lang w:val="kk-KZ" w:eastAsia="ru-RU"/>
        </w:rPr>
        <w:t>Ата-аналар қоғамымен жұмыс жоспары</w:t>
      </w:r>
    </w:p>
    <w:p w14:paraId="31C2C63C" w14:textId="19B24BCB" w:rsidR="00BE7D1A" w:rsidRDefault="00BE7D1A" w:rsidP="00A82E02">
      <w:pPr>
        <w:pStyle w:val="a8"/>
        <w:rPr>
          <w:rFonts w:ascii="Times New Roman" w:hAnsi="Times New Roman" w:cs="Times New Roman"/>
          <w:b/>
          <w:bCs/>
          <w:sz w:val="28"/>
          <w:szCs w:val="28"/>
          <w:lang w:val="kk-KZ" w:eastAsia="ru-RU"/>
        </w:rPr>
      </w:pPr>
    </w:p>
    <w:p w14:paraId="681258E6" w14:textId="77777777" w:rsidR="00F060A1" w:rsidRDefault="00F060A1" w:rsidP="00A82E02">
      <w:pPr>
        <w:pStyle w:val="a8"/>
        <w:rPr>
          <w:rFonts w:ascii="Times New Roman" w:hAnsi="Times New Roman" w:cs="Times New Roman"/>
          <w:b/>
          <w:bCs/>
          <w:sz w:val="28"/>
          <w:szCs w:val="28"/>
          <w:lang w:val="kk-KZ" w:eastAsia="ru-RU"/>
        </w:rPr>
      </w:pPr>
    </w:p>
    <w:p w14:paraId="38430DE1" w14:textId="2B3BD763" w:rsidR="00BE7D1A" w:rsidRDefault="00BE7D1A" w:rsidP="00A82E02">
      <w:pPr>
        <w:pStyle w:val="a8"/>
        <w:rPr>
          <w:rFonts w:ascii="Times New Roman" w:hAnsi="Times New Roman" w:cs="Times New Roman"/>
          <w:b/>
          <w:bCs/>
          <w:sz w:val="28"/>
          <w:szCs w:val="28"/>
          <w:lang w:val="kk-KZ" w:eastAsia="ru-RU"/>
        </w:rPr>
      </w:pPr>
      <w:r w:rsidRPr="00BE7D1A">
        <w:rPr>
          <w:rFonts w:ascii="Times New Roman" w:hAnsi="Times New Roman" w:cs="Times New Roman"/>
          <w:b/>
          <w:bCs/>
          <w:sz w:val="28"/>
          <w:szCs w:val="28"/>
          <w:lang w:val="kk-KZ" w:eastAsia="ru-RU"/>
        </w:rPr>
        <w:t>Ата-аналарды педагогикалық қолдау орталығының болуы</w:t>
      </w:r>
    </w:p>
    <w:p w14:paraId="2583EA61" w14:textId="29BB2692" w:rsidR="00BE7D1A" w:rsidRDefault="00BE7D1A" w:rsidP="00A82E02">
      <w:pPr>
        <w:pStyle w:val="a8"/>
        <w:rPr>
          <w:rFonts w:ascii="Times New Roman" w:hAnsi="Times New Roman" w:cs="Times New Roman"/>
          <w:b/>
          <w:bCs/>
          <w:sz w:val="32"/>
          <w:szCs w:val="32"/>
          <w:lang w:val="kk-KZ" w:eastAsia="ru-RU"/>
        </w:rPr>
      </w:pPr>
    </w:p>
    <w:p w14:paraId="0BC37BFE" w14:textId="77777777" w:rsidR="00F060A1" w:rsidRPr="00A82E02" w:rsidRDefault="00F060A1" w:rsidP="00A82E02">
      <w:pPr>
        <w:pStyle w:val="a8"/>
        <w:rPr>
          <w:rFonts w:ascii="Times New Roman" w:hAnsi="Times New Roman" w:cs="Times New Roman"/>
          <w:b/>
          <w:bCs/>
          <w:sz w:val="32"/>
          <w:szCs w:val="32"/>
          <w:lang w:val="kk-KZ" w:eastAsia="ru-RU"/>
        </w:rPr>
      </w:pPr>
    </w:p>
    <w:p w14:paraId="4B367DAC" w14:textId="77777777" w:rsidR="00BE7D1A" w:rsidRPr="00414A67" w:rsidRDefault="00BE7D1A" w:rsidP="00E82EC0">
      <w:pPr>
        <w:pStyle w:val="a8"/>
        <w:jc w:val="center"/>
        <w:rPr>
          <w:rFonts w:ascii="Times New Roman" w:hAnsi="Times New Roman" w:cs="Times New Roman"/>
          <w:b/>
          <w:bCs/>
          <w:sz w:val="32"/>
          <w:szCs w:val="32"/>
          <w:lang w:val="kk-KZ" w:eastAsia="ru-RU"/>
        </w:rPr>
      </w:pPr>
    </w:p>
    <w:p w14:paraId="0A2B4154" w14:textId="45AE4FC1" w:rsidR="007B1EE4" w:rsidRPr="00414A67" w:rsidRDefault="007B1EE4" w:rsidP="00E82EC0">
      <w:pPr>
        <w:pStyle w:val="a8"/>
        <w:jc w:val="center"/>
        <w:rPr>
          <w:rFonts w:ascii="Times New Roman" w:hAnsi="Times New Roman" w:cs="Times New Roman"/>
          <w:b/>
          <w:sz w:val="32"/>
          <w:szCs w:val="32"/>
          <w:lang w:val="kk-KZ" w:eastAsia="ru-RU"/>
        </w:rPr>
      </w:pPr>
      <w:r w:rsidRPr="00414A67">
        <w:rPr>
          <w:rFonts w:ascii="Times New Roman" w:hAnsi="Times New Roman" w:cs="Times New Roman"/>
          <w:b/>
          <w:bCs/>
          <w:sz w:val="32"/>
          <w:szCs w:val="32"/>
          <w:lang w:val="kk-KZ" w:eastAsia="ru-RU"/>
        </w:rPr>
        <w:lastRenderedPageBreak/>
        <w:t>VI</w:t>
      </w:r>
      <w:r w:rsidRPr="00414A67">
        <w:rPr>
          <w:rFonts w:ascii="Times New Roman" w:hAnsi="Times New Roman" w:cs="Times New Roman"/>
          <w:b/>
          <w:sz w:val="32"/>
          <w:szCs w:val="32"/>
          <w:lang w:val="kk-KZ" w:eastAsia="ru-RU"/>
        </w:rPr>
        <w:t>. Оқу-материалдық активтер</w:t>
      </w:r>
    </w:p>
    <w:p w14:paraId="0A299E2C" w14:textId="77777777" w:rsidR="00E82EC0" w:rsidRPr="00414A67" w:rsidRDefault="00E82EC0" w:rsidP="00E82EC0">
      <w:pPr>
        <w:pStyle w:val="a8"/>
        <w:jc w:val="center"/>
        <w:rPr>
          <w:rFonts w:ascii="Times New Roman" w:hAnsi="Times New Roman" w:cs="Times New Roman"/>
          <w:b/>
          <w:sz w:val="32"/>
          <w:szCs w:val="32"/>
          <w:lang w:val="kk-KZ" w:eastAsia="ru-RU"/>
        </w:rPr>
      </w:pPr>
    </w:p>
    <w:p w14:paraId="176BEDDF" w14:textId="06F7162D" w:rsidR="00E82EC0" w:rsidRPr="00E82EC0" w:rsidRDefault="00E82EC0" w:rsidP="00E82EC0">
      <w:pPr>
        <w:pStyle w:val="TableParagraph"/>
        <w:spacing w:line="301" w:lineRule="exact"/>
        <w:jc w:val="both"/>
        <w:rPr>
          <w:bCs/>
          <w:i/>
          <w:iCs/>
          <w:sz w:val="28"/>
          <w:szCs w:val="28"/>
          <w:lang w:val="kk-KZ"/>
        </w:rPr>
      </w:pPr>
      <w:r w:rsidRPr="00E82EC0">
        <w:rPr>
          <w:b/>
          <w:sz w:val="28"/>
          <w:szCs w:val="28"/>
          <w:lang w:val="kk-KZ"/>
        </w:rPr>
        <w:t>1</w:t>
      </w:r>
      <w:r w:rsidRPr="00E82EC0">
        <w:rPr>
          <w:sz w:val="28"/>
          <w:szCs w:val="28"/>
          <w:lang w:val="kk-KZ"/>
        </w:rPr>
        <w:t xml:space="preserve">) </w:t>
      </w:r>
      <w:r>
        <w:rPr>
          <w:b/>
          <w:sz w:val="28"/>
          <w:lang w:val="kk-KZ"/>
        </w:rPr>
        <w:t xml:space="preserve">Бастауыш, негізгі. орта және жалпы орта білім беру ұйымдарының білім беру қызметіне қойылатын біліктілік талаптарын және олардың сәйкестігін растайтын құжаттар тізбесі. </w:t>
      </w:r>
    </w:p>
    <w:p w14:paraId="3B51E252" w14:textId="77777777" w:rsidR="00E82EC0" w:rsidRPr="00E82EC0" w:rsidRDefault="00E82EC0" w:rsidP="00E82EC0">
      <w:pPr>
        <w:pStyle w:val="TableParagraph"/>
        <w:spacing w:line="301" w:lineRule="exact"/>
        <w:jc w:val="both"/>
        <w:rPr>
          <w:bCs/>
          <w:i/>
          <w:iCs/>
          <w:sz w:val="28"/>
          <w:szCs w:val="28"/>
          <w:lang w:val="kk-KZ"/>
        </w:rPr>
      </w:pPr>
    </w:p>
    <w:p w14:paraId="4F642F17" w14:textId="77777777" w:rsidR="00E82EC0" w:rsidRPr="00E82EC0" w:rsidRDefault="00E82EC0" w:rsidP="00E82EC0">
      <w:pPr>
        <w:pStyle w:val="TableParagraph"/>
        <w:spacing w:line="301" w:lineRule="exact"/>
        <w:ind w:firstLine="708"/>
        <w:jc w:val="both"/>
        <w:rPr>
          <w:bCs/>
          <w:sz w:val="28"/>
          <w:szCs w:val="28"/>
          <w:lang w:val="kk-KZ"/>
        </w:rPr>
      </w:pPr>
      <w:r w:rsidRPr="00E82EC0">
        <w:rPr>
          <w:bCs/>
          <w:sz w:val="28"/>
          <w:szCs w:val="28"/>
          <w:lang w:val="kk-KZ"/>
        </w:rPr>
        <w:t>№14 мектеп-гимназиясыны Қарағанды қаласы, Бирюзова көшесі 22А құрылыста орналасқан. Газоблоктан салынған, А және Б блоктары  3 қабатты, В блогы 2 қабатты ғимарат.  Қолданысқа берілген  уақыты – 30.12.2021 жыл.  Жобалық қуаттылығы – 600 орын.  Оқу-тәрбиелік процестерді ұйымдастыруға арналған  жалпы аумағы -9666,3 кв.м, оқу-пайдалы аумағы - 7002,1 кв.м.</w:t>
      </w:r>
    </w:p>
    <w:p w14:paraId="3BCB8E7F" w14:textId="526E98D8" w:rsidR="00E82EC0" w:rsidRPr="00E82EC0" w:rsidRDefault="00E82EC0" w:rsidP="00E82EC0">
      <w:pPr>
        <w:pStyle w:val="TableParagraph"/>
        <w:spacing w:line="301" w:lineRule="exact"/>
        <w:ind w:firstLine="708"/>
        <w:jc w:val="both"/>
        <w:rPr>
          <w:bCs/>
          <w:sz w:val="28"/>
          <w:szCs w:val="28"/>
          <w:lang w:val="kk-KZ"/>
        </w:rPr>
      </w:pPr>
      <w:r w:rsidRPr="00E82EC0">
        <w:rPr>
          <w:bCs/>
          <w:sz w:val="28"/>
          <w:szCs w:val="28"/>
          <w:lang w:val="kk-KZ"/>
        </w:rPr>
        <w:t>Мектеп 30.12.2021 - 30.12.2026 жылға дейін кепілдікте (гарантия) болғандықтан құрылыс-жөндеу жұмыстары жүргізілген жоқ.</w:t>
      </w:r>
    </w:p>
    <w:p w14:paraId="0B267069" w14:textId="18CFE677" w:rsidR="00E82EC0" w:rsidRPr="00E82EC0" w:rsidRDefault="00E82EC0" w:rsidP="00E82EC0">
      <w:pPr>
        <w:pStyle w:val="TableParagraph"/>
        <w:spacing w:line="301" w:lineRule="exact"/>
        <w:jc w:val="both"/>
        <w:rPr>
          <w:bCs/>
          <w:sz w:val="28"/>
          <w:szCs w:val="28"/>
          <w:lang w:val="kk-KZ"/>
        </w:rPr>
      </w:pPr>
      <w:r>
        <w:rPr>
          <w:bCs/>
          <w:sz w:val="28"/>
          <w:szCs w:val="28"/>
          <w:lang w:val="kk-KZ"/>
        </w:rPr>
        <w:t xml:space="preserve">         </w:t>
      </w:r>
      <w:r w:rsidRPr="00E82EC0">
        <w:rPr>
          <w:bCs/>
          <w:sz w:val="28"/>
          <w:szCs w:val="28"/>
          <w:lang w:val="kk-KZ"/>
        </w:rPr>
        <w:t>«Жер учаскесін беру туралы»  Қарағанды қаласы әкімдігінің 27.05.2021 жылғы №38/36 қаулысы,   01.06.2021 ж. «Жер учаскесін беру туралы Қарағанды қаласы әкімдігінің  2021 жылғым 27 мамырдағы №38/36 қаулысына өзгеріс енгізу туралы» № 46/54 қаулысы</w:t>
      </w:r>
      <w:r w:rsidR="00D02630">
        <w:rPr>
          <w:bCs/>
          <w:sz w:val="28"/>
          <w:szCs w:val="28"/>
          <w:lang w:val="kk-KZ"/>
        </w:rPr>
        <w:t>,</w:t>
      </w:r>
      <w:r w:rsidRPr="00E82EC0">
        <w:rPr>
          <w:bCs/>
          <w:sz w:val="28"/>
          <w:szCs w:val="28"/>
          <w:lang w:val="kk-KZ"/>
        </w:rPr>
        <w:t xml:space="preserve"> «Жер учаскесін беру туралы» 09.08.2022 жылғы 38/01 қаулысы</w:t>
      </w:r>
    </w:p>
    <w:p w14:paraId="615A8B34" w14:textId="57CA7001" w:rsidR="00E82EC0" w:rsidRPr="00F67FE2" w:rsidRDefault="00E82EC0" w:rsidP="00E82EC0">
      <w:pPr>
        <w:pStyle w:val="TableParagraph"/>
        <w:spacing w:line="301" w:lineRule="exact"/>
        <w:jc w:val="both"/>
        <w:rPr>
          <w:lang w:val="kk-KZ"/>
        </w:rPr>
      </w:pPr>
    </w:p>
    <w:p w14:paraId="699B3F00" w14:textId="77777777" w:rsidR="00E82EC0" w:rsidRPr="00E82EC0" w:rsidRDefault="00E82EC0" w:rsidP="00E82EC0">
      <w:pPr>
        <w:pStyle w:val="TableParagraph"/>
        <w:spacing w:line="301" w:lineRule="exact"/>
        <w:jc w:val="both"/>
        <w:rPr>
          <w:bCs/>
          <w:i/>
          <w:iCs/>
          <w:sz w:val="28"/>
          <w:szCs w:val="28"/>
          <w:highlight w:val="yellow"/>
          <w:lang w:val="kk-KZ"/>
        </w:rPr>
      </w:pPr>
    </w:p>
    <w:p w14:paraId="03CCDF89" w14:textId="77777777" w:rsidR="00E82EC0" w:rsidRPr="00E82EC0" w:rsidRDefault="00E82EC0" w:rsidP="00E82EC0">
      <w:pPr>
        <w:pStyle w:val="TableParagraph"/>
        <w:spacing w:line="301" w:lineRule="exact"/>
        <w:jc w:val="both"/>
        <w:rPr>
          <w:bCs/>
          <w:sz w:val="28"/>
          <w:szCs w:val="28"/>
          <w:lang w:val="kk-KZ"/>
        </w:rPr>
      </w:pPr>
      <w:r w:rsidRPr="00E82EC0">
        <w:rPr>
          <w:bCs/>
          <w:sz w:val="28"/>
          <w:szCs w:val="28"/>
          <w:lang w:val="kk-KZ"/>
        </w:rPr>
        <w:t xml:space="preserve">Қарағанды облыс білім басқармасының Қарағанды қаласы білім бөлімінің «№14 мектеп-гимназиясы» КММ мекемесін құру туралы» Қарағанды облысы әкімдігінің  2022 жылғы 16 маусымдағы  №38/03  қаулысы. </w:t>
      </w:r>
    </w:p>
    <w:p w14:paraId="0B0155EC" w14:textId="0FA7E8F1" w:rsidR="00D02630" w:rsidRDefault="00D02630" w:rsidP="00E82EC0">
      <w:pPr>
        <w:pStyle w:val="TableParagraph"/>
        <w:spacing w:line="301" w:lineRule="exact"/>
        <w:jc w:val="both"/>
        <w:rPr>
          <w:b/>
          <w:bCs/>
          <w:sz w:val="24"/>
          <w:szCs w:val="24"/>
          <w:lang w:val="kk-KZ"/>
        </w:rPr>
      </w:pPr>
    </w:p>
    <w:p w14:paraId="04AFA65B" w14:textId="77777777" w:rsidR="00757784" w:rsidRPr="00D02630" w:rsidRDefault="00757784" w:rsidP="00E82EC0">
      <w:pPr>
        <w:pStyle w:val="TableParagraph"/>
        <w:spacing w:line="301" w:lineRule="exact"/>
        <w:jc w:val="both"/>
        <w:rPr>
          <w:b/>
          <w:bCs/>
          <w:sz w:val="24"/>
          <w:szCs w:val="24"/>
          <w:highlight w:val="yellow"/>
          <w:lang w:val="kk-KZ"/>
        </w:rPr>
      </w:pPr>
    </w:p>
    <w:p w14:paraId="0CEEF1AF" w14:textId="77777777" w:rsidR="00E82EC0" w:rsidRPr="00E82EC0" w:rsidRDefault="00E82EC0" w:rsidP="00E82EC0">
      <w:pPr>
        <w:pStyle w:val="af"/>
        <w:spacing w:before="0" w:beforeAutospacing="0" w:after="0" w:afterAutospacing="0"/>
        <w:jc w:val="both"/>
        <w:rPr>
          <w:sz w:val="28"/>
          <w:szCs w:val="28"/>
          <w:lang w:val="kk-KZ"/>
        </w:rPr>
      </w:pPr>
      <w:r w:rsidRPr="00E82EC0">
        <w:rPr>
          <w:rStyle w:val="af0"/>
          <w:sz w:val="28"/>
          <w:szCs w:val="28"/>
          <w:lang w:val="kk-KZ"/>
        </w:rPr>
        <w:t xml:space="preserve">Объектіні пайдалануға қабылдау актісі            </w:t>
      </w:r>
    </w:p>
    <w:p w14:paraId="45BA7F13" w14:textId="77777777" w:rsidR="00E82EC0" w:rsidRPr="00E82EC0" w:rsidRDefault="00E82EC0" w:rsidP="00E82EC0">
      <w:pPr>
        <w:pStyle w:val="af"/>
        <w:spacing w:before="0" w:beforeAutospacing="0" w:after="0" w:afterAutospacing="0"/>
        <w:ind w:firstLine="708"/>
        <w:jc w:val="both"/>
        <w:rPr>
          <w:sz w:val="28"/>
          <w:szCs w:val="28"/>
          <w:lang w:val="kk-KZ"/>
        </w:rPr>
      </w:pPr>
      <w:r w:rsidRPr="00E82EC0">
        <w:rPr>
          <w:sz w:val="28"/>
          <w:szCs w:val="28"/>
          <w:lang w:val="kk-KZ"/>
        </w:rPr>
        <w:t xml:space="preserve">Нысан Қазақстан Республикасы Инвестициялар және даму министрінің 2017 жылғы 24 сәуірдегі №234 бұйрығымен бекітілген. </w:t>
      </w:r>
    </w:p>
    <w:p w14:paraId="1EA9C4BA" w14:textId="77777777" w:rsidR="00E82EC0" w:rsidRPr="00E82EC0" w:rsidRDefault="00E82EC0" w:rsidP="00E82EC0">
      <w:pPr>
        <w:pStyle w:val="af"/>
        <w:spacing w:before="0" w:beforeAutospacing="0" w:after="0" w:afterAutospacing="0"/>
        <w:ind w:firstLine="708"/>
        <w:jc w:val="both"/>
        <w:rPr>
          <w:rStyle w:val="af0"/>
          <w:sz w:val="28"/>
          <w:szCs w:val="28"/>
          <w:lang w:val="kk-KZ"/>
        </w:rPr>
      </w:pPr>
      <w:r w:rsidRPr="00E82EC0">
        <w:rPr>
          <w:rStyle w:val="af0"/>
          <w:sz w:val="28"/>
          <w:szCs w:val="28"/>
          <w:lang w:val="kk-KZ"/>
        </w:rPr>
        <w:t>Акт жасалған күн: 2021 жылғы 30 желтоқсан.</w:t>
      </w:r>
    </w:p>
    <w:p w14:paraId="71ECCD0A" w14:textId="77777777" w:rsidR="00E82EC0" w:rsidRPr="00E82EC0" w:rsidRDefault="00E82EC0" w:rsidP="00E82EC0">
      <w:pPr>
        <w:pStyle w:val="af"/>
        <w:spacing w:before="0" w:beforeAutospacing="0" w:after="0" w:afterAutospacing="0"/>
        <w:ind w:firstLine="708"/>
        <w:jc w:val="both"/>
        <w:rPr>
          <w:sz w:val="28"/>
          <w:szCs w:val="28"/>
          <w:lang w:val="kk-KZ"/>
        </w:rPr>
      </w:pPr>
      <w:r w:rsidRPr="00E82EC0">
        <w:rPr>
          <w:sz w:val="28"/>
          <w:szCs w:val="28"/>
          <w:lang w:val="kk-KZ"/>
        </w:rPr>
        <w:t xml:space="preserve"> </w:t>
      </w:r>
      <w:r w:rsidRPr="00E82EC0">
        <w:rPr>
          <w:rStyle w:val="af0"/>
          <w:sz w:val="28"/>
          <w:szCs w:val="28"/>
          <w:lang w:val="kk-KZ"/>
        </w:rPr>
        <w:t>Тапсырыс беруші:</w:t>
      </w:r>
      <w:r w:rsidRPr="00E82EC0">
        <w:rPr>
          <w:sz w:val="28"/>
          <w:szCs w:val="28"/>
          <w:lang w:val="kk-KZ"/>
        </w:rPr>
        <w:t xml:space="preserve"> «Қарағанды облысының құрылыс, сәулет және қала құрылысы басқармасы» мемлекеттік мекемесі. БСН: 060140010813.</w:t>
      </w:r>
    </w:p>
    <w:p w14:paraId="2482DEB0" w14:textId="77777777" w:rsidR="00E82EC0" w:rsidRPr="00E82EC0" w:rsidRDefault="00E82EC0" w:rsidP="00E82EC0">
      <w:pPr>
        <w:pStyle w:val="af"/>
        <w:spacing w:before="0" w:beforeAutospacing="0" w:after="0" w:afterAutospacing="0"/>
        <w:jc w:val="both"/>
        <w:rPr>
          <w:sz w:val="28"/>
          <w:szCs w:val="28"/>
          <w:lang w:val="kk-KZ"/>
        </w:rPr>
      </w:pPr>
      <w:r w:rsidRPr="00E82EC0">
        <w:rPr>
          <w:rStyle w:val="af0"/>
          <w:sz w:val="28"/>
          <w:szCs w:val="28"/>
          <w:lang w:val="kk-KZ"/>
        </w:rPr>
        <w:t>Негіздеме:</w:t>
      </w:r>
      <w:r w:rsidRPr="00E82EC0">
        <w:rPr>
          <w:sz w:val="28"/>
          <w:szCs w:val="28"/>
          <w:lang w:val="kk-KZ"/>
        </w:rPr>
        <w:t xml:space="preserve"> 2021 жылғы 29 желтоқсандағы сәйкестік туралы декларация (қоса беріледі).</w:t>
      </w:r>
    </w:p>
    <w:p w14:paraId="4BA5C8B3" w14:textId="77777777" w:rsidR="00E82EC0" w:rsidRPr="00E82EC0" w:rsidRDefault="00E82EC0" w:rsidP="00E82EC0">
      <w:pPr>
        <w:pStyle w:val="af"/>
        <w:spacing w:before="0" w:beforeAutospacing="0" w:after="0" w:afterAutospacing="0"/>
        <w:jc w:val="both"/>
        <w:rPr>
          <w:sz w:val="28"/>
          <w:szCs w:val="28"/>
          <w:lang w:val="kk-KZ"/>
        </w:rPr>
      </w:pPr>
      <w:r w:rsidRPr="00E82EC0">
        <w:rPr>
          <w:rStyle w:val="af0"/>
          <w:sz w:val="28"/>
          <w:szCs w:val="28"/>
          <w:lang w:val="kk-KZ"/>
        </w:rPr>
        <w:t>Генеральный  подрядчик:</w:t>
      </w:r>
      <w:r w:rsidRPr="00E82EC0">
        <w:rPr>
          <w:sz w:val="28"/>
          <w:szCs w:val="28"/>
          <w:lang w:val="kk-KZ"/>
        </w:rPr>
        <w:t xml:space="preserve"> «Казстройподряд» жауапкершілігі шектеулі серіктестігі, Ағалай Хикмет.</w:t>
      </w:r>
    </w:p>
    <w:p w14:paraId="32114ECC" w14:textId="77777777" w:rsidR="00E82EC0" w:rsidRPr="00E82EC0" w:rsidRDefault="00E82EC0" w:rsidP="00E82EC0">
      <w:pPr>
        <w:pStyle w:val="af"/>
        <w:spacing w:before="0" w:beforeAutospacing="0" w:after="0" w:afterAutospacing="0"/>
        <w:jc w:val="both"/>
        <w:rPr>
          <w:sz w:val="28"/>
          <w:szCs w:val="28"/>
          <w:lang w:val="kk-KZ"/>
        </w:rPr>
      </w:pPr>
      <w:r w:rsidRPr="00E82EC0">
        <w:rPr>
          <w:sz w:val="28"/>
          <w:szCs w:val="28"/>
          <w:lang w:val="kk-KZ"/>
        </w:rPr>
        <w:t>Мекенжайы: Нұр-Сұлтан қаласы, Алматы ауданы, Қаныш Сәтбаев көшесі, 20/1, тұрғын емес үй-жай №5. БСН: 050540001531. Қол қойылған күні: 2022 жылғы 3 маусым.</w:t>
      </w:r>
    </w:p>
    <w:p w14:paraId="34729409" w14:textId="63D1F134" w:rsidR="00E82EC0" w:rsidRDefault="00E82EC0" w:rsidP="00E82EC0">
      <w:pPr>
        <w:pStyle w:val="TableParagraph"/>
        <w:spacing w:line="301" w:lineRule="exact"/>
        <w:jc w:val="both"/>
        <w:rPr>
          <w:bCs/>
          <w:sz w:val="28"/>
          <w:szCs w:val="28"/>
          <w:highlight w:val="yellow"/>
          <w:lang w:val="kk-KZ"/>
        </w:rPr>
      </w:pPr>
    </w:p>
    <w:p w14:paraId="2AA5F383" w14:textId="77777777" w:rsidR="00E82EC0" w:rsidRPr="00E82EC0" w:rsidRDefault="00E82EC0" w:rsidP="00E82EC0">
      <w:pPr>
        <w:pStyle w:val="TableParagraph"/>
        <w:spacing w:line="301" w:lineRule="exact"/>
        <w:jc w:val="both"/>
        <w:rPr>
          <w:b/>
          <w:sz w:val="28"/>
          <w:szCs w:val="28"/>
          <w:lang w:val="kk-KZ"/>
        </w:rPr>
      </w:pPr>
    </w:p>
    <w:p w14:paraId="3B7BC50D" w14:textId="77777777" w:rsidR="00E82EC0" w:rsidRPr="00E82EC0" w:rsidRDefault="00E82EC0" w:rsidP="00E82EC0">
      <w:pPr>
        <w:pStyle w:val="TableParagraph"/>
        <w:spacing w:line="301" w:lineRule="exact"/>
        <w:jc w:val="both"/>
        <w:rPr>
          <w:bCs/>
          <w:i/>
          <w:iCs/>
          <w:sz w:val="28"/>
          <w:szCs w:val="28"/>
          <w:lang w:val="kk-KZ"/>
        </w:rPr>
      </w:pPr>
      <w:r w:rsidRPr="00E82EC0">
        <w:rPr>
          <w:b/>
          <w:sz w:val="28"/>
          <w:szCs w:val="28"/>
          <w:lang w:val="kk-KZ"/>
        </w:rPr>
        <w:t>«№14 мектеп-гимназиясы» КММ техникалық паспорты</w:t>
      </w:r>
    </w:p>
    <w:p w14:paraId="323DE56A" w14:textId="13697F66" w:rsidR="00E82EC0" w:rsidRDefault="00E82EC0" w:rsidP="00E82EC0">
      <w:pPr>
        <w:pStyle w:val="TableParagraph"/>
        <w:spacing w:line="301" w:lineRule="exact"/>
        <w:ind w:firstLine="708"/>
        <w:jc w:val="both"/>
        <w:rPr>
          <w:bCs/>
          <w:i/>
          <w:iCs/>
          <w:sz w:val="28"/>
          <w:szCs w:val="28"/>
          <w:lang w:val="kk-KZ"/>
        </w:rPr>
      </w:pPr>
    </w:p>
    <w:p w14:paraId="00EAC887" w14:textId="77777777" w:rsidR="00757784" w:rsidRDefault="00757784" w:rsidP="00D02630">
      <w:pPr>
        <w:pStyle w:val="TableParagraph"/>
        <w:spacing w:line="301" w:lineRule="exact"/>
        <w:rPr>
          <w:b/>
          <w:bCs/>
          <w:sz w:val="24"/>
          <w:szCs w:val="24"/>
          <w:lang w:val="kk-KZ"/>
        </w:rPr>
      </w:pPr>
    </w:p>
    <w:p w14:paraId="37F4CD65" w14:textId="2F05424C" w:rsidR="007174E2" w:rsidRDefault="007174E2" w:rsidP="00D02630">
      <w:pPr>
        <w:pStyle w:val="TableParagraph"/>
        <w:spacing w:line="301" w:lineRule="exact"/>
        <w:rPr>
          <w:b/>
          <w:bCs/>
          <w:sz w:val="28"/>
          <w:szCs w:val="28"/>
          <w:lang w:val="kk-KZ"/>
        </w:rPr>
      </w:pPr>
      <w:r w:rsidRPr="007174E2">
        <w:rPr>
          <w:b/>
          <w:bCs/>
          <w:sz w:val="28"/>
          <w:szCs w:val="28"/>
          <w:lang w:val="kk-KZ"/>
        </w:rPr>
        <w:t>9-қосымша</w:t>
      </w:r>
    </w:p>
    <w:p w14:paraId="77CD3BCB" w14:textId="77777777" w:rsidR="00757784" w:rsidRPr="007174E2" w:rsidRDefault="00757784" w:rsidP="00D02630">
      <w:pPr>
        <w:pStyle w:val="TableParagraph"/>
        <w:spacing w:line="301" w:lineRule="exact"/>
        <w:rPr>
          <w:b/>
          <w:bCs/>
          <w:sz w:val="28"/>
          <w:szCs w:val="28"/>
          <w:lang w:val="kk-KZ"/>
        </w:rPr>
      </w:pPr>
    </w:p>
    <w:p w14:paraId="51169236" w14:textId="77777777" w:rsidR="00757784" w:rsidRPr="00D02630" w:rsidRDefault="00757784" w:rsidP="00D02630">
      <w:pPr>
        <w:pStyle w:val="TableParagraph"/>
        <w:spacing w:line="301" w:lineRule="exact"/>
        <w:rPr>
          <w:b/>
          <w:bCs/>
          <w:sz w:val="24"/>
          <w:szCs w:val="24"/>
          <w:lang w:val="kk-KZ"/>
        </w:rPr>
      </w:pPr>
    </w:p>
    <w:p w14:paraId="3855BE6B" w14:textId="0EC90A15" w:rsidR="00E82EC0" w:rsidRDefault="00E82EC0" w:rsidP="00E82EC0">
      <w:pPr>
        <w:pStyle w:val="TableParagraph"/>
        <w:spacing w:line="301" w:lineRule="exact"/>
        <w:jc w:val="both"/>
        <w:rPr>
          <w:b/>
          <w:bCs/>
          <w:iCs/>
          <w:sz w:val="28"/>
          <w:szCs w:val="28"/>
          <w:lang w:val="kk-KZ"/>
        </w:rPr>
      </w:pPr>
      <w:r w:rsidRPr="000C34B8">
        <w:rPr>
          <w:b/>
          <w:iCs/>
          <w:sz w:val="28"/>
          <w:szCs w:val="28"/>
          <w:lang w:val="kk-KZ"/>
        </w:rPr>
        <w:t xml:space="preserve">Материалдық-қаржылық активтердің болуы </w:t>
      </w:r>
      <w:r w:rsidRPr="000C34B8">
        <w:rPr>
          <w:b/>
          <w:bCs/>
          <w:iCs/>
          <w:sz w:val="28"/>
          <w:szCs w:val="28"/>
          <w:lang w:val="kk-KZ"/>
        </w:rPr>
        <w:t xml:space="preserve">(меншік, шаруашылық жүргізу немесе жедел басқару немесе сенімгерлік басқару құқығында тиесілі), </w:t>
      </w:r>
      <w:r w:rsidRPr="000C34B8">
        <w:rPr>
          <w:b/>
          <w:bCs/>
          <w:iCs/>
          <w:sz w:val="28"/>
          <w:szCs w:val="28"/>
          <w:lang w:val="kk-KZ"/>
        </w:rPr>
        <w:lastRenderedPageBreak/>
        <w:t>материалдық акт</w:t>
      </w:r>
      <w:r w:rsidR="000C34B8">
        <w:rPr>
          <w:b/>
          <w:bCs/>
          <w:iCs/>
          <w:sz w:val="28"/>
          <w:szCs w:val="28"/>
          <w:lang w:val="kk-KZ"/>
        </w:rPr>
        <w:t>ивтерді жалдау туралы.</w:t>
      </w:r>
    </w:p>
    <w:p w14:paraId="51948F09" w14:textId="77777777" w:rsidR="000C34B8" w:rsidRPr="000C34B8" w:rsidRDefault="000C34B8" w:rsidP="00E82EC0">
      <w:pPr>
        <w:pStyle w:val="TableParagraph"/>
        <w:spacing w:line="301" w:lineRule="exact"/>
        <w:jc w:val="both"/>
        <w:rPr>
          <w:b/>
          <w:bCs/>
          <w:i/>
          <w:iCs/>
          <w:sz w:val="28"/>
          <w:szCs w:val="28"/>
          <w:lang w:val="kk-KZ"/>
        </w:rPr>
      </w:pPr>
    </w:p>
    <w:p w14:paraId="07DEAA66" w14:textId="77777777" w:rsidR="00E82EC0" w:rsidRPr="00E82EC0" w:rsidRDefault="00E82EC0" w:rsidP="00E82EC0">
      <w:pPr>
        <w:pStyle w:val="Default"/>
        <w:ind w:firstLine="708"/>
        <w:jc w:val="both"/>
        <w:rPr>
          <w:sz w:val="28"/>
          <w:szCs w:val="28"/>
          <w:lang w:val="kk-KZ"/>
        </w:rPr>
      </w:pPr>
      <w:r w:rsidRPr="00E82EC0">
        <w:rPr>
          <w:sz w:val="28"/>
          <w:szCs w:val="28"/>
          <w:lang w:val="kk-KZ"/>
        </w:rPr>
        <w:t>Қызмет көрсету туралы  шарт №2   01.09.2024 ж; №2 21.01.2025 ж;  №220740002869/260001/00 01.05. 2026 жылы   «Тапсырыс беруші» Қарағанды облысы білім басқармасының Қарағанды қаласы білім бөлімінің "№14 мектеп-гимназиясы" коммуналдық мемлекеттік мекемесі, басшысы Аринов О.С,  «Қызмет беруші» деп аталынатын «ЖК Калимбетов» басшы Д.Ж.Калимбетов  арасында шарт жасалған, қол қойылған.</w:t>
      </w:r>
    </w:p>
    <w:p w14:paraId="043BB6BE" w14:textId="77777777" w:rsidR="00E82EC0" w:rsidRPr="00E82EC0" w:rsidRDefault="00E82EC0" w:rsidP="00E82EC0">
      <w:pPr>
        <w:ind w:firstLine="708"/>
        <w:jc w:val="both"/>
        <w:rPr>
          <w:sz w:val="28"/>
          <w:szCs w:val="28"/>
          <w:lang w:val="kk-KZ" w:eastAsia="ru-RU"/>
        </w:rPr>
      </w:pPr>
      <w:r w:rsidRPr="00E82EC0">
        <w:rPr>
          <w:sz w:val="28"/>
          <w:szCs w:val="28"/>
          <w:lang w:val="kk-KZ" w:eastAsia="ru-RU"/>
        </w:rPr>
        <w:t>Мектепте білім алушылардың сапалы, қауіпсіз және ашық тамақтандырылуын ұйымдастыру жұмыстары талапқа сай жүйелі түрде қамтамасыз етілген. Оқушыларды ыстық тамақпен қамтамасыз етуге арналған 200 орындық асхана жұмыс істейді. Оқушылардың салауатты және толыққанды тамақтануы үшін барлық қажетті жағдайлар жасалған.</w:t>
      </w:r>
    </w:p>
    <w:p w14:paraId="01DE4688" w14:textId="77777777" w:rsidR="00E82EC0" w:rsidRPr="00E82EC0" w:rsidRDefault="00E82EC0" w:rsidP="00E82EC0">
      <w:pPr>
        <w:ind w:firstLine="360"/>
        <w:jc w:val="both"/>
        <w:rPr>
          <w:sz w:val="28"/>
          <w:szCs w:val="28"/>
          <w:lang w:val="kk-KZ" w:eastAsia="ru-RU"/>
        </w:rPr>
      </w:pPr>
      <w:r w:rsidRPr="00E82EC0">
        <w:rPr>
          <w:sz w:val="28"/>
          <w:szCs w:val="28"/>
          <w:lang w:val="kk-KZ" w:eastAsia="ru-RU"/>
        </w:rPr>
        <w:t>Күн сайын бекітілген кестеге сәйкес төмендегідей санаттағы балалар тамақпен қамтылады:</w:t>
      </w:r>
    </w:p>
    <w:p w14:paraId="47448907" w14:textId="77777777" w:rsidR="00E82EC0" w:rsidRPr="00E82EC0" w:rsidRDefault="00E82EC0" w:rsidP="00C427A3">
      <w:pPr>
        <w:widowControl/>
        <w:numPr>
          <w:ilvl w:val="0"/>
          <w:numId w:val="14"/>
        </w:numPr>
        <w:autoSpaceDE/>
        <w:autoSpaceDN/>
        <w:jc w:val="both"/>
        <w:rPr>
          <w:sz w:val="28"/>
          <w:szCs w:val="28"/>
          <w:lang w:val="kk-KZ" w:eastAsia="ru-RU"/>
        </w:rPr>
      </w:pPr>
      <w:r w:rsidRPr="00E82EC0">
        <w:rPr>
          <w:b/>
          <w:bCs/>
          <w:sz w:val="28"/>
          <w:szCs w:val="28"/>
          <w:lang w:val="kk-KZ" w:eastAsia="ru-RU"/>
        </w:rPr>
        <w:t>1–4 сынып аралығындағы 514 оқушы</w:t>
      </w:r>
      <w:r w:rsidRPr="00E82EC0">
        <w:rPr>
          <w:sz w:val="28"/>
          <w:szCs w:val="28"/>
          <w:lang w:val="kk-KZ" w:eastAsia="ru-RU"/>
        </w:rPr>
        <w:t xml:space="preserve">  – тегін ыстық тамақпен қамтылған;</w:t>
      </w:r>
    </w:p>
    <w:p w14:paraId="2B499F2C" w14:textId="77777777" w:rsidR="00E82EC0" w:rsidRPr="00E82EC0" w:rsidRDefault="00E82EC0" w:rsidP="00C427A3">
      <w:pPr>
        <w:widowControl/>
        <w:numPr>
          <w:ilvl w:val="0"/>
          <w:numId w:val="14"/>
        </w:numPr>
        <w:autoSpaceDE/>
        <w:autoSpaceDN/>
        <w:jc w:val="both"/>
        <w:rPr>
          <w:sz w:val="28"/>
          <w:szCs w:val="28"/>
          <w:lang w:val="kk-KZ" w:eastAsia="ru-RU"/>
        </w:rPr>
      </w:pPr>
      <w:r w:rsidRPr="00E82EC0">
        <w:rPr>
          <w:b/>
          <w:bCs/>
          <w:sz w:val="28"/>
          <w:szCs w:val="28"/>
          <w:lang w:val="kk-KZ" w:eastAsia="ru-RU"/>
        </w:rPr>
        <w:t>5–11 сынып аралығындағы 9 оқушы</w:t>
      </w:r>
      <w:r w:rsidRPr="00E82EC0">
        <w:rPr>
          <w:sz w:val="28"/>
          <w:szCs w:val="28"/>
          <w:lang w:val="kk-KZ" w:eastAsia="ru-RU"/>
        </w:rPr>
        <w:t xml:space="preserve"> – Қазақстан Республикасы Үкіметінің 2008 жылғы 25 қаңтардағы № 64 Қаулысы негізінде ата-аналардың өтініші бойынша жалпы оқу қорынан тегін тамақтанады;</w:t>
      </w:r>
    </w:p>
    <w:p w14:paraId="426C2C5B" w14:textId="77777777" w:rsidR="00E82EC0" w:rsidRPr="00E82EC0" w:rsidRDefault="00E82EC0" w:rsidP="00C427A3">
      <w:pPr>
        <w:widowControl/>
        <w:numPr>
          <w:ilvl w:val="0"/>
          <w:numId w:val="14"/>
        </w:numPr>
        <w:autoSpaceDE/>
        <w:autoSpaceDN/>
        <w:jc w:val="both"/>
        <w:rPr>
          <w:sz w:val="28"/>
          <w:szCs w:val="28"/>
          <w:lang w:val="kk-KZ" w:eastAsia="ru-RU"/>
        </w:rPr>
      </w:pPr>
      <w:r w:rsidRPr="00E82EC0">
        <w:rPr>
          <w:b/>
          <w:bCs/>
          <w:sz w:val="28"/>
          <w:szCs w:val="28"/>
          <w:lang w:val="kk-KZ" w:eastAsia="ru-RU"/>
        </w:rPr>
        <w:t>5 оқушы</w:t>
      </w:r>
      <w:r w:rsidRPr="00E82EC0">
        <w:rPr>
          <w:sz w:val="28"/>
          <w:szCs w:val="28"/>
          <w:lang w:val="kk-KZ" w:eastAsia="ru-RU"/>
        </w:rPr>
        <w:t xml:space="preserve"> – асхана жалдаушысының есебінен тегін ыстық тамақпен қамтылған.</w:t>
      </w:r>
    </w:p>
    <w:p w14:paraId="4AEE82F0" w14:textId="77777777" w:rsidR="00E82EC0" w:rsidRPr="00E82EC0" w:rsidRDefault="00E82EC0" w:rsidP="00C427A3">
      <w:pPr>
        <w:widowControl/>
        <w:numPr>
          <w:ilvl w:val="0"/>
          <w:numId w:val="14"/>
        </w:numPr>
        <w:autoSpaceDE/>
        <w:autoSpaceDN/>
        <w:jc w:val="both"/>
        <w:rPr>
          <w:sz w:val="28"/>
          <w:szCs w:val="28"/>
          <w:lang w:val="kk-KZ" w:eastAsia="ru-RU"/>
        </w:rPr>
      </w:pPr>
      <w:r w:rsidRPr="00E82EC0">
        <w:rPr>
          <w:sz w:val="28"/>
          <w:szCs w:val="28"/>
          <w:lang w:val="kk-KZ" w:eastAsia="ru-RU"/>
        </w:rPr>
        <w:t>Сондай-ақ оқушылардың сұранысына сай қосымша буфеттік өнімдер де дайындалады.</w:t>
      </w:r>
    </w:p>
    <w:p w14:paraId="3B220FE6" w14:textId="77777777" w:rsidR="00E82EC0" w:rsidRPr="00E82EC0" w:rsidRDefault="00E82EC0" w:rsidP="00E82EC0">
      <w:pPr>
        <w:jc w:val="both"/>
        <w:outlineLvl w:val="2"/>
        <w:rPr>
          <w:b/>
          <w:bCs/>
          <w:sz w:val="28"/>
          <w:szCs w:val="28"/>
          <w:lang w:eastAsia="ru-RU"/>
        </w:rPr>
      </w:pPr>
      <w:r w:rsidRPr="00E82EC0">
        <w:rPr>
          <w:b/>
          <w:bCs/>
          <w:sz w:val="28"/>
          <w:szCs w:val="28"/>
          <w:lang w:eastAsia="ru-RU"/>
        </w:rPr>
        <w:t>1. Келісімшарттар және жеткізушілер</w:t>
      </w:r>
    </w:p>
    <w:p w14:paraId="24C8B4D0" w14:textId="77777777" w:rsidR="00E82EC0" w:rsidRPr="00E82EC0" w:rsidRDefault="00E82EC0" w:rsidP="00C427A3">
      <w:pPr>
        <w:widowControl/>
        <w:numPr>
          <w:ilvl w:val="0"/>
          <w:numId w:val="15"/>
        </w:numPr>
        <w:autoSpaceDE/>
        <w:autoSpaceDN/>
        <w:jc w:val="both"/>
        <w:rPr>
          <w:sz w:val="28"/>
          <w:szCs w:val="28"/>
          <w:lang w:eastAsia="ru-RU"/>
        </w:rPr>
      </w:pPr>
      <w:r w:rsidRPr="00E82EC0">
        <w:rPr>
          <w:sz w:val="28"/>
          <w:szCs w:val="28"/>
          <w:lang w:eastAsia="ru-RU"/>
        </w:rPr>
        <w:t>Mектеп асханасындағы тамақтандыру қызметтерін көрсету Қазақстан Республикасының мемлекеттік сатып алу қағидалары мен білім беру ұйымдарында тамақтандыруды ұйымдастыру ережелеріне қатаң сәйкес жүзеге асырылады.</w:t>
      </w:r>
    </w:p>
    <w:p w14:paraId="42CD4343" w14:textId="77777777" w:rsidR="00E82EC0" w:rsidRPr="00E82EC0" w:rsidRDefault="00E82EC0" w:rsidP="00C427A3">
      <w:pPr>
        <w:widowControl/>
        <w:numPr>
          <w:ilvl w:val="0"/>
          <w:numId w:val="15"/>
        </w:numPr>
        <w:autoSpaceDE/>
        <w:autoSpaceDN/>
        <w:jc w:val="both"/>
        <w:rPr>
          <w:sz w:val="28"/>
          <w:szCs w:val="28"/>
          <w:lang w:eastAsia="ru-RU"/>
        </w:rPr>
      </w:pPr>
      <w:r w:rsidRPr="00E82EC0">
        <w:rPr>
          <w:sz w:val="28"/>
          <w:szCs w:val="28"/>
          <w:lang w:eastAsia="ru-RU"/>
        </w:rPr>
        <w:t xml:space="preserve">Жеткізуші тарап – </w:t>
      </w:r>
      <w:r w:rsidRPr="00E82EC0">
        <w:rPr>
          <w:b/>
          <w:bCs/>
          <w:sz w:val="28"/>
          <w:szCs w:val="28"/>
          <w:lang w:eastAsia="ru-RU"/>
        </w:rPr>
        <w:t>«Калимбетов Д.Ж.» жеке кәсіпкері</w:t>
      </w:r>
      <w:r w:rsidRPr="00E82EC0">
        <w:rPr>
          <w:sz w:val="28"/>
          <w:szCs w:val="28"/>
          <w:lang w:eastAsia="ru-RU"/>
        </w:rPr>
        <w:t>. Бұл кәсіпкерлік субъектісімен және асхана бағытындағы жұмыстар бойынша мектебіміз 2022 жылдан бастап тұрақты түрде келісімшарт негізінде  жұмыс жасап келеді.</w:t>
      </w:r>
    </w:p>
    <w:p w14:paraId="579A47EA" w14:textId="77777777" w:rsidR="00E82EC0" w:rsidRPr="00E82EC0" w:rsidRDefault="00E82EC0" w:rsidP="00C427A3">
      <w:pPr>
        <w:widowControl/>
        <w:numPr>
          <w:ilvl w:val="0"/>
          <w:numId w:val="15"/>
        </w:numPr>
        <w:autoSpaceDE/>
        <w:autoSpaceDN/>
        <w:jc w:val="both"/>
        <w:rPr>
          <w:sz w:val="28"/>
          <w:szCs w:val="28"/>
          <w:lang w:eastAsia="ru-RU"/>
        </w:rPr>
      </w:pPr>
      <w:r w:rsidRPr="00E82EC0">
        <w:rPr>
          <w:sz w:val="28"/>
          <w:szCs w:val="28"/>
          <w:lang w:eastAsia="ru-RU"/>
        </w:rPr>
        <w:t>Жасалған келісімшарттарда тараптардың міндеттемелері, көрсетілетін қызметтердің жоғары сапасы, сондай-ақ барлық санитарлық талаптар мен қауіпсіздік нормалары толық көлемде қамтылған.</w:t>
      </w:r>
    </w:p>
    <w:p w14:paraId="54C5CF65" w14:textId="77777777" w:rsidR="00E82EC0" w:rsidRPr="00E82EC0" w:rsidRDefault="00E82EC0" w:rsidP="00E82EC0">
      <w:pPr>
        <w:jc w:val="both"/>
        <w:outlineLvl w:val="2"/>
        <w:rPr>
          <w:b/>
          <w:bCs/>
          <w:sz w:val="28"/>
          <w:szCs w:val="28"/>
          <w:lang w:eastAsia="ru-RU"/>
        </w:rPr>
      </w:pPr>
      <w:r w:rsidRPr="00E82EC0">
        <w:rPr>
          <w:b/>
          <w:bCs/>
          <w:sz w:val="28"/>
          <w:szCs w:val="28"/>
          <w:lang w:eastAsia="ru-RU"/>
        </w:rPr>
        <w:t>2. Тамақтандыру форматы және ауыз су режимі</w:t>
      </w:r>
    </w:p>
    <w:p w14:paraId="43B24B67" w14:textId="77777777" w:rsidR="00E82EC0" w:rsidRPr="00E82EC0" w:rsidRDefault="00E82EC0" w:rsidP="00C427A3">
      <w:pPr>
        <w:widowControl/>
        <w:numPr>
          <w:ilvl w:val="0"/>
          <w:numId w:val="16"/>
        </w:numPr>
        <w:autoSpaceDE/>
        <w:autoSpaceDN/>
        <w:jc w:val="both"/>
        <w:rPr>
          <w:sz w:val="28"/>
          <w:szCs w:val="28"/>
          <w:lang w:eastAsia="ru-RU"/>
        </w:rPr>
      </w:pPr>
      <w:r w:rsidRPr="00E82EC0">
        <w:rPr>
          <w:sz w:val="28"/>
          <w:szCs w:val="28"/>
          <w:lang w:eastAsia="ru-RU"/>
        </w:rPr>
        <w:t>Мектепте білім алушылар бекітілген кестеге сәйкес ыстық тамақпен қамтамасыз етіледі.</w:t>
      </w:r>
    </w:p>
    <w:p w14:paraId="2A0395F8" w14:textId="77777777" w:rsidR="00E82EC0" w:rsidRPr="00E82EC0" w:rsidRDefault="00E82EC0" w:rsidP="00C427A3">
      <w:pPr>
        <w:widowControl/>
        <w:numPr>
          <w:ilvl w:val="0"/>
          <w:numId w:val="16"/>
        </w:numPr>
        <w:autoSpaceDE/>
        <w:autoSpaceDN/>
        <w:jc w:val="both"/>
        <w:rPr>
          <w:sz w:val="28"/>
          <w:szCs w:val="28"/>
          <w:lang w:eastAsia="ru-RU"/>
        </w:rPr>
      </w:pPr>
      <w:r w:rsidRPr="00E82EC0">
        <w:rPr>
          <w:sz w:val="28"/>
          <w:szCs w:val="28"/>
          <w:lang w:eastAsia="ru-RU"/>
        </w:rPr>
        <w:t xml:space="preserve">Оқушылардың таза, сапалы ауыз су ішуі үшін мектеп қабырғасында заманауи санитарлық талаптарға сай </w:t>
      </w:r>
      <w:r w:rsidRPr="00E82EC0">
        <w:rPr>
          <w:bCs/>
          <w:sz w:val="28"/>
          <w:szCs w:val="28"/>
          <w:lang w:eastAsia="ru-RU"/>
        </w:rPr>
        <w:t>екі су ішетін фонтан</w:t>
      </w:r>
      <w:r w:rsidRPr="00E82EC0">
        <w:rPr>
          <w:sz w:val="28"/>
          <w:szCs w:val="28"/>
          <w:lang w:eastAsia="ru-RU"/>
        </w:rPr>
        <w:t xml:space="preserve"> толықтай жұмыс істеп тұр.</w:t>
      </w:r>
    </w:p>
    <w:p w14:paraId="669D25FB" w14:textId="77777777" w:rsidR="00E82EC0" w:rsidRPr="00E82EC0" w:rsidRDefault="00E82EC0" w:rsidP="00E82EC0">
      <w:pPr>
        <w:jc w:val="both"/>
        <w:outlineLvl w:val="2"/>
        <w:rPr>
          <w:b/>
          <w:bCs/>
          <w:sz w:val="28"/>
          <w:szCs w:val="28"/>
          <w:lang w:eastAsia="ru-RU"/>
        </w:rPr>
      </w:pPr>
      <w:r w:rsidRPr="00E82EC0">
        <w:rPr>
          <w:b/>
          <w:bCs/>
          <w:sz w:val="28"/>
          <w:szCs w:val="28"/>
          <w:lang w:eastAsia="ru-RU"/>
        </w:rPr>
        <w:t>3. Тамақтануды цифрландыру және бақылау (Face ID жүйесі)</w:t>
      </w:r>
    </w:p>
    <w:p w14:paraId="35C6F4B0" w14:textId="77777777" w:rsidR="00E82EC0" w:rsidRPr="00E82EC0" w:rsidRDefault="00E82EC0" w:rsidP="00C427A3">
      <w:pPr>
        <w:widowControl/>
        <w:numPr>
          <w:ilvl w:val="0"/>
          <w:numId w:val="17"/>
        </w:numPr>
        <w:autoSpaceDE/>
        <w:autoSpaceDN/>
        <w:jc w:val="both"/>
        <w:rPr>
          <w:sz w:val="28"/>
          <w:szCs w:val="28"/>
          <w:lang w:eastAsia="ru-RU"/>
        </w:rPr>
      </w:pPr>
      <w:r w:rsidRPr="00E82EC0">
        <w:rPr>
          <w:sz w:val="28"/>
          <w:szCs w:val="28"/>
          <w:lang w:eastAsia="ru-RU"/>
        </w:rPr>
        <w:t xml:space="preserve">Мектеп асханасында оқушылардың тамақтану процесін нақты әрі ашық есепке алу мақсатында </w:t>
      </w:r>
      <w:r w:rsidRPr="00E82EC0">
        <w:rPr>
          <w:b/>
          <w:bCs/>
          <w:sz w:val="28"/>
          <w:szCs w:val="28"/>
          <w:lang w:eastAsia="ru-RU"/>
        </w:rPr>
        <w:t>бетпен тану (Face ID)</w:t>
      </w:r>
      <w:r w:rsidRPr="00E82EC0">
        <w:rPr>
          <w:sz w:val="28"/>
          <w:szCs w:val="28"/>
          <w:lang w:eastAsia="ru-RU"/>
        </w:rPr>
        <w:t xml:space="preserve"> арнайы құрылғысы орнатылып, тиімді жұмыс істеуде.</w:t>
      </w:r>
    </w:p>
    <w:p w14:paraId="2CA5C9FF" w14:textId="77777777" w:rsidR="00E82EC0" w:rsidRPr="00E82EC0" w:rsidRDefault="00E82EC0" w:rsidP="00C427A3">
      <w:pPr>
        <w:widowControl/>
        <w:numPr>
          <w:ilvl w:val="0"/>
          <w:numId w:val="17"/>
        </w:numPr>
        <w:autoSpaceDE/>
        <w:autoSpaceDN/>
        <w:jc w:val="both"/>
        <w:rPr>
          <w:sz w:val="28"/>
          <w:szCs w:val="28"/>
          <w:lang w:eastAsia="ru-RU"/>
        </w:rPr>
      </w:pPr>
      <w:r w:rsidRPr="00E82EC0">
        <w:rPr>
          <w:sz w:val="28"/>
          <w:szCs w:val="28"/>
          <w:lang w:eastAsia="ru-RU"/>
        </w:rPr>
        <w:t>Бұл цифрлық құрылғы арқылы 1-4 сынып оқушыларының тегін ыстық тамақпен қамтылуы және 5-11 сыныптар аралығындағы әлеуметтік осал санаттағы балалардың тамақтану барысы нақты уақыт режимінде автоматты түрде тіркеліп, қадағаланып отырады.</w:t>
      </w:r>
    </w:p>
    <w:p w14:paraId="6F430F1B" w14:textId="77777777" w:rsidR="00E82EC0" w:rsidRPr="00E82EC0" w:rsidRDefault="00E82EC0" w:rsidP="00E82EC0">
      <w:pPr>
        <w:jc w:val="both"/>
        <w:outlineLvl w:val="2"/>
        <w:rPr>
          <w:b/>
          <w:bCs/>
          <w:sz w:val="28"/>
          <w:szCs w:val="28"/>
          <w:lang w:eastAsia="ru-RU"/>
        </w:rPr>
      </w:pPr>
      <w:r w:rsidRPr="00E82EC0">
        <w:rPr>
          <w:b/>
          <w:bCs/>
          <w:sz w:val="28"/>
          <w:szCs w:val="28"/>
          <w:lang w:eastAsia="ru-RU"/>
        </w:rPr>
        <w:lastRenderedPageBreak/>
        <w:t>4. Ішкі бақылау және мониторинг тетіктері</w:t>
      </w:r>
    </w:p>
    <w:p w14:paraId="7AA765FB" w14:textId="77777777" w:rsidR="00E82EC0" w:rsidRPr="00E82EC0" w:rsidRDefault="00E82EC0" w:rsidP="00C427A3">
      <w:pPr>
        <w:widowControl/>
        <w:numPr>
          <w:ilvl w:val="0"/>
          <w:numId w:val="18"/>
        </w:numPr>
        <w:autoSpaceDE/>
        <w:autoSpaceDN/>
        <w:jc w:val="both"/>
        <w:rPr>
          <w:sz w:val="28"/>
          <w:szCs w:val="28"/>
          <w:lang w:eastAsia="ru-RU"/>
        </w:rPr>
      </w:pPr>
      <w:r w:rsidRPr="00E82EC0">
        <w:rPr>
          <w:sz w:val="28"/>
          <w:szCs w:val="28"/>
          <w:lang w:eastAsia="ru-RU"/>
        </w:rPr>
        <w:t xml:space="preserve">Мектепте арнайы құрылған </w:t>
      </w:r>
      <w:r w:rsidRPr="00E82EC0">
        <w:rPr>
          <w:b/>
          <w:bCs/>
          <w:sz w:val="28"/>
          <w:szCs w:val="28"/>
          <w:lang w:eastAsia="ru-RU"/>
        </w:rPr>
        <w:t>брокераж тобы</w:t>
      </w:r>
      <w:r w:rsidRPr="00E82EC0">
        <w:rPr>
          <w:sz w:val="28"/>
          <w:szCs w:val="28"/>
          <w:lang w:eastAsia="ru-RU"/>
        </w:rPr>
        <w:t xml:space="preserve"> асхананың жұмысын, берілетін тағамдардың сапасы мен дайындалу барысын күнделікті негізде қатаң түрде тексереді.</w:t>
      </w:r>
    </w:p>
    <w:p w14:paraId="03005309" w14:textId="77777777" w:rsidR="00E82EC0" w:rsidRPr="00E82EC0" w:rsidRDefault="00E82EC0" w:rsidP="00C427A3">
      <w:pPr>
        <w:widowControl/>
        <w:numPr>
          <w:ilvl w:val="0"/>
          <w:numId w:val="18"/>
        </w:numPr>
        <w:autoSpaceDE/>
        <w:autoSpaceDN/>
        <w:jc w:val="both"/>
        <w:rPr>
          <w:sz w:val="28"/>
          <w:szCs w:val="28"/>
          <w:lang w:eastAsia="ru-RU"/>
        </w:rPr>
      </w:pPr>
      <w:r w:rsidRPr="00E82EC0">
        <w:rPr>
          <w:sz w:val="28"/>
          <w:szCs w:val="28"/>
          <w:lang w:eastAsia="ru-RU"/>
        </w:rPr>
        <w:t xml:space="preserve">Мектептегі тамақ сапасын қоғамдық және әкімшілік тұрғыдан қадағалау мақсатында құрылған </w:t>
      </w:r>
      <w:r w:rsidRPr="00E82EC0">
        <w:rPr>
          <w:b/>
          <w:bCs/>
          <w:sz w:val="28"/>
          <w:szCs w:val="28"/>
          <w:lang w:eastAsia="ru-RU"/>
        </w:rPr>
        <w:t>мониторинг тобы</w:t>
      </w:r>
      <w:r w:rsidRPr="00E82EC0">
        <w:rPr>
          <w:sz w:val="28"/>
          <w:szCs w:val="28"/>
          <w:lang w:eastAsia="ru-RU"/>
        </w:rPr>
        <w:t xml:space="preserve"> асхана жұмысын айына екі рет тұрақты түрде тексеріп отырады.</w:t>
      </w:r>
    </w:p>
    <w:p w14:paraId="3E7E35B2" w14:textId="77777777" w:rsidR="00E82EC0" w:rsidRPr="00E82EC0" w:rsidRDefault="00E82EC0" w:rsidP="00E82EC0">
      <w:pPr>
        <w:jc w:val="both"/>
        <w:outlineLvl w:val="2"/>
        <w:rPr>
          <w:b/>
          <w:bCs/>
          <w:sz w:val="28"/>
          <w:szCs w:val="28"/>
          <w:lang w:eastAsia="ru-RU"/>
        </w:rPr>
      </w:pPr>
      <w:r w:rsidRPr="00E82EC0">
        <w:rPr>
          <w:b/>
          <w:bCs/>
          <w:sz w:val="28"/>
          <w:szCs w:val="28"/>
          <w:lang w:eastAsia="ru-RU"/>
        </w:rPr>
        <w:t>5. Санитарлық-эпидемиологиялық жағдай</w:t>
      </w:r>
    </w:p>
    <w:p w14:paraId="0ADEB4B4" w14:textId="77777777" w:rsidR="00E82EC0" w:rsidRPr="00E82EC0" w:rsidRDefault="00E82EC0" w:rsidP="00C427A3">
      <w:pPr>
        <w:widowControl/>
        <w:numPr>
          <w:ilvl w:val="0"/>
          <w:numId w:val="19"/>
        </w:numPr>
        <w:autoSpaceDE/>
        <w:autoSpaceDN/>
        <w:jc w:val="both"/>
        <w:rPr>
          <w:sz w:val="28"/>
          <w:szCs w:val="28"/>
          <w:lang w:eastAsia="ru-RU"/>
        </w:rPr>
      </w:pPr>
      <w:r w:rsidRPr="00E82EC0">
        <w:rPr>
          <w:sz w:val="28"/>
          <w:szCs w:val="28"/>
          <w:lang w:eastAsia="ru-RU"/>
        </w:rPr>
        <w:t>Асхана жұмысы барысында санитарлық ережелер мен гигиеналық нормалардың сақталуы басты назарда. Қазақстан Республикасы Денсаулық сақтау министрінің 2021 жылғы 5 тамыздағы № ҚР ДСМ-76 бұйрығына сәйкес санитариялық қағидалардың сақталуы қатаң қадағаланады.</w:t>
      </w:r>
    </w:p>
    <w:p w14:paraId="1CC70900" w14:textId="77777777" w:rsidR="00E82EC0" w:rsidRPr="00E82EC0" w:rsidRDefault="00E82EC0" w:rsidP="00C427A3">
      <w:pPr>
        <w:widowControl/>
        <w:numPr>
          <w:ilvl w:val="0"/>
          <w:numId w:val="19"/>
        </w:numPr>
        <w:autoSpaceDE/>
        <w:autoSpaceDN/>
        <w:jc w:val="both"/>
        <w:rPr>
          <w:sz w:val="28"/>
          <w:szCs w:val="28"/>
          <w:lang w:eastAsia="ru-RU"/>
        </w:rPr>
      </w:pPr>
      <w:r w:rsidRPr="00E82EC0">
        <w:rPr>
          <w:sz w:val="28"/>
          <w:szCs w:val="28"/>
          <w:lang w:eastAsia="ru-RU"/>
        </w:rPr>
        <w:t>Арнайы топ ас блогының, ас қоймасының, ыдыс-аяқтардың жағдайын, тамақ өнімдерінің сапасы мен сақталу мерзімін, өнім сертификаттарын, дайын және шикі тағамдардың тіркеу журналдарын, сондай-ақ асхананың санитарлық-гигиеналық жағдайын жүйелі түрде тексеріп, нәтижесі бойынша тиісті актілер толтырып отырады.</w:t>
      </w:r>
    </w:p>
    <w:p w14:paraId="1AB113E7" w14:textId="77777777" w:rsidR="00E82EC0" w:rsidRPr="00E82EC0" w:rsidRDefault="00E82EC0" w:rsidP="00C427A3">
      <w:pPr>
        <w:widowControl/>
        <w:numPr>
          <w:ilvl w:val="0"/>
          <w:numId w:val="19"/>
        </w:numPr>
        <w:autoSpaceDE/>
        <w:autoSpaceDN/>
        <w:jc w:val="both"/>
        <w:rPr>
          <w:sz w:val="28"/>
          <w:szCs w:val="28"/>
          <w:lang w:eastAsia="ru-RU"/>
        </w:rPr>
      </w:pPr>
      <w:r w:rsidRPr="00E82EC0">
        <w:rPr>
          <w:sz w:val="28"/>
          <w:szCs w:val="28"/>
          <w:lang w:eastAsia="ru-RU"/>
        </w:rPr>
        <w:t xml:space="preserve">Асханада оқушылар мен ата-аналардың назарына арналған </w:t>
      </w:r>
      <w:r w:rsidRPr="00E82EC0">
        <w:rPr>
          <w:b/>
          <w:bCs/>
          <w:sz w:val="28"/>
          <w:szCs w:val="28"/>
          <w:lang w:eastAsia="ru-RU"/>
        </w:rPr>
        <w:t>«Дұрыс тамақтану» бұрышы</w:t>
      </w:r>
      <w:r w:rsidRPr="00E82EC0">
        <w:rPr>
          <w:sz w:val="28"/>
          <w:szCs w:val="28"/>
          <w:lang w:eastAsia="ru-RU"/>
        </w:rPr>
        <w:t xml:space="preserve"> және сатылуға қатаң тыйым салынған өнімдердің тізбесі көрсетілген ақпараттық стенд орнатылған.</w:t>
      </w:r>
    </w:p>
    <w:p w14:paraId="165542A9" w14:textId="77777777" w:rsidR="00E82EC0" w:rsidRPr="00E82EC0" w:rsidRDefault="00E82EC0" w:rsidP="00C427A3">
      <w:pPr>
        <w:widowControl/>
        <w:numPr>
          <w:ilvl w:val="0"/>
          <w:numId w:val="19"/>
        </w:numPr>
        <w:autoSpaceDE/>
        <w:autoSpaceDN/>
        <w:jc w:val="both"/>
        <w:rPr>
          <w:sz w:val="28"/>
          <w:szCs w:val="28"/>
          <w:lang w:eastAsia="ru-RU"/>
        </w:rPr>
      </w:pPr>
      <w:r w:rsidRPr="00E82EC0">
        <w:rPr>
          <w:sz w:val="28"/>
          <w:szCs w:val="28"/>
          <w:lang w:eastAsia="ru-RU"/>
        </w:rPr>
        <w:t>Әр күн сайын дайын тағамның тәуліктік сынамасы алынып, берілетін ас мәзірінің перспективалы мәзірге сәйкестігі қадағаланады.</w:t>
      </w:r>
    </w:p>
    <w:p w14:paraId="5FEB1AA5" w14:textId="77777777" w:rsidR="00E82EC0" w:rsidRPr="00E82EC0" w:rsidRDefault="00E82EC0" w:rsidP="00C427A3">
      <w:pPr>
        <w:widowControl/>
        <w:numPr>
          <w:ilvl w:val="0"/>
          <w:numId w:val="19"/>
        </w:numPr>
        <w:autoSpaceDE/>
        <w:autoSpaceDN/>
        <w:jc w:val="both"/>
        <w:rPr>
          <w:sz w:val="28"/>
          <w:szCs w:val="28"/>
          <w:lang w:eastAsia="ru-RU"/>
        </w:rPr>
      </w:pPr>
      <w:r w:rsidRPr="00E82EC0">
        <w:rPr>
          <w:sz w:val="28"/>
          <w:szCs w:val="28"/>
          <w:lang w:eastAsia="ru-RU"/>
        </w:rPr>
        <w:t>Мектебіміздегі асхананың материалдық-техникалық базасы жақсы деңгейде жабдықталған: қажетті электр плиталары, тоңазытқыштар, камералар, кесу үстелдері, бөлек ас пісіру және ыдыс жуу бөлмелері, қойма мен мұздатқыш қондырғылары толық жұмыс істеп тұр.</w:t>
      </w:r>
    </w:p>
    <w:p w14:paraId="596A1032" w14:textId="77777777" w:rsidR="00E82EC0" w:rsidRPr="00E82EC0" w:rsidRDefault="00E82EC0" w:rsidP="00C427A3">
      <w:pPr>
        <w:widowControl/>
        <w:numPr>
          <w:ilvl w:val="0"/>
          <w:numId w:val="19"/>
        </w:numPr>
        <w:autoSpaceDE/>
        <w:autoSpaceDN/>
        <w:jc w:val="both"/>
        <w:rPr>
          <w:sz w:val="28"/>
          <w:szCs w:val="28"/>
          <w:lang w:eastAsia="ru-RU"/>
        </w:rPr>
      </w:pPr>
      <w:r w:rsidRPr="00E82EC0">
        <w:rPr>
          <w:sz w:val="28"/>
          <w:szCs w:val="28"/>
          <w:lang w:eastAsia="ru-RU"/>
        </w:rPr>
        <w:t>Жүргізілген күнделікті және кезекті тексерулер нәтижесі бойынша ешқандай келеңсіз жайттар, тамақтан улану немесе санитарлық нормаларды бұзу деректері тіркелген жоқ.</w:t>
      </w:r>
    </w:p>
    <w:p w14:paraId="54FC295A" w14:textId="77777777" w:rsidR="00E82EC0" w:rsidRPr="00E82EC0" w:rsidRDefault="00E82EC0" w:rsidP="00E82EC0">
      <w:pPr>
        <w:ind w:firstLine="360"/>
        <w:jc w:val="both"/>
        <w:rPr>
          <w:sz w:val="28"/>
          <w:szCs w:val="28"/>
          <w:lang w:eastAsia="ru-RU"/>
        </w:rPr>
      </w:pPr>
      <w:r w:rsidRPr="00E82EC0">
        <w:rPr>
          <w:sz w:val="28"/>
          <w:szCs w:val="28"/>
          <w:lang w:eastAsia="ru-RU"/>
        </w:rPr>
        <w:t>«№14 мектеп-гимназиясы» КММ-де білім алушыларды тамақтандыруды ұйымдастыру жұмыстары қолданыстағы заңнама талаптарына, 2022 жылдан бері жалғасып келе жатқан серіктестік келісімшарттарға, заманауи цифрландыру стандарттарына (Face ID, ауыз су фонтандары) және санитарлық-гигиеналық нормаларға толық сәйкес жоғары деңгейде жүзеге асырылуда.</w:t>
      </w:r>
    </w:p>
    <w:p w14:paraId="580B24B1" w14:textId="21D20256" w:rsidR="00E82EC0" w:rsidRDefault="00E82EC0" w:rsidP="00E82EC0">
      <w:pPr>
        <w:pStyle w:val="TableParagraph"/>
        <w:spacing w:line="301" w:lineRule="exact"/>
        <w:jc w:val="both"/>
        <w:rPr>
          <w:bCs/>
          <w:i/>
          <w:iCs/>
          <w:sz w:val="28"/>
          <w:szCs w:val="28"/>
          <w:lang w:val="kk-KZ"/>
        </w:rPr>
      </w:pPr>
    </w:p>
    <w:p w14:paraId="6DB65791" w14:textId="77777777" w:rsidR="00757784" w:rsidRPr="000C34B8" w:rsidRDefault="00757784" w:rsidP="00E82EC0">
      <w:pPr>
        <w:pStyle w:val="TableParagraph"/>
        <w:spacing w:line="301" w:lineRule="exact"/>
        <w:jc w:val="both"/>
        <w:rPr>
          <w:b/>
          <w:iCs/>
          <w:sz w:val="24"/>
          <w:szCs w:val="24"/>
          <w:u w:val="single"/>
          <w:lang w:val="kk-KZ"/>
        </w:rPr>
      </w:pPr>
    </w:p>
    <w:p w14:paraId="3E8B6F45" w14:textId="0B975776" w:rsidR="00E82EC0" w:rsidRDefault="00E82EC0" w:rsidP="00E82EC0">
      <w:pPr>
        <w:pStyle w:val="TableParagraph"/>
        <w:spacing w:line="301" w:lineRule="exact"/>
        <w:ind w:firstLine="708"/>
        <w:jc w:val="both"/>
        <w:rPr>
          <w:bCs/>
          <w:i/>
          <w:iCs/>
          <w:sz w:val="28"/>
          <w:szCs w:val="28"/>
          <w:lang w:val="kk-KZ"/>
        </w:rPr>
      </w:pPr>
    </w:p>
    <w:p w14:paraId="4803134C" w14:textId="6A548276" w:rsidR="0024021D" w:rsidRDefault="0024021D" w:rsidP="00E82EC0">
      <w:pPr>
        <w:pStyle w:val="TableParagraph"/>
        <w:spacing w:line="301" w:lineRule="exact"/>
        <w:ind w:firstLine="708"/>
        <w:jc w:val="both"/>
        <w:rPr>
          <w:b/>
          <w:bCs/>
          <w:iCs/>
          <w:sz w:val="28"/>
          <w:szCs w:val="28"/>
          <w:lang w:val="kk-KZ"/>
        </w:rPr>
      </w:pPr>
      <w:r w:rsidRPr="0024021D">
        <w:rPr>
          <w:b/>
          <w:bCs/>
          <w:iCs/>
          <w:sz w:val="28"/>
          <w:szCs w:val="28"/>
          <w:lang w:val="kk-KZ"/>
        </w:rPr>
        <w:t xml:space="preserve">11-қосымша </w:t>
      </w:r>
    </w:p>
    <w:p w14:paraId="471DE70C" w14:textId="77777777" w:rsidR="0024021D" w:rsidRPr="0024021D" w:rsidRDefault="0024021D" w:rsidP="00E82EC0">
      <w:pPr>
        <w:pStyle w:val="TableParagraph"/>
        <w:spacing w:line="301" w:lineRule="exact"/>
        <w:ind w:firstLine="708"/>
        <w:jc w:val="both"/>
        <w:rPr>
          <w:b/>
          <w:bCs/>
          <w:iCs/>
          <w:sz w:val="28"/>
          <w:szCs w:val="28"/>
          <w:lang w:val="kk-KZ"/>
        </w:rPr>
      </w:pPr>
    </w:p>
    <w:p w14:paraId="2BD72F0D" w14:textId="77777777" w:rsidR="0024021D" w:rsidRPr="00E82EC0" w:rsidRDefault="0024021D" w:rsidP="00E82EC0">
      <w:pPr>
        <w:pStyle w:val="TableParagraph"/>
        <w:spacing w:line="301" w:lineRule="exact"/>
        <w:ind w:firstLine="708"/>
        <w:jc w:val="both"/>
        <w:rPr>
          <w:bCs/>
          <w:i/>
          <w:iCs/>
          <w:sz w:val="28"/>
          <w:szCs w:val="28"/>
          <w:lang w:val="kk-KZ"/>
        </w:rPr>
      </w:pPr>
    </w:p>
    <w:p w14:paraId="06388329" w14:textId="5A022858" w:rsidR="00E82EC0" w:rsidRPr="00E82EC0" w:rsidRDefault="00E82EC0" w:rsidP="00E82EC0">
      <w:pPr>
        <w:pStyle w:val="af"/>
        <w:spacing w:before="0" w:beforeAutospacing="0" w:after="0" w:afterAutospacing="0"/>
        <w:jc w:val="both"/>
        <w:rPr>
          <w:b/>
          <w:bCs/>
          <w:sz w:val="28"/>
          <w:szCs w:val="28"/>
          <w:lang w:val="kk-KZ"/>
        </w:rPr>
      </w:pPr>
      <w:r w:rsidRPr="00E82EC0">
        <w:rPr>
          <w:b/>
          <w:bCs/>
          <w:sz w:val="28"/>
          <w:szCs w:val="28"/>
          <w:lang w:val="kk-KZ"/>
        </w:rPr>
        <w:t xml:space="preserve">Медициналық кабинет. </w:t>
      </w:r>
    </w:p>
    <w:p w14:paraId="410C6E3F" w14:textId="77777777" w:rsidR="00E82EC0" w:rsidRPr="00E82EC0" w:rsidRDefault="00E82EC0" w:rsidP="00E82EC0">
      <w:pPr>
        <w:widowControl/>
        <w:adjustRightInd w:val="0"/>
        <w:ind w:firstLine="708"/>
        <w:jc w:val="both"/>
        <w:rPr>
          <w:rFonts w:eastAsiaTheme="minorHAnsi"/>
          <w:b/>
          <w:bCs/>
          <w:sz w:val="28"/>
          <w:szCs w:val="28"/>
          <w:lang w:val="kk-KZ"/>
        </w:rPr>
      </w:pPr>
      <w:r w:rsidRPr="00E82EC0">
        <w:rPr>
          <w:sz w:val="28"/>
          <w:szCs w:val="28"/>
          <w:lang w:val="kk-KZ"/>
        </w:rPr>
        <w:t xml:space="preserve">Медициналық қызметпен айналысу туралы Лицензия - </w:t>
      </w:r>
      <w:r w:rsidRPr="00E82EC0">
        <w:rPr>
          <w:rFonts w:eastAsiaTheme="minorHAnsi"/>
          <w:b/>
          <w:bCs/>
          <w:sz w:val="28"/>
          <w:szCs w:val="28"/>
          <w:lang w:val="kk-KZ"/>
        </w:rPr>
        <w:t xml:space="preserve">№  19019799 </w:t>
      </w:r>
      <w:r w:rsidRPr="00E82EC0">
        <w:rPr>
          <w:sz w:val="28"/>
          <w:szCs w:val="28"/>
          <w:lang w:val="kk-KZ"/>
        </w:rPr>
        <w:t xml:space="preserve"> </w:t>
      </w:r>
      <w:r w:rsidRPr="00E82EC0">
        <w:rPr>
          <w:rFonts w:eastAsiaTheme="minorHAnsi"/>
          <w:b/>
          <w:bCs/>
          <w:sz w:val="28"/>
          <w:szCs w:val="28"/>
          <w:lang w:val="kk-KZ"/>
        </w:rPr>
        <w:t xml:space="preserve">27.09.2019 жыл. </w:t>
      </w:r>
      <w:r w:rsidRPr="00E82EC0">
        <w:rPr>
          <w:sz w:val="28"/>
          <w:szCs w:val="28"/>
          <w:lang w:val="kk-KZ"/>
        </w:rPr>
        <w:t xml:space="preserve">Қарағанды облысы Денсаулық сақтау басқармасының «Қараған қаласының №1 көпбейінді ауруханасы» КММ.  </w:t>
      </w:r>
    </w:p>
    <w:p w14:paraId="14EE4320" w14:textId="77777777" w:rsidR="00E82EC0" w:rsidRPr="00E82EC0" w:rsidRDefault="00E82EC0" w:rsidP="00E82EC0">
      <w:pPr>
        <w:pStyle w:val="af"/>
        <w:spacing w:before="0" w:beforeAutospacing="0" w:after="0" w:afterAutospacing="0"/>
        <w:jc w:val="both"/>
        <w:rPr>
          <w:sz w:val="28"/>
          <w:szCs w:val="28"/>
          <w:lang w:val="kk-KZ"/>
        </w:rPr>
      </w:pPr>
      <w:r w:rsidRPr="00E82EC0">
        <w:rPr>
          <w:b/>
          <w:bCs/>
          <w:sz w:val="28"/>
          <w:szCs w:val="28"/>
          <w:lang w:val="kk-KZ"/>
        </w:rPr>
        <w:t>Медициналық қызмет көрсетудің құқықтық негізі мен серіктестер:</w:t>
      </w:r>
    </w:p>
    <w:p w14:paraId="1391ED1B" w14:textId="77777777" w:rsidR="00E82EC0" w:rsidRPr="00E82EC0" w:rsidRDefault="00E82EC0" w:rsidP="00E82EC0">
      <w:pPr>
        <w:pStyle w:val="af"/>
        <w:spacing w:before="0" w:beforeAutospacing="0" w:after="0" w:afterAutospacing="0"/>
        <w:ind w:firstLine="708"/>
        <w:jc w:val="both"/>
        <w:rPr>
          <w:sz w:val="28"/>
          <w:szCs w:val="28"/>
          <w:lang w:val="kk-KZ"/>
        </w:rPr>
      </w:pPr>
      <w:r w:rsidRPr="00E82EC0">
        <w:rPr>
          <w:sz w:val="28"/>
          <w:szCs w:val="28"/>
          <w:lang w:val="kk-KZ"/>
        </w:rPr>
        <w:lastRenderedPageBreak/>
        <w:t xml:space="preserve">Мектепте оқушыларға медициналық қызмет көрсетуді ұйымдастыру мақсатында Қарағанды облысы Денсаулық сақтау басқармасының «Қарағанды қаласының №1 көпбейінді ауруханасы» КМК мен «№14 мектеп-гимназиясы» КММ арасында жыл сайын тұрақты түрде ресми келісімшарттар жасалып, ұзартылып отырады (атап айтқанда, 2024, 2025 және 2026 жылдарға арналған шарттар). </w:t>
      </w:r>
    </w:p>
    <w:p w14:paraId="6041ED6A" w14:textId="77777777" w:rsidR="00E82EC0" w:rsidRPr="00E82EC0" w:rsidRDefault="00E82EC0" w:rsidP="00E82EC0">
      <w:pPr>
        <w:pStyle w:val="af"/>
        <w:spacing w:before="0" w:beforeAutospacing="0" w:after="0" w:afterAutospacing="0"/>
        <w:ind w:left="360" w:firstLine="708"/>
        <w:jc w:val="both"/>
        <w:rPr>
          <w:sz w:val="28"/>
          <w:szCs w:val="28"/>
          <w:lang w:val="kk-KZ"/>
        </w:rPr>
      </w:pPr>
      <w:r w:rsidRPr="00E82EC0">
        <w:rPr>
          <w:sz w:val="28"/>
          <w:szCs w:val="28"/>
          <w:lang w:val="kk-KZ"/>
        </w:rPr>
        <w:t>Келісімшарттар тегін медициналық көмектің кепілдік берілген көлемі шеңберінде өтеусіз негізде жүзеге асырылады.</w:t>
      </w:r>
    </w:p>
    <w:p w14:paraId="5C3DD5B8" w14:textId="77777777" w:rsidR="00E82EC0" w:rsidRPr="00E82EC0" w:rsidRDefault="00E82EC0" w:rsidP="00E82EC0">
      <w:pPr>
        <w:pStyle w:val="af"/>
        <w:spacing w:before="0" w:beforeAutospacing="0" w:after="0" w:afterAutospacing="0"/>
        <w:jc w:val="both"/>
        <w:rPr>
          <w:sz w:val="28"/>
          <w:szCs w:val="28"/>
          <w:lang w:val="kk-KZ"/>
        </w:rPr>
      </w:pPr>
      <w:r w:rsidRPr="00E82EC0">
        <w:rPr>
          <w:b/>
          <w:bCs/>
          <w:sz w:val="28"/>
          <w:szCs w:val="28"/>
        </w:rPr>
        <w:t>Жасалған келісімшарттардың хронологиясы мен деректері:</w:t>
      </w:r>
    </w:p>
    <w:p w14:paraId="4B3CE85B" w14:textId="77777777" w:rsidR="00E82EC0" w:rsidRPr="00E82EC0" w:rsidRDefault="00E82EC0" w:rsidP="00E82EC0">
      <w:pPr>
        <w:pStyle w:val="af"/>
        <w:spacing w:before="0" w:beforeAutospacing="0" w:after="0" w:afterAutospacing="0"/>
        <w:ind w:firstLine="708"/>
        <w:jc w:val="both"/>
        <w:rPr>
          <w:sz w:val="28"/>
          <w:szCs w:val="28"/>
          <w:lang w:val="kk-KZ"/>
        </w:rPr>
      </w:pPr>
      <w:r w:rsidRPr="00E82EC0">
        <w:rPr>
          <w:b/>
          <w:bCs/>
          <w:sz w:val="28"/>
          <w:szCs w:val="28"/>
          <w:lang w:val="kk-KZ"/>
        </w:rPr>
        <w:t>2024 жылға:</w:t>
      </w:r>
      <w:r w:rsidRPr="00E82EC0">
        <w:rPr>
          <w:sz w:val="28"/>
          <w:szCs w:val="28"/>
          <w:lang w:val="kk-KZ"/>
        </w:rPr>
        <w:t xml:space="preserve"> 2024 жылғы 3 қаңтардағы «Балаларға медициналық қызмет көрсету шарты» (Тараптар атынан аурухана директоры Д.Д. Чернов және мектеп директоры О.С. Аринов қол қойған); </w:t>
      </w:r>
    </w:p>
    <w:p w14:paraId="7AAAD634" w14:textId="77777777" w:rsidR="00E82EC0" w:rsidRPr="00E82EC0" w:rsidRDefault="00E82EC0" w:rsidP="00E82EC0">
      <w:pPr>
        <w:pStyle w:val="af"/>
        <w:spacing w:before="0" w:beforeAutospacing="0" w:after="0" w:afterAutospacing="0"/>
        <w:ind w:firstLine="708"/>
        <w:jc w:val="both"/>
        <w:rPr>
          <w:sz w:val="28"/>
          <w:szCs w:val="28"/>
          <w:lang w:val="kk-KZ"/>
        </w:rPr>
      </w:pPr>
      <w:r w:rsidRPr="00E82EC0">
        <w:rPr>
          <w:b/>
          <w:bCs/>
          <w:sz w:val="28"/>
          <w:szCs w:val="28"/>
          <w:lang w:val="kk-KZ"/>
        </w:rPr>
        <w:t>2025 жылға:</w:t>
      </w:r>
      <w:r w:rsidRPr="00E82EC0">
        <w:rPr>
          <w:sz w:val="28"/>
          <w:szCs w:val="28"/>
          <w:lang w:val="kk-KZ"/>
        </w:rPr>
        <w:t xml:space="preserve"> 2025 жылғы 5 қаңтардағы «Балаларға медициналық қызмет көрсету шарты» (Тараптар атынан аурухана директоры Д.Д. Чернов және мектеп директоры О.С. Аринов);  </w:t>
      </w:r>
    </w:p>
    <w:p w14:paraId="06E87F5B" w14:textId="77777777" w:rsidR="00E82EC0" w:rsidRPr="00E82EC0" w:rsidRDefault="00E82EC0" w:rsidP="00E82EC0">
      <w:pPr>
        <w:pStyle w:val="af"/>
        <w:spacing w:before="0" w:beforeAutospacing="0" w:after="0" w:afterAutospacing="0"/>
        <w:ind w:firstLine="708"/>
        <w:jc w:val="both"/>
        <w:rPr>
          <w:sz w:val="28"/>
          <w:szCs w:val="28"/>
          <w:lang w:val="kk-KZ"/>
        </w:rPr>
      </w:pPr>
      <w:r w:rsidRPr="00E82EC0">
        <w:rPr>
          <w:b/>
          <w:bCs/>
          <w:sz w:val="28"/>
          <w:szCs w:val="28"/>
          <w:lang w:val="kk-KZ"/>
        </w:rPr>
        <w:t>2026 жылға:</w:t>
      </w:r>
      <w:r w:rsidRPr="00E82EC0">
        <w:rPr>
          <w:sz w:val="28"/>
          <w:szCs w:val="28"/>
          <w:lang w:val="kk-KZ"/>
        </w:rPr>
        <w:t xml:space="preserve"> 2026 жылғы 5 қаңтардағы «Балаларға медициналық қызмет көрсету шарты» (Аурухана тарапынан директордың м.а. Д.Н. Матюшко және мектеп директоры О.С. Аринов).  Келісімшарттар тегін медициналық көмектің кепілдік берілген көлемі шеңберінде өтеусіз негізде жүзеге асырылады. </w:t>
      </w:r>
    </w:p>
    <w:p w14:paraId="206A8048" w14:textId="77777777" w:rsidR="00E82EC0" w:rsidRPr="00E82EC0" w:rsidRDefault="00E82EC0" w:rsidP="00E82EC0">
      <w:pPr>
        <w:pStyle w:val="af"/>
        <w:spacing w:before="0" w:beforeAutospacing="0" w:after="0" w:afterAutospacing="0"/>
        <w:ind w:firstLine="708"/>
        <w:jc w:val="both"/>
        <w:rPr>
          <w:sz w:val="28"/>
          <w:szCs w:val="28"/>
          <w:lang w:val="kk-KZ"/>
        </w:rPr>
      </w:pPr>
      <w:r w:rsidRPr="00E82EC0">
        <w:rPr>
          <w:sz w:val="28"/>
          <w:szCs w:val="28"/>
          <w:lang w:val="kk-KZ"/>
        </w:rPr>
        <w:t>Медбике Айтбаева Рыскуль Зайтеновна, 01.09.2024 жылдан бастап еңбек етеді. Жалпы еңбек өтілі – 14 жыл. Екпе салуға рұқсат куәлігі №177, 16.08.2024 ж;   № 9 05.08.2025 ж; №7 03,09,2026 ж.</w:t>
      </w:r>
    </w:p>
    <w:p w14:paraId="30C802CE" w14:textId="77777777" w:rsidR="00E82EC0" w:rsidRPr="00E82EC0" w:rsidRDefault="00E82EC0" w:rsidP="00E82EC0">
      <w:pPr>
        <w:pStyle w:val="af"/>
        <w:spacing w:before="0" w:beforeAutospacing="0" w:after="0" w:afterAutospacing="0"/>
        <w:jc w:val="both"/>
        <w:rPr>
          <w:sz w:val="28"/>
          <w:szCs w:val="28"/>
          <w:lang w:val="kk-KZ"/>
        </w:rPr>
      </w:pPr>
      <w:r w:rsidRPr="00E82EC0">
        <w:rPr>
          <w:b/>
          <w:bCs/>
          <w:sz w:val="28"/>
          <w:szCs w:val="28"/>
          <w:lang w:val="kk-KZ"/>
        </w:rPr>
        <w:t>Медициналық қызметтің ұйымдастырылу барысы:</w:t>
      </w:r>
    </w:p>
    <w:p w14:paraId="0420589B" w14:textId="77777777" w:rsidR="00E82EC0" w:rsidRPr="00E82EC0" w:rsidRDefault="00E82EC0" w:rsidP="00E82EC0">
      <w:pPr>
        <w:pStyle w:val="af"/>
        <w:spacing w:before="0" w:beforeAutospacing="0" w:after="0" w:afterAutospacing="0"/>
        <w:ind w:firstLine="708"/>
        <w:jc w:val="both"/>
        <w:rPr>
          <w:sz w:val="28"/>
          <w:szCs w:val="28"/>
          <w:lang w:val="kk-KZ"/>
        </w:rPr>
      </w:pPr>
      <w:r w:rsidRPr="00E82EC0">
        <w:rPr>
          <w:sz w:val="28"/>
          <w:szCs w:val="28"/>
          <w:lang w:val="kk-KZ"/>
        </w:rPr>
        <w:t xml:space="preserve">Аурухананың арнайы білікті медициналық персоналы мектеп аумағында арнайы бөлінген </w:t>
      </w:r>
      <w:r w:rsidRPr="00E82EC0">
        <w:rPr>
          <w:bCs/>
          <w:sz w:val="28"/>
          <w:szCs w:val="28"/>
          <w:lang w:val="kk-KZ"/>
        </w:rPr>
        <w:t>медициналық кабинеттерде</w:t>
      </w:r>
      <w:r w:rsidRPr="00E82EC0">
        <w:rPr>
          <w:sz w:val="28"/>
          <w:szCs w:val="28"/>
          <w:lang w:val="kk-KZ"/>
        </w:rPr>
        <w:t xml:space="preserve"> жұмыс істейді. </w:t>
      </w:r>
    </w:p>
    <w:p w14:paraId="67F3D586" w14:textId="77777777" w:rsidR="00E82EC0" w:rsidRPr="00E82EC0" w:rsidRDefault="00E82EC0" w:rsidP="00E82EC0">
      <w:pPr>
        <w:pStyle w:val="af"/>
        <w:spacing w:before="0" w:beforeAutospacing="0" w:after="0" w:afterAutospacing="0"/>
        <w:ind w:firstLine="774"/>
        <w:jc w:val="both"/>
        <w:rPr>
          <w:sz w:val="28"/>
          <w:szCs w:val="28"/>
          <w:lang w:val="kk-KZ"/>
        </w:rPr>
      </w:pPr>
      <w:r w:rsidRPr="00E82EC0">
        <w:rPr>
          <w:sz w:val="28"/>
          <w:szCs w:val="28"/>
          <w:lang w:val="kk-KZ"/>
        </w:rPr>
        <w:t xml:space="preserve">Оқушыларға тегін негізде дәрігерге дейінгі алғашқы көмек көрсетіліп, уақтылы медициналық бақылау жүзеге асырылады. </w:t>
      </w:r>
    </w:p>
    <w:p w14:paraId="10535DC2" w14:textId="77777777" w:rsidR="00E82EC0" w:rsidRPr="00E82EC0" w:rsidRDefault="00E82EC0" w:rsidP="00E82EC0">
      <w:pPr>
        <w:pStyle w:val="af"/>
        <w:spacing w:before="0" w:beforeAutospacing="0" w:after="0" w:afterAutospacing="0"/>
        <w:ind w:firstLine="774"/>
        <w:jc w:val="both"/>
        <w:rPr>
          <w:sz w:val="28"/>
          <w:szCs w:val="28"/>
          <w:lang w:val="kk-KZ"/>
        </w:rPr>
      </w:pPr>
      <w:r w:rsidRPr="00E82EC0">
        <w:rPr>
          <w:sz w:val="28"/>
          <w:szCs w:val="28"/>
          <w:lang w:val="kk-KZ"/>
        </w:rPr>
        <w:t xml:space="preserve">Мектеп тарапынан медициналық пункт жұмысы үшін тиісті жағдайлар жасалып, кабинеттердің талапқа сай болуы, сондай-ақ шұғай қажеттілік туындаған жағдайда медициналық персоналды дереу хабардар ету жұмыстары қатаң жолға қойылған. </w:t>
      </w:r>
    </w:p>
    <w:p w14:paraId="58D45318" w14:textId="77777777" w:rsidR="00757784" w:rsidRDefault="00757784" w:rsidP="00E82EC0">
      <w:pPr>
        <w:pStyle w:val="TableParagraph"/>
        <w:spacing w:line="301" w:lineRule="exact"/>
        <w:jc w:val="both"/>
        <w:rPr>
          <w:b/>
          <w:bCs/>
          <w:iCs/>
          <w:sz w:val="24"/>
          <w:szCs w:val="24"/>
          <w:lang w:val="kk-KZ"/>
        </w:rPr>
      </w:pPr>
    </w:p>
    <w:p w14:paraId="27D0A6D8" w14:textId="77777777" w:rsidR="00757784" w:rsidRDefault="00757784" w:rsidP="00E82EC0">
      <w:pPr>
        <w:pStyle w:val="TableParagraph"/>
        <w:spacing w:line="301" w:lineRule="exact"/>
        <w:jc w:val="both"/>
        <w:rPr>
          <w:b/>
          <w:bCs/>
          <w:iCs/>
          <w:sz w:val="24"/>
          <w:szCs w:val="24"/>
          <w:lang w:val="kk-KZ"/>
        </w:rPr>
      </w:pPr>
    </w:p>
    <w:p w14:paraId="184CB3C4" w14:textId="4F390E6C" w:rsidR="0024021D" w:rsidRDefault="0024021D" w:rsidP="00E82EC0">
      <w:pPr>
        <w:pStyle w:val="TableParagraph"/>
        <w:spacing w:line="301" w:lineRule="exact"/>
        <w:jc w:val="both"/>
        <w:rPr>
          <w:b/>
          <w:bCs/>
          <w:iCs/>
          <w:sz w:val="28"/>
          <w:szCs w:val="28"/>
          <w:lang w:val="kk-KZ"/>
        </w:rPr>
      </w:pPr>
      <w:r w:rsidRPr="0024021D">
        <w:rPr>
          <w:b/>
          <w:bCs/>
          <w:iCs/>
          <w:sz w:val="28"/>
          <w:szCs w:val="28"/>
          <w:lang w:val="kk-KZ"/>
        </w:rPr>
        <w:t xml:space="preserve">10 – қосымша </w:t>
      </w:r>
    </w:p>
    <w:p w14:paraId="09774382" w14:textId="77777777" w:rsidR="0024021D" w:rsidRDefault="0024021D" w:rsidP="00E82EC0">
      <w:pPr>
        <w:pStyle w:val="TableParagraph"/>
        <w:spacing w:line="301" w:lineRule="exact"/>
        <w:jc w:val="both"/>
        <w:rPr>
          <w:b/>
          <w:bCs/>
          <w:iCs/>
          <w:sz w:val="28"/>
          <w:szCs w:val="28"/>
          <w:lang w:val="kk-KZ"/>
        </w:rPr>
      </w:pPr>
    </w:p>
    <w:p w14:paraId="3775F0A0" w14:textId="1720582E" w:rsidR="000C34B8" w:rsidRPr="00E82EC0" w:rsidRDefault="000C34B8" w:rsidP="00E82EC0">
      <w:pPr>
        <w:pStyle w:val="TableParagraph"/>
        <w:spacing w:line="301" w:lineRule="exact"/>
        <w:jc w:val="both"/>
        <w:rPr>
          <w:bCs/>
          <w:i/>
          <w:iCs/>
          <w:sz w:val="28"/>
          <w:szCs w:val="28"/>
          <w:lang w:val="kk-KZ"/>
        </w:rPr>
      </w:pPr>
    </w:p>
    <w:p w14:paraId="773037B8" w14:textId="5424EF58" w:rsidR="00E82EC0" w:rsidRPr="00E82EC0" w:rsidRDefault="00E82EC0" w:rsidP="00E82EC0">
      <w:pPr>
        <w:jc w:val="both"/>
        <w:outlineLvl w:val="3"/>
        <w:rPr>
          <w:b/>
          <w:bCs/>
          <w:sz w:val="28"/>
          <w:szCs w:val="28"/>
          <w:lang w:val="kk-KZ" w:eastAsia="ru-RU"/>
        </w:rPr>
      </w:pPr>
      <w:r w:rsidRPr="00E82EC0">
        <w:rPr>
          <w:b/>
          <w:bCs/>
          <w:sz w:val="28"/>
          <w:szCs w:val="28"/>
          <w:lang w:val="kk-KZ" w:eastAsia="ru-RU"/>
        </w:rPr>
        <w:t>Қ. Аманжолов атындағы балалар музыка мектебі.</w:t>
      </w:r>
    </w:p>
    <w:p w14:paraId="0FD6958B" w14:textId="77777777" w:rsidR="00E82EC0" w:rsidRPr="00E82EC0" w:rsidRDefault="00E82EC0" w:rsidP="00E82EC0">
      <w:pPr>
        <w:ind w:left="-142" w:firstLine="850"/>
        <w:jc w:val="both"/>
        <w:rPr>
          <w:sz w:val="28"/>
          <w:szCs w:val="28"/>
          <w:lang w:val="kk-KZ" w:eastAsia="ru-RU"/>
        </w:rPr>
      </w:pPr>
      <w:r w:rsidRPr="00E82EC0">
        <w:rPr>
          <w:sz w:val="28"/>
          <w:szCs w:val="28"/>
          <w:lang w:val="kk-KZ" w:eastAsia="ru-RU"/>
        </w:rPr>
        <w:t xml:space="preserve">2023 жылғы №170 келісім шарт және 2026 жылғы 18 қыркүйектегі </w:t>
      </w:r>
      <w:r w:rsidRPr="00E82EC0">
        <w:rPr>
          <w:bCs/>
          <w:sz w:val="28"/>
          <w:szCs w:val="28"/>
          <w:lang w:val="kk-KZ" w:eastAsia="ru-RU"/>
        </w:rPr>
        <w:t>№127 өтеусіз пайдалану шарты</w:t>
      </w:r>
      <w:r w:rsidRPr="00E82EC0">
        <w:rPr>
          <w:sz w:val="28"/>
          <w:szCs w:val="28"/>
          <w:lang w:val="kk-KZ" w:eastAsia="ru-RU"/>
        </w:rPr>
        <w:t xml:space="preserve"> негізінде мектептің ғимаратынан (Бирюзов көшесі, 22А мекенжайы бойынша орналасқан нысан) </w:t>
      </w:r>
      <w:r w:rsidRPr="00E82EC0">
        <w:rPr>
          <w:bCs/>
          <w:sz w:val="28"/>
          <w:szCs w:val="28"/>
          <w:lang w:val="kk-KZ" w:eastAsia="ru-RU"/>
        </w:rPr>
        <w:t>жалпы алаңы 101,5 ш.м.</w:t>
      </w:r>
      <w:r w:rsidRPr="00E82EC0">
        <w:rPr>
          <w:sz w:val="28"/>
          <w:szCs w:val="28"/>
          <w:lang w:val="kk-KZ" w:eastAsia="ru-RU"/>
        </w:rPr>
        <w:t xml:space="preserve"> болатын үй-жайлар балаларға қосымша білім беруді ұйымдастыру мақсатында ресми түрде берілді. </w:t>
      </w:r>
    </w:p>
    <w:p w14:paraId="3633A72D" w14:textId="77777777" w:rsidR="00E82EC0" w:rsidRPr="00E82EC0" w:rsidRDefault="00E82EC0" w:rsidP="00E82EC0">
      <w:pPr>
        <w:ind w:left="-142" w:firstLine="851"/>
        <w:jc w:val="both"/>
        <w:rPr>
          <w:sz w:val="28"/>
          <w:szCs w:val="28"/>
          <w:lang w:val="kk-KZ" w:eastAsia="ru-RU"/>
        </w:rPr>
      </w:pPr>
      <w:r w:rsidRPr="00E82EC0">
        <w:rPr>
          <w:sz w:val="28"/>
          <w:szCs w:val="28"/>
          <w:lang w:val="kk-KZ" w:eastAsia="ru-RU"/>
        </w:rPr>
        <w:t xml:space="preserve">Жаңадан жасалған №127 шарттың қолданылу мерзімі </w:t>
      </w:r>
      <w:r w:rsidRPr="00E82EC0">
        <w:rPr>
          <w:bCs/>
          <w:sz w:val="28"/>
          <w:szCs w:val="28"/>
          <w:lang w:val="kk-KZ" w:eastAsia="ru-RU"/>
        </w:rPr>
        <w:t>2026 жылғы 19 қазаннан бастап 2029 жылғы 18 қазанға дейін</w:t>
      </w:r>
      <w:r w:rsidRPr="00E82EC0">
        <w:rPr>
          <w:sz w:val="28"/>
          <w:szCs w:val="28"/>
          <w:lang w:val="kk-KZ" w:eastAsia="ru-RU"/>
        </w:rPr>
        <w:t xml:space="preserve"> белгіленіп, тараптардың міндеттемелері мен жауапкершілігі қатаң сақталуда. </w:t>
      </w:r>
    </w:p>
    <w:p w14:paraId="76A12D3B" w14:textId="77777777" w:rsidR="00E82EC0" w:rsidRPr="00E82EC0" w:rsidRDefault="00E82EC0" w:rsidP="00E82EC0">
      <w:pPr>
        <w:ind w:left="-142"/>
        <w:jc w:val="both"/>
        <w:rPr>
          <w:sz w:val="28"/>
          <w:szCs w:val="28"/>
          <w:lang w:val="kk-KZ" w:eastAsia="ru-RU"/>
        </w:rPr>
      </w:pPr>
      <w:r w:rsidRPr="00E82EC0">
        <w:rPr>
          <w:b/>
          <w:bCs/>
          <w:sz w:val="28"/>
          <w:szCs w:val="28"/>
          <w:lang w:val="kk-KZ" w:eastAsia="ru-RU"/>
        </w:rPr>
        <w:t>Келісім шарттар базасы және құқықтық негіздер:</w:t>
      </w:r>
    </w:p>
    <w:p w14:paraId="20512001" w14:textId="77777777" w:rsidR="00E82EC0" w:rsidRPr="00E82EC0" w:rsidRDefault="00E82EC0" w:rsidP="00E82EC0">
      <w:pPr>
        <w:ind w:left="-142" w:firstLine="850"/>
        <w:jc w:val="both"/>
        <w:rPr>
          <w:sz w:val="28"/>
          <w:szCs w:val="28"/>
          <w:lang w:val="kk-KZ" w:eastAsia="ru-RU"/>
        </w:rPr>
      </w:pPr>
      <w:r w:rsidRPr="00E82EC0">
        <w:rPr>
          <w:sz w:val="28"/>
          <w:szCs w:val="28"/>
          <w:lang w:val="kk-KZ" w:eastAsia="ru-RU"/>
        </w:rPr>
        <w:t xml:space="preserve">Қарағанды облысының экономика басқармасы, қаржы және мемлекеттік активтер басқармасы және білім беру саласындағы уәкілетті органдардың бұйрықтары </w:t>
      </w:r>
      <w:r w:rsidRPr="00E82EC0">
        <w:rPr>
          <w:sz w:val="28"/>
          <w:szCs w:val="28"/>
          <w:lang w:val="kk-KZ" w:eastAsia="ru-RU"/>
        </w:rPr>
        <w:lastRenderedPageBreak/>
        <w:t xml:space="preserve">мен қаулылары негізінде мүліктік келісімшарттар рәсімделген. </w:t>
      </w:r>
    </w:p>
    <w:p w14:paraId="63458BAC" w14:textId="77777777" w:rsidR="00E82EC0" w:rsidRPr="00E82EC0" w:rsidRDefault="00E82EC0" w:rsidP="00E82EC0">
      <w:pPr>
        <w:jc w:val="both"/>
        <w:outlineLvl w:val="3"/>
        <w:rPr>
          <w:b/>
          <w:bCs/>
          <w:sz w:val="28"/>
          <w:szCs w:val="28"/>
          <w:lang w:val="kk-KZ" w:eastAsia="ru-RU"/>
        </w:rPr>
      </w:pPr>
      <w:r w:rsidRPr="00E82EC0">
        <w:rPr>
          <w:b/>
          <w:bCs/>
          <w:sz w:val="28"/>
          <w:szCs w:val="28"/>
          <w:lang w:val="kk-KZ" w:eastAsia="ru-RU"/>
        </w:rPr>
        <w:t>2. Оқу-тәрбие үдерісі және атқарылып жатқан жұмыстар</w:t>
      </w:r>
    </w:p>
    <w:p w14:paraId="7E0C1FFF" w14:textId="77777777" w:rsidR="00E82EC0" w:rsidRPr="00E82EC0" w:rsidRDefault="00E82EC0" w:rsidP="00E82EC0">
      <w:pPr>
        <w:ind w:left="-142"/>
        <w:jc w:val="both"/>
        <w:rPr>
          <w:sz w:val="28"/>
          <w:szCs w:val="28"/>
          <w:lang w:val="kk-KZ" w:eastAsia="ru-RU"/>
        </w:rPr>
      </w:pPr>
      <w:r w:rsidRPr="00E82EC0">
        <w:rPr>
          <w:sz w:val="28"/>
          <w:szCs w:val="28"/>
          <w:lang w:val="kk-KZ" w:eastAsia="ru-RU"/>
        </w:rPr>
        <w:t>- Бөлінген арнайы оқу кабинеттері мен музыкалық сыныптарда оқушылардың шығармашылық әлеуетін арттыруға, өнер мен музыка әлеміне баулуға бағытталған үйірмелер мен сабақтар тұрақты түрде жүргізіледі.  Домбыра 29 оқушы, домбырамен ән салу 18 оқушы, қобыз 8 оқушы, флейта 4 оқушы, вокал 9 оқушы. Жалпы қамтылған бала саны  68 оқушы құрайды. Ол дегеніміз мектебіміздің жалпы бала санының құрап отыр.</w:t>
      </w:r>
    </w:p>
    <w:p w14:paraId="323463A9" w14:textId="77777777" w:rsidR="00E82EC0" w:rsidRPr="00E82EC0" w:rsidRDefault="00E82EC0" w:rsidP="00E82EC0">
      <w:pPr>
        <w:ind w:left="-142"/>
        <w:jc w:val="both"/>
        <w:rPr>
          <w:sz w:val="28"/>
          <w:szCs w:val="28"/>
          <w:lang w:val="kk-KZ" w:eastAsia="ru-RU"/>
        </w:rPr>
      </w:pPr>
      <w:r w:rsidRPr="00E82EC0">
        <w:rPr>
          <w:sz w:val="28"/>
          <w:szCs w:val="28"/>
          <w:lang w:val="kk-KZ" w:eastAsia="ru-RU"/>
        </w:rPr>
        <w:t>- Музыка мектебімен бірлескен жұмыстар мектеп оқушыларының эстетикалық талғамын қалыптастыруға, рухани-адамгершілік тәрбие беруге және олардың бос уақытын мазмұнды өткізуге айтарлықтай үлес қосуда.</w:t>
      </w:r>
    </w:p>
    <w:p w14:paraId="1EE02523" w14:textId="77777777" w:rsidR="00E82EC0" w:rsidRPr="00E82EC0" w:rsidRDefault="00E82EC0" w:rsidP="00E82EC0">
      <w:pPr>
        <w:ind w:left="-142"/>
        <w:jc w:val="both"/>
        <w:rPr>
          <w:sz w:val="28"/>
          <w:szCs w:val="28"/>
          <w:lang w:val="kk-KZ" w:eastAsia="ru-RU"/>
        </w:rPr>
      </w:pPr>
      <w:r w:rsidRPr="00E82EC0">
        <w:rPr>
          <w:sz w:val="28"/>
          <w:szCs w:val="28"/>
          <w:lang w:val="kk-KZ" w:eastAsia="ru-RU"/>
        </w:rPr>
        <w:t>- Мүлікті мақсатты түрде пайдалану, санитарлық-гигиеналық нормалар мен қауіпсіздік ережелерін сақтау бағытында мектеп әкімшілігі тарапынан тұрақты бақылау жүзеге асырылып отырады</w:t>
      </w:r>
    </w:p>
    <w:p w14:paraId="17FD61EB" w14:textId="77777777" w:rsidR="00E82EC0" w:rsidRPr="00E82EC0" w:rsidRDefault="00E82EC0" w:rsidP="00E82EC0">
      <w:pPr>
        <w:jc w:val="both"/>
        <w:rPr>
          <w:sz w:val="28"/>
          <w:szCs w:val="28"/>
          <w:lang w:val="kk-KZ" w:eastAsia="ru-RU"/>
        </w:rPr>
      </w:pPr>
      <w:r w:rsidRPr="00E82EC0">
        <w:rPr>
          <w:sz w:val="28"/>
          <w:szCs w:val="28"/>
          <w:lang w:val="kk-KZ" w:eastAsia="ru-RU"/>
        </w:rPr>
        <w:t xml:space="preserve">         «№14 мектеп-гимназиясы» КММ мен Қ. Аманжолов атындағы балалар музыка мектебі арасындағы </w:t>
      </w:r>
      <w:r w:rsidRPr="00E82EC0">
        <w:rPr>
          <w:bCs/>
          <w:sz w:val="28"/>
          <w:szCs w:val="28"/>
          <w:lang w:val="kk-KZ" w:eastAsia="ru-RU"/>
        </w:rPr>
        <w:t>2023 жылдан бері</w:t>
      </w:r>
      <w:r w:rsidRPr="00E82EC0">
        <w:rPr>
          <w:sz w:val="28"/>
          <w:szCs w:val="28"/>
          <w:lang w:val="kk-KZ" w:eastAsia="ru-RU"/>
        </w:rPr>
        <w:t xml:space="preserve"> жалғасып келе жатқан серіктестік қатынастар қолданыстағы заңнама талаптарына, жасалған ресми келісімшарттарға және өзара тиімді ынтымақтастық қағидаттарына толық сәйкес жүзеге асырылуда. Бұл бастама мектеп оқушыларына сапалы қосымша білім беру ортасын құруда маңызды рөл атқарады. </w:t>
      </w:r>
    </w:p>
    <w:p w14:paraId="61E49334" w14:textId="3CA8BCAE" w:rsidR="00E82EC0" w:rsidRDefault="00E82EC0" w:rsidP="00E82EC0">
      <w:pPr>
        <w:jc w:val="both"/>
        <w:rPr>
          <w:bCs/>
          <w:i/>
          <w:iCs/>
          <w:sz w:val="28"/>
          <w:szCs w:val="28"/>
          <w:lang w:val="kk-KZ"/>
        </w:rPr>
      </w:pPr>
    </w:p>
    <w:p w14:paraId="7A40E290" w14:textId="77777777" w:rsidR="00F106E2" w:rsidRPr="00E82EC0" w:rsidRDefault="00F106E2" w:rsidP="00E82EC0">
      <w:pPr>
        <w:jc w:val="both"/>
        <w:rPr>
          <w:bCs/>
          <w:i/>
          <w:iCs/>
          <w:sz w:val="28"/>
          <w:szCs w:val="28"/>
          <w:lang w:val="kk-KZ"/>
        </w:rPr>
      </w:pPr>
    </w:p>
    <w:p w14:paraId="18F0201D" w14:textId="4DDA0E45" w:rsidR="00E82EC0" w:rsidRPr="00E82EC0" w:rsidRDefault="00E82EC0" w:rsidP="00E82EC0">
      <w:pPr>
        <w:jc w:val="both"/>
        <w:rPr>
          <w:b/>
          <w:sz w:val="28"/>
          <w:szCs w:val="28"/>
          <w:lang w:val="kk-KZ" w:eastAsia="ru-RU"/>
        </w:rPr>
      </w:pPr>
      <w:r w:rsidRPr="00E82EC0">
        <w:rPr>
          <w:b/>
          <w:sz w:val="28"/>
          <w:szCs w:val="28"/>
          <w:lang w:val="kk-KZ"/>
        </w:rPr>
        <w:t>«Федерация развития детской и массовой физической культуры и спорта»</w:t>
      </w:r>
    </w:p>
    <w:p w14:paraId="4F0CB36E" w14:textId="77777777" w:rsidR="00E82EC0" w:rsidRPr="00E82EC0" w:rsidRDefault="00E82EC0" w:rsidP="00E82EC0">
      <w:pPr>
        <w:widowControl/>
        <w:autoSpaceDE/>
        <w:autoSpaceDN/>
        <w:ind w:left="-142"/>
        <w:jc w:val="both"/>
        <w:rPr>
          <w:bCs/>
          <w:sz w:val="28"/>
          <w:szCs w:val="28"/>
          <w:lang w:val="kk-KZ"/>
        </w:rPr>
      </w:pPr>
      <w:r w:rsidRPr="00E82EC0">
        <w:rPr>
          <w:bCs/>
          <w:sz w:val="28"/>
          <w:szCs w:val="28"/>
          <w:lang w:val="kk-KZ"/>
        </w:rPr>
        <w:t xml:space="preserve">«№14 мектеп-гимназиясы» КММ  мен ОО «Федерация развития детской и массовой физической культуры и спорта» арасындағы қызмет көрсету туралы 01.04.2025 ж.  келісім-шарт. </w:t>
      </w:r>
      <w:r w:rsidRPr="00E82EC0">
        <w:rPr>
          <w:sz w:val="28"/>
          <w:szCs w:val="28"/>
          <w:lang w:val="kk-KZ" w:eastAsia="ru-RU"/>
        </w:rPr>
        <w:t>Мектеп базасында (ауданы 664,70 кв.м. спорт залын) тиімді пайдалану және оқушылардың спортпен шұғылдануын қамтамасыз ету бағытында келесі ресми келісімшарттар жасалып, жүзеге асырылды.</w:t>
      </w:r>
    </w:p>
    <w:p w14:paraId="354C53F6" w14:textId="77777777" w:rsidR="00E82EC0" w:rsidRPr="00E82EC0" w:rsidRDefault="00E82EC0" w:rsidP="00C427A3">
      <w:pPr>
        <w:pStyle w:val="ac"/>
        <w:numPr>
          <w:ilvl w:val="0"/>
          <w:numId w:val="13"/>
        </w:numPr>
        <w:spacing w:after="0" w:line="240" w:lineRule="auto"/>
        <w:jc w:val="both"/>
        <w:rPr>
          <w:rFonts w:ascii="Times New Roman" w:hAnsi="Times New Roman" w:cs="Times New Roman"/>
          <w:bCs/>
          <w:sz w:val="28"/>
          <w:szCs w:val="28"/>
          <w:lang w:val="kk-KZ"/>
        </w:rPr>
      </w:pPr>
      <w:r w:rsidRPr="00E82EC0">
        <w:rPr>
          <w:rFonts w:ascii="Times New Roman" w:hAnsi="Times New Roman" w:cs="Times New Roman"/>
          <w:sz w:val="28"/>
          <w:szCs w:val="28"/>
          <w:lang w:val="kk-KZ" w:eastAsia="ru-RU"/>
        </w:rPr>
        <w:t>2024 жылға арналған келісімшарт</w:t>
      </w:r>
      <w:r w:rsidRPr="00E82EC0">
        <w:rPr>
          <w:rFonts w:ascii="Times New Roman" w:hAnsi="Times New Roman" w:cs="Times New Roman"/>
          <w:b/>
          <w:bCs/>
          <w:sz w:val="28"/>
          <w:szCs w:val="28"/>
          <w:lang w:val="kk-KZ" w:eastAsia="ru-RU"/>
        </w:rPr>
        <w:t xml:space="preserve"> </w:t>
      </w:r>
      <w:r w:rsidRPr="00E82EC0">
        <w:rPr>
          <w:rFonts w:ascii="Times New Roman" w:hAnsi="Times New Roman" w:cs="Times New Roman"/>
          <w:sz w:val="28"/>
          <w:szCs w:val="28"/>
          <w:lang w:val="kk-KZ" w:eastAsia="ru-RU"/>
        </w:rPr>
        <w:t>№3522 шарт негізінде (25.01.2024 ж.)</w:t>
      </w:r>
    </w:p>
    <w:p w14:paraId="4C3DC568" w14:textId="77777777" w:rsidR="00E82EC0" w:rsidRPr="00E82EC0" w:rsidRDefault="00E82EC0" w:rsidP="00E82EC0">
      <w:pPr>
        <w:pStyle w:val="ac"/>
        <w:ind w:left="-142"/>
        <w:jc w:val="both"/>
        <w:rPr>
          <w:rFonts w:ascii="Times New Roman" w:hAnsi="Times New Roman" w:cs="Times New Roman"/>
          <w:sz w:val="28"/>
          <w:szCs w:val="28"/>
          <w:lang w:val="kk-KZ" w:eastAsia="ru-RU"/>
        </w:rPr>
      </w:pPr>
      <w:r w:rsidRPr="00E82EC0">
        <w:rPr>
          <w:rFonts w:ascii="Times New Roman" w:hAnsi="Times New Roman" w:cs="Times New Roman"/>
          <w:sz w:val="28"/>
          <w:szCs w:val="28"/>
          <w:lang w:val="kk-KZ" w:eastAsia="ru-RU"/>
        </w:rPr>
        <w:t xml:space="preserve">«Спортивно-Профессиональный Союз Традиционного ТАЭКВОН-ДО» (МФТ) қоғамдық бірлестігімен (жетекшісі П.Д. Мамедов) мектеп оқушылары үшін футбол және гимнастика спорт секцияларын ұйымдастыру бойынша жұмыстар жүргізілді. </w:t>
      </w:r>
    </w:p>
    <w:p w14:paraId="78CAF3BB" w14:textId="77777777" w:rsidR="00E82EC0" w:rsidRPr="00E82EC0" w:rsidRDefault="00E82EC0" w:rsidP="00C427A3">
      <w:pPr>
        <w:pStyle w:val="ac"/>
        <w:numPr>
          <w:ilvl w:val="0"/>
          <w:numId w:val="13"/>
        </w:numPr>
        <w:spacing w:after="0" w:line="240" w:lineRule="auto"/>
        <w:ind w:left="-284" w:firstLine="644"/>
        <w:jc w:val="both"/>
        <w:rPr>
          <w:rFonts w:ascii="Times New Roman" w:hAnsi="Times New Roman" w:cs="Times New Roman"/>
          <w:bCs/>
          <w:sz w:val="28"/>
          <w:szCs w:val="28"/>
          <w:lang w:val="kk-KZ"/>
        </w:rPr>
      </w:pPr>
      <w:r w:rsidRPr="00E82EC0">
        <w:rPr>
          <w:rFonts w:ascii="Times New Roman" w:hAnsi="Times New Roman" w:cs="Times New Roman"/>
          <w:sz w:val="28"/>
          <w:szCs w:val="28"/>
          <w:lang w:val="kk-KZ" w:eastAsia="ru-RU"/>
        </w:rPr>
        <w:t>2025–2027 жылдарға арналған келісімшарттар мен мемлекеттік тапсырыс бойынша</w:t>
      </w:r>
      <w:r w:rsidRPr="00E82EC0">
        <w:rPr>
          <w:rFonts w:ascii="Times New Roman" w:hAnsi="Times New Roman" w:cs="Times New Roman"/>
          <w:b/>
          <w:bCs/>
          <w:sz w:val="28"/>
          <w:szCs w:val="28"/>
          <w:lang w:val="kk-KZ" w:eastAsia="ru-RU"/>
        </w:rPr>
        <w:t xml:space="preserve"> </w:t>
      </w:r>
      <w:r w:rsidRPr="00E82EC0">
        <w:rPr>
          <w:rFonts w:ascii="Times New Roman" w:hAnsi="Times New Roman" w:cs="Times New Roman"/>
          <w:sz w:val="28"/>
          <w:szCs w:val="28"/>
          <w:lang w:val="kk-KZ" w:eastAsia="ru-RU"/>
        </w:rPr>
        <w:t xml:space="preserve">Мектеп пен «Корпорация лиг спорта и культуры» қоғамдық бірлестігі арасында жасалған шарттарға сәйкес (соның ішінде 2025 жылғы 29 тамыздағы және 2026 жылғы №6920 шарт) спорт залы оқушылардың бұқаралық спорт пен шығармашылық үйірмелеріне қатысуы үшін тұрақты түрде берілді. Жұмыс уақыты сенбі, жексенбі күндері </w:t>
      </w:r>
      <w:r w:rsidRPr="00E82EC0">
        <w:rPr>
          <w:rFonts w:ascii="Times New Roman" w:hAnsi="Times New Roman" w:cs="Times New Roman"/>
          <w:color w:val="1F1F1F"/>
          <w:sz w:val="28"/>
          <w:szCs w:val="28"/>
          <w:lang w:val="kk-KZ" w:eastAsia="ru-RU"/>
        </w:rPr>
        <w:t>9:00 – 18:00-ге дейін.</w:t>
      </w:r>
    </w:p>
    <w:p w14:paraId="1CF53BAE" w14:textId="77777777" w:rsidR="00E82EC0" w:rsidRPr="00E82EC0" w:rsidRDefault="00E82EC0" w:rsidP="00E82EC0">
      <w:pPr>
        <w:widowControl/>
        <w:autoSpaceDE/>
        <w:autoSpaceDN/>
        <w:ind w:left="-284" w:firstLine="644"/>
        <w:jc w:val="both"/>
        <w:rPr>
          <w:sz w:val="28"/>
          <w:szCs w:val="28"/>
          <w:lang w:val="kk-KZ" w:eastAsia="ru-RU"/>
        </w:rPr>
      </w:pPr>
      <w:r w:rsidRPr="00E82EC0">
        <w:rPr>
          <w:sz w:val="28"/>
          <w:szCs w:val="28"/>
          <w:lang w:val="kk-KZ" w:eastAsia="ru-RU"/>
        </w:rPr>
        <w:t xml:space="preserve">Бұл бастамалар Мемлекет басшысының тапсырмаларын орындау және балалардың бұқаралық спортын дамытуға бағытталған «ЦРМДС» КММ мемлекеттік спорттық тапсырысы аясында тиімді жүзеге асырылуда. </w:t>
      </w:r>
      <w:r w:rsidRPr="00E82EC0">
        <w:rPr>
          <w:sz w:val="28"/>
          <w:szCs w:val="28"/>
          <w:lang w:val="kk-KZ"/>
        </w:rPr>
        <w:t xml:space="preserve"> </w:t>
      </w:r>
      <w:r w:rsidRPr="00E82EC0">
        <w:rPr>
          <w:sz w:val="28"/>
          <w:szCs w:val="28"/>
          <w:lang w:val="kk-KZ" w:eastAsia="ru-RU"/>
        </w:rPr>
        <w:t>Атқарылған жұмыстардың нәтижелілігі:</w:t>
      </w:r>
      <w:r w:rsidRPr="00E82EC0">
        <w:rPr>
          <w:bCs/>
          <w:sz w:val="28"/>
          <w:szCs w:val="28"/>
          <w:lang w:val="kk-KZ"/>
        </w:rPr>
        <w:t xml:space="preserve"> </w:t>
      </w:r>
      <w:r w:rsidRPr="00E82EC0">
        <w:rPr>
          <w:sz w:val="28"/>
          <w:szCs w:val="28"/>
          <w:lang w:val="kk-KZ" w:eastAsia="ru-RU"/>
        </w:rPr>
        <w:t xml:space="preserve">Мектеп қабырғасында балалардың бос уақыты мазмұнды ұйымдастырылып, футбол, гимнастика және басқа да спорт секцияларына оқушылардың қатысуы тұрақты сипат алды. </w:t>
      </w:r>
      <w:r w:rsidRPr="00E82EC0">
        <w:rPr>
          <w:bCs/>
          <w:sz w:val="28"/>
          <w:szCs w:val="28"/>
          <w:lang w:val="kk-KZ"/>
        </w:rPr>
        <w:t xml:space="preserve"> </w:t>
      </w:r>
      <w:r w:rsidRPr="00E82EC0">
        <w:rPr>
          <w:sz w:val="28"/>
          <w:szCs w:val="28"/>
          <w:lang w:val="kk-KZ" w:eastAsia="ru-RU"/>
        </w:rPr>
        <w:t xml:space="preserve">Барлық келісімшарттар </w:t>
      </w:r>
      <w:r w:rsidRPr="00E82EC0">
        <w:rPr>
          <w:i/>
          <w:iCs/>
          <w:sz w:val="28"/>
          <w:szCs w:val="28"/>
          <w:lang w:val="kk-KZ" w:eastAsia="ru-RU"/>
        </w:rPr>
        <w:t>«Е-qazyna»</w:t>
      </w:r>
      <w:r w:rsidRPr="00E82EC0">
        <w:rPr>
          <w:sz w:val="28"/>
          <w:szCs w:val="28"/>
          <w:lang w:val="kk-KZ" w:eastAsia="ru-RU"/>
        </w:rPr>
        <w:t xml:space="preserve"> </w:t>
      </w:r>
      <w:r w:rsidRPr="00E82EC0">
        <w:rPr>
          <w:sz w:val="28"/>
          <w:szCs w:val="28"/>
          <w:lang w:val="kk-KZ" w:eastAsia="ru-RU"/>
        </w:rPr>
        <w:lastRenderedPageBreak/>
        <w:t xml:space="preserve">мемлекеттік мүлік тізілімінің веб-порталы арқылы заңнамаға сәйкес рәсімделіп, санитарлық-эпидемиологиялық және өрт қауіпсіздігі ережелері қатаң сақталуда. </w:t>
      </w:r>
    </w:p>
    <w:p w14:paraId="0A6D5393" w14:textId="6DA784F5" w:rsidR="00E82EC0" w:rsidRDefault="00E82EC0" w:rsidP="00E82EC0">
      <w:pPr>
        <w:pStyle w:val="TableParagraph"/>
        <w:spacing w:line="301" w:lineRule="exact"/>
        <w:jc w:val="both"/>
        <w:rPr>
          <w:bCs/>
          <w:sz w:val="28"/>
          <w:szCs w:val="28"/>
          <w:lang w:val="kk-KZ"/>
        </w:rPr>
      </w:pPr>
    </w:p>
    <w:p w14:paraId="6553D36D" w14:textId="77777777" w:rsidR="00F106E2" w:rsidRPr="00E82EC0" w:rsidRDefault="00F106E2" w:rsidP="00E82EC0">
      <w:pPr>
        <w:pStyle w:val="TableParagraph"/>
        <w:spacing w:line="301" w:lineRule="exact"/>
        <w:jc w:val="both"/>
        <w:rPr>
          <w:bCs/>
          <w:sz w:val="28"/>
          <w:szCs w:val="28"/>
          <w:lang w:val="kk-KZ"/>
        </w:rPr>
      </w:pPr>
    </w:p>
    <w:p w14:paraId="1F2BE9D3" w14:textId="5579D551" w:rsidR="00E82EC0" w:rsidRPr="00E82EC0" w:rsidRDefault="00E82EC0" w:rsidP="00E82EC0">
      <w:pPr>
        <w:pStyle w:val="TableParagraph"/>
        <w:shd w:val="clear" w:color="auto" w:fill="FFFFFF" w:themeFill="background1"/>
        <w:spacing w:line="301" w:lineRule="exact"/>
        <w:jc w:val="both"/>
        <w:rPr>
          <w:bCs/>
          <w:sz w:val="28"/>
          <w:szCs w:val="28"/>
          <w:lang w:val="kk-KZ"/>
        </w:rPr>
      </w:pPr>
      <w:r w:rsidRPr="00E82EC0">
        <w:rPr>
          <w:b/>
          <w:bCs/>
          <w:sz w:val="28"/>
          <w:szCs w:val="28"/>
          <w:lang w:val="kk-KZ" w:eastAsia="ru-RU"/>
        </w:rPr>
        <w:t xml:space="preserve">«№1 балалар көркемөнер мектебі» </w:t>
      </w:r>
      <w:r w:rsidRPr="00E82EC0">
        <w:rPr>
          <w:b/>
          <w:sz w:val="28"/>
          <w:szCs w:val="28"/>
          <w:lang w:val="kk-KZ"/>
        </w:rPr>
        <w:t>арасындағы қызмет көрсету келісім шарты.</w:t>
      </w:r>
      <w:r w:rsidRPr="00E82EC0">
        <w:rPr>
          <w:bCs/>
          <w:sz w:val="28"/>
          <w:szCs w:val="28"/>
          <w:lang w:val="kk-KZ"/>
        </w:rPr>
        <w:t xml:space="preserve"> </w:t>
      </w:r>
    </w:p>
    <w:p w14:paraId="72B5F8B3" w14:textId="77777777" w:rsidR="00E82EC0" w:rsidRPr="00E82EC0" w:rsidRDefault="00E82EC0" w:rsidP="00E82EC0">
      <w:pPr>
        <w:jc w:val="both"/>
        <w:rPr>
          <w:sz w:val="28"/>
          <w:szCs w:val="28"/>
          <w:lang w:val="kk-KZ" w:eastAsia="ru-RU"/>
        </w:rPr>
      </w:pPr>
      <w:r w:rsidRPr="00E82EC0">
        <w:rPr>
          <w:b/>
          <w:bCs/>
          <w:sz w:val="28"/>
          <w:szCs w:val="28"/>
          <w:lang w:val="kk-KZ" w:eastAsia="ru-RU"/>
        </w:rPr>
        <w:t>Шарттың атауы мен нөмірі:</w:t>
      </w:r>
      <w:r w:rsidRPr="00E82EC0">
        <w:rPr>
          <w:sz w:val="28"/>
          <w:szCs w:val="28"/>
          <w:lang w:val="kk-KZ" w:eastAsia="ru-RU"/>
        </w:rPr>
        <w:t xml:space="preserve"> «Қарағанды облысының экономика басқармасы» ММ мен «Қарағанды облысы білім басқармасының Қарағанды қаласы білім бөлімінің «№1 балалар көркемөнер мектебі» КМҚК арасында жасалған </w:t>
      </w:r>
      <w:r w:rsidRPr="00E82EC0">
        <w:rPr>
          <w:b/>
          <w:bCs/>
          <w:sz w:val="28"/>
          <w:szCs w:val="28"/>
          <w:lang w:val="kk-KZ" w:eastAsia="ru-RU"/>
        </w:rPr>
        <w:t>Мемлекеттік мүлікпен өтеусіз пайдаланудың №126 ШАРТЫ</w:t>
      </w:r>
      <w:r w:rsidRPr="00E82EC0">
        <w:rPr>
          <w:sz w:val="28"/>
          <w:szCs w:val="28"/>
          <w:lang w:val="kk-KZ" w:eastAsia="ru-RU"/>
        </w:rPr>
        <w:t xml:space="preserve"> </w:t>
      </w:r>
    </w:p>
    <w:p w14:paraId="4A12DBF2" w14:textId="77777777" w:rsidR="00E82EC0" w:rsidRPr="00E82EC0" w:rsidRDefault="00E82EC0" w:rsidP="00E82EC0">
      <w:pPr>
        <w:jc w:val="both"/>
        <w:rPr>
          <w:sz w:val="28"/>
          <w:szCs w:val="28"/>
          <w:lang w:val="kk-KZ" w:eastAsia="ru-RU"/>
        </w:rPr>
      </w:pPr>
      <w:r w:rsidRPr="00E82EC0">
        <w:rPr>
          <w:b/>
          <w:bCs/>
          <w:sz w:val="28"/>
          <w:szCs w:val="28"/>
          <w:lang w:val="kk-KZ" w:eastAsia="ru-RU"/>
        </w:rPr>
        <w:t>Жасалған күні:</w:t>
      </w:r>
      <w:r w:rsidRPr="00E82EC0">
        <w:rPr>
          <w:sz w:val="28"/>
          <w:szCs w:val="28"/>
          <w:lang w:val="kk-KZ" w:eastAsia="ru-RU"/>
        </w:rPr>
        <w:t xml:space="preserve"> 2026 жылғы «18» қыркүйек. </w:t>
      </w:r>
    </w:p>
    <w:p w14:paraId="508CA290" w14:textId="77777777" w:rsidR="00E82EC0" w:rsidRPr="00E82EC0" w:rsidRDefault="00E82EC0" w:rsidP="00E82EC0">
      <w:pPr>
        <w:jc w:val="both"/>
        <w:rPr>
          <w:sz w:val="28"/>
          <w:szCs w:val="28"/>
          <w:lang w:val="kk-KZ" w:eastAsia="ru-RU"/>
        </w:rPr>
      </w:pPr>
      <w:r w:rsidRPr="00E82EC0">
        <w:rPr>
          <w:b/>
          <w:bCs/>
          <w:sz w:val="28"/>
          <w:szCs w:val="28"/>
          <w:lang w:val="kk-KZ" w:eastAsia="ru-RU"/>
        </w:rPr>
        <w:t>Басшылардың өкілеттігі:</w:t>
      </w:r>
    </w:p>
    <w:p w14:paraId="3E454B60" w14:textId="77777777" w:rsidR="00E82EC0" w:rsidRPr="00E82EC0" w:rsidRDefault="00E82EC0" w:rsidP="00E82EC0">
      <w:pPr>
        <w:jc w:val="both"/>
        <w:rPr>
          <w:sz w:val="28"/>
          <w:szCs w:val="28"/>
          <w:lang w:val="kk-KZ" w:eastAsia="ru-RU"/>
        </w:rPr>
      </w:pPr>
      <w:r w:rsidRPr="00E82EC0">
        <w:rPr>
          <w:sz w:val="28"/>
          <w:szCs w:val="28"/>
          <w:lang w:val="kk-KZ" w:eastAsia="ru-RU"/>
        </w:rPr>
        <w:t xml:space="preserve">- «Қарағанды облысының экономика басқармасы» ММ атынан басқарма басшысы Е.Б. Уахитов (Қарағанды облысы әкімдігінің 2025 жылғы 23 маусымдағы №34/03 қаулысы негізінде). </w:t>
      </w:r>
    </w:p>
    <w:p w14:paraId="03696C48" w14:textId="77777777" w:rsidR="00E82EC0" w:rsidRPr="00E82EC0" w:rsidRDefault="00E82EC0" w:rsidP="00E82EC0">
      <w:pPr>
        <w:jc w:val="both"/>
        <w:rPr>
          <w:sz w:val="28"/>
          <w:szCs w:val="28"/>
          <w:lang w:val="kk-KZ" w:eastAsia="ru-RU"/>
        </w:rPr>
      </w:pPr>
      <w:r w:rsidRPr="00E82EC0">
        <w:rPr>
          <w:sz w:val="28"/>
          <w:szCs w:val="28"/>
          <w:lang w:val="kk-KZ" w:eastAsia="ru-RU"/>
        </w:rPr>
        <w:t xml:space="preserve">- «№1 балалар көркемөнер мектебі» КМҚК атынан директоры Е.М. Темиргалиев («Қарағанды облысының экономика басқармасы» ММ 2025 жылғы 04 маусымдағы №99 бұйрығы мен кәсіпорын жарғысы негізінде). </w:t>
      </w:r>
    </w:p>
    <w:p w14:paraId="7E6BC7CA" w14:textId="77777777" w:rsidR="00E82EC0" w:rsidRPr="00E82EC0" w:rsidRDefault="00E82EC0" w:rsidP="00E82EC0">
      <w:pPr>
        <w:jc w:val="both"/>
        <w:rPr>
          <w:sz w:val="28"/>
          <w:szCs w:val="28"/>
          <w:lang w:val="kk-KZ" w:eastAsia="ru-RU"/>
        </w:rPr>
      </w:pPr>
      <w:r w:rsidRPr="00E82EC0">
        <w:rPr>
          <w:b/>
          <w:bCs/>
          <w:sz w:val="28"/>
          <w:szCs w:val="28"/>
          <w:lang w:val="kk-KZ" w:eastAsia="ru-RU"/>
        </w:rPr>
        <w:t>Берілу негізі:</w:t>
      </w:r>
      <w:r w:rsidRPr="00E82EC0">
        <w:rPr>
          <w:sz w:val="28"/>
          <w:szCs w:val="28"/>
          <w:lang w:val="kk-KZ" w:eastAsia="ru-RU"/>
        </w:rPr>
        <w:t xml:space="preserve"> </w:t>
      </w:r>
    </w:p>
    <w:p w14:paraId="07DC9516" w14:textId="77777777" w:rsidR="00E82EC0" w:rsidRPr="00E82EC0" w:rsidRDefault="00E82EC0" w:rsidP="00E82EC0">
      <w:pPr>
        <w:jc w:val="both"/>
        <w:rPr>
          <w:sz w:val="28"/>
          <w:szCs w:val="28"/>
          <w:lang w:val="kk-KZ" w:eastAsia="ru-RU"/>
        </w:rPr>
      </w:pPr>
      <w:r w:rsidRPr="00E82EC0">
        <w:rPr>
          <w:sz w:val="28"/>
          <w:szCs w:val="28"/>
          <w:lang w:val="kk-KZ" w:eastAsia="ru-RU"/>
        </w:rPr>
        <w:t xml:space="preserve">«Қарағанды облысының қаржы және мемлекеттік активтер басқармасы» ММ 2026 жылғы 18 қыркүйектегі «Облыстық коммуналдық мүлік объектілерін өтеусіз пайдалануға беру туралы» №20 бұйрығы. </w:t>
      </w:r>
    </w:p>
    <w:p w14:paraId="3450147B" w14:textId="77777777" w:rsidR="00E82EC0" w:rsidRPr="00E82EC0" w:rsidRDefault="00E82EC0" w:rsidP="00E82EC0">
      <w:pPr>
        <w:jc w:val="both"/>
        <w:outlineLvl w:val="3"/>
        <w:rPr>
          <w:b/>
          <w:bCs/>
          <w:sz w:val="28"/>
          <w:szCs w:val="28"/>
          <w:lang w:eastAsia="ru-RU"/>
        </w:rPr>
      </w:pPr>
      <w:r w:rsidRPr="00E82EC0">
        <w:rPr>
          <w:b/>
          <w:bCs/>
          <w:sz w:val="28"/>
          <w:szCs w:val="28"/>
          <w:lang w:eastAsia="ru-RU"/>
        </w:rPr>
        <w:t>2. Объектінің сипаттамасы мен мақсаты (1.1-тармақ)</w:t>
      </w:r>
    </w:p>
    <w:p w14:paraId="7F2E81F4" w14:textId="77777777" w:rsidR="00E82EC0" w:rsidRPr="00E82EC0" w:rsidRDefault="00E82EC0" w:rsidP="00E82EC0">
      <w:pPr>
        <w:jc w:val="both"/>
        <w:rPr>
          <w:sz w:val="28"/>
          <w:szCs w:val="28"/>
          <w:lang w:eastAsia="ru-RU"/>
        </w:rPr>
      </w:pPr>
      <w:r w:rsidRPr="00E82EC0">
        <w:rPr>
          <w:b/>
          <w:bCs/>
          <w:sz w:val="28"/>
          <w:szCs w:val="28"/>
          <w:lang w:eastAsia="ru-RU"/>
        </w:rPr>
        <w:t>Баланста ұстаушы мекеме:</w:t>
      </w:r>
      <w:r w:rsidRPr="00E82EC0">
        <w:rPr>
          <w:sz w:val="28"/>
          <w:szCs w:val="28"/>
          <w:lang w:eastAsia="ru-RU"/>
        </w:rPr>
        <w:t xml:space="preserve"> «Қарағанды облысы білім басқармасының Қарағанды қаласы білім бөлімінің «№14 мектеп-гимназия» коммуналдық мемлекеттік мекемесі (директоры – О.С. Аринов). </w:t>
      </w:r>
    </w:p>
    <w:p w14:paraId="363C7496" w14:textId="77777777" w:rsidR="00E82EC0" w:rsidRPr="00E82EC0" w:rsidRDefault="00E82EC0" w:rsidP="00E82EC0">
      <w:pPr>
        <w:jc w:val="both"/>
        <w:rPr>
          <w:sz w:val="28"/>
          <w:szCs w:val="28"/>
          <w:lang w:val="kk-KZ" w:eastAsia="ru-RU"/>
        </w:rPr>
      </w:pPr>
      <w:r w:rsidRPr="00E82EC0">
        <w:rPr>
          <w:b/>
          <w:bCs/>
          <w:sz w:val="28"/>
          <w:szCs w:val="28"/>
          <w:lang w:val="kk-KZ" w:eastAsia="ru-RU"/>
        </w:rPr>
        <w:t>Мекенжайы:</w:t>
      </w:r>
      <w:r w:rsidRPr="00E82EC0">
        <w:rPr>
          <w:sz w:val="28"/>
          <w:szCs w:val="28"/>
          <w:lang w:val="kk-KZ" w:eastAsia="ru-RU"/>
        </w:rPr>
        <w:t xml:space="preserve"> Қарағанды облысы, Қарағанды қаласы, Бирюзова көшесі, 22А құрылыс. </w:t>
      </w:r>
    </w:p>
    <w:p w14:paraId="48517D93" w14:textId="77777777" w:rsidR="00E82EC0" w:rsidRPr="00E82EC0" w:rsidRDefault="00E82EC0" w:rsidP="00E82EC0">
      <w:pPr>
        <w:jc w:val="both"/>
        <w:rPr>
          <w:sz w:val="28"/>
          <w:szCs w:val="28"/>
          <w:lang w:val="kk-KZ" w:eastAsia="ru-RU"/>
        </w:rPr>
      </w:pPr>
      <w:r w:rsidRPr="00E82EC0">
        <w:rPr>
          <w:b/>
          <w:bCs/>
          <w:sz w:val="28"/>
          <w:szCs w:val="28"/>
          <w:lang w:val="kk-KZ" w:eastAsia="ru-RU"/>
        </w:rPr>
        <w:t>Берілген алаң:</w:t>
      </w:r>
      <w:r w:rsidRPr="00E82EC0">
        <w:rPr>
          <w:sz w:val="28"/>
          <w:szCs w:val="28"/>
          <w:lang w:val="kk-KZ" w:eastAsia="ru-RU"/>
        </w:rPr>
        <w:t xml:space="preserve"> Жалпы ауданы </w:t>
      </w:r>
      <w:r w:rsidRPr="00E82EC0">
        <w:rPr>
          <w:b/>
          <w:bCs/>
          <w:sz w:val="28"/>
          <w:szCs w:val="28"/>
          <w:lang w:val="kk-KZ" w:eastAsia="ru-RU"/>
        </w:rPr>
        <w:t>41,8 шаршы метр</w:t>
      </w:r>
      <w:r w:rsidRPr="00E82EC0">
        <w:rPr>
          <w:sz w:val="28"/>
          <w:szCs w:val="28"/>
          <w:lang w:val="kk-KZ" w:eastAsia="ru-RU"/>
        </w:rPr>
        <w:t xml:space="preserve"> болатын тұрғын емес оқу үй-жайы. </w:t>
      </w:r>
    </w:p>
    <w:p w14:paraId="794B5D7F" w14:textId="77777777" w:rsidR="00E82EC0" w:rsidRPr="00E82EC0" w:rsidRDefault="00E82EC0" w:rsidP="00E82EC0">
      <w:pPr>
        <w:jc w:val="both"/>
        <w:rPr>
          <w:sz w:val="28"/>
          <w:szCs w:val="28"/>
          <w:lang w:val="kk-KZ" w:eastAsia="ru-RU"/>
        </w:rPr>
      </w:pPr>
      <w:r w:rsidRPr="00E82EC0">
        <w:rPr>
          <w:b/>
          <w:bCs/>
          <w:sz w:val="28"/>
          <w:szCs w:val="28"/>
          <w:lang w:val="kk-KZ" w:eastAsia="ru-RU"/>
        </w:rPr>
        <w:t>Пайдалану мақсаты:</w:t>
      </w:r>
      <w:r w:rsidRPr="00E82EC0">
        <w:rPr>
          <w:sz w:val="28"/>
          <w:szCs w:val="28"/>
          <w:lang w:val="kk-KZ" w:eastAsia="ru-RU"/>
        </w:rPr>
        <w:t xml:space="preserve"> Оқушылардың жан-жақты білім алуы мен мәдени қажеттілігін қанағаттандыру. </w:t>
      </w:r>
    </w:p>
    <w:p w14:paraId="5B4EBCF5" w14:textId="77777777" w:rsidR="00E82EC0" w:rsidRPr="00E82EC0" w:rsidRDefault="00E82EC0" w:rsidP="00E82EC0">
      <w:pPr>
        <w:jc w:val="both"/>
        <w:outlineLvl w:val="3"/>
        <w:rPr>
          <w:b/>
          <w:bCs/>
          <w:sz w:val="28"/>
          <w:szCs w:val="28"/>
          <w:lang w:val="kk-KZ" w:eastAsia="ru-RU"/>
        </w:rPr>
      </w:pPr>
      <w:r w:rsidRPr="00E82EC0">
        <w:rPr>
          <w:b/>
          <w:bCs/>
          <w:sz w:val="28"/>
          <w:szCs w:val="28"/>
          <w:lang w:val="kk-KZ" w:eastAsia="ru-RU"/>
        </w:rPr>
        <w:t>3. Шарттың қолданылу мерзімі (1.3-тармақ)</w:t>
      </w:r>
    </w:p>
    <w:p w14:paraId="76B3EB87" w14:textId="77777777" w:rsidR="00E82EC0" w:rsidRPr="00E82EC0" w:rsidRDefault="00E82EC0" w:rsidP="00E82EC0">
      <w:pPr>
        <w:jc w:val="both"/>
        <w:rPr>
          <w:sz w:val="28"/>
          <w:szCs w:val="28"/>
          <w:lang w:val="kk-KZ" w:eastAsia="ru-RU"/>
        </w:rPr>
      </w:pPr>
      <w:r w:rsidRPr="00E82EC0">
        <w:rPr>
          <w:sz w:val="28"/>
          <w:szCs w:val="28"/>
          <w:lang w:val="kk-KZ" w:eastAsia="ru-RU"/>
        </w:rPr>
        <w:t xml:space="preserve">Мүлік «№1 балалар көркемөнер мектебі» КМҚК-на өтеусіз иелену және пайдалануға </w:t>
      </w:r>
      <w:r w:rsidRPr="00E82EC0">
        <w:rPr>
          <w:b/>
          <w:bCs/>
          <w:sz w:val="28"/>
          <w:szCs w:val="28"/>
          <w:lang w:val="kk-KZ" w:eastAsia="ru-RU"/>
        </w:rPr>
        <w:t>2026 жылғы «18» қыркүйектен бастап 2029 жылғы «17» қыркүйекті қоса алғанға дейін</w:t>
      </w:r>
      <w:r w:rsidRPr="00E82EC0">
        <w:rPr>
          <w:sz w:val="28"/>
          <w:szCs w:val="28"/>
          <w:lang w:val="kk-KZ" w:eastAsia="ru-RU"/>
        </w:rPr>
        <w:t xml:space="preserve"> 3 (үш) жыл мерзімге берілді. </w:t>
      </w:r>
    </w:p>
    <w:p w14:paraId="6F5F82CA" w14:textId="77777777" w:rsidR="00E82EC0" w:rsidRPr="00E82EC0" w:rsidRDefault="00E82EC0" w:rsidP="00E82EC0">
      <w:pPr>
        <w:jc w:val="both"/>
        <w:outlineLvl w:val="3"/>
        <w:rPr>
          <w:b/>
          <w:bCs/>
          <w:sz w:val="28"/>
          <w:szCs w:val="28"/>
          <w:lang w:val="kk-KZ" w:eastAsia="ru-RU"/>
        </w:rPr>
      </w:pPr>
      <w:r w:rsidRPr="00E82EC0">
        <w:rPr>
          <w:b/>
          <w:bCs/>
          <w:sz w:val="28"/>
          <w:szCs w:val="28"/>
          <w:lang w:val="kk-KZ" w:eastAsia="ru-RU"/>
        </w:rPr>
        <w:t>4. Материалдық-техникалық жағдайы және қабылдау-тапсыру актісі</w:t>
      </w:r>
    </w:p>
    <w:p w14:paraId="3E297D30" w14:textId="77777777" w:rsidR="00E82EC0" w:rsidRPr="00E82EC0" w:rsidRDefault="00E82EC0" w:rsidP="00E82EC0">
      <w:pPr>
        <w:jc w:val="both"/>
        <w:rPr>
          <w:sz w:val="28"/>
          <w:szCs w:val="28"/>
          <w:lang w:val="kk-KZ" w:eastAsia="ru-RU"/>
        </w:rPr>
      </w:pPr>
      <w:r w:rsidRPr="00E82EC0">
        <w:rPr>
          <w:b/>
          <w:bCs/>
          <w:sz w:val="28"/>
          <w:szCs w:val="28"/>
          <w:lang w:val="kk-KZ" w:eastAsia="ru-RU"/>
        </w:rPr>
        <w:t>Акт рәсімделген күні:</w:t>
      </w:r>
      <w:r w:rsidRPr="00E82EC0">
        <w:rPr>
          <w:sz w:val="28"/>
          <w:szCs w:val="28"/>
          <w:lang w:val="kk-KZ" w:eastAsia="ru-RU"/>
        </w:rPr>
        <w:t xml:space="preserve"> 2026 жылғы «18» қыркүйек. </w:t>
      </w:r>
    </w:p>
    <w:p w14:paraId="58B47360" w14:textId="77777777" w:rsidR="00E82EC0" w:rsidRPr="00E82EC0" w:rsidRDefault="00E82EC0" w:rsidP="00E82EC0">
      <w:pPr>
        <w:jc w:val="both"/>
        <w:rPr>
          <w:sz w:val="28"/>
          <w:szCs w:val="28"/>
          <w:lang w:val="kk-KZ" w:eastAsia="ru-RU"/>
        </w:rPr>
      </w:pPr>
      <w:r w:rsidRPr="00E82EC0">
        <w:rPr>
          <w:b/>
          <w:bCs/>
          <w:sz w:val="28"/>
          <w:szCs w:val="28"/>
          <w:lang w:val="kk-KZ" w:eastAsia="ru-RU"/>
        </w:rPr>
        <w:t>Техникалық жағдайы:</w:t>
      </w:r>
      <w:r w:rsidRPr="00E82EC0">
        <w:rPr>
          <w:sz w:val="28"/>
          <w:szCs w:val="28"/>
          <w:lang w:val="kk-KZ" w:eastAsia="ru-RU"/>
        </w:rPr>
        <w:t xml:space="preserve"> Қабылдау-тапсыру актісіне сәйкес, берілген үй-жайдың техникалық жағдайы </w:t>
      </w:r>
      <w:r w:rsidRPr="00E82EC0">
        <w:rPr>
          <w:b/>
          <w:bCs/>
          <w:sz w:val="28"/>
          <w:szCs w:val="28"/>
          <w:lang w:val="kk-KZ" w:eastAsia="ru-RU"/>
        </w:rPr>
        <w:t>«қанағаттанарлық»</w:t>
      </w:r>
      <w:r w:rsidRPr="00E82EC0">
        <w:rPr>
          <w:sz w:val="28"/>
          <w:szCs w:val="28"/>
          <w:lang w:val="kk-KZ" w:eastAsia="ru-RU"/>
        </w:rPr>
        <w:t xml:space="preserve"> деп бағаланды (анықталған ақаулықтары жоқ). </w:t>
      </w:r>
    </w:p>
    <w:p w14:paraId="1DBB1B05" w14:textId="77777777" w:rsidR="00E82EC0" w:rsidRPr="00E82EC0" w:rsidRDefault="00E82EC0" w:rsidP="00E82EC0">
      <w:pPr>
        <w:jc w:val="both"/>
        <w:rPr>
          <w:sz w:val="28"/>
          <w:szCs w:val="28"/>
          <w:lang w:val="kk-KZ" w:eastAsia="ru-RU"/>
        </w:rPr>
      </w:pPr>
      <w:r w:rsidRPr="00E82EC0">
        <w:rPr>
          <w:b/>
          <w:bCs/>
          <w:sz w:val="28"/>
          <w:szCs w:val="28"/>
          <w:lang w:val="kk-KZ" w:eastAsia="ru-RU"/>
        </w:rPr>
        <w:t>Құқықтық тазалығы:</w:t>
      </w:r>
      <w:r w:rsidRPr="00E82EC0">
        <w:rPr>
          <w:sz w:val="28"/>
          <w:szCs w:val="28"/>
          <w:lang w:val="kk-KZ" w:eastAsia="ru-RU"/>
        </w:rPr>
        <w:t xml:space="preserve"> Үй-жай үшінші тараптың құқықтары мен талаптарынан бос күйінде табысталды, тараптардың бір-біріне ешқандай наразылығы жоқ. </w:t>
      </w:r>
    </w:p>
    <w:p w14:paraId="2E084CEF" w14:textId="77777777" w:rsidR="00E82EC0" w:rsidRPr="00E82EC0" w:rsidRDefault="00E82EC0" w:rsidP="00E82EC0">
      <w:pPr>
        <w:jc w:val="both"/>
        <w:rPr>
          <w:sz w:val="28"/>
          <w:szCs w:val="28"/>
          <w:lang w:val="kk-KZ" w:eastAsia="ru-RU"/>
        </w:rPr>
      </w:pPr>
      <w:r w:rsidRPr="00E82EC0">
        <w:rPr>
          <w:b/>
          <w:bCs/>
          <w:sz w:val="28"/>
          <w:szCs w:val="28"/>
          <w:lang w:val="kk-KZ" w:eastAsia="ru-RU"/>
        </w:rPr>
        <w:t>Тараптардың растауы:</w:t>
      </w:r>
      <w:r w:rsidRPr="00E82EC0">
        <w:rPr>
          <w:sz w:val="28"/>
          <w:szCs w:val="28"/>
          <w:lang w:val="kk-KZ" w:eastAsia="ru-RU"/>
        </w:rPr>
        <w:t xml:space="preserve"> Құжатқа «№14 мектеп-гимназия» КММ директоры О.С. Аринов және «№1 балалар көркемөнер мектебі» КМҚК директоры Е.М. Темиргалиев қол қойып, бекіткен. </w:t>
      </w:r>
    </w:p>
    <w:p w14:paraId="0F7C368F" w14:textId="77777777" w:rsidR="00E82EC0" w:rsidRPr="00E82EC0" w:rsidRDefault="00E82EC0" w:rsidP="00E82EC0">
      <w:pPr>
        <w:jc w:val="both"/>
        <w:outlineLvl w:val="3"/>
        <w:rPr>
          <w:b/>
          <w:bCs/>
          <w:sz w:val="28"/>
          <w:szCs w:val="28"/>
          <w:lang w:val="kk-KZ" w:eastAsia="ru-RU"/>
        </w:rPr>
      </w:pPr>
      <w:r w:rsidRPr="00E82EC0">
        <w:rPr>
          <w:b/>
          <w:bCs/>
          <w:sz w:val="28"/>
          <w:szCs w:val="28"/>
          <w:lang w:val="kk-KZ" w:eastAsia="ru-RU"/>
        </w:rPr>
        <w:t>5. Тараптардың міндеттемелері мен сапа бақылауы (3.4-тармақ)</w:t>
      </w:r>
    </w:p>
    <w:p w14:paraId="2B45B53C" w14:textId="77777777" w:rsidR="00E82EC0" w:rsidRPr="00E82EC0" w:rsidRDefault="00E82EC0" w:rsidP="00E82EC0">
      <w:pPr>
        <w:jc w:val="both"/>
        <w:rPr>
          <w:sz w:val="28"/>
          <w:szCs w:val="28"/>
          <w:lang w:val="kk-KZ" w:eastAsia="ru-RU"/>
        </w:rPr>
      </w:pPr>
      <w:r w:rsidRPr="00E82EC0">
        <w:rPr>
          <w:sz w:val="28"/>
          <w:szCs w:val="28"/>
          <w:lang w:val="kk-KZ" w:eastAsia="ru-RU"/>
        </w:rPr>
        <w:t xml:space="preserve">Несие алушы («№1 балалар көркемөнер мектебі» КМҚК) мүлікті тек нысаналы </w:t>
      </w:r>
      <w:r w:rsidRPr="00E82EC0">
        <w:rPr>
          <w:sz w:val="28"/>
          <w:szCs w:val="28"/>
          <w:lang w:val="kk-KZ" w:eastAsia="ru-RU"/>
        </w:rPr>
        <w:lastRenderedPageBreak/>
        <w:t xml:space="preserve">мақсаты бойынша пайдалануға, дұрыс күйінде ұстауға, санитарлық және өрт қауіпсіздігі нормаларының сақталуын қатаң қамтамасыз етуге міндеттенеді. </w:t>
      </w:r>
    </w:p>
    <w:p w14:paraId="2C469BDC" w14:textId="77777777" w:rsidR="00E82EC0" w:rsidRPr="00E82EC0" w:rsidRDefault="00E82EC0" w:rsidP="00E82EC0">
      <w:pPr>
        <w:jc w:val="both"/>
        <w:rPr>
          <w:sz w:val="28"/>
          <w:szCs w:val="28"/>
          <w:lang w:val="kk-KZ" w:eastAsia="ru-RU"/>
        </w:rPr>
      </w:pPr>
      <w:r w:rsidRPr="00E82EC0">
        <w:rPr>
          <w:sz w:val="28"/>
          <w:szCs w:val="28"/>
          <w:lang w:val="kk-KZ" w:eastAsia="ru-RU"/>
        </w:rPr>
        <w:t xml:space="preserve">Мектеп-гимназия әкімшілігі мен мемлекеттік бақылау органдарының өкілдеріне нысанның санитарлық-эпидемиологиялық жағдайын тексеруге кедергісіз кіруге жағдай жасалған. </w:t>
      </w:r>
    </w:p>
    <w:p w14:paraId="4E638527" w14:textId="35D763D3" w:rsidR="00E82EC0" w:rsidRDefault="00E82EC0" w:rsidP="00E82EC0">
      <w:pPr>
        <w:pStyle w:val="TableParagraph"/>
        <w:jc w:val="both"/>
        <w:rPr>
          <w:b/>
          <w:i/>
          <w:iCs/>
          <w:color w:val="FF0000"/>
          <w:sz w:val="28"/>
          <w:szCs w:val="28"/>
          <w:lang w:val="kk-KZ"/>
        </w:rPr>
      </w:pPr>
    </w:p>
    <w:p w14:paraId="231D69CD" w14:textId="447FA9DB" w:rsidR="000C34B8" w:rsidRDefault="000C34B8" w:rsidP="00E82EC0">
      <w:pPr>
        <w:pStyle w:val="TableParagraph"/>
        <w:jc w:val="both"/>
        <w:rPr>
          <w:b/>
          <w:iCs/>
          <w:color w:val="FF0000"/>
          <w:sz w:val="24"/>
          <w:szCs w:val="24"/>
          <w:lang w:val="kk-KZ"/>
        </w:rPr>
      </w:pPr>
    </w:p>
    <w:p w14:paraId="5D54FEA1" w14:textId="4645B942" w:rsidR="000C34B8" w:rsidRPr="00E82EC0" w:rsidRDefault="000C34B8" w:rsidP="00E82EC0">
      <w:pPr>
        <w:pStyle w:val="TableParagraph"/>
        <w:jc w:val="both"/>
        <w:rPr>
          <w:b/>
          <w:i/>
          <w:iCs/>
          <w:color w:val="FF0000"/>
          <w:sz w:val="28"/>
          <w:szCs w:val="28"/>
          <w:lang w:val="kk-KZ"/>
        </w:rPr>
      </w:pPr>
    </w:p>
    <w:p w14:paraId="397B3DF2" w14:textId="77777777" w:rsidR="000C34B8" w:rsidRPr="000C34B8" w:rsidRDefault="000C34B8" w:rsidP="00C427A3">
      <w:pPr>
        <w:pStyle w:val="TableParagraph"/>
        <w:numPr>
          <w:ilvl w:val="1"/>
          <w:numId w:val="17"/>
        </w:numPr>
        <w:ind w:left="142"/>
        <w:jc w:val="both"/>
        <w:rPr>
          <w:b/>
          <w:sz w:val="28"/>
          <w:szCs w:val="28"/>
          <w:lang w:val="kk-KZ"/>
        </w:rPr>
      </w:pPr>
      <w:r w:rsidRPr="000C34B8">
        <w:rPr>
          <w:b/>
          <w:iCs/>
          <w:sz w:val="28"/>
          <w:szCs w:val="28"/>
          <w:lang w:val="kk-KZ"/>
        </w:rPr>
        <w:t>Білім беру ұйымының жабдықтармен жиһазбен, оқу-зертханалық жабдықтармен және оқытудың техникалық құралдарымен жабдықталуы туралы.</w:t>
      </w:r>
    </w:p>
    <w:p w14:paraId="7844ADA3" w14:textId="77777777" w:rsidR="00E82EC0" w:rsidRPr="00E82EC0" w:rsidRDefault="00E82EC0" w:rsidP="00E82EC0">
      <w:pPr>
        <w:widowControl/>
        <w:autoSpaceDE/>
        <w:autoSpaceDN/>
        <w:ind w:firstLine="708"/>
        <w:jc w:val="both"/>
        <w:rPr>
          <w:color w:val="1F1F1F"/>
          <w:sz w:val="28"/>
          <w:szCs w:val="28"/>
          <w:lang w:val="kk-KZ" w:eastAsia="ru-RU"/>
        </w:rPr>
      </w:pPr>
      <w:r w:rsidRPr="00E82EC0">
        <w:rPr>
          <w:color w:val="1F1F1F"/>
          <w:sz w:val="28"/>
          <w:szCs w:val="28"/>
          <w:lang w:val="kk-KZ" w:eastAsia="ru-RU"/>
        </w:rPr>
        <w:t>Мектеп-гимназиясының оқу кабинеттері мен бөлмелерінің материалдық-техникалық базасы, жалпы саны мен ауданы туралы толық мәлімет:</w:t>
      </w:r>
    </w:p>
    <w:p w14:paraId="7DC634E1" w14:textId="31A3240A" w:rsidR="00E82EC0" w:rsidRPr="00E82EC0" w:rsidRDefault="00E82EC0" w:rsidP="00E82EC0">
      <w:pPr>
        <w:widowControl/>
        <w:autoSpaceDE/>
        <w:autoSpaceDN/>
        <w:jc w:val="both"/>
        <w:rPr>
          <w:color w:val="1F1F1F"/>
          <w:sz w:val="28"/>
          <w:szCs w:val="28"/>
          <w:lang w:val="kk-KZ" w:eastAsia="ru-RU"/>
        </w:rPr>
      </w:pPr>
      <w:r w:rsidRPr="00E82EC0">
        <w:rPr>
          <w:color w:val="1F1F1F"/>
          <w:sz w:val="28"/>
          <w:szCs w:val="28"/>
          <w:lang w:val="kk-KZ" w:eastAsia="ru-RU"/>
        </w:rPr>
        <w:t xml:space="preserve">Мектептегі кабинеттердің жалпы саны — 35 бірлік, ал олардың жалпы ауданы — </w:t>
      </w:r>
      <w:r w:rsidR="002C30D1">
        <w:rPr>
          <w:sz w:val="28"/>
          <w:szCs w:val="28"/>
          <w:lang w:val="kk-KZ"/>
        </w:rPr>
        <w:t>2022</w:t>
      </w:r>
      <w:r w:rsidRPr="00E82EC0">
        <w:rPr>
          <w:sz w:val="28"/>
          <w:szCs w:val="28"/>
          <w:lang w:val="kk-KZ"/>
        </w:rPr>
        <w:t xml:space="preserve">м² </w:t>
      </w:r>
      <w:r w:rsidRPr="00E82EC0">
        <w:rPr>
          <w:color w:val="1F1F1F"/>
          <w:sz w:val="28"/>
          <w:szCs w:val="28"/>
          <w:lang w:val="kk-KZ" w:eastAsia="ru-RU"/>
        </w:rPr>
        <w:t>шаршы метрді құрайды.</w:t>
      </w:r>
    </w:p>
    <w:p w14:paraId="37E7A6E2" w14:textId="77777777" w:rsidR="00E82EC0" w:rsidRPr="00E82EC0" w:rsidRDefault="00E82EC0" w:rsidP="00E82EC0">
      <w:pPr>
        <w:widowControl/>
        <w:autoSpaceDE/>
        <w:autoSpaceDN/>
        <w:jc w:val="both"/>
        <w:rPr>
          <w:b/>
          <w:bCs/>
          <w:color w:val="1F1F1F"/>
          <w:sz w:val="28"/>
          <w:szCs w:val="28"/>
          <w:lang w:val="kk-KZ" w:eastAsia="ru-RU"/>
        </w:rPr>
      </w:pPr>
      <w:r w:rsidRPr="00E82EC0">
        <w:rPr>
          <w:b/>
          <w:bCs/>
          <w:color w:val="1F1F1F"/>
          <w:sz w:val="28"/>
          <w:szCs w:val="28"/>
          <w:lang w:val="kk-KZ" w:eastAsia="ru-RU"/>
        </w:rPr>
        <w:t>Оның ішінде оқу кабинеттері мен мамандандырылған бөлмелер:</w:t>
      </w:r>
    </w:p>
    <w:p w14:paraId="4CF9EB6A" w14:textId="77777777" w:rsidR="00E82EC0" w:rsidRPr="00E82EC0" w:rsidRDefault="00E82EC0" w:rsidP="00E82EC0">
      <w:pPr>
        <w:widowControl/>
        <w:autoSpaceDE/>
        <w:autoSpaceDN/>
        <w:jc w:val="both"/>
        <w:rPr>
          <w:color w:val="1F1F1F"/>
          <w:sz w:val="28"/>
          <w:szCs w:val="28"/>
          <w:lang w:eastAsia="ru-RU"/>
        </w:rPr>
      </w:pPr>
      <w:r w:rsidRPr="00E82EC0">
        <w:rPr>
          <w:color w:val="1F1F1F"/>
          <w:sz w:val="28"/>
          <w:szCs w:val="28"/>
          <w:lang w:eastAsia="ru-RU"/>
        </w:rPr>
        <w:t>— Бастауыш сынып кабинеттері: 11 кабинет (жалпы ауданы — 688,0 м²);</w:t>
      </w:r>
    </w:p>
    <w:p w14:paraId="2AC92E01" w14:textId="77777777" w:rsidR="00E82EC0" w:rsidRPr="00E82EC0" w:rsidRDefault="00E82EC0" w:rsidP="00E82EC0">
      <w:pPr>
        <w:widowControl/>
        <w:autoSpaceDE/>
        <w:autoSpaceDN/>
        <w:jc w:val="both"/>
        <w:rPr>
          <w:color w:val="1F1F1F"/>
          <w:sz w:val="28"/>
          <w:szCs w:val="28"/>
          <w:lang w:eastAsia="ru-RU"/>
        </w:rPr>
      </w:pPr>
      <w:r w:rsidRPr="00E82EC0">
        <w:rPr>
          <w:color w:val="1F1F1F"/>
          <w:sz w:val="28"/>
          <w:szCs w:val="28"/>
          <w:lang w:eastAsia="ru-RU"/>
        </w:rPr>
        <w:t>— Физика кабинеті: 1 кабинет (84,7 м²);</w:t>
      </w:r>
    </w:p>
    <w:p w14:paraId="02F6B6CE" w14:textId="77777777" w:rsidR="00E82EC0" w:rsidRPr="00E82EC0" w:rsidRDefault="00E82EC0" w:rsidP="00E82EC0">
      <w:pPr>
        <w:widowControl/>
        <w:autoSpaceDE/>
        <w:autoSpaceDN/>
        <w:jc w:val="both"/>
        <w:rPr>
          <w:color w:val="1F1F1F"/>
          <w:sz w:val="28"/>
          <w:szCs w:val="28"/>
          <w:lang w:eastAsia="ru-RU"/>
        </w:rPr>
      </w:pPr>
      <w:r w:rsidRPr="00E82EC0">
        <w:rPr>
          <w:color w:val="1F1F1F"/>
          <w:sz w:val="28"/>
          <w:szCs w:val="28"/>
          <w:lang w:eastAsia="ru-RU"/>
        </w:rPr>
        <w:t>— Химия кабинеті: 1 кабинет (84,8 м²);</w:t>
      </w:r>
    </w:p>
    <w:p w14:paraId="4DCFB987" w14:textId="77777777" w:rsidR="00E82EC0" w:rsidRPr="00E82EC0" w:rsidRDefault="00E82EC0" w:rsidP="00E82EC0">
      <w:pPr>
        <w:widowControl/>
        <w:autoSpaceDE/>
        <w:autoSpaceDN/>
        <w:jc w:val="both"/>
        <w:rPr>
          <w:color w:val="1F1F1F"/>
          <w:sz w:val="28"/>
          <w:szCs w:val="28"/>
          <w:lang w:eastAsia="ru-RU"/>
        </w:rPr>
      </w:pPr>
      <w:r w:rsidRPr="00E82EC0">
        <w:rPr>
          <w:color w:val="1F1F1F"/>
          <w:sz w:val="28"/>
          <w:szCs w:val="28"/>
          <w:lang w:eastAsia="ru-RU"/>
        </w:rPr>
        <w:t>— Биология кабинеті: 1 кабинет (84,7 м²);</w:t>
      </w:r>
    </w:p>
    <w:p w14:paraId="350D4ED5" w14:textId="77777777" w:rsidR="00E82EC0" w:rsidRPr="00E82EC0" w:rsidRDefault="00E82EC0" w:rsidP="00E82EC0">
      <w:pPr>
        <w:widowControl/>
        <w:autoSpaceDE/>
        <w:autoSpaceDN/>
        <w:jc w:val="both"/>
        <w:rPr>
          <w:color w:val="1F1F1F"/>
          <w:sz w:val="28"/>
          <w:szCs w:val="28"/>
          <w:lang w:eastAsia="ru-RU"/>
        </w:rPr>
      </w:pPr>
      <w:r w:rsidRPr="00E82EC0">
        <w:rPr>
          <w:color w:val="1F1F1F"/>
          <w:sz w:val="28"/>
          <w:szCs w:val="28"/>
          <w:lang w:eastAsia="ru-RU"/>
        </w:rPr>
        <w:t>— Математика кабинеті: 2 кабинет (124,1 м²);</w:t>
      </w:r>
    </w:p>
    <w:p w14:paraId="5A96033D" w14:textId="77777777" w:rsidR="00E82EC0" w:rsidRPr="00E82EC0" w:rsidRDefault="00E82EC0" w:rsidP="00E82EC0">
      <w:pPr>
        <w:widowControl/>
        <w:autoSpaceDE/>
        <w:autoSpaceDN/>
        <w:jc w:val="both"/>
        <w:rPr>
          <w:color w:val="1F1F1F"/>
          <w:sz w:val="28"/>
          <w:szCs w:val="28"/>
          <w:lang w:eastAsia="ru-RU"/>
        </w:rPr>
      </w:pPr>
      <w:r w:rsidRPr="00E82EC0">
        <w:rPr>
          <w:color w:val="1F1F1F"/>
          <w:sz w:val="28"/>
          <w:szCs w:val="28"/>
          <w:lang w:eastAsia="ru-RU"/>
        </w:rPr>
        <w:t>— Тарих кабинеті: 1 кабинет (62,6 м²);</w:t>
      </w:r>
    </w:p>
    <w:p w14:paraId="48072E66" w14:textId="77777777" w:rsidR="00E82EC0" w:rsidRPr="00E82EC0" w:rsidRDefault="00E82EC0" w:rsidP="00E82EC0">
      <w:pPr>
        <w:widowControl/>
        <w:autoSpaceDE/>
        <w:autoSpaceDN/>
        <w:jc w:val="both"/>
        <w:rPr>
          <w:color w:val="1F1F1F"/>
          <w:sz w:val="28"/>
          <w:szCs w:val="28"/>
          <w:lang w:eastAsia="ru-RU"/>
        </w:rPr>
      </w:pPr>
      <w:r w:rsidRPr="00E82EC0">
        <w:rPr>
          <w:color w:val="1F1F1F"/>
          <w:sz w:val="28"/>
          <w:szCs w:val="28"/>
          <w:lang w:eastAsia="ru-RU"/>
        </w:rPr>
        <w:t>— География кабинеті: 1 кабинет (62,6 м²);</w:t>
      </w:r>
    </w:p>
    <w:p w14:paraId="568BE6D4" w14:textId="77777777" w:rsidR="00E82EC0" w:rsidRPr="00E82EC0" w:rsidRDefault="00E82EC0" w:rsidP="00E82EC0">
      <w:pPr>
        <w:widowControl/>
        <w:autoSpaceDE/>
        <w:autoSpaceDN/>
        <w:jc w:val="both"/>
        <w:rPr>
          <w:color w:val="1F1F1F"/>
          <w:sz w:val="28"/>
          <w:szCs w:val="28"/>
          <w:lang w:eastAsia="ru-RU"/>
        </w:rPr>
      </w:pPr>
      <w:r w:rsidRPr="00E82EC0">
        <w:rPr>
          <w:color w:val="1F1F1F"/>
          <w:sz w:val="28"/>
          <w:szCs w:val="28"/>
          <w:lang w:eastAsia="ru-RU"/>
        </w:rPr>
        <w:t>— Қазақ тілі кабинеті: 3 кабинет (168,2 м²);</w:t>
      </w:r>
    </w:p>
    <w:p w14:paraId="502342CF" w14:textId="77777777" w:rsidR="00E82EC0" w:rsidRPr="00E82EC0" w:rsidRDefault="00E82EC0" w:rsidP="00E82EC0">
      <w:pPr>
        <w:widowControl/>
        <w:autoSpaceDE/>
        <w:autoSpaceDN/>
        <w:jc w:val="both"/>
        <w:rPr>
          <w:color w:val="1F1F1F"/>
          <w:sz w:val="28"/>
          <w:szCs w:val="28"/>
          <w:lang w:eastAsia="ru-RU"/>
        </w:rPr>
      </w:pPr>
      <w:r w:rsidRPr="00E82EC0">
        <w:rPr>
          <w:color w:val="1F1F1F"/>
          <w:sz w:val="28"/>
          <w:szCs w:val="28"/>
          <w:lang w:eastAsia="ru-RU"/>
        </w:rPr>
        <w:t>— Орыс тілі кабинеті: 1 кабинет (43,0 м²);</w:t>
      </w:r>
    </w:p>
    <w:p w14:paraId="73C6D956" w14:textId="77777777" w:rsidR="00E82EC0" w:rsidRPr="00E82EC0" w:rsidRDefault="00E82EC0" w:rsidP="00E82EC0">
      <w:pPr>
        <w:widowControl/>
        <w:autoSpaceDE/>
        <w:autoSpaceDN/>
        <w:jc w:val="both"/>
        <w:rPr>
          <w:color w:val="1F1F1F"/>
          <w:sz w:val="28"/>
          <w:szCs w:val="28"/>
          <w:lang w:eastAsia="ru-RU"/>
        </w:rPr>
      </w:pPr>
      <w:r w:rsidRPr="00E82EC0">
        <w:rPr>
          <w:color w:val="1F1F1F"/>
          <w:sz w:val="28"/>
          <w:szCs w:val="28"/>
          <w:lang w:eastAsia="ru-RU"/>
        </w:rPr>
        <w:t>— Шет тілі кабинеті: 3 кабинет (122,4 м²);</w:t>
      </w:r>
    </w:p>
    <w:p w14:paraId="2E8CA5CA" w14:textId="77777777" w:rsidR="00E82EC0" w:rsidRPr="00E82EC0" w:rsidRDefault="00E82EC0" w:rsidP="00E82EC0">
      <w:pPr>
        <w:widowControl/>
        <w:autoSpaceDE/>
        <w:autoSpaceDN/>
        <w:jc w:val="both"/>
        <w:rPr>
          <w:color w:val="1F1F1F"/>
          <w:sz w:val="28"/>
          <w:szCs w:val="28"/>
          <w:lang w:eastAsia="ru-RU"/>
        </w:rPr>
      </w:pPr>
      <w:r w:rsidRPr="00E82EC0">
        <w:rPr>
          <w:color w:val="1F1F1F"/>
          <w:sz w:val="28"/>
          <w:szCs w:val="28"/>
          <w:lang w:eastAsia="ru-RU"/>
        </w:rPr>
        <w:t>— Информатика кабинеті: 3 кабинет (124,0 м²);</w:t>
      </w:r>
    </w:p>
    <w:p w14:paraId="64C0FF70" w14:textId="77777777" w:rsidR="00E82EC0" w:rsidRPr="00E82EC0" w:rsidRDefault="00E82EC0" w:rsidP="00E82EC0">
      <w:pPr>
        <w:widowControl/>
        <w:autoSpaceDE/>
        <w:autoSpaceDN/>
        <w:jc w:val="both"/>
        <w:rPr>
          <w:color w:val="1F1F1F"/>
          <w:sz w:val="28"/>
          <w:szCs w:val="28"/>
          <w:lang w:eastAsia="ru-RU"/>
        </w:rPr>
      </w:pPr>
      <w:r w:rsidRPr="00E82EC0">
        <w:rPr>
          <w:color w:val="1F1F1F"/>
          <w:sz w:val="28"/>
          <w:szCs w:val="28"/>
          <w:lang w:eastAsia="ru-RU"/>
        </w:rPr>
        <w:t>— Алғашқы әскери дайындық (АӘД) кабинеті: 1 кабинет (53,4 м²);</w:t>
      </w:r>
    </w:p>
    <w:p w14:paraId="5B144959" w14:textId="77777777" w:rsidR="00E82EC0" w:rsidRPr="00E82EC0" w:rsidRDefault="00E82EC0" w:rsidP="00E82EC0">
      <w:pPr>
        <w:widowControl/>
        <w:autoSpaceDE/>
        <w:autoSpaceDN/>
        <w:jc w:val="both"/>
        <w:rPr>
          <w:color w:val="1F1F1F"/>
          <w:sz w:val="28"/>
          <w:szCs w:val="28"/>
          <w:lang w:eastAsia="ru-RU"/>
        </w:rPr>
      </w:pPr>
      <w:r w:rsidRPr="00E82EC0">
        <w:rPr>
          <w:color w:val="1F1F1F"/>
          <w:sz w:val="28"/>
          <w:szCs w:val="28"/>
          <w:lang w:eastAsia="ru-RU"/>
        </w:rPr>
        <w:t>— Көркем еңбек шеберлік кабинеттері: 2 кабинет (114,1 м²);</w:t>
      </w:r>
    </w:p>
    <w:p w14:paraId="344EB71F" w14:textId="77777777" w:rsidR="00E82EC0" w:rsidRPr="00E82EC0" w:rsidRDefault="00E82EC0" w:rsidP="00E82EC0">
      <w:pPr>
        <w:widowControl/>
        <w:autoSpaceDE/>
        <w:autoSpaceDN/>
        <w:jc w:val="both"/>
        <w:rPr>
          <w:color w:val="1F1F1F"/>
          <w:sz w:val="28"/>
          <w:szCs w:val="28"/>
          <w:lang w:eastAsia="ru-RU"/>
        </w:rPr>
      </w:pPr>
      <w:r w:rsidRPr="00E82EC0">
        <w:rPr>
          <w:color w:val="1F1F1F"/>
          <w:sz w:val="28"/>
          <w:szCs w:val="28"/>
          <w:lang w:eastAsia="ru-RU"/>
        </w:rPr>
        <w:t>— Музыка кабинеті: 1 кабинет (42,4 м²);</w:t>
      </w:r>
    </w:p>
    <w:p w14:paraId="4AD3E74B" w14:textId="77777777" w:rsidR="00E82EC0" w:rsidRPr="00E82EC0" w:rsidRDefault="00E82EC0" w:rsidP="00E82EC0">
      <w:pPr>
        <w:widowControl/>
        <w:autoSpaceDE/>
        <w:autoSpaceDN/>
        <w:jc w:val="both"/>
        <w:rPr>
          <w:color w:val="1F1F1F"/>
          <w:sz w:val="28"/>
          <w:szCs w:val="28"/>
          <w:lang w:eastAsia="ru-RU"/>
        </w:rPr>
      </w:pPr>
      <w:r w:rsidRPr="00E82EC0">
        <w:rPr>
          <w:color w:val="1F1F1F"/>
          <w:sz w:val="28"/>
          <w:szCs w:val="28"/>
          <w:lang w:eastAsia="ru-RU"/>
        </w:rPr>
        <w:t>— Медиастудия кабинеті: 1 кабинет (39,8 м²);</w:t>
      </w:r>
    </w:p>
    <w:p w14:paraId="3E5D0994" w14:textId="77777777" w:rsidR="00E82EC0" w:rsidRPr="00E82EC0" w:rsidRDefault="00E82EC0" w:rsidP="00E82EC0">
      <w:pPr>
        <w:widowControl/>
        <w:autoSpaceDE/>
        <w:autoSpaceDN/>
        <w:jc w:val="both"/>
        <w:rPr>
          <w:color w:val="1F1F1F"/>
          <w:sz w:val="28"/>
          <w:szCs w:val="28"/>
          <w:lang w:eastAsia="ru-RU"/>
        </w:rPr>
      </w:pPr>
      <w:r w:rsidRPr="00E82EC0">
        <w:rPr>
          <w:color w:val="1F1F1F"/>
          <w:sz w:val="28"/>
          <w:szCs w:val="28"/>
          <w:lang w:eastAsia="ru-RU"/>
        </w:rPr>
        <w:t>— Телестудия кабинеті: 1 кабинет (39,6 м²).</w:t>
      </w:r>
    </w:p>
    <w:p w14:paraId="12454ABC" w14:textId="77777777" w:rsidR="00E82EC0" w:rsidRPr="00E82EC0" w:rsidRDefault="00E82EC0" w:rsidP="00E82EC0">
      <w:pPr>
        <w:widowControl/>
        <w:autoSpaceDE/>
        <w:autoSpaceDN/>
        <w:jc w:val="both"/>
        <w:rPr>
          <w:color w:val="1F1F1F"/>
          <w:sz w:val="28"/>
          <w:szCs w:val="28"/>
          <w:lang w:eastAsia="ru-RU"/>
        </w:rPr>
      </w:pPr>
      <w:r w:rsidRPr="00E82EC0">
        <w:rPr>
          <w:color w:val="1F1F1F"/>
          <w:sz w:val="28"/>
          <w:szCs w:val="28"/>
          <w:lang w:eastAsia="ru-RU"/>
        </w:rPr>
        <w:t>— Робототехника кабинеті: 1 кабинет (41,2 м²);</w:t>
      </w:r>
    </w:p>
    <w:p w14:paraId="0750CB38" w14:textId="77777777" w:rsidR="00E82EC0" w:rsidRPr="00E82EC0" w:rsidRDefault="00E82EC0" w:rsidP="00E82EC0">
      <w:pPr>
        <w:widowControl/>
        <w:autoSpaceDE/>
        <w:autoSpaceDN/>
        <w:jc w:val="both"/>
        <w:rPr>
          <w:b/>
          <w:bCs/>
          <w:color w:val="1F1F1F"/>
          <w:sz w:val="28"/>
          <w:szCs w:val="28"/>
          <w:lang w:eastAsia="ru-RU"/>
        </w:rPr>
      </w:pPr>
      <w:r w:rsidRPr="00E82EC0">
        <w:rPr>
          <w:b/>
          <w:bCs/>
          <w:color w:val="1F1F1F"/>
          <w:sz w:val="28"/>
          <w:szCs w:val="28"/>
          <w:lang w:eastAsia="ru-RU"/>
        </w:rPr>
        <w:t>Арнайы, тәрбиелік және әлеуметтік-педагогикалық кабинеттер:</w:t>
      </w:r>
    </w:p>
    <w:p w14:paraId="4190CA4F" w14:textId="77777777" w:rsidR="00E82EC0" w:rsidRPr="00E82EC0" w:rsidRDefault="00E82EC0" w:rsidP="00E82EC0">
      <w:pPr>
        <w:widowControl/>
        <w:autoSpaceDE/>
        <w:autoSpaceDN/>
        <w:jc w:val="both"/>
        <w:rPr>
          <w:color w:val="1F1F1F"/>
          <w:sz w:val="28"/>
          <w:szCs w:val="28"/>
          <w:lang w:eastAsia="ru-RU"/>
        </w:rPr>
      </w:pPr>
      <w:r w:rsidRPr="00E82EC0">
        <w:rPr>
          <w:color w:val="1F1F1F"/>
          <w:sz w:val="28"/>
          <w:szCs w:val="28"/>
          <w:lang w:eastAsia="ru-RU"/>
        </w:rPr>
        <w:t>— Педагог-ұйымдастырушы кабинеті: 1 кабинет (42,4 м²);</w:t>
      </w:r>
    </w:p>
    <w:p w14:paraId="6AADFD8E" w14:textId="77777777" w:rsidR="00E82EC0" w:rsidRPr="00E82EC0" w:rsidRDefault="00E82EC0" w:rsidP="00E82EC0">
      <w:pPr>
        <w:widowControl/>
        <w:autoSpaceDE/>
        <w:autoSpaceDN/>
        <w:jc w:val="both"/>
        <w:rPr>
          <w:color w:val="1F1F1F"/>
          <w:sz w:val="28"/>
          <w:szCs w:val="28"/>
          <w:lang w:eastAsia="ru-RU"/>
        </w:rPr>
      </w:pPr>
      <w:r w:rsidRPr="00E82EC0">
        <w:rPr>
          <w:color w:val="1F1F1F"/>
          <w:sz w:val="28"/>
          <w:szCs w:val="28"/>
          <w:lang w:eastAsia="ru-RU"/>
        </w:rPr>
        <w:t>— Дәрігер кабинеті: 1 кабинет (41,5 м²);</w:t>
      </w:r>
    </w:p>
    <w:p w14:paraId="2FE52E04" w14:textId="77777777" w:rsidR="00E82EC0" w:rsidRPr="00E82EC0" w:rsidRDefault="00E82EC0" w:rsidP="00E82EC0">
      <w:pPr>
        <w:widowControl/>
        <w:autoSpaceDE/>
        <w:autoSpaceDN/>
        <w:jc w:val="both"/>
        <w:rPr>
          <w:color w:val="1F1F1F"/>
          <w:sz w:val="28"/>
          <w:szCs w:val="28"/>
          <w:lang w:eastAsia="ru-RU"/>
        </w:rPr>
      </w:pPr>
      <w:r w:rsidRPr="00E82EC0">
        <w:rPr>
          <w:color w:val="1F1F1F"/>
          <w:sz w:val="28"/>
          <w:szCs w:val="28"/>
          <w:lang w:eastAsia="ru-RU"/>
        </w:rPr>
        <w:t>— Педагог-психолог кабинеті: 1 кабинет (20,5 м²);</w:t>
      </w:r>
    </w:p>
    <w:p w14:paraId="06232BD8" w14:textId="77777777" w:rsidR="00E82EC0" w:rsidRPr="00E82EC0" w:rsidRDefault="00E82EC0" w:rsidP="00E82EC0">
      <w:pPr>
        <w:widowControl/>
        <w:autoSpaceDE/>
        <w:autoSpaceDN/>
        <w:jc w:val="both"/>
        <w:rPr>
          <w:color w:val="1F1F1F"/>
          <w:sz w:val="28"/>
          <w:szCs w:val="28"/>
          <w:lang w:eastAsia="ru-RU"/>
        </w:rPr>
      </w:pPr>
      <w:r w:rsidRPr="00E82EC0">
        <w:rPr>
          <w:color w:val="1F1F1F"/>
          <w:sz w:val="28"/>
          <w:szCs w:val="28"/>
          <w:lang w:eastAsia="ru-RU"/>
        </w:rPr>
        <w:t>— Логопед кабинеті: 1 кабинет (41,1 м²);</w:t>
      </w:r>
    </w:p>
    <w:p w14:paraId="0E55AF86" w14:textId="77777777" w:rsidR="00E82EC0" w:rsidRPr="00E82EC0" w:rsidRDefault="00E82EC0" w:rsidP="00E82EC0">
      <w:pPr>
        <w:widowControl/>
        <w:autoSpaceDE/>
        <w:autoSpaceDN/>
        <w:jc w:val="both"/>
        <w:rPr>
          <w:color w:val="1F1F1F"/>
          <w:sz w:val="28"/>
          <w:szCs w:val="28"/>
          <w:lang w:eastAsia="ru-RU"/>
        </w:rPr>
      </w:pPr>
      <w:r w:rsidRPr="00E82EC0">
        <w:rPr>
          <w:color w:val="1F1F1F"/>
          <w:sz w:val="28"/>
          <w:szCs w:val="28"/>
          <w:lang w:eastAsia="ru-RU"/>
        </w:rPr>
        <w:t>— Әлеуметтік педагог кабинеті: 1 кабинет (16,8 м²).</w:t>
      </w:r>
    </w:p>
    <w:p w14:paraId="083B680C" w14:textId="77777777" w:rsidR="00E82EC0" w:rsidRPr="00E82EC0" w:rsidRDefault="00E82EC0" w:rsidP="00E82EC0">
      <w:pPr>
        <w:widowControl/>
        <w:autoSpaceDE/>
        <w:autoSpaceDN/>
        <w:jc w:val="both"/>
        <w:rPr>
          <w:color w:val="1F1F1F"/>
          <w:sz w:val="28"/>
          <w:szCs w:val="28"/>
          <w:lang w:eastAsia="ru-RU"/>
        </w:rPr>
      </w:pPr>
      <w:r w:rsidRPr="00E82EC0">
        <w:rPr>
          <w:color w:val="1F1F1F"/>
          <w:sz w:val="28"/>
          <w:szCs w:val="28"/>
          <w:lang w:eastAsia="ru-RU"/>
        </w:rPr>
        <w:t>— Лабораториялар: 6 кабинет (136,3 м²);</w:t>
      </w:r>
    </w:p>
    <w:p w14:paraId="6A1348F5" w14:textId="77777777" w:rsidR="00E82EC0" w:rsidRPr="00E82EC0" w:rsidRDefault="00E82EC0" w:rsidP="00E82EC0">
      <w:pPr>
        <w:widowControl/>
        <w:autoSpaceDE/>
        <w:autoSpaceDN/>
        <w:jc w:val="both"/>
        <w:rPr>
          <w:color w:val="1F1F1F"/>
          <w:sz w:val="28"/>
          <w:szCs w:val="28"/>
          <w:lang w:eastAsia="ru-RU"/>
        </w:rPr>
      </w:pPr>
    </w:p>
    <w:p w14:paraId="00E2CC7A" w14:textId="77777777" w:rsidR="00E82EC0" w:rsidRPr="00E82EC0" w:rsidRDefault="00E82EC0" w:rsidP="00E82EC0">
      <w:pPr>
        <w:widowControl/>
        <w:autoSpaceDE/>
        <w:autoSpaceDN/>
        <w:jc w:val="both"/>
        <w:rPr>
          <w:b/>
          <w:bCs/>
          <w:color w:val="1F1F1F"/>
          <w:sz w:val="28"/>
          <w:szCs w:val="28"/>
          <w:lang w:eastAsia="ru-RU"/>
        </w:rPr>
      </w:pPr>
      <w:r w:rsidRPr="00E82EC0">
        <w:rPr>
          <w:b/>
          <w:bCs/>
          <w:color w:val="1F1F1F"/>
          <w:sz w:val="28"/>
          <w:szCs w:val="28"/>
          <w:lang w:eastAsia="ru-RU"/>
        </w:rPr>
        <w:t>Жалпы пайдаланылатын спорттық, мәдени және ақпараттық бөлмелер:</w:t>
      </w:r>
    </w:p>
    <w:p w14:paraId="17CB2643" w14:textId="77777777" w:rsidR="00E82EC0" w:rsidRPr="00E82EC0" w:rsidRDefault="00E82EC0" w:rsidP="00E82EC0">
      <w:pPr>
        <w:widowControl/>
        <w:autoSpaceDE/>
        <w:autoSpaceDN/>
        <w:jc w:val="both"/>
        <w:rPr>
          <w:color w:val="1F1F1F"/>
          <w:sz w:val="28"/>
          <w:szCs w:val="28"/>
          <w:lang w:eastAsia="ru-RU"/>
        </w:rPr>
      </w:pPr>
      <w:r w:rsidRPr="00E82EC0">
        <w:rPr>
          <w:color w:val="1F1F1F"/>
          <w:sz w:val="28"/>
          <w:szCs w:val="28"/>
          <w:lang w:eastAsia="ru-RU"/>
        </w:rPr>
        <w:t>— АКТ залы: 1 зал (197,0 м²);</w:t>
      </w:r>
    </w:p>
    <w:p w14:paraId="678785D2" w14:textId="77777777" w:rsidR="00E82EC0" w:rsidRPr="00E82EC0" w:rsidRDefault="00E82EC0" w:rsidP="00E82EC0">
      <w:pPr>
        <w:widowControl/>
        <w:autoSpaceDE/>
        <w:autoSpaceDN/>
        <w:jc w:val="both"/>
        <w:rPr>
          <w:color w:val="1F1F1F"/>
          <w:sz w:val="28"/>
          <w:szCs w:val="28"/>
          <w:lang w:eastAsia="ru-RU"/>
        </w:rPr>
      </w:pPr>
      <w:r w:rsidRPr="00E82EC0">
        <w:rPr>
          <w:color w:val="1F1F1F"/>
          <w:sz w:val="28"/>
          <w:szCs w:val="28"/>
          <w:lang w:eastAsia="ru-RU"/>
        </w:rPr>
        <w:t>— Спорт залы: 1 зал (697,7 м²);</w:t>
      </w:r>
    </w:p>
    <w:p w14:paraId="5525B872" w14:textId="77777777" w:rsidR="00E82EC0" w:rsidRPr="00E82EC0" w:rsidRDefault="00E82EC0" w:rsidP="00E82EC0">
      <w:pPr>
        <w:widowControl/>
        <w:autoSpaceDE/>
        <w:autoSpaceDN/>
        <w:jc w:val="both"/>
        <w:rPr>
          <w:color w:val="1F1F1F"/>
          <w:sz w:val="28"/>
          <w:szCs w:val="28"/>
          <w:lang w:eastAsia="ru-RU"/>
        </w:rPr>
      </w:pPr>
      <w:r w:rsidRPr="00E82EC0">
        <w:rPr>
          <w:color w:val="1F1F1F"/>
          <w:sz w:val="28"/>
          <w:szCs w:val="28"/>
          <w:lang w:eastAsia="ru-RU"/>
        </w:rPr>
        <w:t>— Кітапхана: 1 бөлме (127,5 м²).</w:t>
      </w:r>
    </w:p>
    <w:p w14:paraId="3AD88F0D" w14:textId="77777777" w:rsidR="00055042" w:rsidRDefault="00055042" w:rsidP="00E82EC0">
      <w:pPr>
        <w:pStyle w:val="TableParagraph"/>
        <w:spacing w:line="301" w:lineRule="exact"/>
        <w:jc w:val="both"/>
        <w:rPr>
          <w:b/>
          <w:bCs/>
          <w:sz w:val="24"/>
          <w:szCs w:val="24"/>
          <w:lang w:val="kk-KZ"/>
        </w:rPr>
      </w:pPr>
    </w:p>
    <w:p w14:paraId="39B7CC53" w14:textId="77777777" w:rsidR="00055042" w:rsidRPr="002C30D1" w:rsidRDefault="00055042" w:rsidP="00E82EC0">
      <w:pPr>
        <w:pStyle w:val="TableParagraph"/>
        <w:spacing w:line="301" w:lineRule="exact"/>
        <w:jc w:val="both"/>
        <w:rPr>
          <w:b/>
          <w:bCs/>
          <w:sz w:val="24"/>
          <w:szCs w:val="24"/>
          <w:lang w:val="kk-KZ"/>
        </w:rPr>
      </w:pPr>
    </w:p>
    <w:p w14:paraId="7169F404" w14:textId="026C859D" w:rsidR="00E82EC0" w:rsidRPr="00E82EC0" w:rsidRDefault="00E82EC0" w:rsidP="00E82EC0">
      <w:pPr>
        <w:pStyle w:val="TableParagraph"/>
        <w:spacing w:line="301" w:lineRule="exact"/>
        <w:jc w:val="both"/>
        <w:rPr>
          <w:b/>
          <w:i/>
          <w:iCs/>
          <w:sz w:val="28"/>
          <w:szCs w:val="28"/>
          <w:lang w:val="kk-KZ"/>
        </w:rPr>
      </w:pPr>
      <w:r w:rsidRPr="00E82EC0">
        <w:rPr>
          <w:b/>
          <w:i/>
          <w:iCs/>
          <w:sz w:val="28"/>
          <w:szCs w:val="28"/>
          <w:lang w:val="kk-KZ"/>
        </w:rPr>
        <w:t>Түрі көрсетілген техникалық оқыту құралдарының, оқу және оқу-зертханалық жабдықтардың тізбесі</w:t>
      </w:r>
    </w:p>
    <w:p w14:paraId="08C325C2" w14:textId="77777777" w:rsidR="00E82EC0" w:rsidRPr="00E82EC0" w:rsidRDefault="00E82EC0" w:rsidP="00E82EC0">
      <w:pPr>
        <w:pStyle w:val="1"/>
        <w:ind w:firstLine="708"/>
        <w:jc w:val="both"/>
        <w:rPr>
          <w:sz w:val="28"/>
          <w:szCs w:val="28"/>
          <w:lang w:val="kk-KZ"/>
        </w:rPr>
      </w:pPr>
      <w:r w:rsidRPr="00E82EC0">
        <w:rPr>
          <w:sz w:val="28"/>
          <w:szCs w:val="28"/>
          <w:lang w:val="kk-KZ"/>
        </w:rPr>
        <w:t xml:space="preserve">№70 бұйрықпен бекітілген нормаларға сәйкес кабинеттердің (физика, химия, биология зертханалары) техникалық жабдықталуы 100% пайыз. </w:t>
      </w:r>
    </w:p>
    <w:p w14:paraId="263C27FE" w14:textId="77777777" w:rsidR="00055042" w:rsidRPr="00E82EC0" w:rsidRDefault="00055042" w:rsidP="002C30D1">
      <w:pPr>
        <w:pStyle w:val="TableParagraph"/>
        <w:spacing w:line="301" w:lineRule="exact"/>
        <w:jc w:val="both"/>
        <w:rPr>
          <w:bCs/>
          <w:sz w:val="28"/>
          <w:szCs w:val="28"/>
          <w:lang w:val="kk-KZ"/>
        </w:rPr>
      </w:pPr>
    </w:p>
    <w:p w14:paraId="7F63640C" w14:textId="51707B52" w:rsidR="00E82EC0" w:rsidRPr="00E82EC0" w:rsidRDefault="00E82EC0" w:rsidP="00E82EC0">
      <w:pPr>
        <w:pStyle w:val="TableParagraph"/>
        <w:spacing w:line="301" w:lineRule="exact"/>
        <w:jc w:val="both"/>
        <w:rPr>
          <w:b/>
          <w:i/>
          <w:iCs/>
          <w:sz w:val="28"/>
          <w:szCs w:val="28"/>
          <w:lang w:val="kk-KZ"/>
        </w:rPr>
      </w:pPr>
      <w:r w:rsidRPr="00E82EC0">
        <w:rPr>
          <w:b/>
          <w:sz w:val="28"/>
          <w:szCs w:val="28"/>
          <w:lang w:val="kk-KZ"/>
        </w:rPr>
        <w:t>Компьютерлік сыныптар, компьютерлер, жабдықтар мен жиһаздар, жеке пайдалануға арналған шкафтардың болуы.</w:t>
      </w:r>
    </w:p>
    <w:p w14:paraId="230223C9" w14:textId="77777777" w:rsidR="00E82EC0" w:rsidRPr="00E82EC0" w:rsidRDefault="00E82EC0" w:rsidP="00E82EC0">
      <w:pPr>
        <w:pStyle w:val="TableParagraph"/>
        <w:spacing w:line="301" w:lineRule="exact"/>
        <w:ind w:firstLine="708"/>
        <w:jc w:val="both"/>
        <w:rPr>
          <w:bCs/>
          <w:sz w:val="28"/>
          <w:szCs w:val="28"/>
          <w:lang w:val="kk-KZ"/>
        </w:rPr>
      </w:pPr>
      <w:r w:rsidRPr="00E82EC0">
        <w:rPr>
          <w:bCs/>
          <w:sz w:val="28"/>
          <w:szCs w:val="28"/>
          <w:lang w:val="kk-KZ"/>
        </w:rPr>
        <w:t>Жалпы компьютерлік жабдық 134 компьютерден тұрады, оның ішінде 51 компьютер, 60 моноблок, 6 ноутбук және 17 планшет бар.   Кабинеттерде 25 интерактивті панель және 1 интерактивті тақтамен жабдықталған. Барлығы оқу мақсаттарында қолданылады және интернетке қосылған.</w:t>
      </w:r>
    </w:p>
    <w:p w14:paraId="2423A093" w14:textId="67936EF2" w:rsidR="00E82EC0" w:rsidRDefault="00E82EC0" w:rsidP="00E82EC0">
      <w:pPr>
        <w:pStyle w:val="TableParagraph"/>
        <w:spacing w:line="301" w:lineRule="exact"/>
        <w:jc w:val="both"/>
        <w:rPr>
          <w:bCs/>
          <w:sz w:val="28"/>
          <w:szCs w:val="28"/>
          <w:lang w:val="kk-KZ"/>
        </w:rPr>
      </w:pPr>
      <w:r w:rsidRPr="00E82EC0">
        <w:rPr>
          <w:bCs/>
          <w:sz w:val="28"/>
          <w:szCs w:val="28"/>
          <w:lang w:val="kk-KZ"/>
        </w:rPr>
        <w:t>Оқушыларға арналған 600 жеке шкаф бар. Шкафтар мердігер компания есебінен алынған, жалпы мектептің санағына кіргілген.  Барлық оқушылар саны 1-ауысымда 538, 2-ауысым-516;</w:t>
      </w:r>
    </w:p>
    <w:p w14:paraId="1E143B51" w14:textId="1D16D453" w:rsidR="002C30D1" w:rsidRDefault="002C30D1" w:rsidP="00E82EC0">
      <w:pPr>
        <w:pStyle w:val="TableParagraph"/>
        <w:spacing w:line="301" w:lineRule="exact"/>
        <w:jc w:val="both"/>
        <w:rPr>
          <w:bCs/>
          <w:sz w:val="28"/>
          <w:szCs w:val="28"/>
          <w:lang w:val="kk-KZ"/>
        </w:rPr>
      </w:pPr>
    </w:p>
    <w:p w14:paraId="2FB6AAEA" w14:textId="64D3E8D1" w:rsidR="00E82EC0" w:rsidRPr="00E82EC0" w:rsidRDefault="00E82EC0" w:rsidP="00E82EC0">
      <w:pPr>
        <w:pStyle w:val="TableParagraph"/>
        <w:spacing w:line="301" w:lineRule="exact"/>
        <w:jc w:val="both"/>
        <w:rPr>
          <w:bCs/>
          <w:sz w:val="28"/>
          <w:szCs w:val="28"/>
          <w:lang w:val="kk-KZ"/>
        </w:rPr>
      </w:pPr>
    </w:p>
    <w:p w14:paraId="0DC7A189" w14:textId="68249979" w:rsidR="00E82EC0" w:rsidRPr="00E82EC0" w:rsidRDefault="00E82EC0" w:rsidP="00E82EC0">
      <w:pPr>
        <w:pStyle w:val="TableParagraph"/>
        <w:spacing w:line="301" w:lineRule="exact"/>
        <w:jc w:val="both"/>
        <w:rPr>
          <w:b/>
          <w:sz w:val="28"/>
          <w:szCs w:val="28"/>
          <w:lang w:val="kk-KZ"/>
        </w:rPr>
      </w:pPr>
      <w:r w:rsidRPr="00E82EC0">
        <w:rPr>
          <w:b/>
          <w:i/>
          <w:iCs/>
          <w:sz w:val="28"/>
          <w:szCs w:val="28"/>
          <w:lang w:val="kk-KZ"/>
        </w:rPr>
        <w:t xml:space="preserve"> </w:t>
      </w:r>
      <w:r w:rsidRPr="00E82EC0">
        <w:rPr>
          <w:b/>
          <w:sz w:val="28"/>
          <w:szCs w:val="28"/>
          <w:lang w:val="kk-KZ"/>
        </w:rPr>
        <w:t>Әлеуметтік-тұрмыстық және өзге де мақсаттағы (өткізу пункттері, санитариялық тораптар (унитаздар, жуу раковиналары) болуы.</w:t>
      </w:r>
    </w:p>
    <w:p w14:paraId="3E8CC608" w14:textId="77777777" w:rsidR="00E82EC0" w:rsidRPr="00E82EC0" w:rsidRDefault="00E82EC0" w:rsidP="00E82EC0">
      <w:pPr>
        <w:pStyle w:val="TableParagraph"/>
        <w:spacing w:line="301" w:lineRule="exact"/>
        <w:ind w:firstLine="708"/>
        <w:jc w:val="both"/>
        <w:rPr>
          <w:b/>
          <w:i/>
          <w:iCs/>
          <w:sz w:val="28"/>
          <w:szCs w:val="28"/>
          <w:lang w:val="kk-KZ"/>
        </w:rPr>
      </w:pPr>
      <w:r w:rsidRPr="00E82EC0">
        <w:rPr>
          <w:b/>
          <w:sz w:val="28"/>
          <w:szCs w:val="28"/>
          <w:lang w:val="kk-KZ"/>
        </w:rPr>
        <w:t>1</w:t>
      </w:r>
      <w:r w:rsidRPr="00E82EC0">
        <w:rPr>
          <w:b/>
          <w:i/>
          <w:iCs/>
          <w:sz w:val="28"/>
          <w:szCs w:val="28"/>
          <w:lang w:val="kk-KZ"/>
        </w:rPr>
        <w:t xml:space="preserve">. </w:t>
      </w:r>
      <w:r w:rsidRPr="00E82EC0">
        <w:rPr>
          <w:bCs/>
          <w:sz w:val="28"/>
          <w:szCs w:val="28"/>
          <w:lang w:val="kk-KZ"/>
        </w:rPr>
        <w:t>1–11-сынып оқушыларына арналған 9 бөлек, жылы санитарлық торап бар. Оларда кабиналарға орнатылған 37 унитаз және 32 қолжуғыш раковинасы қарастырылған.  Қызметкерлерге арналған 9 бөлек, жылы санитарлық торап бар. олар 9 унитаз және 9 қолжуғыш раковинасымен жабдықталған. Инклюзиялық тораптар саны – 5.</w:t>
      </w:r>
    </w:p>
    <w:p w14:paraId="399602C3" w14:textId="77777777" w:rsidR="00E82EC0" w:rsidRPr="00E82EC0" w:rsidRDefault="00E82EC0" w:rsidP="00E82EC0">
      <w:pPr>
        <w:pStyle w:val="TableParagraph"/>
        <w:spacing w:line="301" w:lineRule="exact"/>
        <w:ind w:firstLine="708"/>
        <w:jc w:val="both"/>
        <w:rPr>
          <w:b/>
          <w:i/>
          <w:iCs/>
          <w:sz w:val="28"/>
          <w:szCs w:val="28"/>
          <w:lang w:val="kk-KZ"/>
        </w:rPr>
      </w:pPr>
      <w:r w:rsidRPr="00E82EC0">
        <w:rPr>
          <w:b/>
          <w:sz w:val="28"/>
          <w:szCs w:val="28"/>
          <w:lang w:val="kk-KZ"/>
        </w:rPr>
        <w:t>2.</w:t>
      </w:r>
      <w:r w:rsidRPr="00E82EC0">
        <w:rPr>
          <w:b/>
          <w:i/>
          <w:iCs/>
          <w:sz w:val="28"/>
          <w:szCs w:val="28"/>
          <w:lang w:val="kk-KZ"/>
        </w:rPr>
        <w:t xml:space="preserve"> Өткізу пункттері.</w:t>
      </w:r>
    </w:p>
    <w:p w14:paraId="4AF4D538" w14:textId="77777777" w:rsidR="00E82EC0" w:rsidRPr="00E82EC0" w:rsidRDefault="00E82EC0" w:rsidP="00E82EC0">
      <w:pPr>
        <w:pStyle w:val="TableParagraph"/>
        <w:ind w:firstLine="708"/>
        <w:jc w:val="both"/>
        <w:rPr>
          <w:b/>
          <w:bCs/>
          <w:sz w:val="28"/>
          <w:szCs w:val="28"/>
          <w:lang w:val="kk-KZ"/>
        </w:rPr>
      </w:pPr>
      <w:r w:rsidRPr="00E82EC0">
        <w:rPr>
          <w:sz w:val="28"/>
          <w:szCs w:val="28"/>
          <w:lang w:val="kk-KZ"/>
        </w:rPr>
        <w:t xml:space="preserve">«АПК OTAN MEKTEP» автоматтандырылған кешенінің үздіксіз әрі сапалы жұмыс істеуін қамтамасыз ету мақсатында «Қазақстан Республикасының Мемлекеттік сатып алу туралы» Заңына сәйкес (тікелей шарт жасасу тәсілімен) ресми келісімшарт жасалған (№220740002869/260024/00 шарт, 05.02.2026 ж.). Жеткізуші тарап - «ИП Жиенбаев» (Бекболат Кайратулы). </w:t>
      </w:r>
      <w:r w:rsidRPr="00E82EC0">
        <w:rPr>
          <w:b/>
          <w:bCs/>
          <w:sz w:val="28"/>
          <w:szCs w:val="28"/>
          <w:lang w:val="kk-KZ"/>
        </w:rPr>
        <w:t>Қаржыландыру және бюджеттік бағдарлама:</w:t>
      </w:r>
      <w:r w:rsidRPr="00E82EC0">
        <w:rPr>
          <w:sz w:val="28"/>
          <w:szCs w:val="28"/>
          <w:lang w:val="kk-KZ"/>
        </w:rPr>
        <w:t xml:space="preserve"> Аталмыш қызмет түрі мемлекеттік бюджет есебінен уақтылы қаржыландырылады. Қаржыландыру көзі: 203-бюджеттік бағдарлама («Мемлекеттік орта білім беру ұйымдарында жан басына шақтап қаржыландыруды іске асыру»), 015 кіші бағдарлама (жергілікті бюджет қаражаты есебінен), 159 ерекшелік («Басқа да қызметтер мен жұмыстарға ақы төлеу»). Келісімшарттың жалпы сомасы – 732 000 (жеті жүз отыз екі мың) теңге. </w:t>
      </w:r>
      <w:r w:rsidRPr="00E82EC0">
        <w:rPr>
          <w:b/>
          <w:bCs/>
          <w:sz w:val="28"/>
          <w:szCs w:val="28"/>
          <w:lang w:val="kk-KZ"/>
        </w:rPr>
        <w:t>Техникалық қызмет көрсету және жұмыс барысы:</w:t>
      </w:r>
    </w:p>
    <w:p w14:paraId="2DA4B224" w14:textId="77777777" w:rsidR="00E82EC0" w:rsidRPr="00E82EC0" w:rsidRDefault="00E82EC0" w:rsidP="00E82EC0">
      <w:pPr>
        <w:pStyle w:val="TableParagraph"/>
        <w:ind w:firstLine="708"/>
        <w:jc w:val="both"/>
        <w:rPr>
          <w:sz w:val="28"/>
          <w:szCs w:val="28"/>
          <w:lang w:val="kk-KZ"/>
        </w:rPr>
      </w:pPr>
      <w:r w:rsidRPr="00E82EC0">
        <w:rPr>
          <w:sz w:val="28"/>
          <w:szCs w:val="28"/>
          <w:lang w:val="kk-KZ"/>
        </w:rPr>
        <w:t xml:space="preserve">Шарт талаптарына сәйкес мердігер ұйым «АПК OTAN MEKTEP» кешеніне уақтылы және сапалы </w:t>
      </w:r>
      <w:r w:rsidRPr="00E82EC0">
        <w:rPr>
          <w:bCs/>
          <w:sz w:val="28"/>
          <w:szCs w:val="28"/>
          <w:lang w:val="kk-KZ"/>
        </w:rPr>
        <w:t>техникалық қызмет көрсетеді</w:t>
      </w:r>
      <w:r w:rsidRPr="00E82EC0">
        <w:rPr>
          <w:sz w:val="28"/>
          <w:szCs w:val="28"/>
          <w:lang w:val="kk-KZ"/>
        </w:rPr>
        <w:t>.</w:t>
      </w:r>
    </w:p>
    <w:p w14:paraId="2252DF07" w14:textId="77777777" w:rsidR="00E82EC0" w:rsidRPr="00E82EC0" w:rsidRDefault="00E82EC0" w:rsidP="00E82EC0">
      <w:pPr>
        <w:pStyle w:val="TableParagraph"/>
        <w:ind w:firstLine="708"/>
        <w:jc w:val="both"/>
        <w:rPr>
          <w:sz w:val="28"/>
          <w:szCs w:val="28"/>
          <w:lang w:val="kk-KZ"/>
        </w:rPr>
      </w:pPr>
      <w:r w:rsidRPr="00E82EC0">
        <w:rPr>
          <w:sz w:val="28"/>
          <w:szCs w:val="28"/>
          <w:lang w:val="kk-KZ"/>
        </w:rPr>
        <w:t>Жүйенің тұрақты жұмыс істеуі мектептегі қауіпсіздік пен ақпараттық бақылаудың үзіліссіз қамтамасыз етілуіне ықпал етеді.</w:t>
      </w:r>
    </w:p>
    <w:p w14:paraId="6042E21D" w14:textId="77777777" w:rsidR="00E82EC0" w:rsidRPr="00E82EC0" w:rsidRDefault="00E82EC0" w:rsidP="00E82EC0">
      <w:pPr>
        <w:pStyle w:val="TableParagraph"/>
        <w:ind w:firstLine="708"/>
        <w:jc w:val="both"/>
        <w:rPr>
          <w:bCs/>
          <w:sz w:val="28"/>
          <w:szCs w:val="28"/>
          <w:lang w:val="kk-KZ"/>
        </w:rPr>
      </w:pPr>
      <w:r w:rsidRPr="00E82EC0">
        <w:rPr>
          <w:sz w:val="28"/>
          <w:szCs w:val="28"/>
          <w:lang w:val="kk-KZ"/>
        </w:rPr>
        <w:t xml:space="preserve">Тараптар арасындағы есеп айырысулар, атқарылған жұмыс актілері және электрондық шот-фактуралар веб-портал арқылы заңнама талаптарына сай жүзеге асырылады. </w:t>
      </w:r>
    </w:p>
    <w:p w14:paraId="00E952D2" w14:textId="77777777" w:rsidR="00E82EC0" w:rsidRPr="00E82EC0" w:rsidRDefault="00E82EC0" w:rsidP="00E82EC0">
      <w:pPr>
        <w:pStyle w:val="af"/>
        <w:spacing w:before="0" w:beforeAutospacing="0" w:after="0" w:afterAutospacing="0"/>
        <w:jc w:val="both"/>
        <w:rPr>
          <w:sz w:val="28"/>
          <w:szCs w:val="28"/>
          <w:lang w:val="kk-KZ"/>
        </w:rPr>
      </w:pPr>
      <w:r w:rsidRPr="00E82EC0">
        <w:rPr>
          <w:b/>
          <w:bCs/>
          <w:sz w:val="28"/>
          <w:szCs w:val="28"/>
          <w:lang w:val="kk-KZ"/>
        </w:rPr>
        <w:t>Бақылау және жауапкершілік:</w:t>
      </w:r>
    </w:p>
    <w:p w14:paraId="121B056E" w14:textId="77777777" w:rsidR="00E82EC0" w:rsidRPr="00E82EC0" w:rsidRDefault="00E82EC0" w:rsidP="00E82EC0">
      <w:pPr>
        <w:pStyle w:val="af"/>
        <w:spacing w:before="0" w:beforeAutospacing="0" w:after="0" w:afterAutospacing="0"/>
        <w:jc w:val="both"/>
        <w:rPr>
          <w:sz w:val="28"/>
          <w:szCs w:val="28"/>
          <w:lang w:val="kk-KZ"/>
        </w:rPr>
      </w:pPr>
      <w:r w:rsidRPr="00E82EC0">
        <w:rPr>
          <w:sz w:val="28"/>
          <w:szCs w:val="28"/>
          <w:lang w:val="kk-KZ"/>
        </w:rPr>
        <w:lastRenderedPageBreak/>
        <w:t xml:space="preserve"> </w:t>
      </w:r>
      <w:r w:rsidRPr="00E82EC0">
        <w:rPr>
          <w:sz w:val="28"/>
          <w:szCs w:val="28"/>
          <w:lang w:val="kk-KZ"/>
        </w:rPr>
        <w:tab/>
        <w:t xml:space="preserve">Келісімшартта көрсетілген міндеттемелерге сай жүйенің ақаусыз жұмыс істеуіне кепілдік берілген. </w:t>
      </w:r>
    </w:p>
    <w:p w14:paraId="31ABF6D9" w14:textId="77777777" w:rsidR="00E82EC0" w:rsidRPr="00E82EC0" w:rsidRDefault="00E82EC0" w:rsidP="00E82EC0">
      <w:pPr>
        <w:pStyle w:val="af"/>
        <w:spacing w:before="0" w:beforeAutospacing="0" w:after="0" w:afterAutospacing="0"/>
        <w:ind w:firstLine="708"/>
        <w:jc w:val="both"/>
        <w:rPr>
          <w:sz w:val="28"/>
          <w:szCs w:val="28"/>
          <w:lang w:val="kk-KZ"/>
        </w:rPr>
      </w:pPr>
      <w:r w:rsidRPr="00E82EC0">
        <w:rPr>
          <w:sz w:val="28"/>
          <w:szCs w:val="28"/>
          <w:lang w:val="kk-KZ"/>
        </w:rPr>
        <w:t>Тапсырыс беруші тарапынан қызмет сапасына үнемі бақылау жасалып, ешқандай келеңсіздіктер мен мерзім бұзу деректері орын алмаған.</w:t>
      </w:r>
    </w:p>
    <w:p w14:paraId="2D29B66B" w14:textId="77777777" w:rsidR="00E82EC0" w:rsidRPr="00E82EC0" w:rsidRDefault="00E82EC0" w:rsidP="00E82EC0">
      <w:pPr>
        <w:pStyle w:val="af"/>
        <w:spacing w:before="0" w:beforeAutospacing="0" w:after="0" w:afterAutospacing="0"/>
        <w:jc w:val="both"/>
        <w:rPr>
          <w:sz w:val="28"/>
          <w:szCs w:val="28"/>
          <w:lang w:val="kk-KZ"/>
        </w:rPr>
      </w:pPr>
      <w:r w:rsidRPr="00E82EC0">
        <w:rPr>
          <w:sz w:val="28"/>
          <w:szCs w:val="28"/>
          <w:lang w:val="kk-KZ"/>
        </w:rPr>
        <w:t xml:space="preserve">        «№14 мектеп-гимназиясы» КММ-де «АПК OTAN MEKTEP» кешенінің техникалық қызмет көрсету жұмыстары бекітілген келісімшартқа, бюджеттік талаптар мен қаржыландыру жоспарына сай толық ұйымдастырылып, штаттық режимде жұмыс істеуде.</w:t>
      </w:r>
    </w:p>
    <w:p w14:paraId="4441220D" w14:textId="308D03AC" w:rsidR="00E82EC0" w:rsidRDefault="00E82EC0" w:rsidP="00E82EC0">
      <w:pPr>
        <w:pStyle w:val="TableParagraph"/>
        <w:spacing w:line="301" w:lineRule="exact"/>
        <w:jc w:val="both"/>
        <w:rPr>
          <w:bCs/>
          <w:sz w:val="28"/>
          <w:szCs w:val="28"/>
          <w:lang w:val="kk-KZ"/>
        </w:rPr>
      </w:pPr>
    </w:p>
    <w:p w14:paraId="653C85B1" w14:textId="4ADFA657" w:rsidR="002C30D1" w:rsidRPr="00055042" w:rsidRDefault="002C30D1" w:rsidP="00E82EC0">
      <w:pPr>
        <w:pStyle w:val="TableParagraph"/>
        <w:spacing w:line="301" w:lineRule="exact"/>
        <w:jc w:val="both"/>
        <w:rPr>
          <w:b/>
          <w:bCs/>
          <w:sz w:val="24"/>
          <w:szCs w:val="24"/>
          <w:lang w:val="kk-KZ"/>
        </w:rPr>
      </w:pPr>
    </w:p>
    <w:p w14:paraId="3CF01634" w14:textId="77777777" w:rsidR="00055042" w:rsidRPr="00E82EC0" w:rsidRDefault="00055042" w:rsidP="00E82EC0">
      <w:pPr>
        <w:pStyle w:val="TableParagraph"/>
        <w:spacing w:line="301" w:lineRule="exact"/>
        <w:jc w:val="both"/>
        <w:rPr>
          <w:bCs/>
          <w:sz w:val="28"/>
          <w:szCs w:val="28"/>
          <w:lang w:val="kk-KZ"/>
        </w:rPr>
      </w:pPr>
    </w:p>
    <w:p w14:paraId="11C42208" w14:textId="4CB63B80" w:rsidR="00E82EC0" w:rsidRPr="00E82EC0" w:rsidRDefault="00E82EC0" w:rsidP="00E82EC0">
      <w:pPr>
        <w:pStyle w:val="TableParagraph"/>
        <w:spacing w:line="301" w:lineRule="exact"/>
        <w:jc w:val="both"/>
        <w:rPr>
          <w:b/>
          <w:sz w:val="28"/>
          <w:szCs w:val="28"/>
          <w:lang w:val="kk-KZ"/>
        </w:rPr>
      </w:pPr>
      <w:r w:rsidRPr="00E82EC0">
        <w:rPr>
          <w:b/>
          <w:sz w:val="28"/>
          <w:szCs w:val="28"/>
          <w:lang w:val="kk-KZ"/>
        </w:rPr>
        <w:t>Контингент туралы өзекті деректер базасымен білім беруді басқарудың ақпараттық жүйесі, аймақтағы үшінші деңгейдегі edu.kz домендік атаудың және бейнебақылауының болуы.</w:t>
      </w:r>
    </w:p>
    <w:p w14:paraId="2C5A4BD9" w14:textId="77777777" w:rsidR="00E82EC0" w:rsidRPr="00E82EC0" w:rsidRDefault="00E82EC0" w:rsidP="00E82EC0">
      <w:pPr>
        <w:pStyle w:val="TableParagraph"/>
        <w:spacing w:line="301" w:lineRule="exact"/>
        <w:jc w:val="both"/>
        <w:rPr>
          <w:bCs/>
          <w:sz w:val="28"/>
          <w:szCs w:val="28"/>
          <w:lang w:val="kk-KZ"/>
        </w:rPr>
      </w:pPr>
      <w:r w:rsidRPr="00E82EC0">
        <w:rPr>
          <w:bCs/>
          <w:sz w:val="28"/>
          <w:szCs w:val="28"/>
          <w:lang w:val="kk-KZ"/>
        </w:rPr>
        <w:t xml:space="preserve"> - Аймақтағы үшінші деңгейдегі edu.kz домендік атаудың</w:t>
      </w:r>
    </w:p>
    <w:p w14:paraId="579EFC89" w14:textId="45E563BB" w:rsidR="00E82EC0" w:rsidRDefault="00E82EC0" w:rsidP="000E7317">
      <w:pPr>
        <w:adjustRightInd w:val="0"/>
        <w:ind w:left="360"/>
        <w:jc w:val="both"/>
        <w:rPr>
          <w:rFonts w:eastAsia="Calibri"/>
          <w:color w:val="000000"/>
          <w:sz w:val="28"/>
          <w:szCs w:val="28"/>
          <w:lang w:val="kk-KZ"/>
        </w:rPr>
      </w:pPr>
      <w:r w:rsidRPr="00E82EC0">
        <w:rPr>
          <w:bCs/>
          <w:sz w:val="28"/>
          <w:szCs w:val="28"/>
          <w:lang w:val="kk-KZ"/>
        </w:rPr>
        <w:t xml:space="preserve">     </w:t>
      </w:r>
      <w:r w:rsidRPr="00E82EC0">
        <w:rPr>
          <w:rFonts w:eastAsia="Calibri"/>
          <w:color w:val="000000"/>
          <w:sz w:val="28"/>
          <w:szCs w:val="28"/>
          <w:lang w:val="kk-KZ"/>
        </w:rPr>
        <w:t>Домен атуы</w:t>
      </w:r>
      <w:r w:rsidR="002C30D1">
        <w:rPr>
          <w:i/>
          <w:iCs/>
          <w:color w:val="FF0000"/>
          <w:sz w:val="28"/>
          <w:szCs w:val="28"/>
          <w:lang w:val="kk-KZ" w:eastAsia="ru-RU"/>
        </w:rPr>
        <w:t xml:space="preserve"> </w:t>
      </w:r>
      <w:r w:rsidR="002C30D1" w:rsidRPr="000E7317">
        <w:rPr>
          <w:i/>
          <w:iCs/>
          <w:color w:val="2E74B5" w:themeColor="accent5" w:themeShade="BF"/>
          <w:sz w:val="28"/>
          <w:szCs w:val="28"/>
          <w:lang w:val="kk-KZ" w:eastAsia="ru-RU"/>
        </w:rPr>
        <w:t xml:space="preserve">krg-schg14.edu.kz </w:t>
      </w:r>
      <w:r w:rsidRPr="000E7317">
        <w:rPr>
          <w:rFonts w:eastAsia="Calibri"/>
          <w:color w:val="2E74B5" w:themeColor="accent5" w:themeShade="BF"/>
          <w:sz w:val="28"/>
          <w:szCs w:val="28"/>
          <w:lang w:val="kk-KZ"/>
        </w:rPr>
        <w:t xml:space="preserve"> </w:t>
      </w:r>
      <w:r w:rsidR="002C30D1" w:rsidRPr="000E7317">
        <w:rPr>
          <w:rFonts w:eastAsia="Calibri"/>
          <w:color w:val="2E74B5" w:themeColor="accent5" w:themeShade="BF"/>
          <w:sz w:val="28"/>
          <w:szCs w:val="28"/>
          <w:lang w:val="kk-KZ"/>
        </w:rPr>
        <w:t xml:space="preserve">  </w:t>
      </w:r>
      <w:r w:rsidRPr="00E82EC0">
        <w:rPr>
          <w:rFonts w:eastAsia="Calibri"/>
          <w:color w:val="000000"/>
          <w:sz w:val="28"/>
          <w:szCs w:val="28"/>
          <w:lang w:val="kk-KZ"/>
        </w:rPr>
        <w:t xml:space="preserve">сайттан </w:t>
      </w:r>
      <w:r w:rsidR="002C30D1">
        <w:rPr>
          <w:rFonts w:eastAsia="Calibri"/>
          <w:color w:val="000000"/>
          <w:sz w:val="28"/>
          <w:szCs w:val="28"/>
          <w:lang w:val="kk-KZ"/>
        </w:rPr>
        <w:t xml:space="preserve"> </w:t>
      </w:r>
      <w:r w:rsidRPr="00E82EC0">
        <w:rPr>
          <w:rFonts w:eastAsia="Calibri"/>
          <w:color w:val="000000"/>
          <w:sz w:val="28"/>
          <w:szCs w:val="28"/>
          <w:lang w:val="kk-KZ"/>
        </w:rPr>
        <w:t xml:space="preserve">іздеу сілтемесі </w:t>
      </w:r>
      <w:hyperlink r:id="rId844" w:history="1">
        <w:r w:rsidRPr="00E82EC0">
          <w:rPr>
            <w:rFonts w:eastAsia="Calibri"/>
            <w:color w:val="0000FF"/>
            <w:sz w:val="28"/>
            <w:szCs w:val="28"/>
            <w:u w:val="single"/>
            <w:lang w:val="kk-KZ"/>
          </w:rPr>
          <w:t>https://www.nic.kz/</w:t>
        </w:r>
      </w:hyperlink>
      <w:r w:rsidRPr="00E82EC0">
        <w:rPr>
          <w:rFonts w:eastAsia="Calibri"/>
          <w:color w:val="000000"/>
          <w:sz w:val="28"/>
          <w:szCs w:val="28"/>
          <w:u w:val="single"/>
          <w:lang w:val="kk-KZ"/>
        </w:rPr>
        <w:t xml:space="preserve"> </w:t>
      </w:r>
      <w:r w:rsidRPr="00E82EC0">
        <w:rPr>
          <w:rFonts w:eastAsia="Calibri"/>
          <w:color w:val="000000"/>
          <w:sz w:val="28"/>
          <w:szCs w:val="28"/>
          <w:lang w:val="kk-KZ"/>
        </w:rPr>
        <w:t>табылды. Домен регистраторы: TOO RS SOLUTIONS</w:t>
      </w:r>
    </w:p>
    <w:p w14:paraId="6E112C95" w14:textId="77777777" w:rsidR="00055042" w:rsidRDefault="00055042" w:rsidP="00E82EC0">
      <w:pPr>
        <w:pStyle w:val="TableParagraph"/>
        <w:spacing w:line="301" w:lineRule="exact"/>
        <w:jc w:val="both"/>
        <w:rPr>
          <w:b/>
          <w:sz w:val="24"/>
          <w:szCs w:val="24"/>
          <w:lang w:val="kk-KZ" w:eastAsia="ru-RU"/>
        </w:rPr>
      </w:pPr>
    </w:p>
    <w:p w14:paraId="0E79CFB3" w14:textId="77777777" w:rsidR="00055042" w:rsidRPr="00E82EC0" w:rsidRDefault="00055042" w:rsidP="00E82EC0">
      <w:pPr>
        <w:pStyle w:val="TableParagraph"/>
        <w:spacing w:line="301" w:lineRule="exact"/>
        <w:jc w:val="both"/>
        <w:rPr>
          <w:sz w:val="28"/>
          <w:szCs w:val="28"/>
          <w:lang w:val="kk-KZ" w:eastAsia="ru-RU"/>
        </w:rPr>
      </w:pPr>
    </w:p>
    <w:p w14:paraId="1DEB846B" w14:textId="77777777" w:rsidR="00E82EC0" w:rsidRPr="00E82EC0" w:rsidRDefault="00E82EC0" w:rsidP="00E82EC0">
      <w:pPr>
        <w:widowControl/>
        <w:adjustRightInd w:val="0"/>
        <w:jc w:val="both"/>
        <w:rPr>
          <w:rFonts w:eastAsiaTheme="minorHAnsi"/>
          <w:b/>
          <w:bCs/>
          <w:sz w:val="28"/>
          <w:szCs w:val="28"/>
          <w:lang w:val="kk-KZ"/>
        </w:rPr>
      </w:pPr>
      <w:r w:rsidRPr="00E82EC0">
        <w:rPr>
          <w:rFonts w:eastAsiaTheme="minorHAnsi"/>
          <w:b/>
          <w:bCs/>
          <w:sz w:val="28"/>
          <w:szCs w:val="28"/>
          <w:lang w:val="kk-KZ"/>
        </w:rPr>
        <w:t>Бейнебақылау камералары туралы мәліметтер</w:t>
      </w:r>
    </w:p>
    <w:p w14:paraId="6F43C972" w14:textId="77777777" w:rsidR="00E82EC0" w:rsidRPr="00E82EC0" w:rsidRDefault="00E82EC0" w:rsidP="00E82EC0">
      <w:pPr>
        <w:widowControl/>
        <w:adjustRightInd w:val="0"/>
        <w:ind w:firstLine="708"/>
        <w:jc w:val="both"/>
        <w:rPr>
          <w:rFonts w:eastAsiaTheme="minorHAnsi"/>
          <w:sz w:val="28"/>
          <w:szCs w:val="28"/>
          <w:lang w:val="kk-KZ"/>
        </w:rPr>
      </w:pPr>
      <w:r w:rsidRPr="00E82EC0">
        <w:rPr>
          <w:rFonts w:eastAsiaTheme="minorHAnsi"/>
          <w:sz w:val="28"/>
          <w:szCs w:val="28"/>
          <w:lang w:val="kk-KZ"/>
        </w:rPr>
        <w:t>Көрсетілетін қызметтерді мемлекеттік сатып алу туралы шарт №12   22.01. 2025 жыл. «Тапсырыс беруші» Қарағанды облысы білім басқармасының Қарағанды қаласы білім бөлімінің "№14 мектеп-гимназиясы" коммуналдық мемлекеттік мекемесі, басшысы Аринов Орикбай Серикович,  «Өнім беруші» деп аталынатын "Қазақтелеком" акционерлік қоғам, сенімхат негізінде әрекет ететін Басшы Бейсекеева Асел Сексенбаевна арасында шарт жасалған, қол қойылған.</w:t>
      </w:r>
    </w:p>
    <w:p w14:paraId="16940CAF" w14:textId="77777777" w:rsidR="00E82EC0" w:rsidRPr="00E82EC0" w:rsidRDefault="00E82EC0" w:rsidP="00E82EC0">
      <w:pPr>
        <w:widowControl/>
        <w:adjustRightInd w:val="0"/>
        <w:ind w:left="708"/>
        <w:jc w:val="both"/>
        <w:rPr>
          <w:rFonts w:eastAsiaTheme="minorHAnsi"/>
          <w:sz w:val="28"/>
          <w:szCs w:val="28"/>
          <w:lang w:val="kk-KZ"/>
        </w:rPr>
      </w:pPr>
      <w:r w:rsidRPr="00E82EC0">
        <w:rPr>
          <w:rFonts w:eastAsiaTheme="minorHAnsi"/>
          <w:sz w:val="28"/>
          <w:szCs w:val="28"/>
          <w:lang w:val="kk-KZ"/>
        </w:rPr>
        <w:t>Көрсетілетін қызметтерді мемлекеттік сатып алу туралы шарт</w:t>
      </w:r>
    </w:p>
    <w:p w14:paraId="48B74933" w14:textId="77777777" w:rsidR="00E82EC0" w:rsidRPr="00E82EC0" w:rsidRDefault="00E82EC0" w:rsidP="00E82EC0">
      <w:pPr>
        <w:widowControl/>
        <w:adjustRightInd w:val="0"/>
        <w:ind w:firstLine="708"/>
        <w:jc w:val="both"/>
        <w:rPr>
          <w:rFonts w:eastAsiaTheme="minorHAnsi"/>
          <w:sz w:val="28"/>
          <w:szCs w:val="28"/>
          <w:lang w:val="kk-KZ"/>
        </w:rPr>
      </w:pPr>
      <w:r w:rsidRPr="00E82EC0">
        <w:rPr>
          <w:rFonts w:eastAsiaTheme="minorHAnsi"/>
          <w:sz w:val="28"/>
          <w:szCs w:val="28"/>
          <w:lang w:val="kk-KZ"/>
        </w:rPr>
        <w:t>№220740002869/260007/00 11.01.2026 жыл.  «Тапсырыс беруші» деп аталатын Қарағанды облысы білім басқармасының Қарағанды қаласы білім бөлімінің "№14 мектеп-гимназиясы" коммуналдық мемлекеттік мекемесі, басшысы Аринов Орикбай Серикович,  «Мердігер» деп аталатын "Қазақтелеком" акционерлік қоғам сенімхат негізінде әрекет ететін басшы Бейсекеева Асел Сексенбаевна арасында шарт жасалған, қол қойылған.</w:t>
      </w:r>
    </w:p>
    <w:p w14:paraId="3A800923" w14:textId="77777777" w:rsidR="00E82EC0" w:rsidRPr="00E82EC0" w:rsidRDefault="00E82EC0" w:rsidP="00E82EC0">
      <w:pPr>
        <w:widowControl/>
        <w:adjustRightInd w:val="0"/>
        <w:ind w:firstLine="708"/>
        <w:jc w:val="both"/>
        <w:rPr>
          <w:rFonts w:eastAsiaTheme="minorHAnsi"/>
          <w:sz w:val="28"/>
          <w:szCs w:val="28"/>
          <w:lang w:val="kk-KZ"/>
        </w:rPr>
      </w:pPr>
      <w:r w:rsidRPr="00E82EC0">
        <w:rPr>
          <w:bCs/>
          <w:sz w:val="28"/>
          <w:szCs w:val="28"/>
          <w:lang w:val="kk-KZ"/>
        </w:rPr>
        <w:t>Барлығы 38 бейнебақылау камерасы бар, оның 10 сыртқы, 28-і ішкі камералар.Күзет бекетінде 4 дабыл түймесі орнатылған: оның 2-еуі – қалталы, 1-еуі – ЖБО-ға (жедел басқару орталығына), 1-еуі – жедел әрекет ету тобына қосылған. 23 бейнебақылау камерасы ЖБО-ға қосылған.</w:t>
      </w:r>
    </w:p>
    <w:p w14:paraId="4B237142" w14:textId="3A602055" w:rsidR="00E82EC0" w:rsidRDefault="00E82EC0" w:rsidP="00E82EC0">
      <w:pPr>
        <w:pStyle w:val="af"/>
        <w:spacing w:before="0" w:beforeAutospacing="0" w:after="0" w:afterAutospacing="0"/>
        <w:jc w:val="both"/>
        <w:rPr>
          <w:i/>
          <w:iCs/>
          <w:sz w:val="28"/>
          <w:szCs w:val="28"/>
          <w:lang w:val="kk-KZ"/>
        </w:rPr>
      </w:pPr>
    </w:p>
    <w:p w14:paraId="357681B7" w14:textId="5E099B62" w:rsidR="000E7317" w:rsidRPr="00055042" w:rsidRDefault="000E7317" w:rsidP="00E82EC0">
      <w:pPr>
        <w:pStyle w:val="af"/>
        <w:spacing w:before="0" w:beforeAutospacing="0" w:after="0" w:afterAutospacing="0"/>
        <w:jc w:val="both"/>
        <w:rPr>
          <w:b/>
          <w:iCs/>
          <w:lang w:val="kk-KZ"/>
        </w:rPr>
      </w:pPr>
    </w:p>
    <w:p w14:paraId="23E29CAB" w14:textId="77777777" w:rsidR="00055042" w:rsidRPr="00E82EC0" w:rsidRDefault="00055042" w:rsidP="00E82EC0">
      <w:pPr>
        <w:pStyle w:val="af"/>
        <w:spacing w:before="0" w:beforeAutospacing="0" w:after="0" w:afterAutospacing="0"/>
        <w:jc w:val="both"/>
        <w:rPr>
          <w:i/>
          <w:iCs/>
          <w:sz w:val="28"/>
          <w:szCs w:val="28"/>
          <w:lang w:val="kk-KZ"/>
        </w:rPr>
      </w:pPr>
    </w:p>
    <w:p w14:paraId="29BCDC0D" w14:textId="77777777" w:rsidR="00E82EC0" w:rsidRPr="00E82EC0" w:rsidRDefault="00E82EC0" w:rsidP="00E82EC0">
      <w:pPr>
        <w:pStyle w:val="af"/>
        <w:spacing w:before="0" w:beforeAutospacing="0" w:after="0" w:afterAutospacing="0"/>
        <w:jc w:val="both"/>
        <w:rPr>
          <w:b/>
          <w:bCs/>
          <w:i/>
          <w:iCs/>
          <w:sz w:val="28"/>
          <w:szCs w:val="28"/>
          <w:lang w:val="kk-KZ"/>
        </w:rPr>
      </w:pPr>
      <w:r w:rsidRPr="00E82EC0">
        <w:rPr>
          <w:b/>
          <w:bCs/>
          <w:sz w:val="28"/>
          <w:szCs w:val="28"/>
          <w:lang w:val="kk-KZ"/>
        </w:rPr>
        <w:t>Төтенше жағдайлардың алдын алу мақсатында өрт қауіпсіздігі талаптарының сақталуы.</w:t>
      </w:r>
    </w:p>
    <w:p w14:paraId="4D52A7DA" w14:textId="77777777" w:rsidR="00E82EC0" w:rsidRPr="00E82EC0" w:rsidRDefault="00E82EC0" w:rsidP="00E82EC0">
      <w:pPr>
        <w:tabs>
          <w:tab w:val="left" w:pos="8349"/>
        </w:tabs>
        <w:jc w:val="both"/>
        <w:rPr>
          <w:sz w:val="28"/>
          <w:szCs w:val="28"/>
          <w:lang w:val="kk-KZ"/>
        </w:rPr>
      </w:pPr>
      <w:r w:rsidRPr="00E82EC0">
        <w:rPr>
          <w:sz w:val="28"/>
          <w:szCs w:val="28"/>
          <w:lang w:val="kk-KZ"/>
        </w:rPr>
        <w:t xml:space="preserve">           «Қазақстан Республикасы төтенше жағдайлар министрлігі, Қарағанды облысының төтенше жағдайлар департаменті Қарағанды қаласының төтенше жағдайлар басқармасын» ММ  </w:t>
      </w:r>
      <w:r w:rsidRPr="00E82EC0">
        <w:rPr>
          <w:sz w:val="28"/>
          <w:szCs w:val="28"/>
          <w:lang w:val="kk-KZ" w:eastAsia="ru-RU"/>
        </w:rPr>
        <w:t xml:space="preserve">2022 жылғы 22 желтоқсандағы № 21-08-17-1-12/2912 хат негізінде </w:t>
      </w:r>
      <w:r w:rsidRPr="00E82EC0">
        <w:rPr>
          <w:sz w:val="28"/>
          <w:szCs w:val="28"/>
          <w:lang w:val="kk-KZ"/>
        </w:rPr>
        <w:t xml:space="preserve"> </w:t>
      </w:r>
      <w:r w:rsidRPr="00E82EC0">
        <w:rPr>
          <w:sz w:val="28"/>
          <w:szCs w:val="28"/>
          <w:lang w:val="kk-KZ" w:eastAsia="ru-RU"/>
        </w:rPr>
        <w:t xml:space="preserve">Қарағанды қаласы білім бөлімінің «№14 мектеп-гимназиясы» </w:t>
      </w:r>
      <w:r w:rsidRPr="00E82EC0">
        <w:rPr>
          <w:sz w:val="28"/>
          <w:szCs w:val="28"/>
          <w:lang w:val="kk-KZ" w:eastAsia="ru-RU"/>
        </w:rPr>
        <w:lastRenderedPageBreak/>
        <w:t>коммуналдық мемлекеттік мекемесінде білім алушылар мен педагогтердің, сондай-ақ өзге де қызметкерлердің өмірі мен денсаулығын қорғау, қауіпсіз білім беру ортасын қалыптастыру және төтенше жағдайлардың алдын алу мақсатында өрт қауіпсіздігі талаптарының сақталуына ерекше назар аударылады.</w:t>
      </w:r>
    </w:p>
    <w:p w14:paraId="76FE3AD2" w14:textId="77777777" w:rsidR="00E82EC0" w:rsidRPr="00E82EC0" w:rsidRDefault="00E82EC0" w:rsidP="00E82EC0">
      <w:pPr>
        <w:ind w:firstLine="708"/>
        <w:jc w:val="both"/>
        <w:rPr>
          <w:sz w:val="28"/>
          <w:szCs w:val="28"/>
          <w:lang w:val="kk-KZ" w:eastAsia="ru-RU"/>
        </w:rPr>
      </w:pPr>
      <w:r w:rsidRPr="00E82EC0">
        <w:rPr>
          <w:sz w:val="28"/>
          <w:szCs w:val="28"/>
          <w:lang w:val="kk-KZ" w:eastAsia="ru-RU"/>
        </w:rPr>
        <w:t>Мектеп ғимаратында өрт қауіпсіздігі нормалары мен талаптарының орындалуын қамтамасыз ету, ықтимал төтенше жағдайлардың туындау қаупін азайту және білім беру процесіне қатысушылардың қауіпсіздігін сақтау бағытында тиісті ұйымдастырушылық және профилактикалық жұмыстар жүйелі түрде жүргізіледі.</w:t>
      </w:r>
    </w:p>
    <w:p w14:paraId="12238852" w14:textId="77777777" w:rsidR="00E82EC0" w:rsidRPr="00E82EC0" w:rsidRDefault="00E82EC0" w:rsidP="00E82EC0">
      <w:pPr>
        <w:ind w:firstLine="708"/>
        <w:jc w:val="both"/>
        <w:rPr>
          <w:sz w:val="28"/>
          <w:szCs w:val="28"/>
          <w:lang w:val="kk-KZ" w:eastAsia="ru-RU"/>
        </w:rPr>
      </w:pPr>
      <w:r w:rsidRPr="00E82EC0">
        <w:rPr>
          <w:b/>
          <w:bCs/>
          <w:sz w:val="28"/>
          <w:szCs w:val="28"/>
          <w:lang w:val="kk-KZ" w:eastAsia="ru-RU"/>
        </w:rPr>
        <w:t>1. Мемлекеттік бақылау және тексеру нәтижелері:</w:t>
      </w:r>
    </w:p>
    <w:p w14:paraId="78317958" w14:textId="77777777" w:rsidR="00E82EC0" w:rsidRPr="00E82EC0" w:rsidRDefault="00E82EC0" w:rsidP="00E82EC0">
      <w:pPr>
        <w:ind w:firstLine="708"/>
        <w:jc w:val="both"/>
        <w:rPr>
          <w:sz w:val="28"/>
          <w:szCs w:val="28"/>
          <w:lang w:val="kk-KZ" w:eastAsia="ru-RU"/>
        </w:rPr>
      </w:pPr>
      <w:r w:rsidRPr="00E82EC0">
        <w:rPr>
          <w:sz w:val="28"/>
          <w:szCs w:val="28"/>
          <w:lang w:val="kk-KZ" w:eastAsia="ru-RU"/>
        </w:rPr>
        <w:t>Қарағанды қаласы, Бирюзова көшесі, 22А мекенжайында орналасқан мектеп ғимаратында өрт қауіпсіздігі талаптарының сақталу жағдайын бағалау мақсатында Қазақстан Республикасы Төтенше жағдайлар министрлігі Қарағанды облысының Төтенше жағдайлар департаментіне қарасты «Қарағанды қаласының Төтенше жағдайлар басқармасы» РММ тарапынан тиісті тексеру жүргізілген.</w:t>
      </w:r>
    </w:p>
    <w:p w14:paraId="1D0910B8" w14:textId="77777777" w:rsidR="00E82EC0" w:rsidRPr="00E82EC0" w:rsidRDefault="00E82EC0" w:rsidP="00E82EC0">
      <w:pPr>
        <w:ind w:firstLine="708"/>
        <w:jc w:val="both"/>
        <w:rPr>
          <w:sz w:val="28"/>
          <w:szCs w:val="28"/>
          <w:lang w:val="kk-KZ" w:eastAsia="ru-RU"/>
        </w:rPr>
      </w:pPr>
      <w:r w:rsidRPr="00E82EC0">
        <w:rPr>
          <w:sz w:val="28"/>
          <w:szCs w:val="28"/>
          <w:lang w:val="kk-KZ" w:eastAsia="ru-RU"/>
        </w:rPr>
        <w:t>Тексеру нәтижелері 2022 жылғы 22 желтоқсандағы № 21-08-17-1-12/2912 хатта көрсетілген. Аталған құжатқа сәйкес, тексеру барысында мектепте өрт қауіпсіздігі нормалары мен қағидаларының бұзылу фактілері анықталмаған.</w:t>
      </w:r>
    </w:p>
    <w:p w14:paraId="7FD31E1C" w14:textId="77777777" w:rsidR="00E82EC0" w:rsidRPr="00E82EC0" w:rsidRDefault="00E82EC0" w:rsidP="00E82EC0">
      <w:pPr>
        <w:ind w:firstLine="708"/>
        <w:jc w:val="both"/>
        <w:rPr>
          <w:sz w:val="28"/>
          <w:szCs w:val="28"/>
          <w:lang w:val="kk-KZ" w:eastAsia="ru-RU"/>
        </w:rPr>
      </w:pPr>
      <w:r w:rsidRPr="00E82EC0">
        <w:rPr>
          <w:sz w:val="28"/>
          <w:szCs w:val="28"/>
          <w:lang w:val="kk-KZ" w:eastAsia="ru-RU"/>
        </w:rPr>
        <w:t>Бұл нәтиже тексеру жүргізілген кезеңде мектеп ғимаратында өрт қауіпсіздігі талаптарының сақталғанын растайды.</w:t>
      </w:r>
    </w:p>
    <w:p w14:paraId="61370C02" w14:textId="77777777" w:rsidR="00E82EC0" w:rsidRPr="00E82EC0" w:rsidRDefault="00E82EC0" w:rsidP="00E82EC0">
      <w:pPr>
        <w:ind w:firstLine="708"/>
        <w:jc w:val="both"/>
        <w:rPr>
          <w:sz w:val="28"/>
          <w:szCs w:val="28"/>
          <w:lang w:val="kk-KZ" w:eastAsia="ru-RU"/>
        </w:rPr>
      </w:pPr>
      <w:r w:rsidRPr="00E82EC0">
        <w:rPr>
          <w:b/>
          <w:bCs/>
          <w:sz w:val="28"/>
          <w:szCs w:val="28"/>
          <w:lang w:val="kk-KZ" w:eastAsia="ru-RU"/>
        </w:rPr>
        <w:t>2. Өрт қауіпсіздігін қамтамасыз ету және төтенше жағдайлардың алдын алу шаралары</w:t>
      </w:r>
    </w:p>
    <w:p w14:paraId="17D4A20A" w14:textId="77777777" w:rsidR="00E82EC0" w:rsidRPr="00E82EC0" w:rsidRDefault="00E82EC0" w:rsidP="00E82EC0">
      <w:pPr>
        <w:ind w:firstLine="360"/>
        <w:jc w:val="both"/>
        <w:rPr>
          <w:sz w:val="28"/>
          <w:szCs w:val="28"/>
          <w:lang w:val="kk-KZ" w:eastAsia="ru-RU"/>
        </w:rPr>
      </w:pPr>
      <w:r w:rsidRPr="00E82EC0">
        <w:rPr>
          <w:sz w:val="28"/>
          <w:szCs w:val="28"/>
          <w:lang w:val="kk-KZ" w:eastAsia="ru-RU"/>
        </w:rPr>
        <w:t>Мектеп әкімшілігі мен қызметкерлері өрт қауіпсіздігін қамтамасыз ету және төтенше жағдайлардың алдын алу бағытында төмендегідей жұмыстарды ұйымдастырады:</w:t>
      </w:r>
    </w:p>
    <w:p w14:paraId="53591008" w14:textId="77777777" w:rsidR="00E82EC0" w:rsidRPr="00E82EC0" w:rsidRDefault="00E82EC0" w:rsidP="00C427A3">
      <w:pPr>
        <w:widowControl/>
        <w:numPr>
          <w:ilvl w:val="0"/>
          <w:numId w:val="20"/>
        </w:numPr>
        <w:autoSpaceDE/>
        <w:autoSpaceDN/>
        <w:jc w:val="both"/>
        <w:rPr>
          <w:sz w:val="28"/>
          <w:szCs w:val="28"/>
          <w:lang w:val="kk-KZ" w:eastAsia="ru-RU"/>
        </w:rPr>
      </w:pPr>
      <w:r w:rsidRPr="00E82EC0">
        <w:rPr>
          <w:sz w:val="28"/>
          <w:szCs w:val="28"/>
          <w:lang w:val="kk-KZ" w:eastAsia="ru-RU"/>
        </w:rPr>
        <w:t>өрт қауіпсіздігі талаптарының сақталуын бақылау және қызметкерлерге тиісті нұсқамалар беру;</w:t>
      </w:r>
    </w:p>
    <w:p w14:paraId="1AC8D7CD" w14:textId="77777777" w:rsidR="00E82EC0" w:rsidRPr="00E82EC0" w:rsidRDefault="00E82EC0" w:rsidP="00C427A3">
      <w:pPr>
        <w:widowControl/>
        <w:numPr>
          <w:ilvl w:val="0"/>
          <w:numId w:val="20"/>
        </w:numPr>
        <w:autoSpaceDE/>
        <w:autoSpaceDN/>
        <w:jc w:val="both"/>
        <w:rPr>
          <w:sz w:val="28"/>
          <w:szCs w:val="28"/>
          <w:lang w:val="kk-KZ" w:eastAsia="ru-RU"/>
        </w:rPr>
      </w:pPr>
      <w:r w:rsidRPr="00E82EC0">
        <w:rPr>
          <w:sz w:val="28"/>
          <w:szCs w:val="28"/>
          <w:lang w:val="kk-KZ" w:eastAsia="ru-RU"/>
        </w:rPr>
        <w:t>эвакуациялық шығу жолдары мен дәліздердің кедергісіз болуын, олардың қауіпсіз пайдаланылуын қадағалау;</w:t>
      </w:r>
    </w:p>
    <w:p w14:paraId="260BA599" w14:textId="77777777" w:rsidR="00E82EC0" w:rsidRPr="00E82EC0" w:rsidRDefault="00E82EC0" w:rsidP="00C427A3">
      <w:pPr>
        <w:widowControl/>
        <w:numPr>
          <w:ilvl w:val="0"/>
          <w:numId w:val="20"/>
        </w:numPr>
        <w:autoSpaceDE/>
        <w:autoSpaceDN/>
        <w:jc w:val="both"/>
        <w:rPr>
          <w:sz w:val="28"/>
          <w:szCs w:val="28"/>
          <w:lang w:val="kk-KZ" w:eastAsia="ru-RU"/>
        </w:rPr>
      </w:pPr>
      <w:r w:rsidRPr="00E82EC0">
        <w:rPr>
          <w:sz w:val="28"/>
          <w:szCs w:val="28"/>
          <w:lang w:val="kk-KZ" w:eastAsia="ru-RU"/>
        </w:rPr>
        <w:t>өрт сөндіру құралдарының қолжетімділігіне және тиісті жағдайда ұсталуына назар аудару;</w:t>
      </w:r>
    </w:p>
    <w:p w14:paraId="27DC950F" w14:textId="77777777" w:rsidR="00E82EC0" w:rsidRPr="00E82EC0" w:rsidRDefault="00E82EC0" w:rsidP="00C427A3">
      <w:pPr>
        <w:widowControl/>
        <w:numPr>
          <w:ilvl w:val="0"/>
          <w:numId w:val="20"/>
        </w:numPr>
        <w:autoSpaceDE/>
        <w:autoSpaceDN/>
        <w:jc w:val="both"/>
        <w:rPr>
          <w:sz w:val="28"/>
          <w:szCs w:val="28"/>
          <w:lang w:val="kk-KZ" w:eastAsia="ru-RU"/>
        </w:rPr>
      </w:pPr>
      <w:r w:rsidRPr="00E82EC0">
        <w:rPr>
          <w:sz w:val="28"/>
          <w:szCs w:val="28"/>
          <w:lang w:val="kk-KZ" w:eastAsia="ru-RU"/>
        </w:rPr>
        <w:t>білім алушылар мен қызметкерлер арасында өрт қауіпсіздігі қағидаларын түсіндіру жұмыстарын жүргізу;</w:t>
      </w:r>
    </w:p>
    <w:p w14:paraId="544F15F2" w14:textId="77777777" w:rsidR="00E82EC0" w:rsidRPr="00E82EC0" w:rsidRDefault="00E82EC0" w:rsidP="00C427A3">
      <w:pPr>
        <w:widowControl/>
        <w:numPr>
          <w:ilvl w:val="0"/>
          <w:numId w:val="20"/>
        </w:numPr>
        <w:autoSpaceDE/>
        <w:autoSpaceDN/>
        <w:jc w:val="both"/>
        <w:rPr>
          <w:sz w:val="28"/>
          <w:szCs w:val="28"/>
          <w:lang w:val="kk-KZ" w:eastAsia="ru-RU"/>
        </w:rPr>
      </w:pPr>
      <w:r w:rsidRPr="00E82EC0">
        <w:rPr>
          <w:sz w:val="28"/>
          <w:szCs w:val="28"/>
          <w:lang w:val="kk-KZ" w:eastAsia="ru-RU"/>
        </w:rPr>
        <w:t>өрт туындаған немесе өзге де төтенше жағдайлар орын алған кезде әрекет ету тәртібі туралы ақпараттандыру;</w:t>
      </w:r>
    </w:p>
    <w:p w14:paraId="7909D946" w14:textId="77777777" w:rsidR="00E82EC0" w:rsidRPr="00E82EC0" w:rsidRDefault="00E82EC0" w:rsidP="00C427A3">
      <w:pPr>
        <w:widowControl/>
        <w:numPr>
          <w:ilvl w:val="0"/>
          <w:numId w:val="20"/>
        </w:numPr>
        <w:autoSpaceDE/>
        <w:autoSpaceDN/>
        <w:jc w:val="both"/>
        <w:rPr>
          <w:sz w:val="28"/>
          <w:szCs w:val="28"/>
          <w:lang w:val="kk-KZ" w:eastAsia="ru-RU"/>
        </w:rPr>
      </w:pPr>
      <w:r w:rsidRPr="00E82EC0">
        <w:rPr>
          <w:sz w:val="28"/>
          <w:szCs w:val="28"/>
          <w:lang w:val="kk-KZ" w:eastAsia="ru-RU"/>
        </w:rPr>
        <w:t>білім алушыларды қауіпсіз эвакуациялау тәртібін түсіндіру және қауіпсіздік мәдениетін қалыптастыру;</w:t>
      </w:r>
    </w:p>
    <w:p w14:paraId="09E15602" w14:textId="77777777" w:rsidR="00E82EC0" w:rsidRPr="00E82EC0" w:rsidRDefault="00E82EC0" w:rsidP="00C427A3">
      <w:pPr>
        <w:widowControl/>
        <w:numPr>
          <w:ilvl w:val="0"/>
          <w:numId w:val="20"/>
        </w:numPr>
        <w:autoSpaceDE/>
        <w:autoSpaceDN/>
        <w:jc w:val="both"/>
        <w:rPr>
          <w:sz w:val="28"/>
          <w:szCs w:val="28"/>
          <w:lang w:val="kk-KZ" w:eastAsia="ru-RU"/>
        </w:rPr>
      </w:pPr>
      <w:r w:rsidRPr="00E82EC0">
        <w:rPr>
          <w:sz w:val="28"/>
          <w:szCs w:val="28"/>
          <w:lang w:val="kk-KZ" w:eastAsia="ru-RU"/>
        </w:rPr>
        <w:t>төтенше жағдайлардың алдын алуға бағытталған профилактикалық іс-шараларды ұйымдастыру.</w:t>
      </w:r>
    </w:p>
    <w:p w14:paraId="24AD3CB5" w14:textId="77777777" w:rsidR="00E82EC0" w:rsidRPr="00E82EC0" w:rsidRDefault="00E82EC0" w:rsidP="00E82EC0">
      <w:pPr>
        <w:ind w:firstLine="360"/>
        <w:jc w:val="both"/>
        <w:rPr>
          <w:sz w:val="28"/>
          <w:szCs w:val="28"/>
          <w:lang w:val="kk-KZ" w:eastAsia="ru-RU"/>
        </w:rPr>
      </w:pPr>
      <w:r w:rsidRPr="00E82EC0">
        <w:rPr>
          <w:sz w:val="28"/>
          <w:szCs w:val="28"/>
          <w:lang w:val="kk-KZ" w:eastAsia="ru-RU"/>
        </w:rPr>
        <w:t>Аталған жұмыстардың негізгі мақсаты – мектеп аумағында қауіпсіздік талаптарының сақталуын қамтамасыз ету, ықтимал қауіптердің алдын алу және төтенше жағдайлар туындаған жағдайда адамдардың өмірі мен денсаулығын қорғау.</w:t>
      </w:r>
    </w:p>
    <w:p w14:paraId="24FEA527" w14:textId="77777777" w:rsidR="00E82EC0" w:rsidRPr="00E82EC0" w:rsidRDefault="00E82EC0" w:rsidP="00E82EC0">
      <w:pPr>
        <w:ind w:firstLine="360"/>
        <w:jc w:val="both"/>
        <w:rPr>
          <w:sz w:val="28"/>
          <w:szCs w:val="28"/>
          <w:lang w:val="kk-KZ" w:eastAsia="ru-RU"/>
        </w:rPr>
      </w:pPr>
      <w:r w:rsidRPr="00E82EC0">
        <w:rPr>
          <w:sz w:val="28"/>
          <w:szCs w:val="28"/>
          <w:lang w:val="kk-KZ" w:eastAsia="ru-RU"/>
        </w:rPr>
        <w:t>Жоғарыда көрсетілген мәліметтерге сәйкес, Қарағанды қаласы білім бөлімінің «№14 мектеп-гимназиясы» КММ-де өрт қауіпсіздігін қамтамасыз ету және төтенше жағдайлардың алдын алу бағытында тиісті жұмыстар жүргізілуде.</w:t>
      </w:r>
    </w:p>
    <w:p w14:paraId="581281E3" w14:textId="77777777" w:rsidR="00E82EC0" w:rsidRPr="00E82EC0" w:rsidRDefault="00E82EC0" w:rsidP="00E82EC0">
      <w:pPr>
        <w:ind w:firstLine="360"/>
        <w:jc w:val="both"/>
        <w:rPr>
          <w:sz w:val="28"/>
          <w:szCs w:val="28"/>
          <w:lang w:val="kk-KZ" w:eastAsia="ru-RU"/>
        </w:rPr>
      </w:pPr>
      <w:r w:rsidRPr="00E82EC0">
        <w:rPr>
          <w:sz w:val="28"/>
          <w:szCs w:val="28"/>
          <w:lang w:val="kk-KZ" w:eastAsia="ru-RU"/>
        </w:rPr>
        <w:t xml:space="preserve">2022 жылғы 22 желтоқсандағы № 21-08-17-1-12/2912 хатта көрсетілген мемлекеттік бақылау нәтижелері бойынша тексеру кезінде өрт қауіпсіздігі нормалары </w:t>
      </w:r>
      <w:r w:rsidRPr="00E82EC0">
        <w:rPr>
          <w:sz w:val="28"/>
          <w:szCs w:val="28"/>
          <w:lang w:val="kk-KZ" w:eastAsia="ru-RU"/>
        </w:rPr>
        <w:lastRenderedPageBreak/>
        <w:t>мен қағидаларының бұзылуы анықталмаған.</w:t>
      </w:r>
    </w:p>
    <w:p w14:paraId="590DCE8F" w14:textId="77777777" w:rsidR="00E82EC0" w:rsidRPr="00E82EC0" w:rsidRDefault="00E82EC0" w:rsidP="00E82EC0">
      <w:pPr>
        <w:ind w:firstLine="360"/>
        <w:jc w:val="both"/>
        <w:rPr>
          <w:sz w:val="28"/>
          <w:szCs w:val="28"/>
          <w:lang w:val="kk-KZ" w:eastAsia="ru-RU"/>
        </w:rPr>
      </w:pPr>
      <w:r w:rsidRPr="00E82EC0">
        <w:rPr>
          <w:sz w:val="28"/>
          <w:szCs w:val="28"/>
          <w:lang w:val="kk-KZ" w:eastAsia="ru-RU"/>
        </w:rPr>
        <w:t>Мектеп әкімшілігі білім алушылар мен қызметкерлердің қауіпсіздігін қамтамасыз ету, өрт қауіпсіздігі талаптарының сақталуын бақылау және төтенше жағдайлардың алдын алу жөніндегі жұмыстарды жүйелі түрде ұйымдастыруға басымдық береді.</w:t>
      </w:r>
    </w:p>
    <w:p w14:paraId="5EC78104" w14:textId="7F63C226" w:rsidR="00E82EC0" w:rsidRDefault="00E82EC0" w:rsidP="00E82EC0">
      <w:pPr>
        <w:pStyle w:val="TableParagraph"/>
        <w:spacing w:line="301" w:lineRule="exact"/>
        <w:jc w:val="both"/>
        <w:rPr>
          <w:bCs/>
          <w:i/>
          <w:iCs/>
          <w:sz w:val="28"/>
          <w:szCs w:val="28"/>
          <w:lang w:val="kk-KZ"/>
        </w:rPr>
      </w:pPr>
    </w:p>
    <w:p w14:paraId="4860C0DE" w14:textId="77777777" w:rsidR="000E7317" w:rsidRPr="00E82EC0" w:rsidRDefault="000E7317" w:rsidP="00E82EC0">
      <w:pPr>
        <w:pStyle w:val="TableParagraph"/>
        <w:spacing w:line="301" w:lineRule="exact"/>
        <w:jc w:val="both"/>
        <w:rPr>
          <w:b/>
          <w:sz w:val="28"/>
          <w:szCs w:val="28"/>
          <w:lang w:val="kk-KZ"/>
        </w:rPr>
      </w:pPr>
    </w:p>
    <w:p w14:paraId="26AD583D" w14:textId="77777777" w:rsidR="00E82EC0" w:rsidRPr="00E82EC0" w:rsidRDefault="00E82EC0" w:rsidP="00E82EC0">
      <w:pPr>
        <w:pStyle w:val="TableParagraph"/>
        <w:spacing w:line="301" w:lineRule="exact"/>
        <w:jc w:val="both"/>
        <w:rPr>
          <w:b/>
          <w:i/>
          <w:iCs/>
          <w:sz w:val="28"/>
          <w:szCs w:val="28"/>
          <w:lang w:val="kk-KZ"/>
        </w:rPr>
      </w:pPr>
      <w:r w:rsidRPr="00E82EC0">
        <w:rPr>
          <w:b/>
          <w:i/>
          <w:iCs/>
          <w:sz w:val="28"/>
          <w:szCs w:val="28"/>
          <w:lang w:val="kk-KZ"/>
        </w:rPr>
        <w:t xml:space="preserve">9) </w:t>
      </w:r>
      <w:r w:rsidRPr="00E82EC0">
        <w:rPr>
          <w:b/>
          <w:sz w:val="28"/>
          <w:szCs w:val="28"/>
          <w:lang w:val="kk-KZ"/>
        </w:rPr>
        <w:t xml:space="preserve">Ерекше білім беру қажеттіліктері бар адамдар үшін жағдайлардың болуы. </w:t>
      </w:r>
    </w:p>
    <w:p w14:paraId="631EE836" w14:textId="77777777" w:rsidR="00E82EC0" w:rsidRPr="00E82EC0" w:rsidRDefault="00E82EC0" w:rsidP="00E82EC0">
      <w:pPr>
        <w:widowControl/>
        <w:adjustRightInd w:val="0"/>
        <w:jc w:val="both"/>
        <w:rPr>
          <w:rFonts w:eastAsiaTheme="minorHAnsi"/>
          <w:b/>
          <w:bCs/>
          <w:sz w:val="28"/>
          <w:szCs w:val="28"/>
          <w:lang w:val="kk-KZ"/>
        </w:rPr>
      </w:pPr>
      <w:r w:rsidRPr="00E82EC0">
        <w:rPr>
          <w:bCs/>
          <w:sz w:val="28"/>
          <w:szCs w:val="28"/>
          <w:lang w:val="kk-KZ"/>
        </w:rPr>
        <w:tab/>
      </w:r>
      <w:r w:rsidRPr="00E82EC0">
        <w:rPr>
          <w:rFonts w:eastAsiaTheme="minorHAnsi"/>
          <w:sz w:val="28"/>
          <w:szCs w:val="28"/>
          <w:lang w:val="kk-KZ"/>
        </w:rPr>
        <w:t>22.10.2023 жылғы №76 «</w:t>
      </w:r>
      <w:r w:rsidRPr="00E82EC0">
        <w:rPr>
          <w:rFonts w:eastAsiaTheme="minorHAnsi"/>
          <w:b/>
          <w:bCs/>
          <w:sz w:val="28"/>
          <w:szCs w:val="28"/>
          <w:lang w:val="kk-KZ"/>
        </w:rPr>
        <w:t xml:space="preserve">Құрылыспен байланысты емес жұмыстарды мемлекеттік сатып алу туралы шарты» аясында  </w:t>
      </w:r>
      <w:r w:rsidRPr="00E82EC0">
        <w:rPr>
          <w:rFonts w:eastAsiaTheme="minorHAnsi"/>
          <w:sz w:val="28"/>
          <w:szCs w:val="28"/>
          <w:lang w:val="kk-KZ"/>
        </w:rPr>
        <w:t>«№14 мектеп-гимназиясы" коммуналдық мемлекеттік мекемесі»  директоры Аринов Орикбай Серикович  Екібастұз қалалық «Үміт» мүгедектер қоғамы» қоғамдық бірлестігі екінші тараптан Кабыржанов Кайрат Кабыржанович,  «Мемлекеттік сатып алу туралы» Қазақстан Республикасы Заңының  және 2023-10-09 № 10772846-ЗЦП1 №76 2023-10-22  Шарттың жалпы сомасы Шартқа № 1 қосымшамен анықталады және 1 287 000.00 (бір</w:t>
      </w:r>
      <w:r w:rsidRPr="00E82EC0">
        <w:rPr>
          <w:rFonts w:eastAsiaTheme="minorHAnsi"/>
          <w:b/>
          <w:bCs/>
          <w:sz w:val="28"/>
          <w:szCs w:val="28"/>
          <w:lang w:val="kk-KZ"/>
        </w:rPr>
        <w:t xml:space="preserve"> </w:t>
      </w:r>
      <w:r w:rsidRPr="00E82EC0">
        <w:rPr>
          <w:rFonts w:eastAsiaTheme="minorHAnsi"/>
          <w:sz w:val="28"/>
          <w:szCs w:val="28"/>
          <w:lang w:val="kk-KZ"/>
        </w:rPr>
        <w:t xml:space="preserve">миллион екі жүз сексен жеті мың тенге нөл тиын) теңгені құрайды. </w:t>
      </w:r>
      <w:r w:rsidRPr="00E82EC0">
        <w:rPr>
          <w:bCs/>
          <w:sz w:val="28"/>
          <w:szCs w:val="28"/>
          <w:lang w:val="kk-KZ"/>
        </w:rPr>
        <w:t>Пандус, шақыру түймесі, арнайы 5 бірлік (1 қабатта - 2, 2 қабатта - 2, 3 қабатта - 1) санитарлық тораптар, 1 қабатта тактильді белгілер, лифт қызмет көрсетеді.</w:t>
      </w:r>
    </w:p>
    <w:p w14:paraId="4C2596FE" w14:textId="39D571CF" w:rsidR="00E82EC0" w:rsidRDefault="00E82EC0" w:rsidP="00E82EC0">
      <w:pPr>
        <w:pStyle w:val="TableParagraph"/>
        <w:spacing w:line="301" w:lineRule="exact"/>
        <w:jc w:val="both"/>
        <w:rPr>
          <w:bCs/>
          <w:i/>
          <w:iCs/>
          <w:sz w:val="28"/>
          <w:szCs w:val="28"/>
          <w:lang w:val="kk-KZ"/>
        </w:rPr>
      </w:pPr>
    </w:p>
    <w:p w14:paraId="591E644A" w14:textId="1815ECAE" w:rsidR="00E82EC0" w:rsidRPr="00055042" w:rsidRDefault="00E82EC0" w:rsidP="00E82EC0">
      <w:pPr>
        <w:pStyle w:val="TableParagraph"/>
        <w:spacing w:line="301" w:lineRule="exact"/>
        <w:jc w:val="both"/>
        <w:rPr>
          <w:b/>
          <w:sz w:val="24"/>
          <w:szCs w:val="24"/>
          <w:lang w:val="kk-KZ"/>
        </w:rPr>
      </w:pPr>
    </w:p>
    <w:p w14:paraId="5B406CFE" w14:textId="77777777" w:rsidR="00055042" w:rsidRPr="00E82EC0" w:rsidRDefault="00055042" w:rsidP="00E82EC0">
      <w:pPr>
        <w:pStyle w:val="TableParagraph"/>
        <w:spacing w:line="301" w:lineRule="exact"/>
        <w:jc w:val="both"/>
        <w:rPr>
          <w:b/>
          <w:sz w:val="28"/>
          <w:szCs w:val="28"/>
          <w:lang w:val="kk-KZ"/>
        </w:rPr>
      </w:pPr>
    </w:p>
    <w:p w14:paraId="7DFA58CD" w14:textId="77777777" w:rsidR="00E82EC0" w:rsidRPr="00E82EC0" w:rsidRDefault="00E82EC0" w:rsidP="00E82EC0">
      <w:pPr>
        <w:pStyle w:val="TableParagraph"/>
        <w:spacing w:line="301" w:lineRule="exact"/>
        <w:jc w:val="both"/>
        <w:rPr>
          <w:b/>
          <w:sz w:val="28"/>
          <w:szCs w:val="28"/>
          <w:lang w:val="kk-KZ"/>
        </w:rPr>
      </w:pPr>
    </w:p>
    <w:p w14:paraId="573CD8BC" w14:textId="77777777" w:rsidR="002B1B73" w:rsidRPr="00953F17" w:rsidRDefault="002B1B73" w:rsidP="002B1B73">
      <w:pPr>
        <w:ind w:firstLine="284"/>
        <w:jc w:val="both"/>
        <w:rPr>
          <w:sz w:val="28"/>
          <w:szCs w:val="28"/>
          <w:lang w:val="kk-KZ"/>
        </w:rPr>
      </w:pPr>
      <w:r w:rsidRPr="00953F17">
        <w:rPr>
          <w:sz w:val="28"/>
          <w:szCs w:val="28"/>
          <w:lang w:val="kk-KZ"/>
        </w:rPr>
        <w:t xml:space="preserve">«№ 14 мектеп-гимназиясы» КММ санитарлық-эпидемиологиялық қорытынды </w:t>
      </w:r>
      <w:r w:rsidRPr="00953F17">
        <w:rPr>
          <w:i/>
          <w:iCs/>
          <w:sz w:val="28"/>
          <w:szCs w:val="28"/>
          <w:lang w:val="kk-KZ"/>
        </w:rPr>
        <w:t>№ M.10.KZ34VWF0007549  19.09.2022 жыл.</w:t>
      </w:r>
      <w:r w:rsidRPr="00953F17">
        <w:rPr>
          <w:sz w:val="28"/>
          <w:szCs w:val="28"/>
          <w:lang w:val="kk-KZ"/>
        </w:rPr>
        <w:t xml:space="preserve"> Қарағанды қалалыс, Октябрь аудандық мемлекеттік бас санитарлық дәрігер С.А.Кыргизалиннің қолы қойылған. (тексеріс хаттамалары қоса берілді)</w:t>
      </w:r>
    </w:p>
    <w:p w14:paraId="54537EA9" w14:textId="77777777" w:rsidR="002B1B73" w:rsidRDefault="002B1B73" w:rsidP="002B1B73">
      <w:pPr>
        <w:jc w:val="both"/>
        <w:rPr>
          <w:i/>
          <w:iCs/>
          <w:sz w:val="28"/>
          <w:szCs w:val="28"/>
          <w:lang w:val="kk-KZ"/>
        </w:rPr>
      </w:pPr>
    </w:p>
    <w:p w14:paraId="222EF57C" w14:textId="36F5916F" w:rsidR="002B1B73" w:rsidRDefault="002B1B73" w:rsidP="002B1B73">
      <w:pPr>
        <w:jc w:val="both"/>
        <w:rPr>
          <w:b/>
          <w:sz w:val="24"/>
          <w:szCs w:val="24"/>
          <w:lang w:val="kk-KZ"/>
        </w:rPr>
      </w:pPr>
    </w:p>
    <w:p w14:paraId="53E0A0F2" w14:textId="77777777" w:rsidR="00055042" w:rsidRPr="00A42A1B" w:rsidRDefault="00055042" w:rsidP="002B1B73">
      <w:pPr>
        <w:jc w:val="both"/>
        <w:rPr>
          <w:b/>
          <w:sz w:val="24"/>
          <w:szCs w:val="24"/>
          <w:lang w:val="kk-KZ"/>
        </w:rPr>
      </w:pPr>
    </w:p>
    <w:p w14:paraId="082D9C39" w14:textId="77777777" w:rsidR="00E82EC0" w:rsidRPr="00E82EC0" w:rsidRDefault="00E82EC0" w:rsidP="00E82EC0">
      <w:pPr>
        <w:pStyle w:val="TableParagraph"/>
        <w:spacing w:line="301" w:lineRule="exact"/>
        <w:jc w:val="both"/>
        <w:rPr>
          <w:b/>
          <w:sz w:val="28"/>
          <w:szCs w:val="28"/>
          <w:lang w:val="kk-KZ"/>
        </w:rPr>
      </w:pPr>
    </w:p>
    <w:p w14:paraId="50660DB6" w14:textId="1A35B5E5" w:rsidR="007B1EE4" w:rsidRPr="000E7317" w:rsidRDefault="007B1EE4" w:rsidP="00DE4105">
      <w:pPr>
        <w:pStyle w:val="a8"/>
        <w:jc w:val="both"/>
        <w:rPr>
          <w:rFonts w:ascii="Times New Roman" w:hAnsi="Times New Roman" w:cs="Times New Roman"/>
          <w:b/>
          <w:sz w:val="32"/>
          <w:szCs w:val="32"/>
          <w:lang w:val="kk-KZ" w:eastAsia="ru-RU"/>
        </w:rPr>
      </w:pPr>
    </w:p>
    <w:p w14:paraId="36548F27" w14:textId="77777777" w:rsidR="00F464E9" w:rsidRDefault="00F464E9" w:rsidP="00FA1D49">
      <w:pPr>
        <w:pStyle w:val="a8"/>
        <w:jc w:val="both"/>
        <w:rPr>
          <w:rFonts w:ascii="Times New Roman" w:hAnsi="Times New Roman" w:cs="Times New Roman"/>
          <w:b/>
          <w:bCs/>
          <w:sz w:val="32"/>
          <w:szCs w:val="32"/>
          <w:lang w:val="kk-KZ" w:eastAsia="ru-RU"/>
        </w:rPr>
      </w:pPr>
    </w:p>
    <w:p w14:paraId="3BABF667" w14:textId="77777777" w:rsidR="00F464E9" w:rsidRDefault="00F464E9" w:rsidP="00FA1D49">
      <w:pPr>
        <w:pStyle w:val="a8"/>
        <w:jc w:val="both"/>
        <w:rPr>
          <w:rFonts w:ascii="Times New Roman" w:hAnsi="Times New Roman" w:cs="Times New Roman"/>
          <w:b/>
          <w:bCs/>
          <w:sz w:val="32"/>
          <w:szCs w:val="32"/>
          <w:lang w:val="kk-KZ" w:eastAsia="ru-RU"/>
        </w:rPr>
      </w:pPr>
    </w:p>
    <w:p w14:paraId="277EC27E" w14:textId="1278B45C" w:rsidR="00FA1D49" w:rsidRDefault="007B1EE4" w:rsidP="00FA1D49">
      <w:pPr>
        <w:pStyle w:val="a8"/>
        <w:jc w:val="both"/>
        <w:rPr>
          <w:rFonts w:ascii="Times New Roman" w:hAnsi="Times New Roman" w:cs="Times New Roman"/>
          <w:b/>
          <w:sz w:val="32"/>
          <w:szCs w:val="32"/>
          <w:lang w:val="kk-KZ" w:eastAsia="ru-RU"/>
        </w:rPr>
      </w:pPr>
      <w:r w:rsidRPr="008A0D30">
        <w:rPr>
          <w:rFonts w:ascii="Times New Roman" w:hAnsi="Times New Roman" w:cs="Times New Roman"/>
          <w:b/>
          <w:bCs/>
          <w:sz w:val="32"/>
          <w:szCs w:val="32"/>
          <w:lang w:val="kk-KZ" w:eastAsia="ru-RU"/>
        </w:rPr>
        <w:t>VI</w:t>
      </w:r>
      <w:r w:rsidRPr="008A0D30">
        <w:rPr>
          <w:rFonts w:ascii="Times New Roman" w:hAnsi="Times New Roman" w:cs="Times New Roman"/>
          <w:b/>
          <w:sz w:val="32"/>
          <w:szCs w:val="32"/>
          <w:lang w:val="kk-KZ" w:eastAsia="ru-RU"/>
        </w:rPr>
        <w:t xml:space="preserve"> Оқу-әдісте</w:t>
      </w:r>
      <w:r w:rsidR="00FA1D49">
        <w:rPr>
          <w:rFonts w:ascii="Times New Roman" w:hAnsi="Times New Roman" w:cs="Times New Roman"/>
          <w:b/>
          <w:sz w:val="32"/>
          <w:szCs w:val="32"/>
          <w:lang w:val="kk-KZ" w:eastAsia="ru-RU"/>
        </w:rPr>
        <w:t>мелік және ақпараттық ресурстар</w:t>
      </w:r>
    </w:p>
    <w:p w14:paraId="35A1F0ED" w14:textId="77777777" w:rsidR="00FA1D49" w:rsidRPr="00FA1D49" w:rsidRDefault="00FA1D49" w:rsidP="00FA1D49">
      <w:pPr>
        <w:pStyle w:val="a8"/>
        <w:jc w:val="both"/>
        <w:rPr>
          <w:rFonts w:ascii="Times New Roman" w:hAnsi="Times New Roman" w:cs="Times New Roman"/>
          <w:b/>
          <w:sz w:val="32"/>
          <w:szCs w:val="32"/>
          <w:lang w:val="kk-KZ" w:eastAsia="ru-RU"/>
        </w:rPr>
      </w:pPr>
    </w:p>
    <w:p w14:paraId="44F83251" w14:textId="77777777" w:rsidR="00FA1D49" w:rsidRPr="00FA1D49" w:rsidRDefault="00FA1D49" w:rsidP="00FA1D49">
      <w:pPr>
        <w:pStyle w:val="a8"/>
        <w:jc w:val="both"/>
        <w:rPr>
          <w:rFonts w:ascii="Times New Roman" w:hAnsi="Times New Roman" w:cs="Times New Roman"/>
          <w:b/>
          <w:bCs/>
          <w:sz w:val="28"/>
          <w:szCs w:val="28"/>
          <w:lang w:val="kk-KZ"/>
        </w:rPr>
      </w:pPr>
      <w:r w:rsidRPr="00FA1D49">
        <w:rPr>
          <w:rFonts w:ascii="Times New Roman" w:hAnsi="Times New Roman" w:cs="Times New Roman"/>
          <w:b/>
          <w:bCs/>
          <w:sz w:val="28"/>
          <w:szCs w:val="28"/>
          <w:lang w:val="kk-KZ"/>
        </w:rPr>
        <w:t>1. Біліктілік талаптарына сәйкес кітапхана қорын (оқулықтармен, оқу-әдістемелік және көркем әдебиеттермен) қамтамасыз ету.</w:t>
      </w:r>
    </w:p>
    <w:p w14:paraId="00AF1F67" w14:textId="77777777" w:rsidR="00FA1D49" w:rsidRPr="00FA1D49" w:rsidRDefault="00FA1D49" w:rsidP="00FA1D49">
      <w:pPr>
        <w:pStyle w:val="a8"/>
        <w:jc w:val="both"/>
        <w:rPr>
          <w:rFonts w:ascii="Times New Roman" w:hAnsi="Times New Roman" w:cs="Times New Roman"/>
          <w:bCs/>
          <w:sz w:val="28"/>
          <w:szCs w:val="28"/>
          <w:lang w:val="kk-KZ"/>
        </w:rPr>
      </w:pPr>
      <w:r w:rsidRPr="00FA1D49">
        <w:rPr>
          <w:rFonts w:ascii="Times New Roman" w:hAnsi="Times New Roman" w:cs="Times New Roman"/>
          <w:b/>
          <w:bCs/>
          <w:sz w:val="28"/>
          <w:szCs w:val="28"/>
          <w:lang w:val="kk-KZ"/>
        </w:rPr>
        <w:t xml:space="preserve"> </w:t>
      </w:r>
      <w:r w:rsidRPr="00FA1D49">
        <w:rPr>
          <w:rFonts w:ascii="Times New Roman" w:hAnsi="Times New Roman" w:cs="Times New Roman"/>
          <w:bCs/>
          <w:sz w:val="28"/>
          <w:szCs w:val="28"/>
          <w:lang w:val="kk-KZ"/>
        </w:rPr>
        <w:t>-бастауыш білім беру ұйымдарының білім беру қызметіне қойылатын біліктілік талаптарын сақтау, негізгі орта және жалпы орта білімнің білім беру бағдарламаларын және олардың сәйкестігін растайтын құжаттар тізбесін. Оқу және көркем әдебиеттің кітапханалық қорының болуы</w:t>
      </w:r>
    </w:p>
    <w:p w14:paraId="143226C0" w14:textId="72376D95" w:rsidR="00FA1D49" w:rsidRPr="00FA1D49" w:rsidRDefault="00FA1D49" w:rsidP="00FA1D49">
      <w:pPr>
        <w:pStyle w:val="a8"/>
        <w:jc w:val="both"/>
        <w:rPr>
          <w:rFonts w:ascii="Times New Roman" w:hAnsi="Times New Roman" w:cs="Times New Roman"/>
          <w:bCs/>
          <w:sz w:val="28"/>
          <w:szCs w:val="28"/>
          <w:lang w:val="kk-KZ"/>
        </w:rPr>
      </w:pPr>
      <w:r w:rsidRPr="00FA1D49">
        <w:rPr>
          <w:rFonts w:ascii="Times New Roman" w:hAnsi="Times New Roman" w:cs="Times New Roman"/>
          <w:bCs/>
          <w:sz w:val="28"/>
          <w:szCs w:val="28"/>
          <w:lang w:val="kk-KZ"/>
        </w:rPr>
        <w:t>туралы мәліметтер.</w:t>
      </w:r>
    </w:p>
    <w:p w14:paraId="4AB5170D" w14:textId="77777777" w:rsidR="00FA1D49" w:rsidRPr="00FA1D49" w:rsidRDefault="00FA1D49" w:rsidP="00FA1D49">
      <w:pPr>
        <w:jc w:val="both"/>
        <w:rPr>
          <w:sz w:val="28"/>
          <w:szCs w:val="28"/>
          <w:lang w:val="kk-KZ"/>
        </w:rPr>
      </w:pPr>
      <w:r w:rsidRPr="00FA1D49">
        <w:rPr>
          <w:sz w:val="28"/>
          <w:szCs w:val="28"/>
          <w:lang w:val="kk-KZ"/>
        </w:rPr>
        <w:t xml:space="preserve">            2024-2025 оқу жылының мектеп-гимназия кітапханасының қорына 1,4,5,6,7,8,9,10,11 сынып оқушыларына 5910 дана оқулық жалпы соммасы 17 139 070 (он жеті миллион жүз отыз тоғыз мың жетпіс) теңгеге жеткізілді. 3 сынып оқулықтарына </w:t>
      </w:r>
      <w:r w:rsidRPr="00FA1D49">
        <w:rPr>
          <w:sz w:val="28"/>
          <w:szCs w:val="28"/>
          <w:lang w:val="kk-KZ" w:eastAsia="ru-RU"/>
        </w:rPr>
        <w:t xml:space="preserve">«Алматыкітап» баспасына  </w:t>
      </w:r>
      <w:r w:rsidRPr="00FA1D49">
        <w:rPr>
          <w:sz w:val="28"/>
          <w:szCs w:val="28"/>
          <w:lang w:val="kk-KZ"/>
        </w:rPr>
        <w:t xml:space="preserve">тапсырыс беруіне </w:t>
      </w:r>
      <w:r w:rsidRPr="00FA1D49">
        <w:rPr>
          <w:sz w:val="28"/>
          <w:szCs w:val="28"/>
          <w:lang w:val="kk-KZ" w:eastAsia="ru-RU"/>
        </w:rPr>
        <w:t xml:space="preserve">таңдау жұмыстары цифрлық </w:t>
      </w:r>
      <w:r w:rsidRPr="00FA1D49">
        <w:rPr>
          <w:bCs/>
          <w:sz w:val="28"/>
          <w:szCs w:val="28"/>
          <w:lang w:val="kk-KZ" w:eastAsia="ru-RU"/>
        </w:rPr>
        <w:t>Е-тандау</w:t>
      </w:r>
      <w:r w:rsidRPr="00FA1D49">
        <w:rPr>
          <w:b/>
          <w:bCs/>
          <w:sz w:val="28"/>
          <w:szCs w:val="28"/>
          <w:lang w:val="kk-KZ" w:eastAsia="ru-RU"/>
        </w:rPr>
        <w:t xml:space="preserve"> </w:t>
      </w:r>
      <w:r w:rsidRPr="00FA1D49">
        <w:rPr>
          <w:bCs/>
          <w:sz w:val="28"/>
          <w:szCs w:val="28"/>
          <w:lang w:val="kk-KZ" w:eastAsia="ru-RU"/>
        </w:rPr>
        <w:t>платформасы</w:t>
      </w:r>
      <w:r w:rsidRPr="00FA1D49">
        <w:rPr>
          <w:sz w:val="28"/>
          <w:szCs w:val="28"/>
          <w:lang w:val="kk-KZ" w:eastAsia="ru-RU"/>
        </w:rPr>
        <w:t xml:space="preserve">  бойынша пән мұғалімдерімен  бірлесе отырып   </w:t>
      </w:r>
      <w:r w:rsidRPr="00FA1D49">
        <w:rPr>
          <w:bCs/>
          <w:sz w:val="28"/>
          <w:szCs w:val="28"/>
          <w:lang w:val="kk-KZ" w:eastAsia="ru-RU"/>
        </w:rPr>
        <w:t xml:space="preserve">ҚР </w:t>
      </w:r>
      <w:r w:rsidRPr="00FA1D49">
        <w:rPr>
          <w:bCs/>
          <w:sz w:val="28"/>
          <w:szCs w:val="28"/>
          <w:lang w:val="kk-KZ" w:eastAsia="ru-RU"/>
        </w:rPr>
        <w:lastRenderedPageBreak/>
        <w:t>Оқу-ағарту министрінің 2022 жылғы 9 желтоқсандағы №491 бұйрығы</w:t>
      </w:r>
      <w:r w:rsidRPr="00FA1D49">
        <w:rPr>
          <w:sz w:val="28"/>
          <w:szCs w:val="28"/>
          <w:lang w:val="kk-KZ" w:eastAsia="ru-RU"/>
        </w:rPr>
        <w:t xml:space="preserve"> басшылыққа алынып, хаттамасы шығып,</w:t>
      </w:r>
      <w:r w:rsidRPr="00FA1D49">
        <w:rPr>
          <w:sz w:val="28"/>
          <w:szCs w:val="28"/>
          <w:lang w:val="kk-KZ"/>
        </w:rPr>
        <w:t xml:space="preserve"> Қарағанды ​​қалалық білім беру бөліміне  тапсырыс бекітіліп, жеткізілді. 1 сынып оқушыларына әр пәнінен 125 дана:  математика №1,2,4, жаратылыстану №1,2 әліппе №1,2,3 ана тілі №1,2 дүниетану жұмыс дәптерлері жеткізілді.  3 – сыныптар үшін бейнелеу өнері, еңбекке баулу, орыс тілі, жаратылыстану пәндері «Алматыкітап» баспасынан, шет тілі қосымша жұмыс дәптерлері  өңделіп жаңартылып шықты. «Жаһандық құзыреттер» пәні еңгізіліп 5,6,7,8,9 сыныптарға жеткізілді. </w:t>
      </w:r>
    </w:p>
    <w:p w14:paraId="20423CB2" w14:textId="77777777" w:rsidR="00FA1D49" w:rsidRPr="00FA1D49" w:rsidRDefault="00FA1D49" w:rsidP="00FA1D49">
      <w:pPr>
        <w:jc w:val="both"/>
        <w:rPr>
          <w:sz w:val="28"/>
          <w:szCs w:val="28"/>
          <w:lang w:val="kk-KZ" w:eastAsia="ru-RU"/>
        </w:rPr>
      </w:pPr>
      <w:r w:rsidRPr="00FA1D49">
        <w:rPr>
          <w:sz w:val="28"/>
          <w:szCs w:val="28"/>
          <w:lang w:val="kk-KZ"/>
        </w:rPr>
        <w:t xml:space="preserve">  Кітапхана қорына: 26937 дана оқулық бар. Оқушылар «Атамұра», «Алматыкітап», «Мектеп» баспаларынан білім алуда. Жалпы мектебіміздің       1-11 сынып оқушылары оқулықтармен 100% қамтылған.</w:t>
      </w:r>
    </w:p>
    <w:p w14:paraId="281F2C84" w14:textId="77777777" w:rsidR="00FA1D49" w:rsidRPr="00FA1D49" w:rsidRDefault="00FA1D49" w:rsidP="00FA1D49">
      <w:pPr>
        <w:pStyle w:val="81"/>
        <w:spacing w:line="240" w:lineRule="auto"/>
        <w:ind w:hanging="284"/>
        <w:rPr>
          <w:rFonts w:eastAsiaTheme="majorEastAsia"/>
          <w:sz w:val="28"/>
          <w:szCs w:val="28"/>
          <w:lang w:val="kk-KZ"/>
        </w:rPr>
      </w:pPr>
      <w:r w:rsidRPr="00FA1D49">
        <w:rPr>
          <w:sz w:val="28"/>
          <w:szCs w:val="28"/>
          <w:lang w:val="kk-KZ"/>
        </w:rPr>
        <w:t xml:space="preserve">     </w:t>
      </w:r>
      <w:r w:rsidRPr="00FA1D49">
        <w:rPr>
          <w:color w:val="1F1F1F"/>
          <w:sz w:val="28"/>
          <w:szCs w:val="28"/>
          <w:lang w:val="kk-KZ" w:eastAsia="ru-RU"/>
        </w:rPr>
        <w:t>Кітапхана қорын сақтау мақсатында  оқушыларға оқулық кітаптарын ұқыпты, таза ұстауға тәрбиелеу жұмыстары жүргізіліп кітапхана ережесімен тәртіптері бақылауға алынған.</w:t>
      </w:r>
      <w:r w:rsidRPr="00FA1D49">
        <w:rPr>
          <w:rFonts w:eastAsiaTheme="majorEastAsia"/>
          <w:sz w:val="28"/>
          <w:szCs w:val="28"/>
          <w:lang w:val="kk-KZ"/>
        </w:rPr>
        <w:t xml:space="preserve"> Оқулықтар сыныптар бойынша жүйеленіп, оқушылардың оқу жылында қажетті оқу әдебиеттерімен қамтамасыз етілуіне жағдайы жасалған.</w:t>
      </w:r>
    </w:p>
    <w:p w14:paraId="4EFB921A" w14:textId="77777777" w:rsidR="00FA1D49" w:rsidRPr="00FA1D49" w:rsidRDefault="00FA1D49" w:rsidP="00FA1D49">
      <w:pPr>
        <w:pStyle w:val="81"/>
        <w:spacing w:line="240" w:lineRule="auto"/>
        <w:ind w:hanging="284"/>
        <w:rPr>
          <w:rFonts w:eastAsiaTheme="majorEastAsia"/>
          <w:sz w:val="28"/>
          <w:szCs w:val="28"/>
          <w:lang w:val="kk-KZ"/>
        </w:rPr>
      </w:pPr>
      <w:r w:rsidRPr="00FA1D49">
        <w:rPr>
          <w:color w:val="000000"/>
          <w:sz w:val="28"/>
          <w:szCs w:val="28"/>
          <w:lang w:val="kk-KZ"/>
        </w:rPr>
        <w:t xml:space="preserve">              «Білім беру қызметін лицензиялау қағидаларын бекіту туралы» Қазақстан Республикасы Үкіметінің 2000 жылғы 18 сәуірдегі №596 Қаулысы негізінде бір білім алушыға кітаппен қамтудың жалпы көрсеткіші: - бастауыш және негізгі білім беру сатысында (1-9 сынып): 15 бірлік (негізгі Ұсынылатын оқу әдебиетінің үлесі 7 бірлік; қосымша ұсынылатын әдебиеттің үлесі – 5 бірлік; тұлғаның өзін – өзі дамытуы үшін әдебиеттің үлесі-3 бірлік). – жоғары білім сатысында (10-11 сынып): 25 бірлік (негізгі ұсынылатын оқу әдебиетінің үлесі 12 бірлік; қосымша ұсынылатын әдебиеттің үлесі – 7 бірлік; тұлғаның өзін – өзі дамытуы үшін әдебиеттің үлесі-6 бірлік).  </w:t>
      </w:r>
    </w:p>
    <w:p w14:paraId="2420DA98" w14:textId="2B830518" w:rsidR="00FA1D49" w:rsidRDefault="00FA1D49" w:rsidP="00FA1D49">
      <w:pPr>
        <w:pStyle w:val="81"/>
        <w:spacing w:line="240" w:lineRule="auto"/>
        <w:ind w:hanging="284"/>
        <w:rPr>
          <w:color w:val="000000"/>
          <w:sz w:val="28"/>
          <w:szCs w:val="28"/>
          <w:lang w:val="kk-KZ"/>
        </w:rPr>
      </w:pPr>
      <w:r w:rsidRPr="00FA1D49">
        <w:rPr>
          <w:rFonts w:eastAsiaTheme="majorEastAsia"/>
          <w:sz w:val="28"/>
          <w:szCs w:val="28"/>
          <w:lang w:val="kk-KZ"/>
        </w:rPr>
        <w:t xml:space="preserve">         </w:t>
      </w:r>
      <w:r w:rsidRPr="00FA1D49">
        <w:rPr>
          <w:color w:val="000000"/>
          <w:sz w:val="28"/>
          <w:szCs w:val="28"/>
          <w:lang w:val="kk-KZ"/>
        </w:rPr>
        <w:t>Мектеп – гимназия  кітапханасы қорының сапасы келесі деректермен сипатталады, бұл олардың шыққан жылы бойынша кітаптармен толықтыру дәрежесін көрсетеді және тек оқу құралдарымен ғана емес, сонымен қатар негізгі басылымдармен де үнемі жаңару қажеттілігін көрсетеді. Басылым жылдары бойынша мектеп кітапханасы қорының сапалық құрамы: оқу әдебиеті (оқулықты пайдалану мерзімі оның тез тозуына байланысты төрт-бес жылдан аспауы керек)</w:t>
      </w:r>
    </w:p>
    <w:p w14:paraId="5C67365E" w14:textId="67274C9D" w:rsidR="00414A67" w:rsidRDefault="00414A67" w:rsidP="00414A67">
      <w:pPr>
        <w:pStyle w:val="81"/>
        <w:spacing w:line="240" w:lineRule="auto"/>
        <w:ind w:firstLine="0"/>
        <w:rPr>
          <w:b/>
          <w:color w:val="000000"/>
          <w:sz w:val="28"/>
          <w:szCs w:val="28"/>
          <w:lang w:val="kk-KZ"/>
        </w:rPr>
      </w:pPr>
      <w:r w:rsidRPr="00414A67">
        <w:rPr>
          <w:b/>
          <w:color w:val="000000"/>
          <w:sz w:val="28"/>
          <w:szCs w:val="28"/>
          <w:lang w:val="kk-KZ"/>
        </w:rPr>
        <w:t>12-қосымша</w:t>
      </w:r>
    </w:p>
    <w:p w14:paraId="69B307BD" w14:textId="77777777" w:rsidR="00414A67" w:rsidRPr="00414A67" w:rsidRDefault="00414A67" w:rsidP="00414A67">
      <w:pPr>
        <w:pStyle w:val="81"/>
        <w:spacing w:line="240" w:lineRule="auto"/>
        <w:ind w:firstLine="0"/>
        <w:rPr>
          <w:rFonts w:eastAsiaTheme="majorEastAsia"/>
          <w:b/>
          <w:sz w:val="28"/>
          <w:szCs w:val="28"/>
          <w:lang w:val="kk-KZ"/>
        </w:rPr>
      </w:pPr>
    </w:p>
    <w:p w14:paraId="3006CBB5" w14:textId="77777777" w:rsidR="00414A67" w:rsidRPr="00FA1D49" w:rsidRDefault="00414A67" w:rsidP="00FA1D49">
      <w:pPr>
        <w:jc w:val="both"/>
        <w:rPr>
          <w:sz w:val="28"/>
          <w:szCs w:val="28"/>
          <w:lang w:val="kk-KZ"/>
        </w:rPr>
      </w:pPr>
    </w:p>
    <w:tbl>
      <w:tblPr>
        <w:tblStyle w:val="a7"/>
        <w:tblW w:w="10065" w:type="dxa"/>
        <w:tblInd w:w="108" w:type="dxa"/>
        <w:tblLook w:val="04A0" w:firstRow="1" w:lastRow="0" w:firstColumn="1" w:lastColumn="0" w:noHBand="0" w:noVBand="1"/>
      </w:tblPr>
      <w:tblGrid>
        <w:gridCol w:w="5387"/>
        <w:gridCol w:w="4678"/>
      </w:tblGrid>
      <w:tr w:rsidR="00FA1D49" w:rsidRPr="00FA1D49" w14:paraId="70D75888" w14:textId="77777777" w:rsidTr="00FA1D49">
        <w:tc>
          <w:tcPr>
            <w:tcW w:w="5387" w:type="dxa"/>
          </w:tcPr>
          <w:p w14:paraId="042E08F0" w14:textId="77777777" w:rsidR="00FA1D49" w:rsidRPr="00FA1D49" w:rsidRDefault="00FA1D49" w:rsidP="00FA1D49">
            <w:pPr>
              <w:ind w:left="22" w:hanging="22"/>
              <w:jc w:val="both"/>
              <w:rPr>
                <w:b/>
                <w:sz w:val="28"/>
                <w:szCs w:val="28"/>
              </w:rPr>
            </w:pPr>
            <w:r w:rsidRPr="00FA1D49">
              <w:rPr>
                <w:b/>
                <w:color w:val="000000"/>
                <w:sz w:val="28"/>
                <w:szCs w:val="28"/>
              </w:rPr>
              <w:t xml:space="preserve">Сынып      </w:t>
            </w:r>
            <w:r w:rsidRPr="00FA1D49">
              <w:rPr>
                <w:b/>
                <w:bCs/>
                <w:color w:val="000000"/>
                <w:sz w:val="28"/>
                <w:szCs w:val="28"/>
              </w:rPr>
              <w:t xml:space="preserve"> </w:t>
            </w:r>
          </w:p>
        </w:tc>
        <w:tc>
          <w:tcPr>
            <w:tcW w:w="4678" w:type="dxa"/>
          </w:tcPr>
          <w:p w14:paraId="751990DD" w14:textId="77777777" w:rsidR="00FA1D49" w:rsidRPr="00FA1D49" w:rsidRDefault="00FA1D49" w:rsidP="00FA1D49">
            <w:pPr>
              <w:jc w:val="both"/>
              <w:rPr>
                <w:b/>
                <w:sz w:val="28"/>
                <w:szCs w:val="28"/>
                <w:lang w:val="kk-KZ"/>
              </w:rPr>
            </w:pPr>
            <w:r w:rsidRPr="00FA1D49">
              <w:rPr>
                <w:b/>
                <w:sz w:val="28"/>
                <w:szCs w:val="28"/>
              </w:rPr>
              <w:t>О</w:t>
            </w:r>
            <w:r w:rsidRPr="00FA1D49">
              <w:rPr>
                <w:b/>
                <w:sz w:val="28"/>
                <w:szCs w:val="28"/>
                <w:lang w:val="kk-KZ"/>
              </w:rPr>
              <w:t>қулықтың шыққан жылы</w:t>
            </w:r>
          </w:p>
        </w:tc>
      </w:tr>
      <w:tr w:rsidR="00FA1D49" w:rsidRPr="00FA1D49" w14:paraId="5BF2F448" w14:textId="77777777" w:rsidTr="00FA1D49">
        <w:tc>
          <w:tcPr>
            <w:tcW w:w="5387" w:type="dxa"/>
          </w:tcPr>
          <w:p w14:paraId="106C4921" w14:textId="77777777" w:rsidR="00FA1D49" w:rsidRPr="00FA1D49" w:rsidRDefault="00FA1D49" w:rsidP="00FA1D49">
            <w:pPr>
              <w:jc w:val="both"/>
              <w:rPr>
                <w:sz w:val="28"/>
                <w:szCs w:val="28"/>
              </w:rPr>
            </w:pPr>
            <w:r w:rsidRPr="00FA1D49">
              <w:rPr>
                <w:sz w:val="28"/>
                <w:szCs w:val="28"/>
              </w:rPr>
              <w:t>1-сынып</w:t>
            </w:r>
          </w:p>
        </w:tc>
        <w:tc>
          <w:tcPr>
            <w:tcW w:w="4678" w:type="dxa"/>
          </w:tcPr>
          <w:p w14:paraId="253E23DF" w14:textId="77777777" w:rsidR="00FA1D49" w:rsidRPr="00FA1D49" w:rsidRDefault="00FA1D49" w:rsidP="00FA1D49">
            <w:pPr>
              <w:jc w:val="both"/>
              <w:rPr>
                <w:sz w:val="28"/>
                <w:szCs w:val="28"/>
              </w:rPr>
            </w:pPr>
            <w:r w:rsidRPr="00FA1D49">
              <w:rPr>
                <w:sz w:val="28"/>
                <w:szCs w:val="28"/>
              </w:rPr>
              <w:t>2021</w:t>
            </w:r>
          </w:p>
        </w:tc>
      </w:tr>
      <w:tr w:rsidR="00FA1D49" w:rsidRPr="00FA1D49" w14:paraId="7640D260" w14:textId="77777777" w:rsidTr="00FA1D49">
        <w:tc>
          <w:tcPr>
            <w:tcW w:w="5387" w:type="dxa"/>
          </w:tcPr>
          <w:p w14:paraId="129258EF" w14:textId="77777777" w:rsidR="00FA1D49" w:rsidRPr="00FA1D49" w:rsidRDefault="00FA1D49" w:rsidP="00FA1D49">
            <w:pPr>
              <w:jc w:val="both"/>
              <w:rPr>
                <w:sz w:val="28"/>
                <w:szCs w:val="28"/>
              </w:rPr>
            </w:pPr>
            <w:r w:rsidRPr="00FA1D49">
              <w:rPr>
                <w:sz w:val="28"/>
                <w:szCs w:val="28"/>
              </w:rPr>
              <w:t>2-сынып</w:t>
            </w:r>
          </w:p>
        </w:tc>
        <w:tc>
          <w:tcPr>
            <w:tcW w:w="4678" w:type="dxa"/>
          </w:tcPr>
          <w:p w14:paraId="136A7615" w14:textId="77777777" w:rsidR="00FA1D49" w:rsidRPr="00FA1D49" w:rsidRDefault="00FA1D49" w:rsidP="00FA1D49">
            <w:pPr>
              <w:jc w:val="both"/>
              <w:rPr>
                <w:sz w:val="28"/>
                <w:szCs w:val="28"/>
              </w:rPr>
            </w:pPr>
            <w:r w:rsidRPr="00FA1D49">
              <w:rPr>
                <w:sz w:val="28"/>
                <w:szCs w:val="28"/>
              </w:rPr>
              <w:t>2022</w:t>
            </w:r>
          </w:p>
        </w:tc>
      </w:tr>
      <w:tr w:rsidR="00FA1D49" w:rsidRPr="00FA1D49" w14:paraId="1446B0AE" w14:textId="77777777" w:rsidTr="00FA1D49">
        <w:tc>
          <w:tcPr>
            <w:tcW w:w="5387" w:type="dxa"/>
          </w:tcPr>
          <w:p w14:paraId="2FD3A968" w14:textId="77777777" w:rsidR="00FA1D49" w:rsidRPr="00FA1D49" w:rsidRDefault="00FA1D49" w:rsidP="00FA1D49">
            <w:pPr>
              <w:jc w:val="both"/>
              <w:rPr>
                <w:sz w:val="28"/>
                <w:szCs w:val="28"/>
              </w:rPr>
            </w:pPr>
            <w:r w:rsidRPr="00FA1D49">
              <w:rPr>
                <w:sz w:val="28"/>
                <w:szCs w:val="28"/>
              </w:rPr>
              <w:t>3-сынып</w:t>
            </w:r>
          </w:p>
        </w:tc>
        <w:tc>
          <w:tcPr>
            <w:tcW w:w="4678" w:type="dxa"/>
          </w:tcPr>
          <w:p w14:paraId="6616D06C" w14:textId="77777777" w:rsidR="00FA1D49" w:rsidRPr="00FA1D49" w:rsidRDefault="00FA1D49" w:rsidP="00FA1D49">
            <w:pPr>
              <w:jc w:val="both"/>
              <w:rPr>
                <w:sz w:val="28"/>
                <w:szCs w:val="28"/>
              </w:rPr>
            </w:pPr>
            <w:r w:rsidRPr="00FA1D49">
              <w:rPr>
                <w:sz w:val="28"/>
                <w:szCs w:val="28"/>
              </w:rPr>
              <w:t>2018, 2024</w:t>
            </w:r>
          </w:p>
        </w:tc>
      </w:tr>
      <w:tr w:rsidR="00FA1D49" w:rsidRPr="00FA1D49" w14:paraId="00B4C0D9" w14:textId="77777777" w:rsidTr="00FA1D49">
        <w:tc>
          <w:tcPr>
            <w:tcW w:w="5387" w:type="dxa"/>
          </w:tcPr>
          <w:p w14:paraId="76F4B6D5" w14:textId="77777777" w:rsidR="00FA1D49" w:rsidRPr="00FA1D49" w:rsidRDefault="00FA1D49" w:rsidP="00FA1D49">
            <w:pPr>
              <w:jc w:val="both"/>
              <w:rPr>
                <w:sz w:val="28"/>
                <w:szCs w:val="28"/>
              </w:rPr>
            </w:pPr>
            <w:r w:rsidRPr="00FA1D49">
              <w:rPr>
                <w:sz w:val="28"/>
                <w:szCs w:val="28"/>
              </w:rPr>
              <w:t>4-сынып</w:t>
            </w:r>
          </w:p>
        </w:tc>
        <w:tc>
          <w:tcPr>
            <w:tcW w:w="4678" w:type="dxa"/>
          </w:tcPr>
          <w:p w14:paraId="25170F5A" w14:textId="77777777" w:rsidR="00FA1D49" w:rsidRPr="00FA1D49" w:rsidRDefault="00FA1D49" w:rsidP="00FA1D49">
            <w:pPr>
              <w:jc w:val="both"/>
              <w:rPr>
                <w:sz w:val="28"/>
                <w:szCs w:val="28"/>
              </w:rPr>
            </w:pPr>
            <w:r w:rsidRPr="00FA1D49">
              <w:rPr>
                <w:sz w:val="28"/>
                <w:szCs w:val="28"/>
              </w:rPr>
              <w:t>2019</w:t>
            </w:r>
          </w:p>
        </w:tc>
      </w:tr>
      <w:tr w:rsidR="00FA1D49" w:rsidRPr="00FA1D49" w14:paraId="207EE742" w14:textId="77777777" w:rsidTr="00FA1D49">
        <w:tc>
          <w:tcPr>
            <w:tcW w:w="5387" w:type="dxa"/>
          </w:tcPr>
          <w:p w14:paraId="3156ED72" w14:textId="77777777" w:rsidR="00FA1D49" w:rsidRPr="00FA1D49" w:rsidRDefault="00FA1D49" w:rsidP="00FA1D49">
            <w:pPr>
              <w:jc w:val="both"/>
              <w:rPr>
                <w:sz w:val="28"/>
                <w:szCs w:val="28"/>
              </w:rPr>
            </w:pPr>
            <w:r w:rsidRPr="00FA1D49">
              <w:rPr>
                <w:sz w:val="28"/>
                <w:szCs w:val="28"/>
              </w:rPr>
              <w:t>5-сынып</w:t>
            </w:r>
          </w:p>
        </w:tc>
        <w:tc>
          <w:tcPr>
            <w:tcW w:w="4678" w:type="dxa"/>
          </w:tcPr>
          <w:p w14:paraId="6EDFF31F" w14:textId="77777777" w:rsidR="00FA1D49" w:rsidRPr="00FA1D49" w:rsidRDefault="00FA1D49" w:rsidP="00FA1D49">
            <w:pPr>
              <w:jc w:val="both"/>
              <w:rPr>
                <w:sz w:val="28"/>
                <w:szCs w:val="28"/>
              </w:rPr>
            </w:pPr>
            <w:r w:rsidRPr="00FA1D49">
              <w:rPr>
                <w:sz w:val="28"/>
                <w:szCs w:val="28"/>
              </w:rPr>
              <w:t>2017</w:t>
            </w:r>
          </w:p>
        </w:tc>
      </w:tr>
      <w:tr w:rsidR="00FA1D49" w:rsidRPr="00FA1D49" w14:paraId="2D6540C7" w14:textId="77777777" w:rsidTr="00FA1D49">
        <w:tc>
          <w:tcPr>
            <w:tcW w:w="5387" w:type="dxa"/>
          </w:tcPr>
          <w:p w14:paraId="3F7A9BEE" w14:textId="77777777" w:rsidR="00FA1D49" w:rsidRPr="00FA1D49" w:rsidRDefault="00FA1D49" w:rsidP="00FA1D49">
            <w:pPr>
              <w:jc w:val="both"/>
              <w:rPr>
                <w:sz w:val="28"/>
                <w:szCs w:val="28"/>
              </w:rPr>
            </w:pPr>
            <w:r w:rsidRPr="00FA1D49">
              <w:rPr>
                <w:sz w:val="28"/>
                <w:szCs w:val="28"/>
              </w:rPr>
              <w:t>6-сынып</w:t>
            </w:r>
          </w:p>
        </w:tc>
        <w:tc>
          <w:tcPr>
            <w:tcW w:w="4678" w:type="dxa"/>
          </w:tcPr>
          <w:p w14:paraId="5DBCC1D7" w14:textId="77777777" w:rsidR="00FA1D49" w:rsidRPr="00FA1D49" w:rsidRDefault="00FA1D49" w:rsidP="00FA1D49">
            <w:pPr>
              <w:jc w:val="both"/>
              <w:rPr>
                <w:sz w:val="28"/>
                <w:szCs w:val="28"/>
              </w:rPr>
            </w:pPr>
            <w:r w:rsidRPr="00FA1D49">
              <w:rPr>
                <w:sz w:val="28"/>
                <w:szCs w:val="28"/>
              </w:rPr>
              <w:t>2018</w:t>
            </w:r>
          </w:p>
        </w:tc>
      </w:tr>
      <w:tr w:rsidR="00FA1D49" w:rsidRPr="00FA1D49" w14:paraId="603CC695" w14:textId="77777777" w:rsidTr="00FA1D49">
        <w:tc>
          <w:tcPr>
            <w:tcW w:w="5387" w:type="dxa"/>
          </w:tcPr>
          <w:p w14:paraId="2072ECCF" w14:textId="77777777" w:rsidR="00FA1D49" w:rsidRPr="00FA1D49" w:rsidRDefault="00FA1D49" w:rsidP="00FA1D49">
            <w:pPr>
              <w:jc w:val="both"/>
              <w:rPr>
                <w:sz w:val="28"/>
                <w:szCs w:val="28"/>
              </w:rPr>
            </w:pPr>
            <w:r w:rsidRPr="00FA1D49">
              <w:rPr>
                <w:sz w:val="28"/>
                <w:szCs w:val="28"/>
              </w:rPr>
              <w:t>7-сынып</w:t>
            </w:r>
          </w:p>
        </w:tc>
        <w:tc>
          <w:tcPr>
            <w:tcW w:w="4678" w:type="dxa"/>
          </w:tcPr>
          <w:p w14:paraId="73F384DB" w14:textId="77777777" w:rsidR="00FA1D49" w:rsidRPr="00FA1D49" w:rsidRDefault="00FA1D49" w:rsidP="00FA1D49">
            <w:pPr>
              <w:jc w:val="both"/>
              <w:rPr>
                <w:sz w:val="28"/>
                <w:szCs w:val="28"/>
              </w:rPr>
            </w:pPr>
            <w:r w:rsidRPr="00FA1D49">
              <w:rPr>
                <w:sz w:val="28"/>
                <w:szCs w:val="28"/>
              </w:rPr>
              <w:t>2017</w:t>
            </w:r>
          </w:p>
        </w:tc>
      </w:tr>
      <w:tr w:rsidR="00FA1D49" w:rsidRPr="00FA1D49" w14:paraId="566AB66B" w14:textId="77777777" w:rsidTr="00FA1D49">
        <w:tc>
          <w:tcPr>
            <w:tcW w:w="5387" w:type="dxa"/>
          </w:tcPr>
          <w:p w14:paraId="169B3A3E" w14:textId="77777777" w:rsidR="00FA1D49" w:rsidRPr="00FA1D49" w:rsidRDefault="00FA1D49" w:rsidP="00FA1D49">
            <w:pPr>
              <w:jc w:val="both"/>
              <w:rPr>
                <w:sz w:val="28"/>
                <w:szCs w:val="28"/>
              </w:rPr>
            </w:pPr>
            <w:r w:rsidRPr="00FA1D49">
              <w:rPr>
                <w:sz w:val="28"/>
                <w:szCs w:val="28"/>
              </w:rPr>
              <w:t>8-сынып</w:t>
            </w:r>
          </w:p>
        </w:tc>
        <w:tc>
          <w:tcPr>
            <w:tcW w:w="4678" w:type="dxa"/>
          </w:tcPr>
          <w:p w14:paraId="5C161684" w14:textId="77777777" w:rsidR="00FA1D49" w:rsidRPr="00FA1D49" w:rsidRDefault="00FA1D49" w:rsidP="00FA1D49">
            <w:pPr>
              <w:jc w:val="both"/>
              <w:rPr>
                <w:sz w:val="28"/>
                <w:szCs w:val="28"/>
              </w:rPr>
            </w:pPr>
            <w:r w:rsidRPr="00FA1D49">
              <w:rPr>
                <w:sz w:val="28"/>
                <w:szCs w:val="28"/>
              </w:rPr>
              <w:t>2018</w:t>
            </w:r>
          </w:p>
        </w:tc>
      </w:tr>
      <w:tr w:rsidR="00FA1D49" w:rsidRPr="00FA1D49" w14:paraId="6F708FCC" w14:textId="77777777" w:rsidTr="00FA1D49">
        <w:tc>
          <w:tcPr>
            <w:tcW w:w="5387" w:type="dxa"/>
          </w:tcPr>
          <w:p w14:paraId="56E5195C" w14:textId="77777777" w:rsidR="00FA1D49" w:rsidRPr="00FA1D49" w:rsidRDefault="00FA1D49" w:rsidP="00FA1D49">
            <w:pPr>
              <w:jc w:val="both"/>
              <w:rPr>
                <w:sz w:val="28"/>
                <w:szCs w:val="28"/>
              </w:rPr>
            </w:pPr>
            <w:r w:rsidRPr="00FA1D49">
              <w:rPr>
                <w:sz w:val="28"/>
                <w:szCs w:val="28"/>
              </w:rPr>
              <w:t>9-сынып</w:t>
            </w:r>
          </w:p>
        </w:tc>
        <w:tc>
          <w:tcPr>
            <w:tcW w:w="4678" w:type="dxa"/>
          </w:tcPr>
          <w:p w14:paraId="2E0ACD3E" w14:textId="77777777" w:rsidR="00FA1D49" w:rsidRPr="00FA1D49" w:rsidRDefault="00FA1D49" w:rsidP="00FA1D49">
            <w:pPr>
              <w:jc w:val="both"/>
              <w:rPr>
                <w:sz w:val="28"/>
                <w:szCs w:val="28"/>
              </w:rPr>
            </w:pPr>
            <w:r w:rsidRPr="00FA1D49">
              <w:rPr>
                <w:sz w:val="28"/>
                <w:szCs w:val="28"/>
              </w:rPr>
              <w:t>2019</w:t>
            </w:r>
          </w:p>
        </w:tc>
      </w:tr>
      <w:tr w:rsidR="00FA1D49" w:rsidRPr="00FA1D49" w14:paraId="39062196" w14:textId="77777777" w:rsidTr="00FA1D49">
        <w:tc>
          <w:tcPr>
            <w:tcW w:w="5387" w:type="dxa"/>
          </w:tcPr>
          <w:p w14:paraId="4C4981DD" w14:textId="77777777" w:rsidR="00FA1D49" w:rsidRPr="00FA1D49" w:rsidRDefault="00FA1D49" w:rsidP="00FA1D49">
            <w:pPr>
              <w:jc w:val="both"/>
              <w:rPr>
                <w:sz w:val="28"/>
                <w:szCs w:val="28"/>
              </w:rPr>
            </w:pPr>
            <w:r w:rsidRPr="00FA1D49">
              <w:rPr>
                <w:sz w:val="28"/>
                <w:szCs w:val="28"/>
              </w:rPr>
              <w:t>10-сынып</w:t>
            </w:r>
          </w:p>
        </w:tc>
        <w:tc>
          <w:tcPr>
            <w:tcW w:w="4678" w:type="dxa"/>
          </w:tcPr>
          <w:p w14:paraId="3B07E5C2" w14:textId="77777777" w:rsidR="00FA1D49" w:rsidRPr="00FA1D49" w:rsidRDefault="00FA1D49" w:rsidP="00FA1D49">
            <w:pPr>
              <w:jc w:val="both"/>
              <w:rPr>
                <w:sz w:val="28"/>
                <w:szCs w:val="28"/>
              </w:rPr>
            </w:pPr>
            <w:r w:rsidRPr="00FA1D49">
              <w:rPr>
                <w:sz w:val="28"/>
                <w:szCs w:val="28"/>
              </w:rPr>
              <w:t>2019</w:t>
            </w:r>
          </w:p>
        </w:tc>
      </w:tr>
      <w:tr w:rsidR="00FA1D49" w:rsidRPr="00FA1D49" w14:paraId="6BF3F1BD" w14:textId="77777777" w:rsidTr="00FA1D49">
        <w:tc>
          <w:tcPr>
            <w:tcW w:w="5387" w:type="dxa"/>
          </w:tcPr>
          <w:p w14:paraId="3B4356BA" w14:textId="77777777" w:rsidR="00FA1D49" w:rsidRPr="00FA1D49" w:rsidRDefault="00FA1D49" w:rsidP="00FA1D49">
            <w:pPr>
              <w:jc w:val="both"/>
              <w:rPr>
                <w:sz w:val="28"/>
                <w:szCs w:val="28"/>
              </w:rPr>
            </w:pPr>
            <w:r w:rsidRPr="00FA1D49">
              <w:rPr>
                <w:sz w:val="28"/>
                <w:szCs w:val="28"/>
              </w:rPr>
              <w:t>11-сынып</w:t>
            </w:r>
          </w:p>
        </w:tc>
        <w:tc>
          <w:tcPr>
            <w:tcW w:w="4678" w:type="dxa"/>
          </w:tcPr>
          <w:p w14:paraId="2162F23E" w14:textId="77777777" w:rsidR="00FA1D49" w:rsidRPr="00FA1D49" w:rsidRDefault="00FA1D49" w:rsidP="00FA1D49">
            <w:pPr>
              <w:jc w:val="both"/>
              <w:rPr>
                <w:sz w:val="28"/>
                <w:szCs w:val="28"/>
              </w:rPr>
            </w:pPr>
            <w:r w:rsidRPr="00FA1D49">
              <w:rPr>
                <w:sz w:val="28"/>
                <w:szCs w:val="28"/>
              </w:rPr>
              <w:t>2020</w:t>
            </w:r>
          </w:p>
        </w:tc>
      </w:tr>
    </w:tbl>
    <w:p w14:paraId="088DC8DD" w14:textId="77777777" w:rsidR="00FA1D49" w:rsidRPr="00FA1D49" w:rsidRDefault="00FA1D49" w:rsidP="00FA1D49">
      <w:pPr>
        <w:jc w:val="both"/>
        <w:rPr>
          <w:sz w:val="28"/>
          <w:szCs w:val="28"/>
          <w:lang w:val="kk-KZ"/>
        </w:rPr>
      </w:pPr>
    </w:p>
    <w:p w14:paraId="425F7AA9" w14:textId="77777777" w:rsidR="00FA1D49" w:rsidRPr="00FA1D49" w:rsidRDefault="00FA1D49" w:rsidP="00FA1D49">
      <w:pPr>
        <w:jc w:val="both"/>
        <w:rPr>
          <w:b/>
          <w:sz w:val="28"/>
          <w:szCs w:val="28"/>
          <w:lang w:val="kk-KZ"/>
        </w:rPr>
      </w:pPr>
      <w:r w:rsidRPr="00FA1D49">
        <w:rPr>
          <w:b/>
          <w:bCs/>
          <w:color w:val="000000"/>
          <w:sz w:val="28"/>
          <w:szCs w:val="28"/>
          <w:lang w:val="kk-KZ"/>
        </w:rPr>
        <w:lastRenderedPageBreak/>
        <w:t xml:space="preserve">Кітапхана қорының оқулықтарымен қамтамасыз ету көрсеткіштері: </w:t>
      </w:r>
    </w:p>
    <w:tbl>
      <w:tblPr>
        <w:tblW w:w="11690" w:type="dxa"/>
        <w:tblInd w:w="-5" w:type="dxa"/>
        <w:tblLayout w:type="fixed"/>
        <w:tblLook w:val="04A0" w:firstRow="1" w:lastRow="0" w:firstColumn="1" w:lastColumn="0" w:noHBand="0" w:noVBand="1"/>
      </w:tblPr>
      <w:tblGrid>
        <w:gridCol w:w="768"/>
        <w:gridCol w:w="2322"/>
        <w:gridCol w:w="1843"/>
        <w:gridCol w:w="2835"/>
        <w:gridCol w:w="2410"/>
        <w:gridCol w:w="1512"/>
      </w:tblGrid>
      <w:tr w:rsidR="00FA1D49" w:rsidRPr="00FA1D49" w14:paraId="6BAE4453" w14:textId="77777777" w:rsidTr="00FA1D49">
        <w:trPr>
          <w:gridAfter w:val="1"/>
          <w:wAfter w:w="1512" w:type="dxa"/>
          <w:trHeight w:val="1142"/>
        </w:trPr>
        <w:tc>
          <w:tcPr>
            <w:tcW w:w="768" w:type="dxa"/>
            <w:vMerge w:val="restart"/>
            <w:tcBorders>
              <w:top w:val="single" w:sz="4" w:space="0" w:color="auto"/>
              <w:left w:val="single" w:sz="4" w:space="0" w:color="auto"/>
              <w:bottom w:val="single" w:sz="4" w:space="0" w:color="000000"/>
              <w:right w:val="single" w:sz="4" w:space="0" w:color="auto"/>
            </w:tcBorders>
            <w:vAlign w:val="center"/>
            <w:hideMark/>
          </w:tcPr>
          <w:p w14:paraId="63F17DF5" w14:textId="77777777" w:rsidR="00FA1D49" w:rsidRPr="00FA1D49" w:rsidRDefault="00FA1D49" w:rsidP="00FA1D49">
            <w:pPr>
              <w:jc w:val="both"/>
              <w:rPr>
                <w:color w:val="000000"/>
                <w:sz w:val="28"/>
                <w:szCs w:val="28"/>
                <w:lang w:val="kk-KZ"/>
              </w:rPr>
            </w:pPr>
            <w:r w:rsidRPr="00FA1D49">
              <w:rPr>
                <w:color w:val="000000"/>
                <w:sz w:val="28"/>
                <w:szCs w:val="28"/>
                <w:lang w:val="kk-KZ"/>
              </w:rPr>
              <w:t xml:space="preserve"> </w:t>
            </w:r>
            <w:r w:rsidRPr="00FA1D49">
              <w:rPr>
                <w:color w:val="000000"/>
                <w:sz w:val="28"/>
                <w:szCs w:val="28"/>
              </w:rPr>
              <w:t xml:space="preserve">№ </w:t>
            </w:r>
          </w:p>
        </w:tc>
        <w:tc>
          <w:tcPr>
            <w:tcW w:w="2322" w:type="dxa"/>
            <w:vMerge w:val="restart"/>
            <w:tcBorders>
              <w:top w:val="single" w:sz="4" w:space="0" w:color="auto"/>
              <w:left w:val="single" w:sz="4" w:space="0" w:color="auto"/>
              <w:bottom w:val="single" w:sz="4" w:space="0" w:color="000000"/>
              <w:right w:val="single" w:sz="4" w:space="0" w:color="auto"/>
            </w:tcBorders>
            <w:vAlign w:val="center"/>
            <w:hideMark/>
          </w:tcPr>
          <w:p w14:paraId="427A14AB" w14:textId="77777777" w:rsidR="00FA1D49" w:rsidRPr="00FA1D49" w:rsidRDefault="00FA1D49" w:rsidP="00FA1D49">
            <w:pPr>
              <w:jc w:val="both"/>
              <w:rPr>
                <w:color w:val="000000"/>
                <w:sz w:val="28"/>
                <w:szCs w:val="28"/>
              </w:rPr>
            </w:pPr>
            <w:r w:rsidRPr="00FA1D49">
              <w:rPr>
                <w:color w:val="000000"/>
                <w:sz w:val="28"/>
                <w:szCs w:val="28"/>
              </w:rPr>
              <w:t xml:space="preserve">Сыныптар      </w:t>
            </w:r>
            <w:r w:rsidRPr="00FA1D49">
              <w:rPr>
                <w:b/>
                <w:bCs/>
                <w:color w:val="000000"/>
                <w:sz w:val="28"/>
                <w:szCs w:val="28"/>
              </w:rPr>
              <w:t xml:space="preserve"> </w:t>
            </w:r>
          </w:p>
        </w:tc>
        <w:tc>
          <w:tcPr>
            <w:tcW w:w="7088" w:type="dxa"/>
            <w:gridSpan w:val="3"/>
            <w:tcBorders>
              <w:top w:val="single" w:sz="4" w:space="0" w:color="auto"/>
              <w:left w:val="nil"/>
              <w:bottom w:val="single" w:sz="4" w:space="0" w:color="auto"/>
              <w:right w:val="single" w:sz="4" w:space="0" w:color="auto"/>
            </w:tcBorders>
            <w:vAlign w:val="center"/>
            <w:hideMark/>
          </w:tcPr>
          <w:p w14:paraId="6077B6D7" w14:textId="77777777" w:rsidR="00FA1D49" w:rsidRPr="00FA1D49" w:rsidRDefault="00FA1D49" w:rsidP="00FA1D49">
            <w:pPr>
              <w:jc w:val="both"/>
              <w:rPr>
                <w:b/>
                <w:color w:val="000000"/>
                <w:sz w:val="28"/>
                <w:szCs w:val="28"/>
                <w:lang w:val="kk-KZ"/>
              </w:rPr>
            </w:pPr>
            <w:r w:rsidRPr="00FA1D49">
              <w:rPr>
                <w:b/>
                <w:color w:val="000000"/>
                <w:sz w:val="28"/>
                <w:szCs w:val="28"/>
                <w:lang w:val="kk-KZ"/>
              </w:rPr>
              <w:t xml:space="preserve">                                               2024-2025 оқу жылы</w:t>
            </w:r>
          </w:p>
        </w:tc>
      </w:tr>
      <w:tr w:rsidR="00FA1D49" w:rsidRPr="00FA1D49" w14:paraId="7C7A0B3A" w14:textId="77777777" w:rsidTr="00FA1D49">
        <w:trPr>
          <w:trHeight w:val="697"/>
        </w:trPr>
        <w:tc>
          <w:tcPr>
            <w:tcW w:w="768" w:type="dxa"/>
            <w:vMerge/>
            <w:tcBorders>
              <w:top w:val="single" w:sz="4" w:space="0" w:color="auto"/>
              <w:left w:val="single" w:sz="4" w:space="0" w:color="auto"/>
              <w:bottom w:val="single" w:sz="4" w:space="0" w:color="000000"/>
              <w:right w:val="single" w:sz="4" w:space="0" w:color="auto"/>
            </w:tcBorders>
            <w:vAlign w:val="center"/>
            <w:hideMark/>
          </w:tcPr>
          <w:p w14:paraId="17800569" w14:textId="77777777" w:rsidR="00FA1D49" w:rsidRPr="00FA1D49" w:rsidRDefault="00FA1D49" w:rsidP="00FA1D49">
            <w:pPr>
              <w:jc w:val="both"/>
              <w:rPr>
                <w:color w:val="000000"/>
                <w:sz w:val="28"/>
                <w:szCs w:val="28"/>
                <w:lang w:val="kk-KZ"/>
              </w:rPr>
            </w:pPr>
          </w:p>
        </w:tc>
        <w:tc>
          <w:tcPr>
            <w:tcW w:w="2322" w:type="dxa"/>
            <w:vMerge/>
            <w:tcBorders>
              <w:top w:val="single" w:sz="4" w:space="0" w:color="auto"/>
              <w:left w:val="single" w:sz="4" w:space="0" w:color="auto"/>
              <w:bottom w:val="single" w:sz="4" w:space="0" w:color="auto"/>
              <w:right w:val="single" w:sz="4" w:space="0" w:color="auto"/>
            </w:tcBorders>
            <w:vAlign w:val="center"/>
            <w:hideMark/>
          </w:tcPr>
          <w:p w14:paraId="255C5E4B" w14:textId="77777777" w:rsidR="00FA1D49" w:rsidRPr="00FA1D49" w:rsidRDefault="00FA1D49" w:rsidP="00FA1D49">
            <w:pPr>
              <w:jc w:val="both"/>
              <w:rPr>
                <w:color w:val="000000"/>
                <w:sz w:val="28"/>
                <w:szCs w:val="28"/>
                <w:lang w:val="kk-KZ"/>
              </w:rPr>
            </w:pPr>
          </w:p>
        </w:tc>
        <w:tc>
          <w:tcPr>
            <w:tcW w:w="1843" w:type="dxa"/>
            <w:tcBorders>
              <w:top w:val="nil"/>
              <w:left w:val="nil"/>
              <w:bottom w:val="single" w:sz="4" w:space="0" w:color="auto"/>
              <w:right w:val="single" w:sz="4" w:space="0" w:color="auto"/>
            </w:tcBorders>
            <w:vAlign w:val="bottom"/>
            <w:hideMark/>
          </w:tcPr>
          <w:p w14:paraId="639A3238" w14:textId="77777777" w:rsidR="00FA1D49" w:rsidRPr="00FA1D49" w:rsidRDefault="00FA1D49" w:rsidP="00FA1D49">
            <w:pPr>
              <w:jc w:val="both"/>
              <w:rPr>
                <w:color w:val="000000"/>
                <w:sz w:val="28"/>
                <w:szCs w:val="28"/>
                <w:lang w:val="kk-KZ"/>
              </w:rPr>
            </w:pPr>
            <w:r w:rsidRPr="00FA1D49">
              <w:rPr>
                <w:color w:val="000000"/>
                <w:sz w:val="28"/>
                <w:szCs w:val="28"/>
                <w:lang w:val="kk-KZ"/>
              </w:rPr>
              <w:t xml:space="preserve">Оқушы </w:t>
            </w:r>
            <w:r w:rsidRPr="00FA1D49">
              <w:rPr>
                <w:color w:val="000000"/>
                <w:sz w:val="28"/>
                <w:szCs w:val="28"/>
              </w:rPr>
              <w:t>саны</w:t>
            </w:r>
          </w:p>
        </w:tc>
        <w:tc>
          <w:tcPr>
            <w:tcW w:w="2835" w:type="dxa"/>
            <w:tcBorders>
              <w:top w:val="nil"/>
              <w:left w:val="nil"/>
              <w:bottom w:val="single" w:sz="4" w:space="0" w:color="auto"/>
              <w:right w:val="single" w:sz="4" w:space="0" w:color="auto"/>
            </w:tcBorders>
            <w:vAlign w:val="bottom"/>
            <w:hideMark/>
          </w:tcPr>
          <w:p w14:paraId="2D85796B" w14:textId="77777777" w:rsidR="00FA1D49" w:rsidRPr="00FA1D49" w:rsidRDefault="00FA1D49" w:rsidP="00FA1D49">
            <w:pPr>
              <w:jc w:val="both"/>
              <w:rPr>
                <w:color w:val="000000"/>
                <w:sz w:val="28"/>
                <w:szCs w:val="28"/>
                <w:lang w:val="kk-KZ"/>
              </w:rPr>
            </w:pPr>
            <w:r w:rsidRPr="00FA1D49">
              <w:rPr>
                <w:color w:val="000000"/>
                <w:sz w:val="28"/>
                <w:szCs w:val="28"/>
                <w:lang w:val="kk-KZ"/>
              </w:rPr>
              <w:t>Окулықпен қамтамасыз етілген окушылар саны</w:t>
            </w:r>
          </w:p>
        </w:tc>
        <w:tc>
          <w:tcPr>
            <w:tcW w:w="2410" w:type="dxa"/>
            <w:tcBorders>
              <w:left w:val="single" w:sz="4" w:space="0" w:color="auto"/>
              <w:bottom w:val="single" w:sz="4" w:space="0" w:color="auto"/>
              <w:right w:val="single" w:sz="4" w:space="0" w:color="auto"/>
            </w:tcBorders>
          </w:tcPr>
          <w:p w14:paraId="748FC700" w14:textId="77777777" w:rsidR="00FA1D49" w:rsidRPr="00FA1D49" w:rsidRDefault="00FA1D49" w:rsidP="00FA1D49">
            <w:pPr>
              <w:jc w:val="both"/>
              <w:rPr>
                <w:color w:val="000000"/>
                <w:sz w:val="28"/>
                <w:szCs w:val="28"/>
                <w:lang w:val="kk-KZ"/>
              </w:rPr>
            </w:pPr>
            <w:r w:rsidRPr="00FA1D49">
              <w:rPr>
                <w:color w:val="000000"/>
                <w:sz w:val="28"/>
                <w:szCs w:val="28"/>
                <w:lang w:val="kk-KZ"/>
              </w:rPr>
              <w:t>Кітапхана қорындағы оқулық саны</w:t>
            </w:r>
          </w:p>
        </w:tc>
        <w:tc>
          <w:tcPr>
            <w:tcW w:w="1512" w:type="dxa"/>
            <w:vMerge w:val="restart"/>
            <w:tcBorders>
              <w:left w:val="single" w:sz="4" w:space="0" w:color="auto"/>
            </w:tcBorders>
            <w:vAlign w:val="bottom"/>
            <w:hideMark/>
          </w:tcPr>
          <w:p w14:paraId="4AD22FA1" w14:textId="77777777" w:rsidR="00FA1D49" w:rsidRPr="00FA1D49" w:rsidRDefault="00FA1D49" w:rsidP="00FA1D49">
            <w:pPr>
              <w:jc w:val="both"/>
              <w:rPr>
                <w:color w:val="000000"/>
                <w:sz w:val="28"/>
                <w:szCs w:val="28"/>
                <w:lang w:val="kk-KZ"/>
              </w:rPr>
            </w:pPr>
          </w:p>
        </w:tc>
      </w:tr>
      <w:tr w:rsidR="00FA1D49" w:rsidRPr="00FA1D49" w14:paraId="39C6A4A2" w14:textId="77777777" w:rsidTr="00FA1D49">
        <w:trPr>
          <w:trHeight w:val="287"/>
        </w:trPr>
        <w:tc>
          <w:tcPr>
            <w:tcW w:w="768" w:type="dxa"/>
            <w:tcBorders>
              <w:top w:val="nil"/>
              <w:left w:val="single" w:sz="4" w:space="0" w:color="auto"/>
              <w:bottom w:val="single" w:sz="4" w:space="0" w:color="auto"/>
              <w:right w:val="single" w:sz="4" w:space="0" w:color="auto"/>
            </w:tcBorders>
            <w:noWrap/>
            <w:vAlign w:val="center"/>
          </w:tcPr>
          <w:p w14:paraId="710DA4CE" w14:textId="77777777" w:rsidR="00FA1D49" w:rsidRPr="00FA1D49" w:rsidRDefault="00FA1D49" w:rsidP="00FA1D49">
            <w:pPr>
              <w:jc w:val="both"/>
              <w:rPr>
                <w:color w:val="000000"/>
                <w:sz w:val="28"/>
                <w:szCs w:val="28"/>
              </w:rPr>
            </w:pPr>
            <w:r w:rsidRPr="00FA1D49">
              <w:rPr>
                <w:color w:val="000000"/>
                <w:sz w:val="28"/>
                <w:szCs w:val="28"/>
              </w:rPr>
              <w:t>1</w:t>
            </w:r>
          </w:p>
        </w:tc>
        <w:tc>
          <w:tcPr>
            <w:tcW w:w="2322" w:type="dxa"/>
            <w:tcBorders>
              <w:top w:val="nil"/>
              <w:left w:val="nil"/>
              <w:bottom w:val="single" w:sz="4" w:space="0" w:color="auto"/>
              <w:right w:val="single" w:sz="4" w:space="0" w:color="auto"/>
            </w:tcBorders>
            <w:vAlign w:val="center"/>
          </w:tcPr>
          <w:p w14:paraId="3378730A" w14:textId="77777777" w:rsidR="00FA1D49" w:rsidRPr="00FA1D49" w:rsidRDefault="00FA1D49" w:rsidP="00FA1D49">
            <w:pPr>
              <w:tabs>
                <w:tab w:val="left" w:pos="0"/>
              </w:tabs>
              <w:jc w:val="both"/>
              <w:rPr>
                <w:sz w:val="28"/>
                <w:szCs w:val="28"/>
                <w:lang w:val="kk-KZ"/>
              </w:rPr>
            </w:pPr>
            <w:r w:rsidRPr="00FA1D49">
              <w:rPr>
                <w:sz w:val="28"/>
                <w:szCs w:val="28"/>
              </w:rPr>
              <w:t xml:space="preserve">1-сынып </w:t>
            </w:r>
          </w:p>
        </w:tc>
        <w:tc>
          <w:tcPr>
            <w:tcW w:w="1843" w:type="dxa"/>
            <w:tcBorders>
              <w:top w:val="nil"/>
              <w:left w:val="nil"/>
              <w:bottom w:val="single" w:sz="4" w:space="0" w:color="auto"/>
              <w:right w:val="single" w:sz="4" w:space="0" w:color="auto"/>
            </w:tcBorders>
            <w:vAlign w:val="center"/>
          </w:tcPr>
          <w:p w14:paraId="2EE21862" w14:textId="77777777" w:rsidR="00FA1D49" w:rsidRPr="00FA1D49" w:rsidRDefault="00FA1D49" w:rsidP="00FA1D49">
            <w:pPr>
              <w:jc w:val="both"/>
              <w:rPr>
                <w:bCs/>
                <w:sz w:val="28"/>
                <w:szCs w:val="28"/>
                <w:lang w:val="kk-KZ"/>
              </w:rPr>
            </w:pPr>
            <w:r w:rsidRPr="00FA1D49">
              <w:rPr>
                <w:bCs/>
                <w:sz w:val="28"/>
                <w:szCs w:val="28"/>
                <w:lang w:val="kk-KZ"/>
              </w:rPr>
              <w:t>130</w:t>
            </w:r>
          </w:p>
        </w:tc>
        <w:tc>
          <w:tcPr>
            <w:tcW w:w="2835" w:type="dxa"/>
            <w:tcBorders>
              <w:top w:val="single" w:sz="4" w:space="0" w:color="auto"/>
              <w:left w:val="nil"/>
              <w:bottom w:val="single" w:sz="4" w:space="0" w:color="auto"/>
              <w:right w:val="single" w:sz="4" w:space="0" w:color="auto"/>
            </w:tcBorders>
            <w:vAlign w:val="center"/>
          </w:tcPr>
          <w:p w14:paraId="32CE2199" w14:textId="77777777" w:rsidR="00FA1D49" w:rsidRPr="00FA1D49" w:rsidRDefault="00FA1D49" w:rsidP="00FA1D49">
            <w:pPr>
              <w:jc w:val="both"/>
              <w:rPr>
                <w:bCs/>
                <w:sz w:val="28"/>
                <w:szCs w:val="28"/>
                <w:lang w:val="kk-KZ"/>
              </w:rPr>
            </w:pPr>
            <w:r w:rsidRPr="00FA1D49">
              <w:rPr>
                <w:bCs/>
                <w:sz w:val="28"/>
                <w:szCs w:val="28"/>
                <w:lang w:val="kk-KZ"/>
              </w:rPr>
              <w:t>130</w:t>
            </w:r>
          </w:p>
        </w:tc>
        <w:tc>
          <w:tcPr>
            <w:tcW w:w="2410" w:type="dxa"/>
            <w:tcBorders>
              <w:top w:val="single" w:sz="4" w:space="0" w:color="auto"/>
              <w:left w:val="single" w:sz="4" w:space="0" w:color="auto"/>
              <w:bottom w:val="single" w:sz="4" w:space="0" w:color="auto"/>
              <w:right w:val="single" w:sz="4" w:space="0" w:color="auto"/>
            </w:tcBorders>
          </w:tcPr>
          <w:p w14:paraId="28EBB4B0" w14:textId="77777777" w:rsidR="00FA1D49" w:rsidRPr="00FA1D49" w:rsidRDefault="00FA1D49" w:rsidP="00FA1D49">
            <w:pPr>
              <w:jc w:val="both"/>
              <w:rPr>
                <w:bCs/>
                <w:sz w:val="28"/>
                <w:szCs w:val="28"/>
                <w:lang w:val="kk-KZ"/>
              </w:rPr>
            </w:pPr>
            <w:r w:rsidRPr="00FA1D49">
              <w:rPr>
                <w:bCs/>
                <w:sz w:val="28"/>
                <w:szCs w:val="28"/>
                <w:lang w:val="kk-KZ"/>
              </w:rPr>
              <w:t>138</w:t>
            </w:r>
          </w:p>
        </w:tc>
        <w:tc>
          <w:tcPr>
            <w:tcW w:w="1512" w:type="dxa"/>
            <w:vMerge/>
            <w:tcBorders>
              <w:left w:val="single" w:sz="4" w:space="0" w:color="auto"/>
            </w:tcBorders>
            <w:noWrap/>
            <w:vAlign w:val="bottom"/>
          </w:tcPr>
          <w:p w14:paraId="757F9010" w14:textId="77777777" w:rsidR="00FA1D49" w:rsidRPr="00FA1D49" w:rsidRDefault="00FA1D49" w:rsidP="00FA1D49">
            <w:pPr>
              <w:jc w:val="both"/>
              <w:rPr>
                <w:bCs/>
                <w:sz w:val="28"/>
                <w:szCs w:val="28"/>
              </w:rPr>
            </w:pPr>
          </w:p>
        </w:tc>
      </w:tr>
      <w:tr w:rsidR="00FA1D49" w:rsidRPr="00FA1D49" w14:paraId="044861E2" w14:textId="77777777" w:rsidTr="00FA1D49">
        <w:trPr>
          <w:trHeight w:val="287"/>
        </w:trPr>
        <w:tc>
          <w:tcPr>
            <w:tcW w:w="768" w:type="dxa"/>
            <w:tcBorders>
              <w:top w:val="nil"/>
              <w:left w:val="single" w:sz="4" w:space="0" w:color="auto"/>
              <w:bottom w:val="single" w:sz="4" w:space="0" w:color="auto"/>
              <w:right w:val="single" w:sz="4" w:space="0" w:color="auto"/>
            </w:tcBorders>
            <w:noWrap/>
            <w:vAlign w:val="center"/>
          </w:tcPr>
          <w:p w14:paraId="14A6A735" w14:textId="77777777" w:rsidR="00FA1D49" w:rsidRPr="00FA1D49" w:rsidRDefault="00FA1D49" w:rsidP="00FA1D49">
            <w:pPr>
              <w:jc w:val="both"/>
              <w:rPr>
                <w:color w:val="000000"/>
                <w:sz w:val="28"/>
                <w:szCs w:val="28"/>
              </w:rPr>
            </w:pPr>
            <w:r w:rsidRPr="00FA1D49">
              <w:rPr>
                <w:color w:val="000000"/>
                <w:sz w:val="28"/>
                <w:szCs w:val="28"/>
              </w:rPr>
              <w:t>2</w:t>
            </w:r>
          </w:p>
        </w:tc>
        <w:tc>
          <w:tcPr>
            <w:tcW w:w="2322" w:type="dxa"/>
            <w:tcBorders>
              <w:top w:val="nil"/>
              <w:left w:val="nil"/>
              <w:bottom w:val="single" w:sz="4" w:space="0" w:color="auto"/>
              <w:right w:val="single" w:sz="4" w:space="0" w:color="auto"/>
            </w:tcBorders>
            <w:vAlign w:val="center"/>
          </w:tcPr>
          <w:p w14:paraId="58695340" w14:textId="77777777" w:rsidR="00FA1D49" w:rsidRPr="00FA1D49" w:rsidRDefault="00FA1D49" w:rsidP="00FA1D49">
            <w:pPr>
              <w:tabs>
                <w:tab w:val="left" w:pos="0"/>
              </w:tabs>
              <w:jc w:val="both"/>
              <w:rPr>
                <w:sz w:val="28"/>
                <w:szCs w:val="28"/>
                <w:lang w:val="kk-KZ"/>
              </w:rPr>
            </w:pPr>
            <w:r w:rsidRPr="00FA1D49">
              <w:rPr>
                <w:sz w:val="28"/>
                <w:szCs w:val="28"/>
              </w:rPr>
              <w:t xml:space="preserve">2-сынып </w:t>
            </w:r>
          </w:p>
        </w:tc>
        <w:tc>
          <w:tcPr>
            <w:tcW w:w="1843" w:type="dxa"/>
            <w:tcBorders>
              <w:top w:val="nil"/>
              <w:left w:val="nil"/>
              <w:bottom w:val="single" w:sz="4" w:space="0" w:color="auto"/>
              <w:right w:val="single" w:sz="4" w:space="0" w:color="auto"/>
            </w:tcBorders>
            <w:vAlign w:val="center"/>
          </w:tcPr>
          <w:p w14:paraId="5BABA487" w14:textId="77777777" w:rsidR="00FA1D49" w:rsidRPr="00FA1D49" w:rsidRDefault="00FA1D49" w:rsidP="00FA1D49">
            <w:pPr>
              <w:jc w:val="both"/>
              <w:rPr>
                <w:bCs/>
                <w:sz w:val="28"/>
                <w:szCs w:val="28"/>
                <w:lang w:val="kk-KZ"/>
              </w:rPr>
            </w:pPr>
            <w:r w:rsidRPr="00FA1D49">
              <w:rPr>
                <w:bCs/>
                <w:sz w:val="28"/>
                <w:szCs w:val="28"/>
                <w:lang w:val="kk-KZ"/>
              </w:rPr>
              <w:t>128</w:t>
            </w:r>
          </w:p>
        </w:tc>
        <w:tc>
          <w:tcPr>
            <w:tcW w:w="2835" w:type="dxa"/>
            <w:tcBorders>
              <w:top w:val="single" w:sz="4" w:space="0" w:color="auto"/>
              <w:left w:val="nil"/>
              <w:bottom w:val="single" w:sz="4" w:space="0" w:color="auto"/>
              <w:right w:val="single" w:sz="4" w:space="0" w:color="auto"/>
            </w:tcBorders>
            <w:vAlign w:val="center"/>
          </w:tcPr>
          <w:p w14:paraId="62D3A68F" w14:textId="77777777" w:rsidR="00FA1D49" w:rsidRPr="00FA1D49" w:rsidRDefault="00FA1D49" w:rsidP="00FA1D49">
            <w:pPr>
              <w:jc w:val="both"/>
              <w:rPr>
                <w:bCs/>
                <w:sz w:val="28"/>
                <w:szCs w:val="28"/>
                <w:lang w:val="kk-KZ"/>
              </w:rPr>
            </w:pPr>
            <w:r w:rsidRPr="00FA1D49">
              <w:rPr>
                <w:bCs/>
                <w:sz w:val="28"/>
                <w:szCs w:val="28"/>
                <w:lang w:val="kk-KZ"/>
              </w:rPr>
              <w:t>128</w:t>
            </w:r>
          </w:p>
        </w:tc>
        <w:tc>
          <w:tcPr>
            <w:tcW w:w="2410" w:type="dxa"/>
            <w:tcBorders>
              <w:top w:val="single" w:sz="4" w:space="0" w:color="auto"/>
              <w:left w:val="single" w:sz="4" w:space="0" w:color="auto"/>
              <w:bottom w:val="single" w:sz="4" w:space="0" w:color="auto"/>
              <w:right w:val="single" w:sz="4" w:space="0" w:color="auto"/>
            </w:tcBorders>
          </w:tcPr>
          <w:p w14:paraId="6CA99BC8" w14:textId="77777777" w:rsidR="00FA1D49" w:rsidRPr="00FA1D49" w:rsidRDefault="00FA1D49" w:rsidP="00FA1D49">
            <w:pPr>
              <w:jc w:val="both"/>
              <w:rPr>
                <w:bCs/>
                <w:sz w:val="28"/>
                <w:szCs w:val="28"/>
                <w:lang w:val="kk-KZ"/>
              </w:rPr>
            </w:pPr>
            <w:r w:rsidRPr="00FA1D49">
              <w:rPr>
                <w:bCs/>
                <w:sz w:val="28"/>
                <w:szCs w:val="28"/>
                <w:lang w:val="kk-KZ"/>
              </w:rPr>
              <w:t>150</w:t>
            </w:r>
          </w:p>
        </w:tc>
        <w:tc>
          <w:tcPr>
            <w:tcW w:w="1512" w:type="dxa"/>
            <w:vMerge/>
            <w:tcBorders>
              <w:left w:val="single" w:sz="4" w:space="0" w:color="auto"/>
            </w:tcBorders>
            <w:noWrap/>
            <w:vAlign w:val="bottom"/>
          </w:tcPr>
          <w:p w14:paraId="41CA2DB5" w14:textId="77777777" w:rsidR="00FA1D49" w:rsidRPr="00FA1D49" w:rsidRDefault="00FA1D49" w:rsidP="00FA1D49">
            <w:pPr>
              <w:jc w:val="both"/>
              <w:rPr>
                <w:bCs/>
                <w:sz w:val="28"/>
                <w:szCs w:val="28"/>
              </w:rPr>
            </w:pPr>
          </w:p>
        </w:tc>
      </w:tr>
      <w:tr w:rsidR="00FA1D49" w:rsidRPr="00FA1D49" w14:paraId="79D9A82F" w14:textId="77777777" w:rsidTr="00FA1D49">
        <w:trPr>
          <w:trHeight w:val="287"/>
        </w:trPr>
        <w:tc>
          <w:tcPr>
            <w:tcW w:w="768" w:type="dxa"/>
            <w:tcBorders>
              <w:top w:val="nil"/>
              <w:left w:val="single" w:sz="4" w:space="0" w:color="auto"/>
              <w:bottom w:val="single" w:sz="4" w:space="0" w:color="auto"/>
              <w:right w:val="single" w:sz="4" w:space="0" w:color="auto"/>
            </w:tcBorders>
            <w:noWrap/>
            <w:vAlign w:val="center"/>
          </w:tcPr>
          <w:p w14:paraId="67DFC882" w14:textId="77777777" w:rsidR="00FA1D49" w:rsidRPr="00FA1D49" w:rsidRDefault="00FA1D49" w:rsidP="00FA1D49">
            <w:pPr>
              <w:jc w:val="both"/>
              <w:rPr>
                <w:color w:val="000000"/>
                <w:sz w:val="28"/>
                <w:szCs w:val="28"/>
              </w:rPr>
            </w:pPr>
            <w:r w:rsidRPr="00FA1D49">
              <w:rPr>
                <w:color w:val="000000"/>
                <w:sz w:val="28"/>
                <w:szCs w:val="28"/>
              </w:rPr>
              <w:t>3</w:t>
            </w:r>
          </w:p>
        </w:tc>
        <w:tc>
          <w:tcPr>
            <w:tcW w:w="2322" w:type="dxa"/>
            <w:tcBorders>
              <w:top w:val="nil"/>
              <w:left w:val="nil"/>
              <w:bottom w:val="single" w:sz="4" w:space="0" w:color="auto"/>
              <w:right w:val="single" w:sz="4" w:space="0" w:color="auto"/>
            </w:tcBorders>
            <w:vAlign w:val="center"/>
            <w:hideMark/>
          </w:tcPr>
          <w:p w14:paraId="0F1BFFEB" w14:textId="77777777" w:rsidR="00FA1D49" w:rsidRPr="00FA1D49" w:rsidRDefault="00FA1D49" w:rsidP="00FA1D49">
            <w:pPr>
              <w:tabs>
                <w:tab w:val="left" w:pos="0"/>
              </w:tabs>
              <w:jc w:val="both"/>
              <w:rPr>
                <w:sz w:val="28"/>
                <w:szCs w:val="28"/>
                <w:lang w:val="kk-KZ"/>
              </w:rPr>
            </w:pPr>
            <w:r w:rsidRPr="00FA1D49">
              <w:rPr>
                <w:sz w:val="28"/>
                <w:szCs w:val="28"/>
              </w:rPr>
              <w:t xml:space="preserve">3-сынып </w:t>
            </w:r>
          </w:p>
        </w:tc>
        <w:tc>
          <w:tcPr>
            <w:tcW w:w="1843" w:type="dxa"/>
            <w:tcBorders>
              <w:top w:val="nil"/>
              <w:left w:val="nil"/>
              <w:bottom w:val="single" w:sz="4" w:space="0" w:color="auto"/>
              <w:right w:val="single" w:sz="4" w:space="0" w:color="auto"/>
            </w:tcBorders>
            <w:vAlign w:val="center"/>
          </w:tcPr>
          <w:p w14:paraId="403581EF" w14:textId="77777777" w:rsidR="00FA1D49" w:rsidRPr="00FA1D49" w:rsidRDefault="00FA1D49" w:rsidP="00FA1D49">
            <w:pPr>
              <w:jc w:val="both"/>
              <w:rPr>
                <w:bCs/>
                <w:sz w:val="28"/>
                <w:szCs w:val="28"/>
                <w:lang w:val="kk-KZ"/>
              </w:rPr>
            </w:pPr>
            <w:r w:rsidRPr="00FA1D49">
              <w:rPr>
                <w:bCs/>
                <w:sz w:val="28"/>
                <w:szCs w:val="28"/>
                <w:lang w:val="kk-KZ"/>
              </w:rPr>
              <w:t>105</w:t>
            </w:r>
          </w:p>
        </w:tc>
        <w:tc>
          <w:tcPr>
            <w:tcW w:w="2835" w:type="dxa"/>
            <w:tcBorders>
              <w:top w:val="single" w:sz="4" w:space="0" w:color="auto"/>
              <w:left w:val="nil"/>
              <w:bottom w:val="single" w:sz="4" w:space="0" w:color="auto"/>
              <w:right w:val="single" w:sz="4" w:space="0" w:color="auto"/>
            </w:tcBorders>
            <w:vAlign w:val="center"/>
          </w:tcPr>
          <w:p w14:paraId="5FC68411" w14:textId="77777777" w:rsidR="00FA1D49" w:rsidRPr="00FA1D49" w:rsidRDefault="00FA1D49" w:rsidP="00FA1D49">
            <w:pPr>
              <w:jc w:val="both"/>
              <w:rPr>
                <w:bCs/>
                <w:sz w:val="28"/>
                <w:szCs w:val="28"/>
                <w:lang w:val="kk-KZ"/>
              </w:rPr>
            </w:pPr>
            <w:r w:rsidRPr="00FA1D49">
              <w:rPr>
                <w:bCs/>
                <w:sz w:val="28"/>
                <w:szCs w:val="28"/>
                <w:lang w:val="kk-KZ"/>
              </w:rPr>
              <w:t>105</w:t>
            </w:r>
          </w:p>
        </w:tc>
        <w:tc>
          <w:tcPr>
            <w:tcW w:w="2410" w:type="dxa"/>
            <w:tcBorders>
              <w:left w:val="single" w:sz="4" w:space="0" w:color="auto"/>
              <w:right w:val="single" w:sz="4" w:space="0" w:color="auto"/>
            </w:tcBorders>
          </w:tcPr>
          <w:p w14:paraId="5DC55CA3" w14:textId="77777777" w:rsidR="00FA1D49" w:rsidRPr="00FA1D49" w:rsidRDefault="00FA1D49" w:rsidP="00FA1D49">
            <w:pPr>
              <w:jc w:val="both"/>
              <w:rPr>
                <w:bCs/>
                <w:sz w:val="28"/>
                <w:szCs w:val="28"/>
                <w:lang w:val="kk-KZ"/>
              </w:rPr>
            </w:pPr>
            <w:r w:rsidRPr="00FA1D49">
              <w:rPr>
                <w:bCs/>
                <w:sz w:val="28"/>
                <w:szCs w:val="28"/>
                <w:lang w:val="kk-KZ"/>
              </w:rPr>
              <w:t>150</w:t>
            </w:r>
          </w:p>
        </w:tc>
        <w:tc>
          <w:tcPr>
            <w:tcW w:w="1512" w:type="dxa"/>
            <w:vMerge/>
            <w:tcBorders>
              <w:left w:val="single" w:sz="4" w:space="0" w:color="auto"/>
            </w:tcBorders>
            <w:noWrap/>
            <w:vAlign w:val="bottom"/>
          </w:tcPr>
          <w:p w14:paraId="777FB898" w14:textId="77777777" w:rsidR="00FA1D49" w:rsidRPr="00FA1D49" w:rsidRDefault="00FA1D49" w:rsidP="00FA1D49">
            <w:pPr>
              <w:jc w:val="both"/>
              <w:rPr>
                <w:bCs/>
                <w:sz w:val="28"/>
                <w:szCs w:val="28"/>
              </w:rPr>
            </w:pPr>
          </w:p>
        </w:tc>
      </w:tr>
      <w:tr w:rsidR="00FA1D49" w:rsidRPr="00FA1D49" w14:paraId="0DD4033C" w14:textId="77777777" w:rsidTr="00FA1D49">
        <w:trPr>
          <w:gridAfter w:val="1"/>
          <w:wAfter w:w="1512" w:type="dxa"/>
          <w:trHeight w:val="287"/>
        </w:trPr>
        <w:tc>
          <w:tcPr>
            <w:tcW w:w="768" w:type="dxa"/>
            <w:tcBorders>
              <w:top w:val="nil"/>
              <w:left w:val="single" w:sz="4" w:space="0" w:color="auto"/>
              <w:bottom w:val="single" w:sz="4" w:space="0" w:color="auto"/>
              <w:right w:val="single" w:sz="4" w:space="0" w:color="auto"/>
            </w:tcBorders>
            <w:noWrap/>
            <w:vAlign w:val="center"/>
          </w:tcPr>
          <w:p w14:paraId="2E1614C7" w14:textId="77777777" w:rsidR="00FA1D49" w:rsidRPr="00FA1D49" w:rsidRDefault="00FA1D49" w:rsidP="00FA1D49">
            <w:pPr>
              <w:jc w:val="both"/>
              <w:rPr>
                <w:color w:val="000000"/>
                <w:sz w:val="28"/>
                <w:szCs w:val="28"/>
              </w:rPr>
            </w:pPr>
            <w:r w:rsidRPr="00FA1D49">
              <w:rPr>
                <w:color w:val="000000"/>
                <w:sz w:val="28"/>
                <w:szCs w:val="28"/>
              </w:rPr>
              <w:t>4</w:t>
            </w:r>
          </w:p>
        </w:tc>
        <w:tc>
          <w:tcPr>
            <w:tcW w:w="2322" w:type="dxa"/>
            <w:tcBorders>
              <w:top w:val="nil"/>
              <w:left w:val="nil"/>
              <w:bottom w:val="single" w:sz="4" w:space="0" w:color="auto"/>
              <w:right w:val="single" w:sz="4" w:space="0" w:color="auto"/>
            </w:tcBorders>
            <w:vAlign w:val="center"/>
            <w:hideMark/>
          </w:tcPr>
          <w:p w14:paraId="2027D9F5" w14:textId="77777777" w:rsidR="00FA1D49" w:rsidRPr="00FA1D49" w:rsidRDefault="00FA1D49" w:rsidP="00FA1D49">
            <w:pPr>
              <w:tabs>
                <w:tab w:val="left" w:pos="0"/>
              </w:tabs>
              <w:jc w:val="both"/>
              <w:rPr>
                <w:sz w:val="28"/>
                <w:szCs w:val="28"/>
                <w:lang w:val="kk-KZ"/>
              </w:rPr>
            </w:pPr>
            <w:r w:rsidRPr="00FA1D49">
              <w:rPr>
                <w:sz w:val="28"/>
                <w:szCs w:val="28"/>
              </w:rPr>
              <w:t xml:space="preserve">4-сынып </w:t>
            </w:r>
          </w:p>
        </w:tc>
        <w:tc>
          <w:tcPr>
            <w:tcW w:w="1843" w:type="dxa"/>
            <w:tcBorders>
              <w:top w:val="nil"/>
              <w:left w:val="nil"/>
              <w:bottom w:val="single" w:sz="4" w:space="0" w:color="auto"/>
              <w:right w:val="single" w:sz="4" w:space="0" w:color="auto"/>
            </w:tcBorders>
            <w:vAlign w:val="center"/>
          </w:tcPr>
          <w:p w14:paraId="33E1404E" w14:textId="77777777" w:rsidR="00FA1D49" w:rsidRPr="00FA1D49" w:rsidRDefault="00FA1D49" w:rsidP="00FA1D49">
            <w:pPr>
              <w:jc w:val="both"/>
              <w:rPr>
                <w:bCs/>
                <w:sz w:val="28"/>
                <w:szCs w:val="28"/>
                <w:lang w:val="kk-KZ"/>
              </w:rPr>
            </w:pPr>
            <w:r w:rsidRPr="00FA1D49">
              <w:rPr>
                <w:bCs/>
                <w:sz w:val="28"/>
                <w:szCs w:val="28"/>
                <w:lang w:val="kk-KZ"/>
              </w:rPr>
              <w:t>75</w:t>
            </w:r>
          </w:p>
        </w:tc>
        <w:tc>
          <w:tcPr>
            <w:tcW w:w="2835" w:type="dxa"/>
            <w:tcBorders>
              <w:top w:val="single" w:sz="4" w:space="0" w:color="auto"/>
              <w:left w:val="nil"/>
              <w:bottom w:val="single" w:sz="4" w:space="0" w:color="auto"/>
              <w:right w:val="single" w:sz="4" w:space="0" w:color="auto"/>
            </w:tcBorders>
            <w:vAlign w:val="center"/>
          </w:tcPr>
          <w:p w14:paraId="636CC1EE" w14:textId="77777777" w:rsidR="00FA1D49" w:rsidRPr="00FA1D49" w:rsidRDefault="00FA1D49" w:rsidP="00FA1D49">
            <w:pPr>
              <w:jc w:val="both"/>
              <w:rPr>
                <w:bCs/>
                <w:sz w:val="28"/>
                <w:szCs w:val="28"/>
                <w:lang w:val="kk-KZ"/>
              </w:rPr>
            </w:pPr>
            <w:r w:rsidRPr="00FA1D49">
              <w:rPr>
                <w:bCs/>
                <w:sz w:val="28"/>
                <w:szCs w:val="28"/>
                <w:lang w:val="kk-KZ"/>
              </w:rPr>
              <w:t>75</w:t>
            </w:r>
          </w:p>
        </w:tc>
        <w:tc>
          <w:tcPr>
            <w:tcW w:w="2410" w:type="dxa"/>
            <w:tcBorders>
              <w:top w:val="single" w:sz="4" w:space="0" w:color="auto"/>
              <w:left w:val="nil"/>
              <w:bottom w:val="single" w:sz="4" w:space="0" w:color="auto"/>
              <w:right w:val="single" w:sz="4" w:space="0" w:color="auto"/>
            </w:tcBorders>
          </w:tcPr>
          <w:p w14:paraId="5E58C03E" w14:textId="77777777" w:rsidR="00FA1D49" w:rsidRPr="00FA1D49" w:rsidRDefault="00FA1D49" w:rsidP="00FA1D49">
            <w:pPr>
              <w:jc w:val="both"/>
              <w:rPr>
                <w:bCs/>
                <w:sz w:val="28"/>
                <w:szCs w:val="28"/>
                <w:lang w:val="kk-KZ"/>
              </w:rPr>
            </w:pPr>
            <w:r w:rsidRPr="00FA1D49">
              <w:rPr>
                <w:bCs/>
                <w:sz w:val="28"/>
                <w:szCs w:val="28"/>
                <w:lang w:val="kk-KZ"/>
              </w:rPr>
              <w:t>120</w:t>
            </w:r>
          </w:p>
        </w:tc>
      </w:tr>
      <w:tr w:rsidR="00FA1D49" w:rsidRPr="00FA1D49" w14:paraId="04C624F8" w14:textId="77777777" w:rsidTr="00FA1D49">
        <w:trPr>
          <w:gridAfter w:val="1"/>
          <w:wAfter w:w="1512" w:type="dxa"/>
          <w:trHeight w:val="287"/>
        </w:trPr>
        <w:tc>
          <w:tcPr>
            <w:tcW w:w="768" w:type="dxa"/>
            <w:tcBorders>
              <w:top w:val="nil"/>
              <w:left w:val="single" w:sz="4" w:space="0" w:color="auto"/>
              <w:bottom w:val="single" w:sz="4" w:space="0" w:color="auto"/>
              <w:right w:val="single" w:sz="4" w:space="0" w:color="auto"/>
            </w:tcBorders>
            <w:noWrap/>
            <w:vAlign w:val="center"/>
          </w:tcPr>
          <w:p w14:paraId="198CE02D" w14:textId="77777777" w:rsidR="00FA1D49" w:rsidRPr="00FA1D49" w:rsidRDefault="00FA1D49" w:rsidP="00FA1D49">
            <w:pPr>
              <w:jc w:val="both"/>
              <w:rPr>
                <w:color w:val="000000"/>
                <w:sz w:val="28"/>
                <w:szCs w:val="28"/>
              </w:rPr>
            </w:pPr>
            <w:r w:rsidRPr="00FA1D49">
              <w:rPr>
                <w:color w:val="000000"/>
                <w:sz w:val="28"/>
                <w:szCs w:val="28"/>
              </w:rPr>
              <w:t>5</w:t>
            </w:r>
          </w:p>
        </w:tc>
        <w:tc>
          <w:tcPr>
            <w:tcW w:w="2322" w:type="dxa"/>
            <w:tcBorders>
              <w:top w:val="nil"/>
              <w:left w:val="nil"/>
              <w:bottom w:val="single" w:sz="4" w:space="0" w:color="auto"/>
              <w:right w:val="single" w:sz="4" w:space="0" w:color="auto"/>
            </w:tcBorders>
            <w:vAlign w:val="center"/>
            <w:hideMark/>
          </w:tcPr>
          <w:p w14:paraId="4C80EDD9" w14:textId="77777777" w:rsidR="00FA1D49" w:rsidRPr="00FA1D49" w:rsidRDefault="00FA1D49" w:rsidP="00FA1D49">
            <w:pPr>
              <w:tabs>
                <w:tab w:val="left" w:pos="0"/>
              </w:tabs>
              <w:jc w:val="both"/>
              <w:rPr>
                <w:sz w:val="28"/>
                <w:szCs w:val="28"/>
                <w:lang w:val="kk-KZ"/>
              </w:rPr>
            </w:pPr>
            <w:r w:rsidRPr="00FA1D49">
              <w:rPr>
                <w:sz w:val="28"/>
                <w:szCs w:val="28"/>
              </w:rPr>
              <w:t xml:space="preserve">5-сынып </w:t>
            </w:r>
          </w:p>
        </w:tc>
        <w:tc>
          <w:tcPr>
            <w:tcW w:w="1843" w:type="dxa"/>
            <w:tcBorders>
              <w:top w:val="nil"/>
              <w:left w:val="nil"/>
              <w:bottom w:val="single" w:sz="4" w:space="0" w:color="auto"/>
              <w:right w:val="single" w:sz="4" w:space="0" w:color="auto"/>
            </w:tcBorders>
            <w:vAlign w:val="center"/>
          </w:tcPr>
          <w:p w14:paraId="09316CF6" w14:textId="77777777" w:rsidR="00FA1D49" w:rsidRPr="00FA1D49" w:rsidRDefault="00FA1D49" w:rsidP="00FA1D49">
            <w:pPr>
              <w:jc w:val="both"/>
              <w:rPr>
                <w:bCs/>
                <w:sz w:val="28"/>
                <w:szCs w:val="28"/>
                <w:lang w:val="kk-KZ"/>
              </w:rPr>
            </w:pPr>
            <w:r w:rsidRPr="00FA1D49">
              <w:rPr>
                <w:bCs/>
                <w:sz w:val="28"/>
                <w:szCs w:val="28"/>
                <w:lang w:val="kk-KZ"/>
              </w:rPr>
              <w:t>86</w:t>
            </w:r>
          </w:p>
        </w:tc>
        <w:tc>
          <w:tcPr>
            <w:tcW w:w="2835" w:type="dxa"/>
            <w:tcBorders>
              <w:top w:val="single" w:sz="4" w:space="0" w:color="auto"/>
              <w:left w:val="nil"/>
              <w:bottom w:val="single" w:sz="4" w:space="0" w:color="auto"/>
              <w:right w:val="single" w:sz="4" w:space="0" w:color="auto"/>
            </w:tcBorders>
            <w:vAlign w:val="center"/>
          </w:tcPr>
          <w:p w14:paraId="482DC5A6" w14:textId="77777777" w:rsidR="00FA1D49" w:rsidRPr="00FA1D49" w:rsidRDefault="00FA1D49" w:rsidP="00FA1D49">
            <w:pPr>
              <w:jc w:val="both"/>
              <w:rPr>
                <w:bCs/>
                <w:sz w:val="28"/>
                <w:szCs w:val="28"/>
                <w:lang w:val="kk-KZ"/>
              </w:rPr>
            </w:pPr>
            <w:r w:rsidRPr="00FA1D49">
              <w:rPr>
                <w:bCs/>
                <w:sz w:val="28"/>
                <w:szCs w:val="28"/>
                <w:lang w:val="kk-KZ"/>
              </w:rPr>
              <w:t>86</w:t>
            </w:r>
          </w:p>
        </w:tc>
        <w:tc>
          <w:tcPr>
            <w:tcW w:w="2410" w:type="dxa"/>
            <w:tcBorders>
              <w:top w:val="single" w:sz="4" w:space="0" w:color="auto"/>
              <w:left w:val="nil"/>
              <w:bottom w:val="single" w:sz="4" w:space="0" w:color="auto"/>
              <w:right w:val="single" w:sz="4" w:space="0" w:color="auto"/>
            </w:tcBorders>
          </w:tcPr>
          <w:p w14:paraId="1F04588F" w14:textId="77777777" w:rsidR="00FA1D49" w:rsidRPr="00FA1D49" w:rsidRDefault="00FA1D49" w:rsidP="00FA1D49">
            <w:pPr>
              <w:jc w:val="both"/>
              <w:rPr>
                <w:bCs/>
                <w:sz w:val="28"/>
                <w:szCs w:val="28"/>
                <w:lang w:val="kk-KZ"/>
              </w:rPr>
            </w:pPr>
            <w:r w:rsidRPr="00FA1D49">
              <w:rPr>
                <w:bCs/>
                <w:sz w:val="28"/>
                <w:szCs w:val="28"/>
                <w:lang w:val="kk-KZ"/>
              </w:rPr>
              <w:t>130</w:t>
            </w:r>
          </w:p>
        </w:tc>
      </w:tr>
      <w:tr w:rsidR="00FA1D49" w:rsidRPr="00FA1D49" w14:paraId="33F0ABAD" w14:textId="77777777" w:rsidTr="00FA1D49">
        <w:trPr>
          <w:gridAfter w:val="1"/>
          <w:wAfter w:w="1512" w:type="dxa"/>
          <w:trHeight w:val="287"/>
        </w:trPr>
        <w:tc>
          <w:tcPr>
            <w:tcW w:w="768" w:type="dxa"/>
            <w:tcBorders>
              <w:top w:val="nil"/>
              <w:left w:val="single" w:sz="4" w:space="0" w:color="auto"/>
              <w:bottom w:val="single" w:sz="4" w:space="0" w:color="auto"/>
              <w:right w:val="single" w:sz="4" w:space="0" w:color="auto"/>
            </w:tcBorders>
            <w:noWrap/>
            <w:vAlign w:val="center"/>
          </w:tcPr>
          <w:p w14:paraId="4084E85B" w14:textId="77777777" w:rsidR="00FA1D49" w:rsidRPr="00FA1D49" w:rsidRDefault="00FA1D49" w:rsidP="00FA1D49">
            <w:pPr>
              <w:jc w:val="both"/>
              <w:rPr>
                <w:color w:val="000000"/>
                <w:sz w:val="28"/>
                <w:szCs w:val="28"/>
              </w:rPr>
            </w:pPr>
            <w:r w:rsidRPr="00FA1D49">
              <w:rPr>
                <w:color w:val="000000"/>
                <w:sz w:val="28"/>
                <w:szCs w:val="28"/>
              </w:rPr>
              <w:t>6</w:t>
            </w:r>
          </w:p>
        </w:tc>
        <w:tc>
          <w:tcPr>
            <w:tcW w:w="2322" w:type="dxa"/>
            <w:tcBorders>
              <w:top w:val="nil"/>
              <w:left w:val="nil"/>
              <w:bottom w:val="single" w:sz="4" w:space="0" w:color="auto"/>
              <w:right w:val="single" w:sz="4" w:space="0" w:color="auto"/>
            </w:tcBorders>
            <w:vAlign w:val="center"/>
            <w:hideMark/>
          </w:tcPr>
          <w:p w14:paraId="45D2AF9E" w14:textId="77777777" w:rsidR="00FA1D49" w:rsidRPr="00FA1D49" w:rsidRDefault="00FA1D49" w:rsidP="00FA1D49">
            <w:pPr>
              <w:tabs>
                <w:tab w:val="left" w:pos="0"/>
              </w:tabs>
              <w:jc w:val="both"/>
              <w:rPr>
                <w:sz w:val="28"/>
                <w:szCs w:val="28"/>
                <w:lang w:val="kk-KZ"/>
              </w:rPr>
            </w:pPr>
            <w:r w:rsidRPr="00FA1D49">
              <w:rPr>
                <w:sz w:val="28"/>
                <w:szCs w:val="28"/>
              </w:rPr>
              <w:t xml:space="preserve">6-сынып </w:t>
            </w:r>
          </w:p>
        </w:tc>
        <w:tc>
          <w:tcPr>
            <w:tcW w:w="1843" w:type="dxa"/>
            <w:tcBorders>
              <w:top w:val="nil"/>
              <w:left w:val="nil"/>
              <w:bottom w:val="single" w:sz="4" w:space="0" w:color="auto"/>
              <w:right w:val="single" w:sz="4" w:space="0" w:color="auto"/>
            </w:tcBorders>
            <w:vAlign w:val="center"/>
          </w:tcPr>
          <w:p w14:paraId="3EA821F5" w14:textId="77777777" w:rsidR="00FA1D49" w:rsidRPr="00FA1D49" w:rsidRDefault="00FA1D49" w:rsidP="00FA1D49">
            <w:pPr>
              <w:jc w:val="both"/>
              <w:rPr>
                <w:bCs/>
                <w:sz w:val="28"/>
                <w:szCs w:val="28"/>
                <w:lang w:val="kk-KZ"/>
              </w:rPr>
            </w:pPr>
            <w:r w:rsidRPr="00FA1D49">
              <w:rPr>
                <w:bCs/>
                <w:sz w:val="28"/>
                <w:szCs w:val="28"/>
                <w:lang w:val="kk-KZ"/>
              </w:rPr>
              <w:t>80</w:t>
            </w:r>
          </w:p>
        </w:tc>
        <w:tc>
          <w:tcPr>
            <w:tcW w:w="2835" w:type="dxa"/>
            <w:tcBorders>
              <w:top w:val="single" w:sz="4" w:space="0" w:color="auto"/>
              <w:left w:val="nil"/>
              <w:bottom w:val="single" w:sz="4" w:space="0" w:color="auto"/>
              <w:right w:val="single" w:sz="4" w:space="0" w:color="auto"/>
            </w:tcBorders>
            <w:vAlign w:val="center"/>
          </w:tcPr>
          <w:p w14:paraId="532B7A83" w14:textId="77777777" w:rsidR="00FA1D49" w:rsidRPr="00FA1D49" w:rsidRDefault="00FA1D49" w:rsidP="00FA1D49">
            <w:pPr>
              <w:jc w:val="both"/>
              <w:rPr>
                <w:bCs/>
                <w:sz w:val="28"/>
                <w:szCs w:val="28"/>
                <w:lang w:val="kk-KZ"/>
              </w:rPr>
            </w:pPr>
            <w:r w:rsidRPr="00FA1D49">
              <w:rPr>
                <w:bCs/>
                <w:sz w:val="28"/>
                <w:szCs w:val="28"/>
                <w:lang w:val="kk-KZ"/>
              </w:rPr>
              <w:t>80</w:t>
            </w:r>
          </w:p>
        </w:tc>
        <w:tc>
          <w:tcPr>
            <w:tcW w:w="2410" w:type="dxa"/>
            <w:tcBorders>
              <w:top w:val="single" w:sz="4" w:space="0" w:color="auto"/>
              <w:left w:val="nil"/>
              <w:bottom w:val="single" w:sz="4" w:space="0" w:color="auto"/>
              <w:right w:val="single" w:sz="4" w:space="0" w:color="auto"/>
            </w:tcBorders>
          </w:tcPr>
          <w:p w14:paraId="4607CA82" w14:textId="77777777" w:rsidR="00FA1D49" w:rsidRPr="00FA1D49" w:rsidRDefault="00FA1D49" w:rsidP="00FA1D49">
            <w:pPr>
              <w:jc w:val="both"/>
              <w:rPr>
                <w:bCs/>
                <w:sz w:val="28"/>
                <w:szCs w:val="28"/>
                <w:lang w:val="kk-KZ"/>
              </w:rPr>
            </w:pPr>
            <w:r w:rsidRPr="00FA1D49">
              <w:rPr>
                <w:bCs/>
                <w:sz w:val="28"/>
                <w:szCs w:val="28"/>
                <w:lang w:val="kk-KZ"/>
              </w:rPr>
              <w:t>105</w:t>
            </w:r>
          </w:p>
        </w:tc>
      </w:tr>
      <w:tr w:rsidR="00FA1D49" w:rsidRPr="00FA1D49" w14:paraId="6695A193" w14:textId="77777777" w:rsidTr="00FA1D49">
        <w:trPr>
          <w:gridAfter w:val="1"/>
          <w:wAfter w:w="1512" w:type="dxa"/>
          <w:trHeight w:val="287"/>
        </w:trPr>
        <w:tc>
          <w:tcPr>
            <w:tcW w:w="768" w:type="dxa"/>
            <w:tcBorders>
              <w:top w:val="single" w:sz="4" w:space="0" w:color="auto"/>
              <w:left w:val="single" w:sz="4" w:space="0" w:color="auto"/>
              <w:bottom w:val="single" w:sz="4" w:space="0" w:color="auto"/>
              <w:right w:val="single" w:sz="4" w:space="0" w:color="auto"/>
            </w:tcBorders>
            <w:noWrap/>
            <w:vAlign w:val="center"/>
          </w:tcPr>
          <w:p w14:paraId="32F6EC82" w14:textId="77777777" w:rsidR="00FA1D49" w:rsidRPr="00FA1D49" w:rsidRDefault="00FA1D49" w:rsidP="00FA1D49">
            <w:pPr>
              <w:jc w:val="both"/>
              <w:rPr>
                <w:color w:val="000000"/>
                <w:sz w:val="28"/>
                <w:szCs w:val="28"/>
              </w:rPr>
            </w:pPr>
            <w:r w:rsidRPr="00FA1D49">
              <w:rPr>
                <w:color w:val="000000"/>
                <w:sz w:val="28"/>
                <w:szCs w:val="28"/>
              </w:rPr>
              <w:t>7</w:t>
            </w:r>
          </w:p>
        </w:tc>
        <w:tc>
          <w:tcPr>
            <w:tcW w:w="2322" w:type="dxa"/>
            <w:tcBorders>
              <w:top w:val="single" w:sz="4" w:space="0" w:color="auto"/>
              <w:left w:val="single" w:sz="4" w:space="0" w:color="auto"/>
              <w:bottom w:val="single" w:sz="4" w:space="0" w:color="auto"/>
              <w:right w:val="single" w:sz="4" w:space="0" w:color="auto"/>
            </w:tcBorders>
            <w:vAlign w:val="center"/>
            <w:hideMark/>
          </w:tcPr>
          <w:p w14:paraId="45DBF6D7" w14:textId="77777777" w:rsidR="00FA1D49" w:rsidRPr="00FA1D49" w:rsidRDefault="00FA1D49" w:rsidP="00FA1D49">
            <w:pPr>
              <w:tabs>
                <w:tab w:val="left" w:pos="0"/>
              </w:tabs>
              <w:jc w:val="both"/>
              <w:rPr>
                <w:sz w:val="28"/>
                <w:szCs w:val="28"/>
                <w:lang w:val="kk-KZ"/>
              </w:rPr>
            </w:pPr>
            <w:r w:rsidRPr="00FA1D49">
              <w:rPr>
                <w:sz w:val="28"/>
                <w:szCs w:val="28"/>
              </w:rPr>
              <w:t xml:space="preserve">7-сынып </w:t>
            </w:r>
          </w:p>
        </w:tc>
        <w:tc>
          <w:tcPr>
            <w:tcW w:w="1843" w:type="dxa"/>
            <w:tcBorders>
              <w:top w:val="single" w:sz="4" w:space="0" w:color="auto"/>
              <w:left w:val="single" w:sz="4" w:space="0" w:color="auto"/>
              <w:bottom w:val="single" w:sz="4" w:space="0" w:color="auto"/>
              <w:right w:val="single" w:sz="4" w:space="0" w:color="auto"/>
            </w:tcBorders>
            <w:vAlign w:val="center"/>
          </w:tcPr>
          <w:p w14:paraId="2299781D" w14:textId="77777777" w:rsidR="00FA1D49" w:rsidRPr="00FA1D49" w:rsidRDefault="00FA1D49" w:rsidP="00FA1D49">
            <w:pPr>
              <w:jc w:val="both"/>
              <w:rPr>
                <w:bCs/>
                <w:sz w:val="28"/>
                <w:szCs w:val="28"/>
                <w:lang w:val="kk-KZ"/>
              </w:rPr>
            </w:pPr>
            <w:r w:rsidRPr="00FA1D49">
              <w:rPr>
                <w:bCs/>
                <w:sz w:val="28"/>
                <w:szCs w:val="28"/>
                <w:lang w:val="kk-KZ"/>
              </w:rPr>
              <w:t>85</w:t>
            </w:r>
          </w:p>
        </w:tc>
        <w:tc>
          <w:tcPr>
            <w:tcW w:w="2835" w:type="dxa"/>
            <w:tcBorders>
              <w:top w:val="single" w:sz="4" w:space="0" w:color="auto"/>
              <w:left w:val="single" w:sz="4" w:space="0" w:color="auto"/>
              <w:bottom w:val="single" w:sz="4" w:space="0" w:color="auto"/>
              <w:right w:val="single" w:sz="4" w:space="0" w:color="auto"/>
            </w:tcBorders>
            <w:vAlign w:val="center"/>
          </w:tcPr>
          <w:p w14:paraId="74A1BA7D" w14:textId="77777777" w:rsidR="00FA1D49" w:rsidRPr="00FA1D49" w:rsidRDefault="00FA1D49" w:rsidP="00FA1D49">
            <w:pPr>
              <w:jc w:val="both"/>
              <w:rPr>
                <w:bCs/>
                <w:sz w:val="28"/>
                <w:szCs w:val="28"/>
                <w:lang w:val="kk-KZ"/>
              </w:rPr>
            </w:pPr>
            <w:r w:rsidRPr="00FA1D49">
              <w:rPr>
                <w:bCs/>
                <w:sz w:val="28"/>
                <w:szCs w:val="28"/>
                <w:lang w:val="kk-KZ"/>
              </w:rPr>
              <w:t>85</w:t>
            </w:r>
          </w:p>
        </w:tc>
        <w:tc>
          <w:tcPr>
            <w:tcW w:w="2410" w:type="dxa"/>
            <w:tcBorders>
              <w:top w:val="single" w:sz="4" w:space="0" w:color="auto"/>
              <w:left w:val="single" w:sz="4" w:space="0" w:color="auto"/>
              <w:bottom w:val="single" w:sz="4" w:space="0" w:color="auto"/>
              <w:right w:val="single" w:sz="4" w:space="0" w:color="auto"/>
            </w:tcBorders>
          </w:tcPr>
          <w:p w14:paraId="7B7C31F6" w14:textId="77777777" w:rsidR="00FA1D49" w:rsidRPr="00FA1D49" w:rsidRDefault="00FA1D49" w:rsidP="00FA1D49">
            <w:pPr>
              <w:jc w:val="both"/>
              <w:rPr>
                <w:bCs/>
                <w:sz w:val="28"/>
                <w:szCs w:val="28"/>
                <w:lang w:val="kk-KZ"/>
              </w:rPr>
            </w:pPr>
            <w:r w:rsidRPr="00FA1D49">
              <w:rPr>
                <w:bCs/>
                <w:sz w:val="28"/>
                <w:szCs w:val="28"/>
                <w:lang w:val="kk-KZ"/>
              </w:rPr>
              <w:t>100</w:t>
            </w:r>
          </w:p>
        </w:tc>
      </w:tr>
      <w:tr w:rsidR="00FA1D49" w:rsidRPr="00FA1D49" w14:paraId="578D80E0" w14:textId="77777777" w:rsidTr="00FA1D49">
        <w:trPr>
          <w:gridAfter w:val="1"/>
          <w:wAfter w:w="1512" w:type="dxa"/>
          <w:trHeight w:val="287"/>
        </w:trPr>
        <w:tc>
          <w:tcPr>
            <w:tcW w:w="768" w:type="dxa"/>
            <w:tcBorders>
              <w:top w:val="single" w:sz="4" w:space="0" w:color="auto"/>
              <w:left w:val="single" w:sz="4" w:space="0" w:color="auto"/>
              <w:bottom w:val="single" w:sz="4" w:space="0" w:color="auto"/>
              <w:right w:val="single" w:sz="4" w:space="0" w:color="auto"/>
            </w:tcBorders>
            <w:noWrap/>
            <w:vAlign w:val="center"/>
          </w:tcPr>
          <w:p w14:paraId="1564844F" w14:textId="77777777" w:rsidR="00FA1D49" w:rsidRPr="00FA1D49" w:rsidRDefault="00FA1D49" w:rsidP="00FA1D49">
            <w:pPr>
              <w:jc w:val="both"/>
              <w:rPr>
                <w:color w:val="000000"/>
                <w:sz w:val="28"/>
                <w:szCs w:val="28"/>
              </w:rPr>
            </w:pPr>
            <w:r w:rsidRPr="00FA1D49">
              <w:rPr>
                <w:color w:val="000000"/>
                <w:sz w:val="28"/>
                <w:szCs w:val="28"/>
              </w:rPr>
              <w:t>8</w:t>
            </w:r>
          </w:p>
        </w:tc>
        <w:tc>
          <w:tcPr>
            <w:tcW w:w="2322" w:type="dxa"/>
            <w:tcBorders>
              <w:top w:val="single" w:sz="4" w:space="0" w:color="auto"/>
              <w:left w:val="single" w:sz="4" w:space="0" w:color="auto"/>
              <w:bottom w:val="single" w:sz="4" w:space="0" w:color="auto"/>
              <w:right w:val="single" w:sz="4" w:space="0" w:color="auto"/>
            </w:tcBorders>
            <w:vAlign w:val="center"/>
            <w:hideMark/>
          </w:tcPr>
          <w:p w14:paraId="4C34807F" w14:textId="77777777" w:rsidR="00FA1D49" w:rsidRPr="00FA1D49" w:rsidRDefault="00FA1D49" w:rsidP="00FA1D49">
            <w:pPr>
              <w:tabs>
                <w:tab w:val="left" w:pos="0"/>
              </w:tabs>
              <w:jc w:val="both"/>
              <w:rPr>
                <w:sz w:val="28"/>
                <w:szCs w:val="28"/>
                <w:lang w:val="kk-KZ"/>
              </w:rPr>
            </w:pPr>
            <w:r w:rsidRPr="00FA1D49">
              <w:rPr>
                <w:sz w:val="28"/>
                <w:szCs w:val="28"/>
              </w:rPr>
              <w:t xml:space="preserve">8-сынып </w:t>
            </w:r>
          </w:p>
        </w:tc>
        <w:tc>
          <w:tcPr>
            <w:tcW w:w="1843" w:type="dxa"/>
            <w:tcBorders>
              <w:top w:val="single" w:sz="4" w:space="0" w:color="auto"/>
              <w:left w:val="single" w:sz="4" w:space="0" w:color="auto"/>
              <w:bottom w:val="single" w:sz="4" w:space="0" w:color="auto"/>
              <w:right w:val="single" w:sz="4" w:space="0" w:color="auto"/>
            </w:tcBorders>
            <w:vAlign w:val="center"/>
          </w:tcPr>
          <w:p w14:paraId="15327203" w14:textId="77777777" w:rsidR="00FA1D49" w:rsidRPr="00FA1D49" w:rsidRDefault="00FA1D49" w:rsidP="00FA1D49">
            <w:pPr>
              <w:jc w:val="both"/>
              <w:rPr>
                <w:bCs/>
                <w:sz w:val="28"/>
                <w:szCs w:val="28"/>
                <w:lang w:val="kk-KZ"/>
              </w:rPr>
            </w:pPr>
            <w:r w:rsidRPr="00FA1D49">
              <w:rPr>
                <w:bCs/>
                <w:sz w:val="28"/>
                <w:szCs w:val="28"/>
                <w:lang w:val="kk-KZ"/>
              </w:rPr>
              <w:t>85</w:t>
            </w:r>
          </w:p>
        </w:tc>
        <w:tc>
          <w:tcPr>
            <w:tcW w:w="2835" w:type="dxa"/>
            <w:tcBorders>
              <w:top w:val="single" w:sz="4" w:space="0" w:color="auto"/>
              <w:left w:val="single" w:sz="4" w:space="0" w:color="auto"/>
              <w:bottom w:val="single" w:sz="4" w:space="0" w:color="auto"/>
              <w:right w:val="single" w:sz="4" w:space="0" w:color="auto"/>
            </w:tcBorders>
            <w:vAlign w:val="center"/>
          </w:tcPr>
          <w:p w14:paraId="4B4CA9D1" w14:textId="77777777" w:rsidR="00FA1D49" w:rsidRPr="00FA1D49" w:rsidRDefault="00FA1D49" w:rsidP="00FA1D49">
            <w:pPr>
              <w:jc w:val="both"/>
              <w:rPr>
                <w:bCs/>
                <w:sz w:val="28"/>
                <w:szCs w:val="28"/>
                <w:lang w:val="kk-KZ"/>
              </w:rPr>
            </w:pPr>
            <w:r w:rsidRPr="00FA1D49">
              <w:rPr>
                <w:bCs/>
                <w:sz w:val="28"/>
                <w:szCs w:val="28"/>
                <w:lang w:val="kk-KZ"/>
              </w:rPr>
              <w:t>85</w:t>
            </w:r>
          </w:p>
        </w:tc>
        <w:tc>
          <w:tcPr>
            <w:tcW w:w="2410" w:type="dxa"/>
            <w:tcBorders>
              <w:top w:val="single" w:sz="4" w:space="0" w:color="auto"/>
              <w:left w:val="single" w:sz="4" w:space="0" w:color="auto"/>
              <w:bottom w:val="single" w:sz="4" w:space="0" w:color="auto"/>
              <w:right w:val="single" w:sz="4" w:space="0" w:color="auto"/>
            </w:tcBorders>
          </w:tcPr>
          <w:p w14:paraId="571B90C4" w14:textId="77777777" w:rsidR="00FA1D49" w:rsidRPr="00FA1D49" w:rsidRDefault="00FA1D49" w:rsidP="00FA1D49">
            <w:pPr>
              <w:jc w:val="both"/>
              <w:rPr>
                <w:bCs/>
                <w:sz w:val="28"/>
                <w:szCs w:val="28"/>
                <w:lang w:val="kk-KZ"/>
              </w:rPr>
            </w:pPr>
            <w:r w:rsidRPr="00FA1D49">
              <w:rPr>
                <w:bCs/>
                <w:sz w:val="28"/>
                <w:szCs w:val="28"/>
                <w:lang w:val="kk-KZ"/>
              </w:rPr>
              <w:t>90</w:t>
            </w:r>
          </w:p>
        </w:tc>
      </w:tr>
      <w:tr w:rsidR="00FA1D49" w:rsidRPr="00FA1D49" w14:paraId="46DF897C" w14:textId="77777777" w:rsidTr="00FA1D49">
        <w:trPr>
          <w:gridAfter w:val="1"/>
          <w:wAfter w:w="1512" w:type="dxa"/>
          <w:trHeight w:val="287"/>
        </w:trPr>
        <w:tc>
          <w:tcPr>
            <w:tcW w:w="768" w:type="dxa"/>
            <w:tcBorders>
              <w:top w:val="single" w:sz="4" w:space="0" w:color="auto"/>
              <w:left w:val="single" w:sz="4" w:space="0" w:color="auto"/>
              <w:bottom w:val="single" w:sz="4" w:space="0" w:color="auto"/>
              <w:right w:val="single" w:sz="4" w:space="0" w:color="auto"/>
            </w:tcBorders>
            <w:noWrap/>
            <w:vAlign w:val="center"/>
          </w:tcPr>
          <w:p w14:paraId="6A95EAC3" w14:textId="77777777" w:rsidR="00FA1D49" w:rsidRPr="00FA1D49" w:rsidRDefault="00FA1D49" w:rsidP="00FA1D49">
            <w:pPr>
              <w:jc w:val="both"/>
              <w:rPr>
                <w:color w:val="000000"/>
                <w:sz w:val="28"/>
                <w:szCs w:val="28"/>
              </w:rPr>
            </w:pPr>
            <w:r w:rsidRPr="00FA1D49">
              <w:rPr>
                <w:color w:val="000000"/>
                <w:sz w:val="28"/>
                <w:szCs w:val="28"/>
              </w:rPr>
              <w:t>9</w:t>
            </w:r>
          </w:p>
        </w:tc>
        <w:tc>
          <w:tcPr>
            <w:tcW w:w="2322" w:type="dxa"/>
            <w:tcBorders>
              <w:top w:val="single" w:sz="4" w:space="0" w:color="auto"/>
              <w:left w:val="single" w:sz="4" w:space="0" w:color="auto"/>
              <w:bottom w:val="single" w:sz="4" w:space="0" w:color="auto"/>
              <w:right w:val="single" w:sz="4" w:space="0" w:color="auto"/>
            </w:tcBorders>
            <w:vAlign w:val="center"/>
            <w:hideMark/>
          </w:tcPr>
          <w:p w14:paraId="145C2F6E" w14:textId="77777777" w:rsidR="00FA1D49" w:rsidRPr="00FA1D49" w:rsidRDefault="00FA1D49" w:rsidP="00FA1D49">
            <w:pPr>
              <w:tabs>
                <w:tab w:val="left" w:pos="0"/>
              </w:tabs>
              <w:jc w:val="both"/>
              <w:rPr>
                <w:sz w:val="28"/>
                <w:szCs w:val="28"/>
                <w:lang w:val="kk-KZ"/>
              </w:rPr>
            </w:pPr>
            <w:r w:rsidRPr="00FA1D49">
              <w:rPr>
                <w:sz w:val="28"/>
                <w:szCs w:val="28"/>
              </w:rPr>
              <w:t xml:space="preserve">9-сынып </w:t>
            </w:r>
          </w:p>
        </w:tc>
        <w:tc>
          <w:tcPr>
            <w:tcW w:w="1843" w:type="dxa"/>
            <w:tcBorders>
              <w:top w:val="single" w:sz="4" w:space="0" w:color="auto"/>
              <w:left w:val="single" w:sz="4" w:space="0" w:color="auto"/>
              <w:bottom w:val="single" w:sz="4" w:space="0" w:color="auto"/>
              <w:right w:val="single" w:sz="4" w:space="0" w:color="auto"/>
            </w:tcBorders>
            <w:vAlign w:val="center"/>
          </w:tcPr>
          <w:p w14:paraId="2F945AB7" w14:textId="77777777" w:rsidR="00FA1D49" w:rsidRPr="00FA1D49" w:rsidRDefault="00FA1D49" w:rsidP="00FA1D49">
            <w:pPr>
              <w:jc w:val="both"/>
              <w:rPr>
                <w:bCs/>
                <w:sz w:val="28"/>
                <w:szCs w:val="28"/>
                <w:lang w:val="kk-KZ"/>
              </w:rPr>
            </w:pPr>
            <w:r w:rsidRPr="00FA1D49">
              <w:rPr>
                <w:bCs/>
                <w:sz w:val="28"/>
                <w:szCs w:val="28"/>
                <w:lang w:val="kk-KZ"/>
              </w:rPr>
              <w:t>73</w:t>
            </w:r>
          </w:p>
        </w:tc>
        <w:tc>
          <w:tcPr>
            <w:tcW w:w="2835" w:type="dxa"/>
            <w:tcBorders>
              <w:top w:val="single" w:sz="4" w:space="0" w:color="auto"/>
              <w:left w:val="single" w:sz="4" w:space="0" w:color="auto"/>
              <w:bottom w:val="single" w:sz="4" w:space="0" w:color="auto"/>
              <w:right w:val="single" w:sz="4" w:space="0" w:color="auto"/>
            </w:tcBorders>
            <w:vAlign w:val="center"/>
          </w:tcPr>
          <w:p w14:paraId="6968EA75" w14:textId="77777777" w:rsidR="00FA1D49" w:rsidRPr="00FA1D49" w:rsidRDefault="00FA1D49" w:rsidP="00FA1D49">
            <w:pPr>
              <w:jc w:val="both"/>
              <w:rPr>
                <w:bCs/>
                <w:sz w:val="28"/>
                <w:szCs w:val="28"/>
                <w:lang w:val="kk-KZ"/>
              </w:rPr>
            </w:pPr>
            <w:r w:rsidRPr="00FA1D49">
              <w:rPr>
                <w:bCs/>
                <w:sz w:val="28"/>
                <w:szCs w:val="28"/>
                <w:lang w:val="kk-KZ"/>
              </w:rPr>
              <w:t>73</w:t>
            </w:r>
          </w:p>
        </w:tc>
        <w:tc>
          <w:tcPr>
            <w:tcW w:w="2410" w:type="dxa"/>
            <w:tcBorders>
              <w:top w:val="single" w:sz="4" w:space="0" w:color="auto"/>
              <w:left w:val="single" w:sz="4" w:space="0" w:color="auto"/>
              <w:bottom w:val="single" w:sz="4" w:space="0" w:color="auto"/>
              <w:right w:val="single" w:sz="4" w:space="0" w:color="auto"/>
            </w:tcBorders>
          </w:tcPr>
          <w:p w14:paraId="78F76B62" w14:textId="77777777" w:rsidR="00FA1D49" w:rsidRPr="00FA1D49" w:rsidRDefault="00FA1D49" w:rsidP="00FA1D49">
            <w:pPr>
              <w:jc w:val="both"/>
              <w:rPr>
                <w:bCs/>
                <w:sz w:val="28"/>
                <w:szCs w:val="28"/>
                <w:lang w:val="kk-KZ"/>
              </w:rPr>
            </w:pPr>
            <w:r w:rsidRPr="00FA1D49">
              <w:rPr>
                <w:bCs/>
                <w:sz w:val="28"/>
                <w:szCs w:val="28"/>
                <w:lang w:val="kk-KZ"/>
              </w:rPr>
              <w:t>110</w:t>
            </w:r>
          </w:p>
        </w:tc>
      </w:tr>
      <w:tr w:rsidR="00FA1D49" w:rsidRPr="00FA1D49" w14:paraId="71F40F65" w14:textId="77777777" w:rsidTr="00FA1D49">
        <w:trPr>
          <w:gridAfter w:val="1"/>
          <w:wAfter w:w="1512" w:type="dxa"/>
          <w:trHeight w:val="287"/>
        </w:trPr>
        <w:tc>
          <w:tcPr>
            <w:tcW w:w="768" w:type="dxa"/>
            <w:tcBorders>
              <w:top w:val="single" w:sz="4" w:space="0" w:color="auto"/>
              <w:left w:val="single" w:sz="4" w:space="0" w:color="auto"/>
              <w:bottom w:val="single" w:sz="4" w:space="0" w:color="auto"/>
              <w:right w:val="single" w:sz="4" w:space="0" w:color="auto"/>
            </w:tcBorders>
            <w:noWrap/>
            <w:vAlign w:val="center"/>
          </w:tcPr>
          <w:p w14:paraId="08AA2FB2" w14:textId="77777777" w:rsidR="00FA1D49" w:rsidRPr="00FA1D49" w:rsidRDefault="00FA1D49" w:rsidP="00FA1D49">
            <w:pPr>
              <w:jc w:val="both"/>
              <w:rPr>
                <w:color w:val="000000"/>
                <w:sz w:val="28"/>
                <w:szCs w:val="28"/>
              </w:rPr>
            </w:pPr>
            <w:r w:rsidRPr="00FA1D49">
              <w:rPr>
                <w:color w:val="000000"/>
                <w:sz w:val="28"/>
                <w:szCs w:val="28"/>
              </w:rPr>
              <w:t>10</w:t>
            </w:r>
          </w:p>
        </w:tc>
        <w:tc>
          <w:tcPr>
            <w:tcW w:w="2322" w:type="dxa"/>
            <w:tcBorders>
              <w:top w:val="single" w:sz="4" w:space="0" w:color="auto"/>
              <w:left w:val="single" w:sz="4" w:space="0" w:color="auto"/>
              <w:bottom w:val="single" w:sz="4" w:space="0" w:color="auto"/>
              <w:right w:val="single" w:sz="4" w:space="0" w:color="auto"/>
            </w:tcBorders>
            <w:vAlign w:val="center"/>
            <w:hideMark/>
          </w:tcPr>
          <w:p w14:paraId="03F46462" w14:textId="77777777" w:rsidR="00FA1D49" w:rsidRPr="00FA1D49" w:rsidRDefault="00FA1D49" w:rsidP="00FA1D49">
            <w:pPr>
              <w:tabs>
                <w:tab w:val="left" w:pos="0"/>
              </w:tabs>
              <w:jc w:val="both"/>
              <w:rPr>
                <w:sz w:val="28"/>
                <w:szCs w:val="28"/>
                <w:lang w:val="kk-KZ"/>
              </w:rPr>
            </w:pPr>
            <w:r w:rsidRPr="00FA1D49">
              <w:rPr>
                <w:sz w:val="28"/>
                <w:szCs w:val="28"/>
              </w:rPr>
              <w:t xml:space="preserve">10-сынып </w:t>
            </w:r>
            <w:r w:rsidRPr="00FA1D49">
              <w:rPr>
                <w:sz w:val="28"/>
                <w:szCs w:val="28"/>
                <w:lang w:val="kk-KZ"/>
              </w:rPr>
              <w:t xml:space="preserve"> ҚГБ</w:t>
            </w:r>
          </w:p>
        </w:tc>
        <w:tc>
          <w:tcPr>
            <w:tcW w:w="1843" w:type="dxa"/>
            <w:tcBorders>
              <w:top w:val="single" w:sz="4" w:space="0" w:color="auto"/>
              <w:left w:val="single" w:sz="4" w:space="0" w:color="auto"/>
              <w:bottom w:val="single" w:sz="4" w:space="0" w:color="auto"/>
              <w:right w:val="single" w:sz="4" w:space="0" w:color="auto"/>
            </w:tcBorders>
            <w:vAlign w:val="center"/>
          </w:tcPr>
          <w:p w14:paraId="51BBB73A" w14:textId="77777777" w:rsidR="00FA1D49" w:rsidRPr="00FA1D49" w:rsidRDefault="00FA1D49" w:rsidP="00FA1D49">
            <w:pPr>
              <w:jc w:val="both"/>
              <w:rPr>
                <w:bCs/>
                <w:sz w:val="28"/>
                <w:szCs w:val="28"/>
                <w:lang w:val="kk-KZ"/>
              </w:rPr>
            </w:pPr>
            <w:r w:rsidRPr="00FA1D49">
              <w:rPr>
                <w:bCs/>
                <w:sz w:val="28"/>
                <w:szCs w:val="28"/>
                <w:lang w:val="kk-KZ"/>
              </w:rPr>
              <w:t>25</w:t>
            </w:r>
          </w:p>
        </w:tc>
        <w:tc>
          <w:tcPr>
            <w:tcW w:w="2835" w:type="dxa"/>
            <w:tcBorders>
              <w:top w:val="single" w:sz="4" w:space="0" w:color="auto"/>
              <w:left w:val="single" w:sz="4" w:space="0" w:color="auto"/>
              <w:bottom w:val="single" w:sz="4" w:space="0" w:color="auto"/>
              <w:right w:val="single" w:sz="4" w:space="0" w:color="auto"/>
            </w:tcBorders>
            <w:vAlign w:val="center"/>
          </w:tcPr>
          <w:p w14:paraId="29710BAE" w14:textId="77777777" w:rsidR="00FA1D49" w:rsidRPr="00FA1D49" w:rsidRDefault="00FA1D49" w:rsidP="00FA1D49">
            <w:pPr>
              <w:jc w:val="both"/>
              <w:rPr>
                <w:bCs/>
                <w:sz w:val="28"/>
                <w:szCs w:val="28"/>
                <w:lang w:val="kk-KZ"/>
              </w:rPr>
            </w:pPr>
            <w:r w:rsidRPr="00FA1D49">
              <w:rPr>
                <w:bCs/>
                <w:sz w:val="28"/>
                <w:szCs w:val="28"/>
                <w:lang w:val="kk-KZ"/>
              </w:rPr>
              <w:t>25</w:t>
            </w:r>
          </w:p>
        </w:tc>
        <w:tc>
          <w:tcPr>
            <w:tcW w:w="2410" w:type="dxa"/>
            <w:tcBorders>
              <w:top w:val="single" w:sz="4" w:space="0" w:color="auto"/>
              <w:left w:val="single" w:sz="4" w:space="0" w:color="auto"/>
              <w:bottom w:val="single" w:sz="4" w:space="0" w:color="auto"/>
              <w:right w:val="single" w:sz="4" w:space="0" w:color="auto"/>
            </w:tcBorders>
          </w:tcPr>
          <w:p w14:paraId="70D9E35B" w14:textId="77777777" w:rsidR="00FA1D49" w:rsidRPr="00FA1D49" w:rsidRDefault="00FA1D49" w:rsidP="00FA1D49">
            <w:pPr>
              <w:jc w:val="both"/>
              <w:rPr>
                <w:bCs/>
                <w:sz w:val="28"/>
                <w:szCs w:val="28"/>
                <w:lang w:val="kk-KZ"/>
              </w:rPr>
            </w:pPr>
            <w:r w:rsidRPr="00FA1D49">
              <w:rPr>
                <w:bCs/>
                <w:sz w:val="28"/>
                <w:szCs w:val="28"/>
                <w:lang w:val="kk-KZ"/>
              </w:rPr>
              <w:t>35</w:t>
            </w:r>
          </w:p>
        </w:tc>
      </w:tr>
      <w:tr w:rsidR="00FA1D49" w:rsidRPr="00FA1D49" w14:paraId="6808635A" w14:textId="77777777" w:rsidTr="00FA1D49">
        <w:trPr>
          <w:gridAfter w:val="1"/>
          <w:wAfter w:w="1512" w:type="dxa"/>
          <w:trHeight w:val="287"/>
        </w:trPr>
        <w:tc>
          <w:tcPr>
            <w:tcW w:w="768" w:type="dxa"/>
            <w:tcBorders>
              <w:top w:val="single" w:sz="4" w:space="0" w:color="auto"/>
              <w:left w:val="single" w:sz="4" w:space="0" w:color="auto"/>
              <w:bottom w:val="single" w:sz="4" w:space="0" w:color="auto"/>
              <w:right w:val="single" w:sz="4" w:space="0" w:color="auto"/>
            </w:tcBorders>
            <w:noWrap/>
            <w:vAlign w:val="center"/>
          </w:tcPr>
          <w:p w14:paraId="3AFF80EA" w14:textId="77777777" w:rsidR="00FA1D49" w:rsidRPr="00FA1D49" w:rsidRDefault="00FA1D49" w:rsidP="00FA1D49">
            <w:pPr>
              <w:jc w:val="both"/>
              <w:rPr>
                <w:color w:val="000000"/>
                <w:sz w:val="28"/>
                <w:szCs w:val="28"/>
                <w:lang w:val="kk-KZ"/>
              </w:rPr>
            </w:pPr>
            <w:r w:rsidRPr="00FA1D49">
              <w:rPr>
                <w:color w:val="000000"/>
                <w:sz w:val="28"/>
                <w:szCs w:val="28"/>
                <w:lang w:val="kk-KZ"/>
              </w:rPr>
              <w:t>11</w:t>
            </w:r>
          </w:p>
        </w:tc>
        <w:tc>
          <w:tcPr>
            <w:tcW w:w="2322" w:type="dxa"/>
            <w:tcBorders>
              <w:top w:val="single" w:sz="4" w:space="0" w:color="auto"/>
              <w:left w:val="single" w:sz="4" w:space="0" w:color="auto"/>
              <w:bottom w:val="single" w:sz="4" w:space="0" w:color="auto"/>
              <w:right w:val="single" w:sz="4" w:space="0" w:color="auto"/>
            </w:tcBorders>
            <w:vAlign w:val="center"/>
          </w:tcPr>
          <w:p w14:paraId="77016825" w14:textId="77777777" w:rsidR="00FA1D49" w:rsidRPr="00FA1D49" w:rsidRDefault="00FA1D49" w:rsidP="00FA1D49">
            <w:pPr>
              <w:tabs>
                <w:tab w:val="left" w:pos="0"/>
              </w:tabs>
              <w:jc w:val="both"/>
              <w:rPr>
                <w:sz w:val="28"/>
                <w:szCs w:val="28"/>
                <w:lang w:val="kk-KZ"/>
              </w:rPr>
            </w:pPr>
            <w:r w:rsidRPr="00FA1D49">
              <w:rPr>
                <w:sz w:val="28"/>
                <w:szCs w:val="28"/>
                <w:lang w:val="kk-KZ"/>
              </w:rPr>
              <w:t>10-сынып ЖМБ</w:t>
            </w:r>
          </w:p>
        </w:tc>
        <w:tc>
          <w:tcPr>
            <w:tcW w:w="1843" w:type="dxa"/>
            <w:tcBorders>
              <w:top w:val="single" w:sz="4" w:space="0" w:color="auto"/>
              <w:left w:val="single" w:sz="4" w:space="0" w:color="auto"/>
              <w:bottom w:val="single" w:sz="4" w:space="0" w:color="auto"/>
              <w:right w:val="single" w:sz="4" w:space="0" w:color="auto"/>
            </w:tcBorders>
            <w:vAlign w:val="center"/>
          </w:tcPr>
          <w:p w14:paraId="0C055D2A" w14:textId="77777777" w:rsidR="00FA1D49" w:rsidRPr="00FA1D49" w:rsidRDefault="00FA1D49" w:rsidP="00FA1D49">
            <w:pPr>
              <w:jc w:val="both"/>
              <w:rPr>
                <w:bCs/>
                <w:sz w:val="28"/>
                <w:szCs w:val="28"/>
                <w:lang w:val="kk-KZ"/>
              </w:rPr>
            </w:pPr>
            <w:r w:rsidRPr="00FA1D49">
              <w:rPr>
                <w:bCs/>
                <w:sz w:val="28"/>
                <w:szCs w:val="28"/>
                <w:lang w:val="kk-KZ"/>
              </w:rPr>
              <w:t>25</w:t>
            </w:r>
          </w:p>
        </w:tc>
        <w:tc>
          <w:tcPr>
            <w:tcW w:w="2835" w:type="dxa"/>
            <w:tcBorders>
              <w:top w:val="single" w:sz="4" w:space="0" w:color="auto"/>
              <w:left w:val="single" w:sz="4" w:space="0" w:color="auto"/>
              <w:bottom w:val="single" w:sz="4" w:space="0" w:color="auto"/>
              <w:right w:val="single" w:sz="4" w:space="0" w:color="auto"/>
            </w:tcBorders>
            <w:vAlign w:val="center"/>
          </w:tcPr>
          <w:p w14:paraId="44D3C257" w14:textId="77777777" w:rsidR="00FA1D49" w:rsidRPr="00FA1D49" w:rsidRDefault="00FA1D49" w:rsidP="00FA1D49">
            <w:pPr>
              <w:jc w:val="both"/>
              <w:rPr>
                <w:bCs/>
                <w:sz w:val="28"/>
                <w:szCs w:val="28"/>
                <w:lang w:val="kk-KZ"/>
              </w:rPr>
            </w:pPr>
            <w:r w:rsidRPr="00FA1D49">
              <w:rPr>
                <w:bCs/>
                <w:sz w:val="28"/>
                <w:szCs w:val="28"/>
                <w:lang w:val="kk-KZ"/>
              </w:rPr>
              <w:t>25</w:t>
            </w:r>
          </w:p>
        </w:tc>
        <w:tc>
          <w:tcPr>
            <w:tcW w:w="2410" w:type="dxa"/>
            <w:tcBorders>
              <w:top w:val="single" w:sz="4" w:space="0" w:color="auto"/>
              <w:left w:val="single" w:sz="4" w:space="0" w:color="auto"/>
              <w:bottom w:val="single" w:sz="4" w:space="0" w:color="auto"/>
              <w:right w:val="single" w:sz="4" w:space="0" w:color="auto"/>
            </w:tcBorders>
          </w:tcPr>
          <w:p w14:paraId="0AD35249" w14:textId="77777777" w:rsidR="00FA1D49" w:rsidRPr="00FA1D49" w:rsidRDefault="00FA1D49" w:rsidP="00FA1D49">
            <w:pPr>
              <w:jc w:val="both"/>
              <w:rPr>
                <w:bCs/>
                <w:sz w:val="28"/>
                <w:szCs w:val="28"/>
                <w:lang w:val="kk-KZ"/>
              </w:rPr>
            </w:pPr>
            <w:r w:rsidRPr="00FA1D49">
              <w:rPr>
                <w:bCs/>
                <w:sz w:val="28"/>
                <w:szCs w:val="28"/>
                <w:lang w:val="kk-KZ"/>
              </w:rPr>
              <w:t>35</w:t>
            </w:r>
          </w:p>
        </w:tc>
      </w:tr>
      <w:tr w:rsidR="00FA1D49" w:rsidRPr="00FA1D49" w14:paraId="41FD6037" w14:textId="77777777" w:rsidTr="00FA1D49">
        <w:trPr>
          <w:gridAfter w:val="1"/>
          <w:wAfter w:w="1512" w:type="dxa"/>
          <w:trHeight w:val="257"/>
        </w:trPr>
        <w:tc>
          <w:tcPr>
            <w:tcW w:w="768" w:type="dxa"/>
            <w:tcBorders>
              <w:top w:val="single" w:sz="4" w:space="0" w:color="auto"/>
              <w:left w:val="single" w:sz="4" w:space="0" w:color="auto"/>
              <w:bottom w:val="single" w:sz="4" w:space="0" w:color="auto"/>
              <w:right w:val="single" w:sz="4" w:space="0" w:color="auto"/>
            </w:tcBorders>
            <w:noWrap/>
            <w:vAlign w:val="center"/>
            <w:hideMark/>
          </w:tcPr>
          <w:p w14:paraId="24D873AD" w14:textId="77777777" w:rsidR="00FA1D49" w:rsidRPr="00FA1D49" w:rsidRDefault="00FA1D49" w:rsidP="00FA1D49">
            <w:pPr>
              <w:jc w:val="both"/>
              <w:rPr>
                <w:sz w:val="28"/>
                <w:szCs w:val="28"/>
                <w:lang w:val="kk-KZ"/>
              </w:rPr>
            </w:pPr>
            <w:r w:rsidRPr="00FA1D49">
              <w:rPr>
                <w:sz w:val="28"/>
                <w:szCs w:val="28"/>
              </w:rPr>
              <w:t> </w:t>
            </w:r>
            <w:r w:rsidRPr="00FA1D49">
              <w:rPr>
                <w:sz w:val="28"/>
                <w:szCs w:val="28"/>
                <w:lang w:val="kk-KZ"/>
              </w:rPr>
              <w:t xml:space="preserve">  12</w:t>
            </w:r>
          </w:p>
        </w:tc>
        <w:tc>
          <w:tcPr>
            <w:tcW w:w="2322" w:type="dxa"/>
            <w:tcBorders>
              <w:top w:val="single" w:sz="4" w:space="0" w:color="auto"/>
              <w:left w:val="single" w:sz="4" w:space="0" w:color="auto"/>
              <w:bottom w:val="single" w:sz="4" w:space="0" w:color="auto"/>
              <w:right w:val="single" w:sz="4" w:space="0" w:color="auto"/>
            </w:tcBorders>
            <w:noWrap/>
            <w:vAlign w:val="center"/>
            <w:hideMark/>
          </w:tcPr>
          <w:p w14:paraId="1EDA709E" w14:textId="77777777" w:rsidR="00FA1D49" w:rsidRPr="00FA1D49" w:rsidRDefault="00FA1D49" w:rsidP="00FA1D49">
            <w:pPr>
              <w:jc w:val="both"/>
              <w:rPr>
                <w:sz w:val="28"/>
                <w:szCs w:val="28"/>
                <w:lang w:val="kk-KZ"/>
              </w:rPr>
            </w:pPr>
            <w:r w:rsidRPr="00FA1D49">
              <w:rPr>
                <w:sz w:val="28"/>
                <w:szCs w:val="28"/>
                <w:lang w:val="kk-KZ"/>
              </w:rPr>
              <w:t>11-сынып</w:t>
            </w:r>
            <w:r w:rsidRPr="00FA1D49">
              <w:rPr>
                <w:sz w:val="28"/>
                <w:szCs w:val="28"/>
              </w:rPr>
              <w:t> </w:t>
            </w:r>
            <w:r w:rsidRPr="00FA1D49">
              <w:rPr>
                <w:sz w:val="28"/>
                <w:szCs w:val="28"/>
                <w:lang w:val="kk-KZ"/>
              </w:rPr>
              <w:t>ҚГБ</w:t>
            </w:r>
          </w:p>
        </w:tc>
        <w:tc>
          <w:tcPr>
            <w:tcW w:w="1843" w:type="dxa"/>
            <w:tcBorders>
              <w:top w:val="single" w:sz="4" w:space="0" w:color="auto"/>
              <w:left w:val="single" w:sz="4" w:space="0" w:color="auto"/>
              <w:bottom w:val="single" w:sz="4" w:space="0" w:color="auto"/>
              <w:right w:val="single" w:sz="4" w:space="0" w:color="auto"/>
            </w:tcBorders>
            <w:noWrap/>
            <w:vAlign w:val="center"/>
          </w:tcPr>
          <w:p w14:paraId="3D1F1CCA" w14:textId="77777777" w:rsidR="00FA1D49" w:rsidRPr="00FA1D49" w:rsidRDefault="00FA1D49" w:rsidP="00FA1D49">
            <w:pPr>
              <w:jc w:val="both"/>
              <w:rPr>
                <w:sz w:val="28"/>
                <w:szCs w:val="28"/>
                <w:lang w:val="kk-KZ"/>
              </w:rPr>
            </w:pPr>
            <w:r w:rsidRPr="00FA1D49">
              <w:rPr>
                <w:sz w:val="28"/>
                <w:szCs w:val="28"/>
                <w:lang w:val="kk-KZ"/>
              </w:rPr>
              <w:t>23</w:t>
            </w:r>
          </w:p>
        </w:tc>
        <w:tc>
          <w:tcPr>
            <w:tcW w:w="2835" w:type="dxa"/>
            <w:tcBorders>
              <w:top w:val="single" w:sz="4" w:space="0" w:color="auto"/>
              <w:left w:val="single" w:sz="4" w:space="0" w:color="auto"/>
              <w:bottom w:val="single" w:sz="4" w:space="0" w:color="auto"/>
              <w:right w:val="single" w:sz="4" w:space="0" w:color="auto"/>
            </w:tcBorders>
            <w:noWrap/>
            <w:vAlign w:val="center"/>
          </w:tcPr>
          <w:p w14:paraId="6DA03E7B" w14:textId="77777777" w:rsidR="00FA1D49" w:rsidRPr="00FA1D49" w:rsidRDefault="00FA1D49" w:rsidP="00FA1D49">
            <w:pPr>
              <w:jc w:val="both"/>
              <w:rPr>
                <w:sz w:val="28"/>
                <w:szCs w:val="28"/>
                <w:lang w:val="kk-KZ"/>
              </w:rPr>
            </w:pPr>
            <w:r w:rsidRPr="00FA1D49">
              <w:rPr>
                <w:sz w:val="28"/>
                <w:szCs w:val="28"/>
                <w:lang w:val="kk-KZ"/>
              </w:rPr>
              <w:t>23</w:t>
            </w:r>
          </w:p>
        </w:tc>
        <w:tc>
          <w:tcPr>
            <w:tcW w:w="2410" w:type="dxa"/>
            <w:tcBorders>
              <w:top w:val="single" w:sz="4" w:space="0" w:color="auto"/>
              <w:left w:val="single" w:sz="4" w:space="0" w:color="auto"/>
              <w:bottom w:val="single" w:sz="4" w:space="0" w:color="auto"/>
              <w:right w:val="single" w:sz="4" w:space="0" w:color="auto"/>
            </w:tcBorders>
          </w:tcPr>
          <w:p w14:paraId="3789F15D" w14:textId="77777777" w:rsidR="00FA1D49" w:rsidRPr="00FA1D49" w:rsidRDefault="00FA1D49" w:rsidP="00FA1D49">
            <w:pPr>
              <w:jc w:val="both"/>
              <w:rPr>
                <w:sz w:val="28"/>
                <w:szCs w:val="28"/>
                <w:lang w:val="kk-KZ"/>
              </w:rPr>
            </w:pPr>
            <w:r w:rsidRPr="00FA1D49">
              <w:rPr>
                <w:sz w:val="28"/>
                <w:szCs w:val="28"/>
                <w:lang w:val="kk-KZ"/>
              </w:rPr>
              <w:t>35</w:t>
            </w:r>
          </w:p>
        </w:tc>
      </w:tr>
      <w:tr w:rsidR="00FA1D49" w:rsidRPr="00FA1D49" w14:paraId="7F7291A3" w14:textId="77777777" w:rsidTr="00FA1D49">
        <w:trPr>
          <w:gridAfter w:val="1"/>
          <w:wAfter w:w="1512" w:type="dxa"/>
          <w:trHeight w:val="257"/>
        </w:trPr>
        <w:tc>
          <w:tcPr>
            <w:tcW w:w="768" w:type="dxa"/>
            <w:tcBorders>
              <w:top w:val="single" w:sz="4" w:space="0" w:color="auto"/>
              <w:left w:val="single" w:sz="4" w:space="0" w:color="auto"/>
              <w:bottom w:val="single" w:sz="4" w:space="0" w:color="auto"/>
              <w:right w:val="single" w:sz="4" w:space="0" w:color="auto"/>
            </w:tcBorders>
            <w:noWrap/>
            <w:vAlign w:val="center"/>
          </w:tcPr>
          <w:p w14:paraId="3060F93F" w14:textId="77777777" w:rsidR="00FA1D49" w:rsidRPr="00FA1D49" w:rsidRDefault="00FA1D49" w:rsidP="00FA1D49">
            <w:pPr>
              <w:jc w:val="both"/>
              <w:rPr>
                <w:sz w:val="28"/>
                <w:szCs w:val="28"/>
                <w:lang w:val="kk-KZ"/>
              </w:rPr>
            </w:pPr>
            <w:r w:rsidRPr="00FA1D49">
              <w:rPr>
                <w:sz w:val="28"/>
                <w:szCs w:val="28"/>
                <w:lang w:val="kk-KZ"/>
              </w:rPr>
              <w:t xml:space="preserve">   13</w:t>
            </w:r>
          </w:p>
        </w:tc>
        <w:tc>
          <w:tcPr>
            <w:tcW w:w="2322" w:type="dxa"/>
            <w:tcBorders>
              <w:top w:val="single" w:sz="4" w:space="0" w:color="auto"/>
              <w:left w:val="single" w:sz="4" w:space="0" w:color="auto"/>
              <w:bottom w:val="single" w:sz="4" w:space="0" w:color="auto"/>
              <w:right w:val="single" w:sz="4" w:space="0" w:color="auto"/>
            </w:tcBorders>
            <w:noWrap/>
            <w:vAlign w:val="center"/>
          </w:tcPr>
          <w:p w14:paraId="1346A282" w14:textId="77777777" w:rsidR="00FA1D49" w:rsidRPr="00FA1D49" w:rsidRDefault="00FA1D49" w:rsidP="00FA1D49">
            <w:pPr>
              <w:jc w:val="both"/>
              <w:rPr>
                <w:sz w:val="28"/>
                <w:szCs w:val="28"/>
                <w:lang w:val="kk-KZ"/>
              </w:rPr>
            </w:pPr>
            <w:r w:rsidRPr="00FA1D49">
              <w:rPr>
                <w:sz w:val="28"/>
                <w:szCs w:val="28"/>
                <w:lang w:val="kk-KZ"/>
              </w:rPr>
              <w:t>11 сынып ЖМБ</w:t>
            </w:r>
          </w:p>
        </w:tc>
        <w:tc>
          <w:tcPr>
            <w:tcW w:w="1843" w:type="dxa"/>
            <w:tcBorders>
              <w:top w:val="single" w:sz="4" w:space="0" w:color="auto"/>
              <w:left w:val="single" w:sz="4" w:space="0" w:color="auto"/>
              <w:bottom w:val="single" w:sz="4" w:space="0" w:color="auto"/>
              <w:right w:val="single" w:sz="4" w:space="0" w:color="auto"/>
            </w:tcBorders>
            <w:noWrap/>
            <w:vAlign w:val="center"/>
          </w:tcPr>
          <w:p w14:paraId="17D506AF" w14:textId="77777777" w:rsidR="00FA1D49" w:rsidRPr="00FA1D49" w:rsidRDefault="00FA1D49" w:rsidP="00FA1D49">
            <w:pPr>
              <w:jc w:val="both"/>
              <w:rPr>
                <w:sz w:val="28"/>
                <w:szCs w:val="28"/>
                <w:lang w:val="kk-KZ"/>
              </w:rPr>
            </w:pPr>
            <w:r w:rsidRPr="00FA1D49">
              <w:rPr>
                <w:sz w:val="28"/>
                <w:szCs w:val="28"/>
                <w:lang w:val="kk-KZ"/>
              </w:rPr>
              <w:t>25</w:t>
            </w:r>
          </w:p>
        </w:tc>
        <w:tc>
          <w:tcPr>
            <w:tcW w:w="2835" w:type="dxa"/>
            <w:tcBorders>
              <w:top w:val="single" w:sz="4" w:space="0" w:color="auto"/>
              <w:left w:val="single" w:sz="4" w:space="0" w:color="auto"/>
              <w:bottom w:val="single" w:sz="4" w:space="0" w:color="auto"/>
              <w:right w:val="single" w:sz="4" w:space="0" w:color="auto"/>
            </w:tcBorders>
            <w:noWrap/>
            <w:vAlign w:val="center"/>
          </w:tcPr>
          <w:p w14:paraId="626E168D" w14:textId="77777777" w:rsidR="00FA1D49" w:rsidRPr="00FA1D49" w:rsidRDefault="00FA1D49" w:rsidP="00FA1D49">
            <w:pPr>
              <w:jc w:val="both"/>
              <w:rPr>
                <w:sz w:val="28"/>
                <w:szCs w:val="28"/>
                <w:lang w:val="kk-KZ"/>
              </w:rPr>
            </w:pPr>
            <w:r w:rsidRPr="00FA1D49">
              <w:rPr>
                <w:sz w:val="28"/>
                <w:szCs w:val="28"/>
                <w:lang w:val="kk-KZ"/>
              </w:rPr>
              <w:t>25</w:t>
            </w:r>
          </w:p>
        </w:tc>
        <w:tc>
          <w:tcPr>
            <w:tcW w:w="2410" w:type="dxa"/>
            <w:tcBorders>
              <w:top w:val="single" w:sz="4" w:space="0" w:color="auto"/>
              <w:left w:val="single" w:sz="4" w:space="0" w:color="auto"/>
              <w:bottom w:val="single" w:sz="4" w:space="0" w:color="auto"/>
              <w:right w:val="single" w:sz="4" w:space="0" w:color="auto"/>
            </w:tcBorders>
          </w:tcPr>
          <w:p w14:paraId="34641B28" w14:textId="77777777" w:rsidR="00FA1D49" w:rsidRPr="00FA1D49" w:rsidRDefault="00FA1D49" w:rsidP="00FA1D49">
            <w:pPr>
              <w:jc w:val="both"/>
              <w:rPr>
                <w:sz w:val="28"/>
                <w:szCs w:val="28"/>
                <w:lang w:val="kk-KZ"/>
              </w:rPr>
            </w:pPr>
            <w:r w:rsidRPr="00FA1D49">
              <w:rPr>
                <w:sz w:val="28"/>
                <w:szCs w:val="28"/>
                <w:lang w:val="kk-KZ"/>
              </w:rPr>
              <w:t>35</w:t>
            </w:r>
          </w:p>
        </w:tc>
      </w:tr>
      <w:tr w:rsidR="00FA1D49" w:rsidRPr="00FA1D49" w14:paraId="00DBE3BC" w14:textId="77777777" w:rsidTr="00FA1D49">
        <w:trPr>
          <w:gridAfter w:val="1"/>
          <w:wAfter w:w="1512" w:type="dxa"/>
          <w:trHeight w:val="257"/>
        </w:trPr>
        <w:tc>
          <w:tcPr>
            <w:tcW w:w="768" w:type="dxa"/>
            <w:tcBorders>
              <w:top w:val="single" w:sz="4" w:space="0" w:color="auto"/>
              <w:left w:val="single" w:sz="4" w:space="0" w:color="auto"/>
              <w:bottom w:val="single" w:sz="4" w:space="0" w:color="auto"/>
              <w:right w:val="single" w:sz="4" w:space="0" w:color="auto"/>
            </w:tcBorders>
            <w:noWrap/>
            <w:vAlign w:val="center"/>
          </w:tcPr>
          <w:p w14:paraId="694A1EB0" w14:textId="77777777" w:rsidR="00FA1D49" w:rsidRPr="00FA1D49" w:rsidRDefault="00FA1D49" w:rsidP="00FA1D49">
            <w:pPr>
              <w:jc w:val="both"/>
              <w:rPr>
                <w:sz w:val="28"/>
                <w:szCs w:val="28"/>
                <w:lang w:val="kk-KZ"/>
              </w:rPr>
            </w:pPr>
          </w:p>
        </w:tc>
        <w:tc>
          <w:tcPr>
            <w:tcW w:w="2322" w:type="dxa"/>
            <w:tcBorders>
              <w:top w:val="single" w:sz="4" w:space="0" w:color="auto"/>
              <w:left w:val="single" w:sz="4" w:space="0" w:color="auto"/>
              <w:bottom w:val="single" w:sz="4" w:space="0" w:color="auto"/>
              <w:right w:val="single" w:sz="4" w:space="0" w:color="auto"/>
            </w:tcBorders>
            <w:noWrap/>
            <w:vAlign w:val="center"/>
          </w:tcPr>
          <w:p w14:paraId="5B88252C" w14:textId="77777777" w:rsidR="00FA1D49" w:rsidRPr="00FA1D49" w:rsidRDefault="00FA1D49" w:rsidP="00FA1D49">
            <w:pPr>
              <w:jc w:val="both"/>
              <w:rPr>
                <w:sz w:val="28"/>
                <w:szCs w:val="28"/>
                <w:lang w:val="kk-KZ"/>
              </w:rPr>
            </w:pPr>
          </w:p>
        </w:tc>
        <w:tc>
          <w:tcPr>
            <w:tcW w:w="1843" w:type="dxa"/>
            <w:tcBorders>
              <w:top w:val="single" w:sz="4" w:space="0" w:color="auto"/>
              <w:left w:val="single" w:sz="4" w:space="0" w:color="auto"/>
              <w:bottom w:val="single" w:sz="4" w:space="0" w:color="auto"/>
              <w:right w:val="single" w:sz="4" w:space="0" w:color="auto"/>
            </w:tcBorders>
            <w:noWrap/>
            <w:vAlign w:val="center"/>
          </w:tcPr>
          <w:p w14:paraId="1106DDA8" w14:textId="77777777" w:rsidR="00FA1D49" w:rsidRPr="00FA1D49" w:rsidRDefault="00FA1D49" w:rsidP="00FA1D49">
            <w:pPr>
              <w:jc w:val="both"/>
              <w:rPr>
                <w:sz w:val="28"/>
                <w:szCs w:val="28"/>
                <w:lang w:val="kk-KZ"/>
              </w:rPr>
            </w:pPr>
            <w:r w:rsidRPr="00FA1D49">
              <w:rPr>
                <w:sz w:val="28"/>
                <w:szCs w:val="28"/>
                <w:lang w:val="kk-KZ"/>
              </w:rPr>
              <w:t>945</w:t>
            </w:r>
          </w:p>
        </w:tc>
        <w:tc>
          <w:tcPr>
            <w:tcW w:w="2835" w:type="dxa"/>
            <w:tcBorders>
              <w:top w:val="single" w:sz="4" w:space="0" w:color="auto"/>
              <w:left w:val="single" w:sz="4" w:space="0" w:color="auto"/>
              <w:bottom w:val="single" w:sz="4" w:space="0" w:color="auto"/>
              <w:right w:val="single" w:sz="4" w:space="0" w:color="auto"/>
            </w:tcBorders>
            <w:noWrap/>
            <w:vAlign w:val="center"/>
          </w:tcPr>
          <w:p w14:paraId="4F72333F" w14:textId="77777777" w:rsidR="00FA1D49" w:rsidRPr="00FA1D49" w:rsidRDefault="00FA1D49" w:rsidP="00FA1D49">
            <w:pPr>
              <w:jc w:val="both"/>
              <w:rPr>
                <w:sz w:val="28"/>
                <w:szCs w:val="28"/>
                <w:lang w:val="kk-KZ"/>
              </w:rPr>
            </w:pPr>
            <w:r w:rsidRPr="00FA1D49">
              <w:rPr>
                <w:sz w:val="28"/>
                <w:szCs w:val="28"/>
                <w:lang w:val="kk-KZ"/>
              </w:rPr>
              <w:t>945</w:t>
            </w:r>
          </w:p>
        </w:tc>
        <w:tc>
          <w:tcPr>
            <w:tcW w:w="2410" w:type="dxa"/>
            <w:tcBorders>
              <w:top w:val="single" w:sz="4" w:space="0" w:color="auto"/>
              <w:left w:val="single" w:sz="4" w:space="0" w:color="auto"/>
              <w:bottom w:val="single" w:sz="4" w:space="0" w:color="auto"/>
              <w:right w:val="single" w:sz="4" w:space="0" w:color="auto"/>
            </w:tcBorders>
          </w:tcPr>
          <w:p w14:paraId="6B24E115" w14:textId="77777777" w:rsidR="00FA1D49" w:rsidRPr="00FA1D49" w:rsidRDefault="00FA1D49" w:rsidP="00FA1D49">
            <w:pPr>
              <w:jc w:val="both"/>
              <w:rPr>
                <w:sz w:val="28"/>
                <w:szCs w:val="28"/>
                <w:lang w:val="kk-KZ"/>
              </w:rPr>
            </w:pPr>
            <w:r w:rsidRPr="00FA1D49">
              <w:rPr>
                <w:sz w:val="28"/>
                <w:szCs w:val="28"/>
                <w:lang w:val="kk-KZ"/>
              </w:rPr>
              <w:t>1233</w:t>
            </w:r>
          </w:p>
        </w:tc>
      </w:tr>
    </w:tbl>
    <w:p w14:paraId="4F2F15D2" w14:textId="0D8FA83C" w:rsidR="00FA1D49" w:rsidRPr="00FA1D49" w:rsidRDefault="00FA1D49" w:rsidP="00FA1D49">
      <w:pPr>
        <w:jc w:val="both"/>
        <w:rPr>
          <w:color w:val="1F1F1F"/>
          <w:sz w:val="28"/>
          <w:szCs w:val="28"/>
          <w:lang w:val="kk-KZ" w:eastAsia="ru-RU"/>
        </w:rPr>
      </w:pPr>
    </w:p>
    <w:p w14:paraId="5C64FA4F" w14:textId="1D85A7DC" w:rsidR="00FA1D49" w:rsidRDefault="00FA1D49" w:rsidP="00FA1D49">
      <w:pPr>
        <w:jc w:val="both"/>
        <w:rPr>
          <w:b/>
          <w:color w:val="000000"/>
          <w:sz w:val="28"/>
          <w:szCs w:val="28"/>
          <w:lang w:val="kk-KZ"/>
        </w:rPr>
      </w:pPr>
      <w:r w:rsidRPr="00FA1D49">
        <w:rPr>
          <w:b/>
          <w:color w:val="000000"/>
          <w:sz w:val="28"/>
          <w:szCs w:val="28"/>
          <w:lang w:val="kk-KZ"/>
        </w:rPr>
        <w:t>Кітапхана қорының бақылаулық көрсеткіштері:</w:t>
      </w:r>
    </w:p>
    <w:p w14:paraId="28E3A23C" w14:textId="262DAEA9" w:rsidR="00FA1D49" w:rsidRPr="00FA1D49" w:rsidRDefault="00FA1D49" w:rsidP="00FA1D49">
      <w:pPr>
        <w:jc w:val="both"/>
        <w:rPr>
          <w:b/>
          <w:color w:val="000000"/>
          <w:sz w:val="28"/>
          <w:szCs w:val="28"/>
          <w:lang w:val="kk-KZ"/>
        </w:rPr>
      </w:pPr>
    </w:p>
    <w:tbl>
      <w:tblPr>
        <w:tblStyle w:val="a7"/>
        <w:tblW w:w="0" w:type="auto"/>
        <w:tblLook w:val="04A0" w:firstRow="1" w:lastRow="0" w:firstColumn="1" w:lastColumn="0" w:noHBand="0" w:noVBand="1"/>
      </w:tblPr>
      <w:tblGrid>
        <w:gridCol w:w="4928"/>
        <w:gridCol w:w="5245"/>
      </w:tblGrid>
      <w:tr w:rsidR="00FA1D49" w:rsidRPr="00FA1D49" w14:paraId="63711E10" w14:textId="77777777" w:rsidTr="00FA1D49">
        <w:tc>
          <w:tcPr>
            <w:tcW w:w="4928" w:type="dxa"/>
          </w:tcPr>
          <w:p w14:paraId="3FD3A31A" w14:textId="77777777" w:rsidR="00FA1D49" w:rsidRPr="00FA1D49" w:rsidRDefault="00FA1D49" w:rsidP="00FA1D49">
            <w:pPr>
              <w:jc w:val="both"/>
              <w:rPr>
                <w:color w:val="1F1F1F"/>
                <w:sz w:val="28"/>
                <w:szCs w:val="28"/>
                <w:lang w:val="kk-KZ" w:eastAsia="ru-RU"/>
              </w:rPr>
            </w:pPr>
          </w:p>
        </w:tc>
        <w:tc>
          <w:tcPr>
            <w:tcW w:w="5245" w:type="dxa"/>
          </w:tcPr>
          <w:p w14:paraId="3524E4FA" w14:textId="77777777" w:rsidR="00FA1D49" w:rsidRPr="00FA1D49" w:rsidRDefault="00FA1D49" w:rsidP="00FA1D49">
            <w:pPr>
              <w:jc w:val="both"/>
              <w:rPr>
                <w:color w:val="1F1F1F"/>
                <w:sz w:val="28"/>
                <w:szCs w:val="28"/>
                <w:lang w:val="kk-KZ" w:eastAsia="ru-RU"/>
              </w:rPr>
            </w:pPr>
            <w:r w:rsidRPr="00FA1D49">
              <w:rPr>
                <w:color w:val="1F1F1F"/>
                <w:sz w:val="28"/>
                <w:szCs w:val="28"/>
                <w:lang w:val="kk-KZ" w:eastAsia="ru-RU"/>
              </w:rPr>
              <w:t>2024-2025жж</w:t>
            </w:r>
          </w:p>
        </w:tc>
      </w:tr>
      <w:tr w:rsidR="00FA1D49" w:rsidRPr="00FA1D49" w14:paraId="2D16690F" w14:textId="77777777" w:rsidTr="00FA1D49">
        <w:tc>
          <w:tcPr>
            <w:tcW w:w="4928" w:type="dxa"/>
          </w:tcPr>
          <w:p w14:paraId="059B4473" w14:textId="77777777" w:rsidR="00FA1D49" w:rsidRPr="00FA1D49" w:rsidRDefault="00FA1D49" w:rsidP="00FA1D49">
            <w:pPr>
              <w:jc w:val="both"/>
              <w:rPr>
                <w:color w:val="1F1F1F"/>
                <w:sz w:val="28"/>
                <w:szCs w:val="28"/>
                <w:lang w:val="kk-KZ" w:eastAsia="ru-RU"/>
              </w:rPr>
            </w:pPr>
            <w:r w:rsidRPr="00FA1D49">
              <w:rPr>
                <w:color w:val="1F1F1F"/>
                <w:sz w:val="28"/>
                <w:szCs w:val="28"/>
                <w:lang w:val="kk-KZ" w:eastAsia="ru-RU"/>
              </w:rPr>
              <w:t>Кітап қоры</w:t>
            </w:r>
          </w:p>
        </w:tc>
        <w:tc>
          <w:tcPr>
            <w:tcW w:w="5245" w:type="dxa"/>
          </w:tcPr>
          <w:p w14:paraId="309DB430" w14:textId="77777777" w:rsidR="00FA1D49" w:rsidRPr="00FA1D49" w:rsidRDefault="00FA1D49" w:rsidP="00FA1D49">
            <w:pPr>
              <w:jc w:val="both"/>
              <w:rPr>
                <w:color w:val="1F1F1F"/>
                <w:sz w:val="28"/>
                <w:szCs w:val="28"/>
                <w:lang w:val="kk-KZ" w:eastAsia="ru-RU"/>
              </w:rPr>
            </w:pPr>
            <w:r w:rsidRPr="00FA1D49">
              <w:rPr>
                <w:color w:val="1F1F1F"/>
                <w:sz w:val="28"/>
                <w:szCs w:val="28"/>
                <w:lang w:val="kk-KZ" w:eastAsia="ru-RU"/>
              </w:rPr>
              <w:t>28195</w:t>
            </w:r>
          </w:p>
        </w:tc>
      </w:tr>
      <w:tr w:rsidR="00FA1D49" w:rsidRPr="00FA1D49" w14:paraId="3853DF28" w14:textId="77777777" w:rsidTr="00FA1D49">
        <w:tc>
          <w:tcPr>
            <w:tcW w:w="4928" w:type="dxa"/>
          </w:tcPr>
          <w:p w14:paraId="4FC93333" w14:textId="77777777" w:rsidR="00FA1D49" w:rsidRPr="00FA1D49" w:rsidRDefault="00FA1D49" w:rsidP="00FA1D49">
            <w:pPr>
              <w:jc w:val="both"/>
              <w:rPr>
                <w:color w:val="1F1F1F"/>
                <w:sz w:val="28"/>
                <w:szCs w:val="28"/>
                <w:lang w:val="kk-KZ" w:eastAsia="ru-RU"/>
              </w:rPr>
            </w:pPr>
            <w:r w:rsidRPr="00FA1D49">
              <w:rPr>
                <w:color w:val="1F1F1F"/>
                <w:sz w:val="28"/>
                <w:szCs w:val="28"/>
                <w:lang w:val="kk-KZ" w:eastAsia="ru-RU"/>
              </w:rPr>
              <w:t xml:space="preserve">Оқулықтар </w:t>
            </w:r>
          </w:p>
        </w:tc>
        <w:tc>
          <w:tcPr>
            <w:tcW w:w="5245" w:type="dxa"/>
          </w:tcPr>
          <w:p w14:paraId="74BE01B1" w14:textId="77777777" w:rsidR="00FA1D49" w:rsidRPr="00FA1D49" w:rsidRDefault="00FA1D49" w:rsidP="00FA1D49">
            <w:pPr>
              <w:jc w:val="both"/>
              <w:rPr>
                <w:color w:val="1F1F1F"/>
                <w:sz w:val="28"/>
                <w:szCs w:val="28"/>
                <w:lang w:val="kk-KZ" w:eastAsia="ru-RU"/>
              </w:rPr>
            </w:pPr>
            <w:r w:rsidRPr="00FA1D49">
              <w:rPr>
                <w:color w:val="1F1F1F"/>
                <w:sz w:val="28"/>
                <w:szCs w:val="28"/>
                <w:lang w:val="kk-KZ" w:eastAsia="ru-RU"/>
              </w:rPr>
              <w:t>26937</w:t>
            </w:r>
          </w:p>
        </w:tc>
      </w:tr>
      <w:tr w:rsidR="00FA1D49" w:rsidRPr="00FA1D49" w14:paraId="37DCB340" w14:textId="77777777" w:rsidTr="00FA1D49">
        <w:tc>
          <w:tcPr>
            <w:tcW w:w="4928" w:type="dxa"/>
          </w:tcPr>
          <w:p w14:paraId="04A4E51D" w14:textId="77777777" w:rsidR="00FA1D49" w:rsidRPr="00FA1D49" w:rsidRDefault="00FA1D49" w:rsidP="00FA1D49">
            <w:pPr>
              <w:jc w:val="both"/>
              <w:rPr>
                <w:color w:val="1F1F1F"/>
                <w:sz w:val="28"/>
                <w:szCs w:val="28"/>
                <w:lang w:val="kk-KZ" w:eastAsia="ru-RU"/>
              </w:rPr>
            </w:pPr>
            <w:r w:rsidRPr="00FA1D49">
              <w:rPr>
                <w:color w:val="1F1F1F"/>
                <w:sz w:val="28"/>
                <w:szCs w:val="28"/>
                <w:lang w:val="kk-KZ" w:eastAsia="ru-RU"/>
              </w:rPr>
              <w:t>Негізгі қор</w:t>
            </w:r>
          </w:p>
        </w:tc>
        <w:tc>
          <w:tcPr>
            <w:tcW w:w="5245" w:type="dxa"/>
          </w:tcPr>
          <w:p w14:paraId="44F64C5F" w14:textId="77777777" w:rsidR="00FA1D49" w:rsidRPr="00FA1D49" w:rsidRDefault="00FA1D49" w:rsidP="00FA1D49">
            <w:pPr>
              <w:jc w:val="both"/>
              <w:rPr>
                <w:color w:val="1F1F1F"/>
                <w:sz w:val="28"/>
                <w:szCs w:val="28"/>
                <w:lang w:val="kk-KZ" w:eastAsia="ru-RU"/>
              </w:rPr>
            </w:pPr>
            <w:r w:rsidRPr="00FA1D49">
              <w:rPr>
                <w:color w:val="1F1F1F"/>
                <w:sz w:val="28"/>
                <w:szCs w:val="28"/>
                <w:lang w:val="kk-KZ" w:eastAsia="ru-RU"/>
              </w:rPr>
              <w:t>1258</w:t>
            </w:r>
          </w:p>
        </w:tc>
      </w:tr>
      <w:tr w:rsidR="00FA1D49" w:rsidRPr="00FA1D49" w14:paraId="3894C9CB" w14:textId="77777777" w:rsidTr="00FA1D49">
        <w:tc>
          <w:tcPr>
            <w:tcW w:w="4928" w:type="dxa"/>
            <w:shd w:val="clear" w:color="auto" w:fill="auto"/>
          </w:tcPr>
          <w:p w14:paraId="28D576D1" w14:textId="77777777" w:rsidR="00FA1D49" w:rsidRPr="00FA1D49" w:rsidRDefault="00FA1D49" w:rsidP="00FA1D49">
            <w:pPr>
              <w:jc w:val="both"/>
              <w:rPr>
                <w:color w:val="1F1F1F"/>
                <w:sz w:val="28"/>
                <w:szCs w:val="28"/>
                <w:lang w:val="kk-KZ" w:eastAsia="ru-RU"/>
              </w:rPr>
            </w:pPr>
            <w:r w:rsidRPr="00FA1D49">
              <w:rPr>
                <w:color w:val="1F1F1F"/>
                <w:sz w:val="28"/>
                <w:szCs w:val="28"/>
                <w:lang w:val="kk-KZ" w:eastAsia="ru-RU"/>
              </w:rPr>
              <w:t>Оқырмандар саны</w:t>
            </w:r>
          </w:p>
        </w:tc>
        <w:tc>
          <w:tcPr>
            <w:tcW w:w="5245" w:type="dxa"/>
          </w:tcPr>
          <w:p w14:paraId="203BFE3A" w14:textId="77777777" w:rsidR="00FA1D49" w:rsidRPr="00FA1D49" w:rsidRDefault="00FA1D49" w:rsidP="00FA1D49">
            <w:pPr>
              <w:jc w:val="both"/>
              <w:rPr>
                <w:color w:val="1F1F1F"/>
                <w:sz w:val="28"/>
                <w:szCs w:val="28"/>
                <w:lang w:val="kk-KZ" w:eastAsia="ru-RU"/>
              </w:rPr>
            </w:pPr>
            <w:r w:rsidRPr="00FA1D49">
              <w:rPr>
                <w:color w:val="1F1F1F"/>
                <w:sz w:val="28"/>
                <w:szCs w:val="28"/>
                <w:lang w:val="kk-KZ" w:eastAsia="ru-RU"/>
              </w:rPr>
              <w:t>540</w:t>
            </w:r>
          </w:p>
        </w:tc>
      </w:tr>
      <w:tr w:rsidR="00FA1D49" w:rsidRPr="00FA1D49" w14:paraId="170494E4" w14:textId="77777777" w:rsidTr="00FA1D49">
        <w:tc>
          <w:tcPr>
            <w:tcW w:w="4928" w:type="dxa"/>
            <w:shd w:val="clear" w:color="auto" w:fill="auto"/>
          </w:tcPr>
          <w:p w14:paraId="3F0E389A" w14:textId="77777777" w:rsidR="00FA1D49" w:rsidRPr="00FA1D49" w:rsidRDefault="00FA1D49" w:rsidP="00FA1D49">
            <w:pPr>
              <w:jc w:val="both"/>
              <w:rPr>
                <w:color w:val="1F1F1F"/>
                <w:sz w:val="28"/>
                <w:szCs w:val="28"/>
                <w:lang w:val="kk-KZ" w:eastAsia="ru-RU"/>
              </w:rPr>
            </w:pPr>
            <w:r w:rsidRPr="00FA1D49">
              <w:rPr>
                <w:color w:val="1F1F1F"/>
                <w:sz w:val="28"/>
                <w:szCs w:val="28"/>
                <w:lang w:val="kk-KZ" w:eastAsia="ru-RU"/>
              </w:rPr>
              <w:t>Келушілер саны</w:t>
            </w:r>
          </w:p>
        </w:tc>
        <w:tc>
          <w:tcPr>
            <w:tcW w:w="5245" w:type="dxa"/>
          </w:tcPr>
          <w:p w14:paraId="1F9E4D34" w14:textId="77777777" w:rsidR="00FA1D49" w:rsidRPr="00FA1D49" w:rsidRDefault="00FA1D49" w:rsidP="00FA1D49">
            <w:pPr>
              <w:jc w:val="both"/>
              <w:rPr>
                <w:color w:val="1F1F1F"/>
                <w:sz w:val="28"/>
                <w:szCs w:val="28"/>
                <w:lang w:val="kk-KZ" w:eastAsia="ru-RU"/>
              </w:rPr>
            </w:pPr>
            <w:r w:rsidRPr="00FA1D49">
              <w:rPr>
                <w:color w:val="1F1F1F"/>
                <w:sz w:val="28"/>
                <w:szCs w:val="28"/>
                <w:lang w:val="kk-KZ" w:eastAsia="ru-RU"/>
              </w:rPr>
              <w:t>6480</w:t>
            </w:r>
          </w:p>
        </w:tc>
      </w:tr>
      <w:tr w:rsidR="00FA1D49" w:rsidRPr="00FA1D49" w14:paraId="24727054" w14:textId="77777777" w:rsidTr="00FA1D49">
        <w:tc>
          <w:tcPr>
            <w:tcW w:w="4928" w:type="dxa"/>
            <w:shd w:val="clear" w:color="auto" w:fill="auto"/>
          </w:tcPr>
          <w:p w14:paraId="25D0AFDE" w14:textId="77777777" w:rsidR="00FA1D49" w:rsidRPr="00FA1D49" w:rsidRDefault="00FA1D49" w:rsidP="00FA1D49">
            <w:pPr>
              <w:jc w:val="both"/>
              <w:rPr>
                <w:color w:val="1F1F1F"/>
                <w:sz w:val="28"/>
                <w:szCs w:val="28"/>
                <w:lang w:val="kk-KZ" w:eastAsia="ru-RU"/>
              </w:rPr>
            </w:pPr>
            <w:r w:rsidRPr="00FA1D49">
              <w:rPr>
                <w:color w:val="1F1F1F"/>
                <w:sz w:val="28"/>
                <w:szCs w:val="28"/>
                <w:lang w:val="kk-KZ" w:eastAsia="ru-RU"/>
              </w:rPr>
              <w:t>Кітап берілімдер саны</w:t>
            </w:r>
          </w:p>
        </w:tc>
        <w:tc>
          <w:tcPr>
            <w:tcW w:w="5245" w:type="dxa"/>
          </w:tcPr>
          <w:p w14:paraId="51F7A499" w14:textId="77777777" w:rsidR="00FA1D49" w:rsidRPr="00FA1D49" w:rsidRDefault="00FA1D49" w:rsidP="00FA1D49">
            <w:pPr>
              <w:jc w:val="both"/>
              <w:rPr>
                <w:color w:val="1F1F1F"/>
                <w:sz w:val="28"/>
                <w:szCs w:val="28"/>
                <w:lang w:val="kk-KZ" w:eastAsia="ru-RU"/>
              </w:rPr>
            </w:pPr>
            <w:r w:rsidRPr="00FA1D49">
              <w:rPr>
                <w:color w:val="1F1F1F"/>
                <w:sz w:val="28"/>
                <w:szCs w:val="28"/>
                <w:lang w:val="kk-KZ" w:eastAsia="ru-RU"/>
              </w:rPr>
              <w:t>7560</w:t>
            </w:r>
          </w:p>
        </w:tc>
      </w:tr>
    </w:tbl>
    <w:p w14:paraId="554C0BD3" w14:textId="77777777" w:rsidR="00FA1D49" w:rsidRPr="00FA1D49" w:rsidRDefault="00FA1D49" w:rsidP="00FA1D49">
      <w:pPr>
        <w:tabs>
          <w:tab w:val="left" w:pos="709"/>
        </w:tabs>
        <w:jc w:val="both"/>
        <w:rPr>
          <w:color w:val="000000"/>
          <w:sz w:val="28"/>
          <w:szCs w:val="28"/>
          <w:lang w:val="kk-KZ"/>
        </w:rPr>
      </w:pPr>
      <w:r w:rsidRPr="00FA1D49">
        <w:rPr>
          <w:color w:val="000000"/>
          <w:sz w:val="28"/>
          <w:szCs w:val="28"/>
          <w:lang w:val="kk-KZ"/>
        </w:rPr>
        <w:t xml:space="preserve"> Жалпы кітап қоры: 28195 дана</w:t>
      </w:r>
    </w:p>
    <w:p w14:paraId="616E782A" w14:textId="77777777" w:rsidR="00FA1D49" w:rsidRPr="00FA1D49" w:rsidRDefault="00FA1D49" w:rsidP="00FA1D49">
      <w:pPr>
        <w:tabs>
          <w:tab w:val="left" w:pos="709"/>
        </w:tabs>
        <w:ind w:hanging="284"/>
        <w:jc w:val="both"/>
        <w:rPr>
          <w:color w:val="000000"/>
          <w:sz w:val="28"/>
          <w:szCs w:val="28"/>
          <w:lang w:val="kk-KZ"/>
        </w:rPr>
      </w:pPr>
      <w:r w:rsidRPr="00FA1D49">
        <w:rPr>
          <w:color w:val="000000"/>
          <w:sz w:val="28"/>
          <w:szCs w:val="28"/>
          <w:lang w:val="kk-KZ"/>
        </w:rPr>
        <w:t xml:space="preserve">    оның ішінде оқулықтар: 26937 дана</w:t>
      </w:r>
    </w:p>
    <w:p w14:paraId="6604CD48" w14:textId="77777777" w:rsidR="00FA1D49" w:rsidRPr="00FA1D49" w:rsidRDefault="00FA1D49" w:rsidP="00FA1D49">
      <w:pPr>
        <w:tabs>
          <w:tab w:val="left" w:pos="709"/>
        </w:tabs>
        <w:ind w:hanging="284"/>
        <w:jc w:val="both"/>
        <w:rPr>
          <w:color w:val="000000"/>
          <w:sz w:val="28"/>
          <w:szCs w:val="28"/>
          <w:lang w:val="kk-KZ"/>
        </w:rPr>
      </w:pPr>
      <w:r w:rsidRPr="00FA1D49">
        <w:rPr>
          <w:color w:val="000000"/>
          <w:sz w:val="28"/>
          <w:szCs w:val="28"/>
          <w:lang w:val="kk-KZ"/>
        </w:rPr>
        <w:t xml:space="preserve">    негізгі қор: 1258 оның ішінде сала бойынша:  /84Қаз/ көркем әдебиет 957 дана орыс тілінде /84Русс/-25 дана, /85/ өнер – 8 дана, /63.3/ тарих – 25 даңа, /84/ Балалар әдебиеті 48 бет -165 дана, журнал - брошюралар - 35, оқыту-әдістемелік құралдар - 43</w:t>
      </w:r>
    </w:p>
    <w:p w14:paraId="61441DD1" w14:textId="77777777" w:rsidR="00FA1D49" w:rsidRPr="00FA1D49" w:rsidRDefault="00FA1D49" w:rsidP="00FA1D49">
      <w:pPr>
        <w:tabs>
          <w:tab w:val="left" w:pos="709"/>
        </w:tabs>
        <w:jc w:val="both"/>
        <w:rPr>
          <w:color w:val="000000"/>
          <w:sz w:val="28"/>
          <w:szCs w:val="28"/>
          <w:lang w:val="kk-KZ"/>
        </w:rPr>
      </w:pPr>
      <w:r w:rsidRPr="00FA1D49">
        <w:rPr>
          <w:color w:val="000000"/>
          <w:sz w:val="28"/>
          <w:szCs w:val="28"/>
          <w:lang w:val="kk-KZ"/>
        </w:rPr>
        <w:t>Келушілер – 12</w:t>
      </w:r>
    </w:p>
    <w:p w14:paraId="0D38D2E4" w14:textId="77777777" w:rsidR="00FA1D49" w:rsidRPr="00FA1D49" w:rsidRDefault="00FA1D49" w:rsidP="00FA1D49">
      <w:pPr>
        <w:tabs>
          <w:tab w:val="left" w:pos="709"/>
        </w:tabs>
        <w:jc w:val="both"/>
        <w:rPr>
          <w:color w:val="000000"/>
          <w:sz w:val="28"/>
          <w:szCs w:val="28"/>
          <w:lang w:val="kk-KZ"/>
        </w:rPr>
      </w:pPr>
      <w:r w:rsidRPr="00FA1D49">
        <w:rPr>
          <w:color w:val="000000"/>
          <w:sz w:val="28"/>
          <w:szCs w:val="28"/>
          <w:lang w:val="kk-KZ"/>
        </w:rPr>
        <w:t>Оқылым – 17</w:t>
      </w:r>
    </w:p>
    <w:p w14:paraId="57FF20E3" w14:textId="77777777" w:rsidR="00FA1D49" w:rsidRPr="00FA1D49" w:rsidRDefault="00FA1D49" w:rsidP="00FA1D49">
      <w:pPr>
        <w:tabs>
          <w:tab w:val="left" w:pos="709"/>
        </w:tabs>
        <w:jc w:val="both"/>
        <w:rPr>
          <w:color w:val="000000"/>
          <w:sz w:val="28"/>
          <w:szCs w:val="28"/>
          <w:lang w:val="kk-KZ"/>
        </w:rPr>
      </w:pPr>
      <w:r w:rsidRPr="00FA1D49">
        <w:rPr>
          <w:color w:val="000000"/>
          <w:sz w:val="28"/>
          <w:szCs w:val="28"/>
          <w:lang w:val="kk-KZ"/>
        </w:rPr>
        <w:t>Кітап айналымдылығы – 1,6</w:t>
      </w:r>
    </w:p>
    <w:p w14:paraId="719D76CF" w14:textId="77777777" w:rsidR="00FA1D49" w:rsidRPr="00FA1D49" w:rsidRDefault="00FA1D49" w:rsidP="00FA1D49">
      <w:pPr>
        <w:tabs>
          <w:tab w:val="left" w:pos="709"/>
        </w:tabs>
        <w:jc w:val="both"/>
        <w:rPr>
          <w:color w:val="000000"/>
          <w:sz w:val="28"/>
          <w:szCs w:val="28"/>
          <w:lang w:val="kk-KZ"/>
        </w:rPr>
      </w:pPr>
      <w:r w:rsidRPr="00FA1D49">
        <w:rPr>
          <w:color w:val="000000"/>
          <w:sz w:val="28"/>
          <w:szCs w:val="28"/>
          <w:lang w:val="kk-KZ"/>
        </w:rPr>
        <w:t>Орташа кітаппен қамтылу көрсеткіші – 17,2</w:t>
      </w:r>
    </w:p>
    <w:p w14:paraId="40E3D4F1" w14:textId="77777777" w:rsidR="00FA1D49" w:rsidRPr="00FA1D49" w:rsidRDefault="00FA1D49" w:rsidP="00FA1D49">
      <w:pPr>
        <w:pStyle w:val="81"/>
        <w:spacing w:line="240" w:lineRule="auto"/>
        <w:ind w:hanging="284"/>
        <w:rPr>
          <w:rFonts w:eastAsiaTheme="majorEastAsia"/>
          <w:sz w:val="28"/>
          <w:szCs w:val="28"/>
          <w:lang w:val="kk-KZ"/>
        </w:rPr>
      </w:pPr>
      <w:r w:rsidRPr="00FA1D49">
        <w:rPr>
          <w:rFonts w:eastAsiaTheme="majorEastAsia"/>
          <w:sz w:val="28"/>
          <w:szCs w:val="28"/>
          <w:lang w:val="kk-KZ"/>
        </w:rPr>
        <w:t xml:space="preserve">            Мектеп кітапханасы білім алушылар мен педагогтерге сапалы кітапханалық-ақпараттық қызмет көрсету, оқушылардың кітап оқуға деген қызығушылығын арттыру және оқу-тәрбие үдерісін қажетті әдебиеттермен қамтамасыз ету бағытында жұмыс жүргізеді. Кітап қорын сақтау және тиімді пайдалану мақсатында көркем </w:t>
      </w:r>
      <w:r w:rsidRPr="00FA1D49">
        <w:rPr>
          <w:rFonts w:eastAsiaTheme="majorEastAsia"/>
          <w:sz w:val="28"/>
          <w:szCs w:val="28"/>
          <w:lang w:val="kk-KZ"/>
        </w:rPr>
        <w:lastRenderedPageBreak/>
        <w:t xml:space="preserve">әдебиеттер, оқу-әдістемелік құралдар,  анықтамалықтар мен мерзімді басылымдар арнайы сөрелерге орналастырылған. </w:t>
      </w:r>
    </w:p>
    <w:p w14:paraId="7F6CF132" w14:textId="77777777" w:rsidR="00FA1D49" w:rsidRPr="00FA1D49" w:rsidRDefault="00FA1D49" w:rsidP="00FA1D49">
      <w:pPr>
        <w:tabs>
          <w:tab w:val="left" w:pos="709"/>
        </w:tabs>
        <w:jc w:val="both"/>
        <w:rPr>
          <w:color w:val="000000"/>
          <w:sz w:val="28"/>
          <w:szCs w:val="28"/>
          <w:lang w:val="kk-KZ"/>
        </w:rPr>
      </w:pPr>
      <w:r w:rsidRPr="00FA1D49">
        <w:rPr>
          <w:sz w:val="28"/>
          <w:szCs w:val="28"/>
          <w:lang w:val="kk-KZ"/>
        </w:rPr>
        <w:t>Негізгі қор 1258 дана:</w:t>
      </w:r>
      <w:r w:rsidRPr="00FA1D49">
        <w:rPr>
          <w:bCs/>
          <w:sz w:val="28"/>
          <w:szCs w:val="28"/>
          <w:lang w:val="kk-KZ"/>
        </w:rPr>
        <w:t>«Қасым» баспасы  2022жылы шыққан - 830 дана;</w:t>
      </w:r>
    </w:p>
    <w:p w14:paraId="116E0E97" w14:textId="77777777" w:rsidR="00FA1D49" w:rsidRPr="00FA1D49" w:rsidRDefault="00FA1D49" w:rsidP="00FA1D49">
      <w:pPr>
        <w:jc w:val="both"/>
        <w:rPr>
          <w:bCs/>
          <w:sz w:val="28"/>
          <w:szCs w:val="28"/>
          <w:lang w:val="kk-KZ"/>
        </w:rPr>
      </w:pPr>
      <w:r w:rsidRPr="00FA1D49">
        <w:rPr>
          <w:bCs/>
          <w:sz w:val="28"/>
          <w:szCs w:val="28"/>
          <w:lang w:val="kk-KZ"/>
        </w:rPr>
        <w:t xml:space="preserve">                                     «Алматыкітап» баспасы 2022 жылы шыққан - 300дана;</w:t>
      </w:r>
    </w:p>
    <w:p w14:paraId="46328169" w14:textId="77777777" w:rsidR="00FA1D49" w:rsidRPr="00FA1D49" w:rsidRDefault="00FA1D49" w:rsidP="00FA1D49">
      <w:pPr>
        <w:ind w:left="2694"/>
        <w:jc w:val="both"/>
        <w:rPr>
          <w:bCs/>
          <w:sz w:val="28"/>
          <w:szCs w:val="28"/>
          <w:lang w:val="kk-KZ"/>
        </w:rPr>
      </w:pPr>
      <w:r w:rsidRPr="00FA1D49">
        <w:rPr>
          <w:bCs/>
          <w:sz w:val="28"/>
          <w:szCs w:val="28"/>
          <w:lang w:val="kk-KZ"/>
        </w:rPr>
        <w:t>«Мазмұндама» баспаса» 2022жылы шыққан -128дана.</w:t>
      </w:r>
      <w:r w:rsidRPr="00FA1D49">
        <w:rPr>
          <w:bCs/>
          <w:sz w:val="28"/>
          <w:szCs w:val="28"/>
        </w:rPr>
        <w:t xml:space="preserve"> </w:t>
      </w:r>
      <w:bookmarkStart w:id="1" w:name="bookmark1"/>
    </w:p>
    <w:p w14:paraId="1A9B68B9" w14:textId="77777777" w:rsidR="00FA1D49" w:rsidRPr="00FA1D49" w:rsidRDefault="00FA1D49" w:rsidP="00FA1D49">
      <w:pPr>
        <w:ind w:left="2694"/>
        <w:jc w:val="both"/>
        <w:rPr>
          <w:bCs/>
          <w:sz w:val="28"/>
          <w:szCs w:val="28"/>
          <w:lang w:val="kk-KZ"/>
        </w:rPr>
      </w:pPr>
    </w:p>
    <w:p w14:paraId="570D30EF" w14:textId="77777777" w:rsidR="00FA1D49" w:rsidRPr="00FA1D49" w:rsidRDefault="00FA1D49" w:rsidP="00FA1D49">
      <w:pPr>
        <w:jc w:val="both"/>
        <w:rPr>
          <w:bCs/>
          <w:sz w:val="28"/>
          <w:szCs w:val="28"/>
          <w:lang w:val="kk-KZ"/>
        </w:rPr>
      </w:pPr>
      <w:r w:rsidRPr="00FA1D49">
        <w:rPr>
          <w:b/>
          <w:sz w:val="28"/>
          <w:szCs w:val="28"/>
          <w:lang w:val="kk-KZ"/>
        </w:rPr>
        <w:t xml:space="preserve">                       Мектеп кітапханасының материалдық-техникалық базасы</w:t>
      </w:r>
      <w:bookmarkEnd w:id="1"/>
    </w:p>
    <w:p w14:paraId="301B35B7" w14:textId="77777777" w:rsidR="00FA1D49" w:rsidRPr="00FA1D49" w:rsidRDefault="00FA1D49" w:rsidP="00FA1D49">
      <w:pPr>
        <w:pStyle w:val="121"/>
        <w:keepNext/>
        <w:keepLines/>
        <w:shd w:val="clear" w:color="auto" w:fill="auto"/>
        <w:spacing w:after="0" w:line="240" w:lineRule="auto"/>
        <w:ind w:left="720"/>
        <w:jc w:val="both"/>
        <w:rPr>
          <w:b/>
          <w:sz w:val="28"/>
          <w:szCs w:val="28"/>
          <w:lang w:val="kk-KZ"/>
        </w:rPr>
      </w:pPr>
    </w:p>
    <w:p w14:paraId="1EE86EBF" w14:textId="77777777" w:rsidR="00FA1D49" w:rsidRPr="00FA1D49" w:rsidRDefault="00FA1D49" w:rsidP="00C427A3">
      <w:pPr>
        <w:pStyle w:val="3a"/>
        <w:numPr>
          <w:ilvl w:val="0"/>
          <w:numId w:val="21"/>
        </w:numPr>
        <w:shd w:val="clear" w:color="auto" w:fill="auto"/>
        <w:tabs>
          <w:tab w:val="left" w:leader="underscore" w:pos="6255"/>
        </w:tabs>
        <w:spacing w:line="240" w:lineRule="auto"/>
        <w:rPr>
          <w:sz w:val="28"/>
          <w:szCs w:val="28"/>
          <w:lang w:val="kk-KZ"/>
        </w:rPr>
      </w:pPr>
      <w:r w:rsidRPr="00FA1D49">
        <w:rPr>
          <w:rFonts w:eastAsiaTheme="majorEastAsia"/>
          <w:sz w:val="28"/>
          <w:szCs w:val="28"/>
          <w:lang w:val="kk-KZ"/>
        </w:rPr>
        <w:t>Білім беру ұйымының ресми атауы: Қараганды қаласы «14мектеп-гимназиясы»КММ</w:t>
      </w:r>
    </w:p>
    <w:p w14:paraId="55ED50E1" w14:textId="77777777" w:rsidR="00FA1D49" w:rsidRPr="00FA1D49" w:rsidRDefault="00FA1D49" w:rsidP="00C427A3">
      <w:pPr>
        <w:pStyle w:val="3a"/>
        <w:numPr>
          <w:ilvl w:val="0"/>
          <w:numId w:val="21"/>
        </w:numPr>
        <w:tabs>
          <w:tab w:val="left" w:pos="318"/>
          <w:tab w:val="left" w:leader="underscore" w:pos="6231"/>
          <w:tab w:val="left" w:leader="underscore" w:pos="6313"/>
        </w:tabs>
        <w:spacing w:line="240" w:lineRule="auto"/>
        <w:rPr>
          <w:sz w:val="28"/>
          <w:szCs w:val="28"/>
          <w:lang w:val="kk-KZ"/>
        </w:rPr>
      </w:pPr>
      <w:r w:rsidRPr="00FA1D49">
        <w:rPr>
          <w:sz w:val="28"/>
          <w:szCs w:val="28"/>
          <w:lang w:val="kk-KZ"/>
        </w:rPr>
        <w:t>Мекен-жайы: Қарағанды қаласы, Бирюзова 22 А көшесі</w:t>
      </w:r>
    </w:p>
    <w:p w14:paraId="0C44AA1F" w14:textId="77777777" w:rsidR="00FA1D49" w:rsidRPr="00FA1D49" w:rsidRDefault="00FA1D49" w:rsidP="00C427A3">
      <w:pPr>
        <w:pStyle w:val="3a"/>
        <w:numPr>
          <w:ilvl w:val="0"/>
          <w:numId w:val="21"/>
        </w:numPr>
        <w:tabs>
          <w:tab w:val="left" w:pos="318"/>
          <w:tab w:val="left" w:leader="underscore" w:pos="6231"/>
          <w:tab w:val="left" w:leader="underscore" w:pos="6313"/>
        </w:tabs>
        <w:spacing w:line="240" w:lineRule="auto"/>
        <w:rPr>
          <w:sz w:val="28"/>
          <w:szCs w:val="28"/>
          <w:lang w:val="kk-KZ"/>
        </w:rPr>
      </w:pPr>
      <w:r w:rsidRPr="00FA1D49">
        <w:rPr>
          <w:sz w:val="28"/>
          <w:szCs w:val="28"/>
          <w:lang w:val="kk-KZ"/>
        </w:rPr>
        <w:t>телефон: 218159</w:t>
      </w:r>
    </w:p>
    <w:p w14:paraId="413F2DB2" w14:textId="77777777" w:rsidR="00FA1D49" w:rsidRPr="00FA1D49" w:rsidRDefault="00FA1D49" w:rsidP="00C427A3">
      <w:pPr>
        <w:pStyle w:val="3a"/>
        <w:numPr>
          <w:ilvl w:val="0"/>
          <w:numId w:val="21"/>
        </w:numPr>
        <w:tabs>
          <w:tab w:val="left" w:pos="318"/>
          <w:tab w:val="left" w:leader="underscore" w:pos="6231"/>
          <w:tab w:val="left" w:leader="underscore" w:pos="6313"/>
        </w:tabs>
        <w:spacing w:line="240" w:lineRule="auto"/>
        <w:rPr>
          <w:sz w:val="28"/>
          <w:szCs w:val="28"/>
          <w:lang w:val="kk-KZ"/>
        </w:rPr>
      </w:pPr>
      <w:r w:rsidRPr="00FA1D49">
        <w:rPr>
          <w:sz w:val="28"/>
          <w:szCs w:val="28"/>
          <w:lang w:val="kk-KZ"/>
        </w:rPr>
        <w:t>Е-mail - sch14@ karqoo.kz</w:t>
      </w:r>
    </w:p>
    <w:p w14:paraId="2FC8D59D" w14:textId="77777777" w:rsidR="00FA1D49" w:rsidRPr="00FA1D49" w:rsidRDefault="00FA1D49" w:rsidP="00C427A3">
      <w:pPr>
        <w:pStyle w:val="121"/>
        <w:keepNext/>
        <w:keepLines/>
        <w:numPr>
          <w:ilvl w:val="0"/>
          <w:numId w:val="21"/>
        </w:numPr>
        <w:shd w:val="clear" w:color="auto" w:fill="auto"/>
        <w:spacing w:after="0" w:line="240" w:lineRule="auto"/>
        <w:jc w:val="both"/>
        <w:rPr>
          <w:sz w:val="28"/>
          <w:szCs w:val="28"/>
          <w:lang w:val="kk-KZ"/>
        </w:rPr>
      </w:pPr>
      <w:r w:rsidRPr="00FA1D49">
        <w:rPr>
          <w:sz w:val="28"/>
          <w:szCs w:val="28"/>
          <w:lang w:val="kk-KZ"/>
        </w:rPr>
        <w:t>Мектеп-гимназия кітапханасының орналасқан жер:1 қабат, жалпы алаңы 87кв/м</w:t>
      </w:r>
    </w:p>
    <w:p w14:paraId="46B7BA9B" w14:textId="77777777" w:rsidR="00FA1D49" w:rsidRPr="00FA1D49" w:rsidRDefault="00FA1D49" w:rsidP="00C427A3">
      <w:pPr>
        <w:pStyle w:val="3a"/>
        <w:numPr>
          <w:ilvl w:val="0"/>
          <w:numId w:val="21"/>
        </w:numPr>
        <w:tabs>
          <w:tab w:val="left" w:pos="318"/>
          <w:tab w:val="left" w:leader="underscore" w:pos="6231"/>
          <w:tab w:val="left" w:leader="underscore" w:pos="6313"/>
        </w:tabs>
        <w:spacing w:line="240" w:lineRule="auto"/>
        <w:rPr>
          <w:sz w:val="28"/>
          <w:szCs w:val="28"/>
          <w:lang w:val="kk-KZ"/>
        </w:rPr>
      </w:pPr>
      <w:r w:rsidRPr="00FA1D49">
        <w:rPr>
          <w:sz w:val="28"/>
          <w:szCs w:val="28"/>
          <w:lang w:val="kk-KZ"/>
        </w:rPr>
        <w:t>Кітапхана меңгерушісі Рахманова Еркежан Нұрланқызы, мамандығы «Кітапхана ісі», Қарағанды қаласы, Таттімбет атындағы өнер колледжі</w:t>
      </w:r>
      <w:r w:rsidRPr="00FA1D49">
        <w:rPr>
          <w:rFonts w:eastAsiaTheme="majorEastAsia"/>
          <w:b/>
          <w:sz w:val="28"/>
          <w:szCs w:val="28"/>
          <w:lang w:val="kk-KZ"/>
        </w:rPr>
        <w:t xml:space="preserve"> </w:t>
      </w:r>
    </w:p>
    <w:p w14:paraId="117EAC98" w14:textId="77777777" w:rsidR="00FA1D49" w:rsidRPr="00FA1D49" w:rsidRDefault="00FA1D49" w:rsidP="00C427A3">
      <w:pPr>
        <w:pStyle w:val="3a"/>
        <w:numPr>
          <w:ilvl w:val="0"/>
          <w:numId w:val="21"/>
        </w:numPr>
        <w:tabs>
          <w:tab w:val="left" w:pos="318"/>
          <w:tab w:val="left" w:leader="underscore" w:pos="6231"/>
          <w:tab w:val="left" w:leader="underscore" w:pos="6313"/>
        </w:tabs>
        <w:spacing w:line="240" w:lineRule="auto"/>
        <w:rPr>
          <w:sz w:val="28"/>
          <w:szCs w:val="28"/>
          <w:lang w:val="kk-KZ"/>
        </w:rPr>
      </w:pPr>
      <w:r w:rsidRPr="00FA1D49">
        <w:rPr>
          <w:rFonts w:eastAsiaTheme="majorEastAsia"/>
          <w:sz w:val="28"/>
          <w:szCs w:val="28"/>
          <w:lang w:val="kk-KZ"/>
        </w:rPr>
        <w:t>Кітапханашы Абдугалиева Фарида Дауытовна, мамандығы «кітапхана ісі», Қарағанды қаласы Таттімбет атындағы өнер колледжі.</w:t>
      </w:r>
    </w:p>
    <w:p w14:paraId="7F5B9774" w14:textId="0BE8D668" w:rsidR="00FA1D49" w:rsidRPr="00FA1D49" w:rsidRDefault="00FA1D49" w:rsidP="00FA1D49">
      <w:pPr>
        <w:jc w:val="both"/>
        <w:rPr>
          <w:b/>
          <w:sz w:val="28"/>
          <w:szCs w:val="28"/>
          <w:lang w:val="kk-KZ"/>
        </w:rPr>
      </w:pPr>
    </w:p>
    <w:p w14:paraId="77CE2836" w14:textId="77777777" w:rsidR="00FA1D49" w:rsidRPr="00FA1D49" w:rsidRDefault="00FA1D49" w:rsidP="00FA1D49">
      <w:pPr>
        <w:pStyle w:val="ac"/>
        <w:jc w:val="both"/>
        <w:rPr>
          <w:rFonts w:ascii="Times New Roman" w:hAnsi="Times New Roman" w:cs="Times New Roman"/>
          <w:b/>
          <w:sz w:val="28"/>
          <w:szCs w:val="28"/>
          <w:lang w:val="kk-KZ"/>
        </w:rPr>
      </w:pPr>
      <w:r w:rsidRPr="00FA1D49">
        <w:rPr>
          <w:rFonts w:ascii="Times New Roman" w:hAnsi="Times New Roman" w:cs="Times New Roman"/>
          <w:b/>
          <w:sz w:val="28"/>
          <w:szCs w:val="28"/>
          <w:lang w:val="kk-KZ"/>
        </w:rPr>
        <w:t xml:space="preserve">Нормативтік құжаттардың болуы. </w:t>
      </w:r>
    </w:p>
    <w:p w14:paraId="3AE98F30" w14:textId="77777777" w:rsidR="00FA1D49" w:rsidRPr="00FA1D49" w:rsidRDefault="00FA1D49" w:rsidP="00FA1D49">
      <w:pPr>
        <w:pStyle w:val="ac"/>
        <w:ind w:left="0"/>
        <w:jc w:val="both"/>
        <w:rPr>
          <w:rFonts w:ascii="Times New Roman" w:hAnsi="Times New Roman" w:cs="Times New Roman"/>
          <w:sz w:val="28"/>
          <w:szCs w:val="28"/>
          <w:lang w:val="kk-KZ"/>
        </w:rPr>
      </w:pPr>
      <w:r w:rsidRPr="00FA1D49">
        <w:rPr>
          <w:rFonts w:ascii="Times New Roman" w:hAnsi="Times New Roman" w:cs="Times New Roman"/>
          <w:sz w:val="28"/>
          <w:szCs w:val="28"/>
          <w:lang w:val="kk-KZ"/>
        </w:rPr>
        <w:t xml:space="preserve">        Кітапханалық қызмет көрсету оқу орны кітапханасының жұмысын регламенттейтін құжаттарға сәйкес жүзеге асырылады: "Білім туралы Заң"; "білім беру кітапханасы туралы ереже", "кітапхананы пайдалану ережесі"; Қазақстан Республикасы Білім және ғылым министрлігінің 2021.05.13 №211 "ҚР БҒМ 2016.01.19 №44 "Қазақстан Республикасы Білім және ғылым министрлігінің 2016.01.19. № 44 бұйрығына өзгерістер енгізу туралы" бұйрығы. мемлекеттік білім беру ұйымдары кітапханаларының қорын қалыптастыру, пайдалану және сақтау жөніндегі қағидаларды бекіту туралы"; "Мемлекеттік білім беру ұйымдарының білім алушылары мен тәрбиеленушілерін оқулықтармен және оқу-әдістемелік кешендермен қамтамасыз ету қағидаларын бекіту туралы" ҚР БҒМ 2016.01.28 №91 бұйрығына өзгерістер енгізу туралы " Қазақстан Республикасы Білім Министрінің 03.07.2023 №194 бұйрығы; Білім және ғылым министрлігінің "Білім беру ұйымдары кітапханаларының кітап қорларының сақталуы туралы"Қазақстан Республикасының 2000.08.17 №827 қаулысымен бекітілген. </w:t>
      </w:r>
      <w:r w:rsidRPr="00FA1D49">
        <w:rPr>
          <w:rFonts w:ascii="Times New Roman" w:hAnsi="Times New Roman" w:cs="Times New Roman"/>
          <w:color w:val="000000"/>
          <w:sz w:val="28"/>
          <w:szCs w:val="28"/>
          <w:lang w:val="kk-KZ"/>
        </w:rPr>
        <w:t>Мектеп-гимназия кітапханасы О. С. Аринов  директоры бекіткен жоспар бойынша жұмыс жасайды. Мектеп-гимназия кітапханасында кітапханалық-библиографиялық қызмет көрсетудің мектеп кітапханаларының қызметін реттейтін нормативтік-құқықтық құжаттардың ережелеріне, сондай-ақ № 14 мектеп-гимназиясы  КММ жалпы жұмыс жоспарына, даму режиміне сәйкестігін ескере отырып, кітапхана қызметіне жан-жақты талдау жүргізіледі</w:t>
      </w:r>
    </w:p>
    <w:p w14:paraId="2D26E9BF" w14:textId="77777777" w:rsidR="00FA1D49" w:rsidRPr="00FA1D49" w:rsidRDefault="00FA1D49" w:rsidP="00FA1D49">
      <w:pPr>
        <w:shd w:val="clear" w:color="auto" w:fill="FFFFFF"/>
        <w:tabs>
          <w:tab w:val="left" w:pos="540"/>
        </w:tabs>
        <w:adjustRightInd w:val="0"/>
        <w:jc w:val="both"/>
        <w:rPr>
          <w:color w:val="000000"/>
          <w:sz w:val="28"/>
          <w:szCs w:val="28"/>
          <w:lang w:val="kk-KZ"/>
        </w:rPr>
      </w:pPr>
      <w:r w:rsidRPr="00FA1D49">
        <w:rPr>
          <w:b/>
          <w:color w:val="000000"/>
          <w:sz w:val="28"/>
          <w:szCs w:val="28"/>
          <w:lang w:val="kk-KZ"/>
        </w:rPr>
        <w:t>Есеп құжаттамасының болуы</w:t>
      </w:r>
      <w:r w:rsidRPr="00FA1D49">
        <w:rPr>
          <w:color w:val="000000"/>
          <w:sz w:val="28"/>
          <w:szCs w:val="28"/>
          <w:lang w:val="kk-KZ"/>
        </w:rPr>
        <w:t xml:space="preserve">: </w:t>
      </w:r>
    </w:p>
    <w:p w14:paraId="48E21EE6" w14:textId="77777777" w:rsidR="00FA1D49" w:rsidRPr="00FA1D49" w:rsidRDefault="00FA1D49" w:rsidP="00C427A3">
      <w:pPr>
        <w:pStyle w:val="ac"/>
        <w:numPr>
          <w:ilvl w:val="0"/>
          <w:numId w:val="21"/>
        </w:numPr>
        <w:shd w:val="clear" w:color="auto" w:fill="FFFFFF"/>
        <w:adjustRightInd w:val="0"/>
        <w:ind w:left="142" w:hanging="142"/>
        <w:jc w:val="both"/>
        <w:rPr>
          <w:rFonts w:ascii="Times New Roman" w:hAnsi="Times New Roman" w:cs="Times New Roman"/>
          <w:color w:val="000000"/>
          <w:sz w:val="28"/>
          <w:szCs w:val="28"/>
          <w:lang w:val="kk-KZ"/>
        </w:rPr>
      </w:pPr>
      <w:r w:rsidRPr="00FA1D49">
        <w:rPr>
          <w:rFonts w:ascii="Times New Roman" w:hAnsi="Times New Roman" w:cs="Times New Roman"/>
          <w:color w:val="000000"/>
          <w:sz w:val="28"/>
          <w:szCs w:val="28"/>
          <w:lang w:val="kk-KZ"/>
        </w:rPr>
        <w:lastRenderedPageBreak/>
        <w:t xml:space="preserve">Қормен жұмыс істеу кезінде есепке алуды қамтамасыз ету үшін мынадай құжаттама жүргізіледі:  </w:t>
      </w:r>
    </w:p>
    <w:p w14:paraId="25C84795" w14:textId="77777777" w:rsidR="00FA1D49" w:rsidRPr="00FA1D49" w:rsidRDefault="00FA1D49" w:rsidP="00C427A3">
      <w:pPr>
        <w:pStyle w:val="ac"/>
        <w:numPr>
          <w:ilvl w:val="0"/>
          <w:numId w:val="21"/>
        </w:numPr>
        <w:shd w:val="clear" w:color="auto" w:fill="FFFFFF"/>
        <w:tabs>
          <w:tab w:val="left" w:pos="540"/>
        </w:tabs>
        <w:adjustRightInd w:val="0"/>
        <w:jc w:val="both"/>
        <w:rPr>
          <w:rFonts w:ascii="Times New Roman" w:hAnsi="Times New Roman" w:cs="Times New Roman"/>
          <w:color w:val="000000"/>
          <w:sz w:val="28"/>
          <w:szCs w:val="28"/>
          <w:lang w:val="kk-KZ"/>
        </w:rPr>
      </w:pPr>
      <w:r w:rsidRPr="00FA1D49">
        <w:rPr>
          <w:rFonts w:ascii="Times New Roman" w:hAnsi="Times New Roman" w:cs="Times New Roman"/>
          <w:color w:val="000000"/>
          <w:sz w:val="28"/>
          <w:szCs w:val="28"/>
          <w:lang w:val="kk-KZ"/>
        </w:rPr>
        <w:t xml:space="preserve">Салалық, көркем әдебиет қорының жиынтық есебі кітабы; </w:t>
      </w:r>
    </w:p>
    <w:p w14:paraId="0F6ED36F" w14:textId="77777777" w:rsidR="00FA1D49" w:rsidRPr="00FA1D49" w:rsidRDefault="00FA1D49" w:rsidP="00C427A3">
      <w:pPr>
        <w:pStyle w:val="ac"/>
        <w:numPr>
          <w:ilvl w:val="0"/>
          <w:numId w:val="21"/>
        </w:numPr>
        <w:shd w:val="clear" w:color="auto" w:fill="FFFFFF"/>
        <w:adjustRightInd w:val="0"/>
        <w:jc w:val="both"/>
        <w:rPr>
          <w:rFonts w:ascii="Times New Roman" w:hAnsi="Times New Roman" w:cs="Times New Roman"/>
          <w:color w:val="000000"/>
          <w:sz w:val="28"/>
          <w:szCs w:val="28"/>
          <w:lang w:val="kk-KZ"/>
        </w:rPr>
      </w:pPr>
      <w:r w:rsidRPr="00FA1D49">
        <w:rPr>
          <w:rFonts w:ascii="Times New Roman" w:hAnsi="Times New Roman" w:cs="Times New Roman"/>
          <w:color w:val="000000"/>
          <w:sz w:val="28"/>
          <w:szCs w:val="28"/>
          <w:lang w:val="kk-KZ"/>
        </w:rPr>
        <w:t>Оқу және әдістемелік басылымдарға жиынтық есепке алу кітабы;</w:t>
      </w:r>
    </w:p>
    <w:p w14:paraId="29B1F48F" w14:textId="77777777" w:rsidR="00FA1D49" w:rsidRPr="00FA1D49" w:rsidRDefault="00FA1D49" w:rsidP="00C427A3">
      <w:pPr>
        <w:pStyle w:val="ac"/>
        <w:numPr>
          <w:ilvl w:val="0"/>
          <w:numId w:val="21"/>
        </w:numPr>
        <w:shd w:val="clear" w:color="auto" w:fill="FFFFFF"/>
        <w:tabs>
          <w:tab w:val="left" w:pos="540"/>
        </w:tabs>
        <w:adjustRightInd w:val="0"/>
        <w:jc w:val="both"/>
        <w:rPr>
          <w:rFonts w:ascii="Times New Roman" w:hAnsi="Times New Roman" w:cs="Times New Roman"/>
          <w:sz w:val="28"/>
          <w:szCs w:val="28"/>
          <w:lang w:val="kk-KZ"/>
        </w:rPr>
      </w:pPr>
      <w:r w:rsidRPr="00FA1D49">
        <w:rPr>
          <w:rFonts w:ascii="Times New Roman" w:hAnsi="Times New Roman" w:cs="Times New Roman"/>
          <w:color w:val="000000"/>
          <w:sz w:val="28"/>
          <w:szCs w:val="28"/>
          <w:lang w:val="kk-KZ"/>
        </w:rPr>
        <w:t xml:space="preserve"> Түгендеу кітаптары;</w:t>
      </w:r>
    </w:p>
    <w:p w14:paraId="2AFFE45F" w14:textId="77777777" w:rsidR="00FA1D49" w:rsidRPr="00FA1D49" w:rsidRDefault="00FA1D49" w:rsidP="00C427A3">
      <w:pPr>
        <w:pStyle w:val="ac"/>
        <w:numPr>
          <w:ilvl w:val="0"/>
          <w:numId w:val="21"/>
        </w:numPr>
        <w:shd w:val="clear" w:color="auto" w:fill="FFFFFF"/>
        <w:jc w:val="both"/>
        <w:rPr>
          <w:rFonts w:ascii="Times New Roman" w:hAnsi="Times New Roman" w:cs="Times New Roman"/>
          <w:spacing w:val="-1"/>
          <w:sz w:val="28"/>
          <w:szCs w:val="28"/>
          <w:lang w:val="kk-KZ"/>
        </w:rPr>
      </w:pPr>
      <w:r w:rsidRPr="00FA1D49">
        <w:rPr>
          <w:rFonts w:ascii="Times New Roman" w:hAnsi="Times New Roman" w:cs="Times New Roman"/>
          <w:spacing w:val="-1"/>
          <w:sz w:val="28"/>
          <w:szCs w:val="28"/>
          <w:lang w:val="kk-KZ"/>
        </w:rPr>
        <w:t>Қордың қозғалысына арналған "актілер" папкасы (есептен шығару, беру және т. б.);</w:t>
      </w:r>
    </w:p>
    <w:p w14:paraId="35E8E2DC" w14:textId="77777777" w:rsidR="00FA1D49" w:rsidRPr="00FA1D49" w:rsidRDefault="00FA1D49" w:rsidP="00C427A3">
      <w:pPr>
        <w:pStyle w:val="ac"/>
        <w:numPr>
          <w:ilvl w:val="0"/>
          <w:numId w:val="21"/>
        </w:numPr>
        <w:shd w:val="clear" w:color="auto" w:fill="FFFFFF"/>
        <w:jc w:val="both"/>
        <w:rPr>
          <w:rFonts w:ascii="Times New Roman" w:hAnsi="Times New Roman" w:cs="Times New Roman"/>
          <w:spacing w:val="-1"/>
          <w:sz w:val="28"/>
          <w:szCs w:val="28"/>
          <w:lang w:val="kk-KZ"/>
        </w:rPr>
      </w:pPr>
      <w:r w:rsidRPr="00FA1D49">
        <w:rPr>
          <w:rFonts w:ascii="Times New Roman" w:hAnsi="Times New Roman" w:cs="Times New Roman"/>
          <w:spacing w:val="-1"/>
          <w:sz w:val="28"/>
          <w:szCs w:val="28"/>
          <w:lang w:val="kk-KZ"/>
        </w:rPr>
        <w:t>Оқулықтарды есепке алу картотекасы; - мерзімді басылымдарды есепке алу картотекасы;</w:t>
      </w:r>
    </w:p>
    <w:p w14:paraId="4253DD4D" w14:textId="77777777" w:rsidR="00FA1D49" w:rsidRPr="00FA1D49" w:rsidRDefault="00FA1D49" w:rsidP="00C427A3">
      <w:pPr>
        <w:pStyle w:val="ac"/>
        <w:numPr>
          <w:ilvl w:val="0"/>
          <w:numId w:val="21"/>
        </w:numPr>
        <w:shd w:val="clear" w:color="auto" w:fill="FFFFFF"/>
        <w:jc w:val="both"/>
        <w:rPr>
          <w:rFonts w:ascii="Times New Roman" w:hAnsi="Times New Roman" w:cs="Times New Roman"/>
          <w:spacing w:val="-1"/>
          <w:sz w:val="28"/>
          <w:szCs w:val="28"/>
          <w:lang w:val="kk-KZ"/>
        </w:rPr>
      </w:pPr>
      <w:r w:rsidRPr="00FA1D49">
        <w:rPr>
          <w:rFonts w:ascii="Times New Roman" w:hAnsi="Times New Roman" w:cs="Times New Roman"/>
          <w:spacing w:val="-1"/>
          <w:sz w:val="28"/>
          <w:szCs w:val="28"/>
          <w:lang w:val="kk-KZ"/>
        </w:rPr>
        <w:t>Жоғалған басылымдардың орнына оқырмандардан қабылданған басылымдарды есепке алу дәптері;</w:t>
      </w:r>
    </w:p>
    <w:p w14:paraId="265DA279" w14:textId="77777777" w:rsidR="00FA1D49" w:rsidRPr="00FA1D49" w:rsidRDefault="00FA1D49" w:rsidP="00C427A3">
      <w:pPr>
        <w:pStyle w:val="ac"/>
        <w:numPr>
          <w:ilvl w:val="0"/>
          <w:numId w:val="21"/>
        </w:numPr>
        <w:shd w:val="clear" w:color="auto" w:fill="FFFFFF"/>
        <w:jc w:val="both"/>
        <w:rPr>
          <w:rFonts w:ascii="Times New Roman" w:hAnsi="Times New Roman" w:cs="Times New Roman"/>
          <w:spacing w:val="-1"/>
          <w:sz w:val="28"/>
          <w:szCs w:val="28"/>
          <w:lang w:val="kk-KZ"/>
        </w:rPr>
      </w:pPr>
      <w:r w:rsidRPr="00FA1D49">
        <w:rPr>
          <w:rFonts w:ascii="Times New Roman" w:hAnsi="Times New Roman" w:cs="Times New Roman"/>
          <w:spacing w:val="-1"/>
          <w:sz w:val="28"/>
          <w:szCs w:val="28"/>
          <w:lang w:val="kk-KZ"/>
        </w:rPr>
        <w:t>Түскен әдебиеттерге ілеспе құжаттар: салалық және көркемөнер қоры; оқу және әдістемелік басылымдарға;</w:t>
      </w:r>
    </w:p>
    <w:p w14:paraId="712ECB14" w14:textId="77777777" w:rsidR="00FA1D49" w:rsidRPr="00FA1D49" w:rsidRDefault="00FA1D49" w:rsidP="00C427A3">
      <w:pPr>
        <w:pStyle w:val="ac"/>
        <w:numPr>
          <w:ilvl w:val="0"/>
          <w:numId w:val="21"/>
        </w:numPr>
        <w:shd w:val="clear" w:color="auto" w:fill="FFFFFF"/>
        <w:jc w:val="both"/>
        <w:rPr>
          <w:rFonts w:ascii="Times New Roman" w:hAnsi="Times New Roman" w:cs="Times New Roman"/>
          <w:spacing w:val="-1"/>
          <w:sz w:val="28"/>
          <w:szCs w:val="28"/>
          <w:lang w:val="kk-KZ"/>
        </w:rPr>
      </w:pPr>
      <w:r w:rsidRPr="00FA1D49">
        <w:rPr>
          <w:rFonts w:ascii="Times New Roman" w:hAnsi="Times New Roman" w:cs="Times New Roman"/>
          <w:spacing w:val="-1"/>
          <w:sz w:val="28"/>
          <w:szCs w:val="28"/>
          <w:lang w:val="kk-KZ"/>
        </w:rPr>
        <w:t xml:space="preserve">Оқырман формулярлары; </w:t>
      </w:r>
    </w:p>
    <w:p w14:paraId="2B31B747" w14:textId="77777777" w:rsidR="00FA1D49" w:rsidRPr="00FA1D49" w:rsidRDefault="00FA1D49" w:rsidP="00C427A3">
      <w:pPr>
        <w:pStyle w:val="ac"/>
        <w:numPr>
          <w:ilvl w:val="0"/>
          <w:numId w:val="21"/>
        </w:numPr>
        <w:shd w:val="clear" w:color="auto" w:fill="FFFFFF"/>
        <w:jc w:val="both"/>
        <w:rPr>
          <w:rFonts w:ascii="Times New Roman" w:hAnsi="Times New Roman" w:cs="Times New Roman"/>
          <w:spacing w:val="-1"/>
          <w:sz w:val="28"/>
          <w:szCs w:val="28"/>
          <w:lang w:val="kk-KZ"/>
        </w:rPr>
      </w:pPr>
      <w:r w:rsidRPr="00FA1D49">
        <w:rPr>
          <w:rFonts w:ascii="Times New Roman" w:hAnsi="Times New Roman" w:cs="Times New Roman"/>
          <w:spacing w:val="-1"/>
          <w:sz w:val="28"/>
          <w:szCs w:val="28"/>
          <w:lang w:val="kk-KZ"/>
        </w:rPr>
        <w:t>Оқулықтар алуға оқушылардың абонементтік карточкалары</w:t>
      </w:r>
    </w:p>
    <w:p w14:paraId="2D50DFC2" w14:textId="77777777" w:rsidR="00FA1D49" w:rsidRPr="00FA1D49" w:rsidRDefault="00FA1D49" w:rsidP="00C427A3">
      <w:pPr>
        <w:pStyle w:val="ac"/>
        <w:numPr>
          <w:ilvl w:val="0"/>
          <w:numId w:val="21"/>
        </w:numPr>
        <w:shd w:val="clear" w:color="auto" w:fill="FFFFFF"/>
        <w:tabs>
          <w:tab w:val="left" w:pos="540"/>
        </w:tabs>
        <w:adjustRightInd w:val="0"/>
        <w:jc w:val="both"/>
        <w:rPr>
          <w:rFonts w:ascii="Times New Roman" w:hAnsi="Times New Roman" w:cs="Times New Roman"/>
          <w:color w:val="000000"/>
          <w:sz w:val="28"/>
          <w:szCs w:val="28"/>
          <w:lang w:val="kk-KZ"/>
        </w:rPr>
      </w:pPr>
      <w:r w:rsidRPr="00FA1D49">
        <w:rPr>
          <w:rFonts w:ascii="Times New Roman" w:hAnsi="Times New Roman" w:cs="Times New Roman"/>
          <w:color w:val="000000"/>
          <w:sz w:val="28"/>
          <w:szCs w:val="28"/>
          <w:lang w:val="kk-KZ"/>
        </w:rPr>
        <w:t xml:space="preserve">Сыныптар бойынша оқулықтар беру журналы; </w:t>
      </w:r>
    </w:p>
    <w:p w14:paraId="12A4DB76" w14:textId="77777777" w:rsidR="00FA1D49" w:rsidRPr="00FA1D49" w:rsidRDefault="00FA1D49" w:rsidP="00C427A3">
      <w:pPr>
        <w:pStyle w:val="ac"/>
        <w:numPr>
          <w:ilvl w:val="0"/>
          <w:numId w:val="21"/>
        </w:numPr>
        <w:shd w:val="clear" w:color="auto" w:fill="FFFFFF"/>
        <w:tabs>
          <w:tab w:val="left" w:pos="540"/>
        </w:tabs>
        <w:adjustRightInd w:val="0"/>
        <w:jc w:val="both"/>
        <w:rPr>
          <w:rFonts w:ascii="Times New Roman" w:hAnsi="Times New Roman" w:cs="Times New Roman"/>
          <w:color w:val="000000"/>
          <w:sz w:val="28"/>
          <w:szCs w:val="28"/>
          <w:lang w:val="kk-KZ"/>
        </w:rPr>
      </w:pPr>
      <w:r w:rsidRPr="00FA1D49">
        <w:rPr>
          <w:rFonts w:ascii="Times New Roman" w:hAnsi="Times New Roman" w:cs="Times New Roman"/>
          <w:color w:val="000000"/>
          <w:sz w:val="28"/>
          <w:szCs w:val="28"/>
          <w:lang w:val="kk-KZ"/>
        </w:rPr>
        <w:t xml:space="preserve"> Мектеп кітапханасының жұмыс күнделігі; </w:t>
      </w:r>
    </w:p>
    <w:p w14:paraId="59840A5E" w14:textId="77777777" w:rsidR="00FA1D49" w:rsidRPr="00FA1D49" w:rsidRDefault="00FA1D49" w:rsidP="00C427A3">
      <w:pPr>
        <w:pStyle w:val="ac"/>
        <w:numPr>
          <w:ilvl w:val="0"/>
          <w:numId w:val="21"/>
        </w:numPr>
        <w:shd w:val="clear" w:color="auto" w:fill="FFFFFF"/>
        <w:tabs>
          <w:tab w:val="left" w:pos="540"/>
        </w:tabs>
        <w:adjustRightInd w:val="0"/>
        <w:jc w:val="both"/>
        <w:rPr>
          <w:rFonts w:ascii="Times New Roman" w:hAnsi="Times New Roman" w:cs="Times New Roman"/>
          <w:sz w:val="28"/>
          <w:szCs w:val="28"/>
          <w:lang w:val="kk-KZ"/>
        </w:rPr>
      </w:pPr>
      <w:r w:rsidRPr="00FA1D49">
        <w:rPr>
          <w:rFonts w:ascii="Times New Roman" w:hAnsi="Times New Roman" w:cs="Times New Roman"/>
          <w:color w:val="000000"/>
          <w:sz w:val="28"/>
          <w:szCs w:val="28"/>
          <w:lang w:val="kk-KZ"/>
        </w:rPr>
        <w:t xml:space="preserve"> Күрделі библиографиялық анықтамаларды есепке алу дәптері (бағанды жүргізе отырып: қор жинақталмаған әдебиеттер көрсетілген бас тарту себебі).</w:t>
      </w:r>
    </w:p>
    <w:p w14:paraId="398EA372" w14:textId="77777777" w:rsidR="00FA1D49" w:rsidRPr="00FA1D49" w:rsidRDefault="00FA1D49" w:rsidP="00C427A3">
      <w:pPr>
        <w:pStyle w:val="ac"/>
        <w:numPr>
          <w:ilvl w:val="0"/>
          <w:numId w:val="21"/>
        </w:numPr>
        <w:shd w:val="clear" w:color="auto" w:fill="FFFFFF"/>
        <w:tabs>
          <w:tab w:val="left" w:pos="540"/>
        </w:tabs>
        <w:adjustRightInd w:val="0"/>
        <w:jc w:val="both"/>
        <w:rPr>
          <w:rFonts w:ascii="Times New Roman" w:hAnsi="Times New Roman" w:cs="Times New Roman"/>
          <w:color w:val="000000"/>
          <w:sz w:val="28"/>
          <w:szCs w:val="28"/>
          <w:lang w:val="kk-KZ"/>
        </w:rPr>
      </w:pPr>
      <w:r w:rsidRPr="00FA1D49">
        <w:rPr>
          <w:rFonts w:ascii="Times New Roman" w:hAnsi="Times New Roman" w:cs="Times New Roman"/>
          <w:color w:val="000000"/>
          <w:sz w:val="28"/>
          <w:szCs w:val="28"/>
          <w:lang w:val="kk-KZ"/>
        </w:rPr>
        <w:t>Құжаттардағы жазбалар уақтылы және ұқыпты жүргізіледі. Қор ББК кестелері бойынша орналастырылады (кітапханалық-библиографиялық жіктеу). Қордың сақталу режимі сақталады. Барлық басылымдар техникалық өңделген, кітапханада мөрі қойылған.</w:t>
      </w:r>
    </w:p>
    <w:p w14:paraId="30212A73" w14:textId="77777777" w:rsidR="00FA1D49" w:rsidRPr="00FA1D49" w:rsidRDefault="00FA1D49" w:rsidP="00FA1D49">
      <w:pPr>
        <w:pStyle w:val="ac"/>
        <w:shd w:val="clear" w:color="auto" w:fill="FFFFFF"/>
        <w:tabs>
          <w:tab w:val="left" w:pos="540"/>
        </w:tabs>
        <w:adjustRightInd w:val="0"/>
        <w:ind w:left="360"/>
        <w:jc w:val="both"/>
        <w:rPr>
          <w:rFonts w:ascii="Times New Roman" w:hAnsi="Times New Roman" w:cs="Times New Roman"/>
          <w:color w:val="000000"/>
          <w:sz w:val="28"/>
          <w:szCs w:val="28"/>
          <w:lang w:val="kk-KZ"/>
        </w:rPr>
      </w:pPr>
    </w:p>
    <w:p w14:paraId="0366560C" w14:textId="77777777" w:rsidR="00FA1D49" w:rsidRPr="00FA1D49" w:rsidRDefault="00FA1D49" w:rsidP="00FA1D49">
      <w:pPr>
        <w:pStyle w:val="ac"/>
        <w:shd w:val="clear" w:color="auto" w:fill="FFFFFF"/>
        <w:tabs>
          <w:tab w:val="left" w:pos="540"/>
        </w:tabs>
        <w:adjustRightInd w:val="0"/>
        <w:ind w:left="360"/>
        <w:jc w:val="both"/>
        <w:rPr>
          <w:rFonts w:ascii="Times New Roman" w:hAnsi="Times New Roman" w:cs="Times New Roman"/>
          <w:b/>
          <w:sz w:val="28"/>
          <w:szCs w:val="28"/>
          <w:lang w:val="kk-KZ"/>
        </w:rPr>
      </w:pPr>
      <w:r w:rsidRPr="00FA1D49">
        <w:rPr>
          <w:rFonts w:ascii="Times New Roman" w:hAnsi="Times New Roman" w:cs="Times New Roman"/>
          <w:b/>
          <w:sz w:val="28"/>
          <w:szCs w:val="28"/>
          <w:lang w:val="kk-KZ"/>
        </w:rPr>
        <w:t xml:space="preserve">   2. Біліктілік талаптарына сәйкес білім беру үдерісінде </w:t>
      </w:r>
    </w:p>
    <w:p w14:paraId="07FFBCCA" w14:textId="77777777" w:rsidR="00FA1D49" w:rsidRPr="00FA1D49" w:rsidRDefault="00FA1D49" w:rsidP="00FA1D49">
      <w:pPr>
        <w:pStyle w:val="ac"/>
        <w:shd w:val="clear" w:color="auto" w:fill="FFFFFF"/>
        <w:tabs>
          <w:tab w:val="left" w:pos="540"/>
        </w:tabs>
        <w:adjustRightInd w:val="0"/>
        <w:ind w:left="360"/>
        <w:jc w:val="both"/>
        <w:rPr>
          <w:rFonts w:ascii="Times New Roman" w:hAnsi="Times New Roman" w:cs="Times New Roman"/>
          <w:b/>
          <w:sz w:val="28"/>
          <w:szCs w:val="28"/>
          <w:lang w:val="kk-KZ"/>
        </w:rPr>
      </w:pPr>
      <w:r w:rsidRPr="00FA1D49">
        <w:rPr>
          <w:rFonts w:ascii="Times New Roman" w:hAnsi="Times New Roman" w:cs="Times New Roman"/>
          <w:b/>
          <w:sz w:val="28"/>
          <w:szCs w:val="28"/>
          <w:lang w:val="kk-KZ"/>
        </w:rPr>
        <w:t xml:space="preserve">ақпараттық-коммуникациялық технологиялардың қамтамасыз етілуі және қолданылуы.  </w:t>
      </w:r>
    </w:p>
    <w:p w14:paraId="78FA4E39" w14:textId="77777777" w:rsidR="00FA1D49" w:rsidRPr="00FA1D49" w:rsidRDefault="00FA1D49" w:rsidP="00FA1D49">
      <w:pPr>
        <w:pStyle w:val="ac"/>
        <w:shd w:val="clear" w:color="auto" w:fill="FFFFFF"/>
        <w:tabs>
          <w:tab w:val="left" w:pos="142"/>
        </w:tabs>
        <w:adjustRightInd w:val="0"/>
        <w:ind w:left="0" w:hanging="360"/>
        <w:jc w:val="both"/>
        <w:rPr>
          <w:rFonts w:ascii="Times New Roman" w:hAnsi="Times New Roman" w:cs="Times New Roman"/>
          <w:sz w:val="28"/>
          <w:szCs w:val="28"/>
          <w:lang w:val="kk-KZ"/>
        </w:rPr>
      </w:pPr>
      <w:r w:rsidRPr="00FA1D49">
        <w:rPr>
          <w:rFonts w:ascii="Times New Roman" w:hAnsi="Times New Roman" w:cs="Times New Roman"/>
          <w:b/>
          <w:sz w:val="28"/>
          <w:szCs w:val="28"/>
          <w:lang w:val="kk-KZ"/>
        </w:rPr>
        <w:t xml:space="preserve">            </w:t>
      </w:r>
      <w:r w:rsidRPr="00FA1D49">
        <w:rPr>
          <w:rFonts w:ascii="Times New Roman" w:eastAsiaTheme="majorEastAsia" w:hAnsi="Times New Roman" w:cs="Times New Roman"/>
          <w:sz w:val="28"/>
          <w:szCs w:val="28"/>
          <w:lang w:val="kk-KZ"/>
        </w:rPr>
        <w:t xml:space="preserve">Мектеп-гимназия кітапханасы 1 қабатта орналасқан, кітапхана заманауй жиһаздарымен, кітап сөрелерімен, оқырмандарға арналған жаңа 23 дана үстелдер мен 23 дана  орындық,  4 дана компьютер орындығы, 2 дана кітапханашының жұмыс орнына  арналған кафедра мен орындықтары  қарастырылған. Кітаптарды жүйелі түрде орналастыруға және оқырмандардың қажетті әдебиеттірін еркін таңдауға жағдай жасалған. Оқулықтар сақтау бөлмесі, жеке оқу залы, оқырмандар үшін комфорт зоналары бар. Кітапханада оқушылардың кітап оқуына, өздігінен ізденуі және шығармашылық жұмыстарымен айналасуына қолайлы жағдай қарастырылған. Заманауи ақпараттық – коммуникациялық технологияларды пайдалану арқылы білім алушылардың ақпараттық сауаттылық арттыруға мүмкүндік берілген: 6 дана компьютер МФУ, қосымша принтері бар,  8 дана көрмеге арналған стелаждар,  16 дана стелаж оқулықтар сақтау қорына арналған, 11 дана  шкаф, 4 дана компьтер үстелдері, 6 дана  стелаж-шкаф үш полкалық. Бастауыш сынып оқушыларына  арналған оқу залы да толық жабдықталған: пуфиктерімен, қабырға стендтерімен, </w:t>
      </w:r>
      <w:r w:rsidRPr="00FA1D49">
        <w:rPr>
          <w:rFonts w:ascii="Times New Roman" w:eastAsiaTheme="majorEastAsia" w:hAnsi="Times New Roman" w:cs="Times New Roman"/>
          <w:sz w:val="28"/>
          <w:szCs w:val="28"/>
          <w:lang w:val="kk-KZ"/>
        </w:rPr>
        <w:lastRenderedPageBreak/>
        <w:t xml:space="preserve">шкаф, үстел, орындықтарымен. Сонымен қатар кітапхана қорының негізгі қор есебі ОТАН-BOOKS порталына еңгізілген. Көркем әдебиет кітаптары толығымен порталға еңгізіліп, оқырмандарға электронды түрде де қызмет көрсетілуде. Мектеп - гимназиямыздың оқырмандары үшін жаңа заманауи жабдықталған кітапханамыз – оқушылардың білім алуына, кітап оқуына деген қызығушылығын арттырып, бос уақыттарын тиімді өткізуіне ықпал ететін маңызды білім беру ортасы болып табылуда. </w:t>
      </w:r>
      <w:r w:rsidRPr="00FA1D49">
        <w:rPr>
          <w:rFonts w:ascii="Times New Roman" w:hAnsi="Times New Roman" w:cs="Times New Roman"/>
          <w:color w:val="1F1F1F"/>
          <w:sz w:val="28"/>
          <w:szCs w:val="28"/>
          <w:lang w:val="kk-KZ" w:eastAsia="ru-RU"/>
        </w:rPr>
        <w:t>Мектеп кітапханасы – кітап арқылы оқушылардың жан-жақты білім алуымен қатар, олардың патриоттық рухта тәрбиеленуіне, саяси сапасын қалыптастырып, ғылыми, кәсіби, мәдени дәрежесінің дамуына әсер ететін бірден-бір әлеуметтік орын болып табылады. Кітапханаға оқушылар үнемі келіп, қажетті әдебиеттерін жазғызып алып отырады, сол арқылы өз білімдерін толықтырады. Біздің жауапкершілікті міндетіміз: кітаптарды насихаттаудың түрлі формалары мен әдістерін ұйымдастыру арқылы оқырмандардың кітап оқуға қызығушылығын арттыру, жан-жақты дамыған тұлғаны тәрбиелеуге жәрдемдесу.</w:t>
      </w:r>
    </w:p>
    <w:p w14:paraId="3597CD6E" w14:textId="3F8F5626" w:rsidR="00FA1D49" w:rsidRPr="00FA1D49" w:rsidRDefault="00FA1D49" w:rsidP="00FA1D49">
      <w:pPr>
        <w:jc w:val="both"/>
        <w:rPr>
          <w:sz w:val="28"/>
          <w:szCs w:val="28"/>
          <w:lang w:val="kk-KZ"/>
        </w:rPr>
      </w:pPr>
      <w:r>
        <w:rPr>
          <w:sz w:val="28"/>
          <w:szCs w:val="28"/>
          <w:lang w:val="kk-KZ"/>
        </w:rPr>
        <w:t xml:space="preserve">  </w:t>
      </w:r>
    </w:p>
    <w:tbl>
      <w:tblPr>
        <w:tblStyle w:val="a7"/>
        <w:tblpPr w:leftFromText="180" w:rightFromText="180" w:vertAnchor="text" w:horzAnchor="margin" w:tblpX="108" w:tblpY="134"/>
        <w:tblW w:w="10173" w:type="dxa"/>
        <w:tblLayout w:type="fixed"/>
        <w:tblLook w:val="04A0" w:firstRow="1" w:lastRow="0" w:firstColumn="1" w:lastColumn="0" w:noHBand="0" w:noVBand="1"/>
      </w:tblPr>
      <w:tblGrid>
        <w:gridCol w:w="3437"/>
        <w:gridCol w:w="1633"/>
        <w:gridCol w:w="5103"/>
      </w:tblGrid>
      <w:tr w:rsidR="00FA1D49" w:rsidRPr="00FA1D49" w14:paraId="2E624030" w14:textId="77777777" w:rsidTr="00FA1D49">
        <w:tc>
          <w:tcPr>
            <w:tcW w:w="3437" w:type="dxa"/>
          </w:tcPr>
          <w:p w14:paraId="1BB0BE05" w14:textId="77777777" w:rsidR="00FA1D49" w:rsidRPr="00FA1D49" w:rsidRDefault="00FA1D49" w:rsidP="00FA1D49">
            <w:pPr>
              <w:jc w:val="both"/>
              <w:rPr>
                <w:bCs/>
                <w:sz w:val="28"/>
                <w:szCs w:val="28"/>
                <w:lang w:val="kk-KZ"/>
              </w:rPr>
            </w:pPr>
            <w:r w:rsidRPr="00FA1D49">
              <w:rPr>
                <w:bCs/>
                <w:sz w:val="28"/>
                <w:szCs w:val="28"/>
                <w:lang w:val="kk-KZ"/>
              </w:rPr>
              <w:t>Тақырып</w:t>
            </w:r>
          </w:p>
        </w:tc>
        <w:tc>
          <w:tcPr>
            <w:tcW w:w="1633" w:type="dxa"/>
          </w:tcPr>
          <w:p w14:paraId="66767D1D" w14:textId="77777777" w:rsidR="00FA1D49" w:rsidRPr="00FA1D49" w:rsidRDefault="00FA1D49" w:rsidP="00FA1D49">
            <w:pPr>
              <w:jc w:val="both"/>
              <w:rPr>
                <w:sz w:val="28"/>
                <w:szCs w:val="28"/>
                <w:lang w:val="kk-KZ"/>
              </w:rPr>
            </w:pPr>
            <w:r w:rsidRPr="00FA1D49">
              <w:rPr>
                <w:sz w:val="28"/>
                <w:szCs w:val="28"/>
                <w:lang w:val="kk-KZ"/>
              </w:rPr>
              <w:t>Өткізілген күн</w:t>
            </w:r>
          </w:p>
        </w:tc>
        <w:tc>
          <w:tcPr>
            <w:tcW w:w="5103" w:type="dxa"/>
          </w:tcPr>
          <w:p w14:paraId="6AAA9D52" w14:textId="77777777" w:rsidR="00FA1D49" w:rsidRPr="00FA1D49" w:rsidRDefault="00FA1D49" w:rsidP="00FA1D49">
            <w:pPr>
              <w:jc w:val="both"/>
              <w:rPr>
                <w:sz w:val="28"/>
                <w:szCs w:val="28"/>
                <w:lang w:val="kk-KZ"/>
              </w:rPr>
            </w:pPr>
            <w:r w:rsidRPr="00FA1D49">
              <w:rPr>
                <w:sz w:val="28"/>
                <w:szCs w:val="28"/>
                <w:lang w:val="kk-KZ"/>
              </w:rPr>
              <w:t>сілтемелер</w:t>
            </w:r>
          </w:p>
        </w:tc>
      </w:tr>
      <w:tr w:rsidR="00FA1D49" w:rsidRPr="00F060A1" w14:paraId="143ED2B2" w14:textId="77777777" w:rsidTr="00FA1D49">
        <w:trPr>
          <w:trHeight w:val="890"/>
        </w:trPr>
        <w:tc>
          <w:tcPr>
            <w:tcW w:w="3437" w:type="dxa"/>
          </w:tcPr>
          <w:p w14:paraId="0A452C69" w14:textId="77777777" w:rsidR="00FA1D49" w:rsidRPr="00FA1D49" w:rsidRDefault="00FA1D49" w:rsidP="00FA1D49">
            <w:pPr>
              <w:jc w:val="both"/>
              <w:rPr>
                <w:rFonts w:eastAsia="Calibri"/>
                <w:bCs/>
                <w:color w:val="000000" w:themeColor="text1"/>
                <w:sz w:val="28"/>
                <w:szCs w:val="28"/>
              </w:rPr>
            </w:pPr>
            <w:r w:rsidRPr="00FA1D49">
              <w:rPr>
                <w:rFonts w:eastAsia="Calibri"/>
                <w:bCs/>
                <w:color w:val="000000" w:themeColor="text1"/>
                <w:sz w:val="28"/>
                <w:szCs w:val="28"/>
                <w:lang w:val="kk-KZ"/>
              </w:rPr>
              <w:t>«Тәуелсіздік – елімнің ерлік жолы» кітап көрмесі</w:t>
            </w:r>
          </w:p>
          <w:p w14:paraId="1AC569C0" w14:textId="77777777" w:rsidR="00FA1D49" w:rsidRPr="00FA1D49" w:rsidRDefault="00FA1D49" w:rsidP="00FA1D49">
            <w:pPr>
              <w:jc w:val="both"/>
              <w:rPr>
                <w:color w:val="000000" w:themeColor="text1"/>
                <w:sz w:val="28"/>
                <w:szCs w:val="28"/>
                <w:lang w:val="en-US"/>
              </w:rPr>
            </w:pPr>
            <w:r w:rsidRPr="00FA1D49">
              <w:rPr>
                <w:color w:val="000000" w:themeColor="text1"/>
                <w:sz w:val="28"/>
                <w:szCs w:val="28"/>
                <w:lang w:val="en-US"/>
              </w:rPr>
              <w:t>#</w:t>
            </w:r>
            <w:r w:rsidRPr="00FA1D49">
              <w:rPr>
                <w:color w:val="000000" w:themeColor="text1"/>
                <w:sz w:val="28"/>
                <w:szCs w:val="28"/>
                <w:lang w:val="kk-KZ"/>
              </w:rPr>
              <w:t>біртұтас</w:t>
            </w:r>
            <w:r w:rsidRPr="00FA1D49">
              <w:rPr>
                <w:color w:val="000000" w:themeColor="text1"/>
                <w:sz w:val="28"/>
                <w:szCs w:val="28"/>
              </w:rPr>
              <w:t>_т</w:t>
            </w:r>
            <w:r w:rsidRPr="00FA1D49">
              <w:rPr>
                <w:color w:val="000000" w:themeColor="text1"/>
                <w:sz w:val="28"/>
                <w:szCs w:val="28"/>
                <w:lang w:val="kk-KZ"/>
              </w:rPr>
              <w:t xml:space="preserve">әрбие, </w:t>
            </w:r>
            <w:r w:rsidRPr="00FA1D49">
              <w:rPr>
                <w:color w:val="000000" w:themeColor="text1"/>
                <w:sz w:val="28"/>
                <w:szCs w:val="28"/>
                <w:lang w:val="en-US"/>
              </w:rPr>
              <w:t>#14KITAPHANA</w:t>
            </w:r>
          </w:p>
        </w:tc>
        <w:tc>
          <w:tcPr>
            <w:tcW w:w="1633" w:type="dxa"/>
          </w:tcPr>
          <w:p w14:paraId="2276A7AB" w14:textId="77777777" w:rsidR="00FA1D49" w:rsidRPr="00FA1D49" w:rsidRDefault="00FA1D49" w:rsidP="00FA1D49">
            <w:pPr>
              <w:jc w:val="both"/>
              <w:rPr>
                <w:sz w:val="28"/>
                <w:szCs w:val="28"/>
                <w:lang w:val="kk-KZ"/>
              </w:rPr>
            </w:pPr>
            <w:r w:rsidRPr="00FA1D49">
              <w:rPr>
                <w:sz w:val="28"/>
                <w:szCs w:val="28"/>
                <w:lang w:val="kk-KZ"/>
              </w:rPr>
              <w:t>15.12.2024</w:t>
            </w:r>
          </w:p>
        </w:tc>
        <w:tc>
          <w:tcPr>
            <w:tcW w:w="5103" w:type="dxa"/>
          </w:tcPr>
          <w:p w14:paraId="3D0B1873" w14:textId="77777777" w:rsidR="00FA1D49" w:rsidRPr="00FA1D49" w:rsidRDefault="008D1D0B" w:rsidP="00FA1D49">
            <w:pPr>
              <w:jc w:val="both"/>
              <w:rPr>
                <w:color w:val="0070C0"/>
                <w:sz w:val="28"/>
                <w:szCs w:val="28"/>
                <w:lang w:val="kk-KZ"/>
              </w:rPr>
            </w:pPr>
            <w:hyperlink r:id="rId845" w:history="1">
              <w:r w:rsidR="00FA1D49" w:rsidRPr="00FA1D49">
                <w:rPr>
                  <w:rStyle w:val="ae"/>
                  <w:sz w:val="28"/>
                  <w:szCs w:val="28"/>
                  <w:lang w:val="kk-KZ"/>
                </w:rPr>
                <w:t>https://www.instagram.com/p/DDoQvLDM2ss/?stkn=MXNlOHFqeDd6MDYxeA</w:t>
              </w:r>
            </w:hyperlink>
            <w:r w:rsidR="00FA1D49" w:rsidRPr="00FA1D49">
              <w:rPr>
                <w:color w:val="0070C0"/>
                <w:sz w:val="28"/>
                <w:szCs w:val="28"/>
                <w:lang w:val="kk-KZ"/>
              </w:rPr>
              <w:t>==</w:t>
            </w:r>
          </w:p>
          <w:p w14:paraId="6DB5B8A2" w14:textId="77777777" w:rsidR="00FA1D49" w:rsidRPr="00FA1D49" w:rsidRDefault="00FA1D49" w:rsidP="00FA1D49">
            <w:pPr>
              <w:jc w:val="both"/>
              <w:rPr>
                <w:color w:val="0070C0"/>
                <w:sz w:val="28"/>
                <w:szCs w:val="28"/>
                <w:lang w:val="kk-KZ"/>
              </w:rPr>
            </w:pPr>
          </w:p>
          <w:p w14:paraId="6F791C47" w14:textId="77777777" w:rsidR="00FA1D49" w:rsidRPr="00FA1D49" w:rsidRDefault="00FA1D49" w:rsidP="00FA1D49">
            <w:pPr>
              <w:jc w:val="both"/>
              <w:rPr>
                <w:color w:val="0070C0"/>
                <w:sz w:val="28"/>
                <w:szCs w:val="28"/>
                <w:lang w:val="kk-KZ"/>
              </w:rPr>
            </w:pPr>
          </w:p>
        </w:tc>
      </w:tr>
      <w:tr w:rsidR="00FA1D49" w:rsidRPr="00F060A1" w14:paraId="0F960815" w14:textId="77777777" w:rsidTr="00FA1D49">
        <w:tc>
          <w:tcPr>
            <w:tcW w:w="3437" w:type="dxa"/>
          </w:tcPr>
          <w:p w14:paraId="4925B6BA" w14:textId="77777777" w:rsidR="00FA1D49" w:rsidRPr="00FA1D49" w:rsidRDefault="00FA1D49" w:rsidP="00FA1D49">
            <w:pPr>
              <w:jc w:val="both"/>
              <w:rPr>
                <w:rFonts w:eastAsia="Calibri"/>
                <w:bCs/>
                <w:color w:val="000000" w:themeColor="text1"/>
                <w:sz w:val="28"/>
                <w:szCs w:val="28"/>
                <w:lang w:val="kk-KZ"/>
              </w:rPr>
            </w:pPr>
            <w:r w:rsidRPr="00FA1D49">
              <w:rPr>
                <w:rFonts w:eastAsia="Calibri"/>
                <w:bCs/>
                <w:color w:val="000000" w:themeColor="text1"/>
                <w:sz w:val="28"/>
                <w:szCs w:val="28"/>
                <w:lang w:val="kk-KZ"/>
              </w:rPr>
              <w:t>«Тәуелсіздік – елімнің ерлік жолы» ашық алаң</w:t>
            </w:r>
          </w:p>
          <w:p w14:paraId="46DFE306" w14:textId="77777777" w:rsidR="00FA1D49" w:rsidRPr="00FA1D49" w:rsidRDefault="00FA1D49" w:rsidP="00FA1D49">
            <w:pPr>
              <w:jc w:val="both"/>
              <w:rPr>
                <w:rFonts w:eastAsia="Calibri"/>
                <w:bCs/>
                <w:color w:val="000000" w:themeColor="text1"/>
                <w:sz w:val="28"/>
                <w:szCs w:val="28"/>
                <w:lang w:val="en-US"/>
              </w:rPr>
            </w:pPr>
            <w:r w:rsidRPr="00FA1D49">
              <w:rPr>
                <w:color w:val="000000" w:themeColor="text1"/>
                <w:sz w:val="28"/>
                <w:szCs w:val="28"/>
                <w:lang w:val="en-US"/>
              </w:rPr>
              <w:t>#</w:t>
            </w:r>
            <w:r w:rsidRPr="00FA1D49">
              <w:rPr>
                <w:color w:val="000000" w:themeColor="text1"/>
                <w:sz w:val="28"/>
                <w:szCs w:val="28"/>
                <w:lang w:val="kk-KZ"/>
              </w:rPr>
              <w:t>біртұтас</w:t>
            </w:r>
            <w:r w:rsidRPr="00FA1D49">
              <w:rPr>
                <w:color w:val="000000" w:themeColor="text1"/>
                <w:sz w:val="28"/>
                <w:szCs w:val="28"/>
              </w:rPr>
              <w:t>_т</w:t>
            </w:r>
            <w:r w:rsidRPr="00FA1D49">
              <w:rPr>
                <w:color w:val="000000" w:themeColor="text1"/>
                <w:sz w:val="28"/>
                <w:szCs w:val="28"/>
                <w:lang w:val="kk-KZ"/>
              </w:rPr>
              <w:t xml:space="preserve">әрбие, </w:t>
            </w:r>
            <w:r w:rsidRPr="00FA1D49">
              <w:rPr>
                <w:color w:val="000000" w:themeColor="text1"/>
                <w:sz w:val="28"/>
                <w:szCs w:val="28"/>
                <w:lang w:val="en-US"/>
              </w:rPr>
              <w:t>#14KITAPHANA</w:t>
            </w:r>
          </w:p>
        </w:tc>
        <w:tc>
          <w:tcPr>
            <w:tcW w:w="1633" w:type="dxa"/>
          </w:tcPr>
          <w:p w14:paraId="161534C6" w14:textId="77777777" w:rsidR="00FA1D49" w:rsidRPr="00FA1D49" w:rsidRDefault="00FA1D49" w:rsidP="00FA1D49">
            <w:pPr>
              <w:jc w:val="both"/>
              <w:rPr>
                <w:sz w:val="28"/>
                <w:szCs w:val="28"/>
                <w:lang w:val="kk-KZ"/>
              </w:rPr>
            </w:pPr>
            <w:r w:rsidRPr="00FA1D49">
              <w:rPr>
                <w:sz w:val="28"/>
                <w:szCs w:val="28"/>
                <w:lang w:val="kk-KZ"/>
              </w:rPr>
              <w:t>15.12.2024</w:t>
            </w:r>
          </w:p>
        </w:tc>
        <w:tc>
          <w:tcPr>
            <w:tcW w:w="5103" w:type="dxa"/>
          </w:tcPr>
          <w:p w14:paraId="4696505E" w14:textId="77777777" w:rsidR="00FA1D49" w:rsidRPr="00FA1D49" w:rsidRDefault="00FA1D49" w:rsidP="00FA1D49">
            <w:pPr>
              <w:jc w:val="both"/>
              <w:rPr>
                <w:color w:val="0070C0"/>
                <w:sz w:val="28"/>
                <w:szCs w:val="28"/>
                <w:lang w:val="kk-KZ"/>
              </w:rPr>
            </w:pPr>
            <w:r w:rsidRPr="00FA1D49">
              <w:rPr>
                <w:color w:val="0070C0"/>
                <w:sz w:val="28"/>
                <w:szCs w:val="28"/>
                <w:lang w:val="kk-KZ"/>
              </w:rPr>
              <w:t>https://www.instagram.com/reel/DDoQz1DMlaM/?stkn=cmdneGQxczduYWpl</w:t>
            </w:r>
          </w:p>
        </w:tc>
      </w:tr>
      <w:tr w:rsidR="00FA1D49" w:rsidRPr="00F060A1" w14:paraId="34842CB4" w14:textId="77777777" w:rsidTr="00FA1D49">
        <w:tc>
          <w:tcPr>
            <w:tcW w:w="3437" w:type="dxa"/>
          </w:tcPr>
          <w:p w14:paraId="09C0D09E" w14:textId="77777777" w:rsidR="00FA1D49" w:rsidRPr="00FA1D49" w:rsidRDefault="00FA1D49" w:rsidP="00FA1D49">
            <w:pPr>
              <w:contextualSpacing/>
              <w:jc w:val="both"/>
              <w:rPr>
                <w:rFonts w:eastAsia="Calibri"/>
                <w:bCs/>
                <w:color w:val="000000" w:themeColor="text1"/>
                <w:sz w:val="28"/>
                <w:szCs w:val="28"/>
                <w:lang w:val="kk-KZ"/>
              </w:rPr>
            </w:pPr>
            <w:r w:rsidRPr="00FA1D49">
              <w:rPr>
                <w:rFonts w:eastAsia="Calibri"/>
                <w:bCs/>
                <w:color w:val="000000" w:themeColor="text1"/>
                <w:sz w:val="28"/>
                <w:szCs w:val="28"/>
                <w:lang w:val="kk-KZ"/>
              </w:rPr>
              <w:t xml:space="preserve">«Кітап – білім бұлағы» 1 сынып оқушыларын оқырмандар қатарына қабылдау </w:t>
            </w:r>
          </w:p>
          <w:p w14:paraId="450FFFB6" w14:textId="77777777" w:rsidR="00FA1D49" w:rsidRPr="00FA1D49" w:rsidRDefault="00FA1D49" w:rsidP="00FA1D49">
            <w:pPr>
              <w:contextualSpacing/>
              <w:jc w:val="both"/>
              <w:rPr>
                <w:color w:val="000000" w:themeColor="text1"/>
                <w:sz w:val="28"/>
                <w:szCs w:val="28"/>
                <w:lang w:val="kk-KZ"/>
              </w:rPr>
            </w:pPr>
            <w:r w:rsidRPr="00FA1D49">
              <w:rPr>
                <w:color w:val="000000" w:themeColor="text1"/>
                <w:sz w:val="28"/>
                <w:szCs w:val="28"/>
                <w:lang w:val="en-US"/>
              </w:rPr>
              <w:t>#</w:t>
            </w:r>
            <w:r w:rsidRPr="00FA1D49">
              <w:rPr>
                <w:color w:val="000000" w:themeColor="text1"/>
                <w:sz w:val="28"/>
                <w:szCs w:val="28"/>
                <w:lang w:val="kk-KZ"/>
              </w:rPr>
              <w:t>біртұтас</w:t>
            </w:r>
            <w:r w:rsidRPr="00FA1D49">
              <w:rPr>
                <w:color w:val="000000" w:themeColor="text1"/>
                <w:sz w:val="28"/>
                <w:szCs w:val="28"/>
              </w:rPr>
              <w:t>_т</w:t>
            </w:r>
            <w:r w:rsidRPr="00FA1D49">
              <w:rPr>
                <w:color w:val="000000" w:themeColor="text1"/>
                <w:sz w:val="28"/>
                <w:szCs w:val="28"/>
                <w:lang w:val="kk-KZ"/>
              </w:rPr>
              <w:t xml:space="preserve">әрбие, </w:t>
            </w:r>
            <w:r w:rsidRPr="00FA1D49">
              <w:rPr>
                <w:color w:val="000000" w:themeColor="text1"/>
                <w:sz w:val="28"/>
                <w:szCs w:val="28"/>
                <w:lang w:val="en-US"/>
              </w:rPr>
              <w:t>#14KITAPHANA</w:t>
            </w:r>
            <w:r w:rsidRPr="00FA1D49">
              <w:rPr>
                <w:color w:val="000000" w:themeColor="text1"/>
                <w:sz w:val="28"/>
                <w:szCs w:val="28"/>
                <w:lang w:val="kk-KZ"/>
              </w:rPr>
              <w:t>,</w:t>
            </w:r>
          </w:p>
          <w:p w14:paraId="11D1B972" w14:textId="77777777" w:rsidR="00FA1D49" w:rsidRPr="00FA1D49" w:rsidRDefault="00FA1D49" w:rsidP="00FA1D49">
            <w:pPr>
              <w:contextualSpacing/>
              <w:jc w:val="both"/>
              <w:rPr>
                <w:rFonts w:eastAsia="Calibri"/>
                <w:bCs/>
                <w:color w:val="000000" w:themeColor="text1"/>
                <w:sz w:val="28"/>
                <w:szCs w:val="28"/>
                <w:lang w:val="kk-KZ"/>
              </w:rPr>
            </w:pPr>
            <w:r w:rsidRPr="00FA1D49">
              <w:rPr>
                <w:color w:val="000000" w:themeColor="text1"/>
                <w:sz w:val="28"/>
                <w:szCs w:val="28"/>
                <w:lang w:val="en-US"/>
              </w:rPr>
              <w:t>#</w:t>
            </w:r>
            <w:r w:rsidRPr="00FA1D49">
              <w:rPr>
                <w:color w:val="000000" w:themeColor="text1"/>
                <w:sz w:val="28"/>
                <w:szCs w:val="28"/>
                <w:lang w:val="kk-KZ"/>
              </w:rPr>
              <w:t>Балаларкітапханасы</w:t>
            </w:r>
          </w:p>
        </w:tc>
        <w:tc>
          <w:tcPr>
            <w:tcW w:w="1633" w:type="dxa"/>
          </w:tcPr>
          <w:p w14:paraId="35C3F31A" w14:textId="77777777" w:rsidR="00FA1D49" w:rsidRPr="00FA1D49" w:rsidRDefault="00FA1D49" w:rsidP="00FA1D49">
            <w:pPr>
              <w:jc w:val="both"/>
              <w:rPr>
                <w:sz w:val="28"/>
                <w:szCs w:val="28"/>
                <w:lang w:val="kk-KZ"/>
              </w:rPr>
            </w:pPr>
            <w:r w:rsidRPr="00FA1D49">
              <w:rPr>
                <w:sz w:val="28"/>
                <w:szCs w:val="28"/>
                <w:lang w:val="kk-KZ"/>
              </w:rPr>
              <w:t>28.01.2025</w:t>
            </w:r>
          </w:p>
        </w:tc>
        <w:tc>
          <w:tcPr>
            <w:tcW w:w="5103" w:type="dxa"/>
          </w:tcPr>
          <w:p w14:paraId="3951F820" w14:textId="77777777" w:rsidR="00FA1D49" w:rsidRPr="00FA1D49" w:rsidRDefault="008D1D0B" w:rsidP="00FA1D49">
            <w:pPr>
              <w:jc w:val="both"/>
              <w:rPr>
                <w:color w:val="0070C0"/>
                <w:sz w:val="28"/>
                <w:szCs w:val="28"/>
                <w:lang w:val="kk-KZ"/>
              </w:rPr>
            </w:pPr>
            <w:hyperlink r:id="rId846" w:history="1">
              <w:r w:rsidR="00FA1D49" w:rsidRPr="00FA1D49">
                <w:rPr>
                  <w:rStyle w:val="ae"/>
                  <w:sz w:val="28"/>
                  <w:szCs w:val="28"/>
                  <w:lang w:val="kk-KZ"/>
                </w:rPr>
                <w:t>https://www.instagram.com/p/DEzL_NQsOFA/?stkn=MWVueGF3MTIwZzVwdQ</w:t>
              </w:r>
            </w:hyperlink>
            <w:r w:rsidR="00FA1D49" w:rsidRPr="00FA1D49">
              <w:rPr>
                <w:color w:val="0070C0"/>
                <w:sz w:val="28"/>
                <w:szCs w:val="28"/>
                <w:lang w:val="kk-KZ"/>
              </w:rPr>
              <w:t>==</w:t>
            </w:r>
          </w:p>
          <w:p w14:paraId="18A8A8A3" w14:textId="77777777" w:rsidR="00FA1D49" w:rsidRPr="00FA1D49" w:rsidRDefault="00FA1D49" w:rsidP="00FA1D49">
            <w:pPr>
              <w:jc w:val="both"/>
              <w:rPr>
                <w:color w:val="0070C0"/>
                <w:sz w:val="28"/>
                <w:szCs w:val="28"/>
                <w:lang w:val="kk-KZ"/>
              </w:rPr>
            </w:pPr>
          </w:p>
          <w:p w14:paraId="195A33DC" w14:textId="77777777" w:rsidR="00FA1D49" w:rsidRPr="00FA1D49" w:rsidRDefault="00FA1D49" w:rsidP="00FA1D49">
            <w:pPr>
              <w:jc w:val="both"/>
              <w:rPr>
                <w:color w:val="0070C0"/>
                <w:sz w:val="28"/>
                <w:szCs w:val="28"/>
                <w:lang w:val="kk-KZ"/>
              </w:rPr>
            </w:pPr>
          </w:p>
        </w:tc>
      </w:tr>
      <w:tr w:rsidR="00FA1D49" w:rsidRPr="00F060A1" w14:paraId="2286A857" w14:textId="77777777" w:rsidTr="00FA1D49">
        <w:tc>
          <w:tcPr>
            <w:tcW w:w="3437" w:type="dxa"/>
          </w:tcPr>
          <w:p w14:paraId="4DB3CE8E" w14:textId="77777777" w:rsidR="00FA1D49" w:rsidRPr="00FA1D49" w:rsidRDefault="00FA1D49" w:rsidP="00FA1D49">
            <w:pPr>
              <w:jc w:val="both"/>
              <w:rPr>
                <w:rFonts w:eastAsia="Calibri"/>
                <w:bCs/>
                <w:sz w:val="28"/>
                <w:szCs w:val="28"/>
                <w:lang w:val="kk-KZ"/>
              </w:rPr>
            </w:pPr>
            <w:r w:rsidRPr="00FA1D49">
              <w:rPr>
                <w:rFonts w:eastAsia="Calibri"/>
                <w:bCs/>
                <w:sz w:val="28"/>
                <w:szCs w:val="28"/>
                <w:lang w:val="kk-KZ"/>
              </w:rPr>
              <w:t>«Әдеби косплей» байқауы 2 сыныптар</w:t>
            </w:r>
          </w:p>
          <w:p w14:paraId="0607FD46" w14:textId="77777777" w:rsidR="00FA1D49" w:rsidRPr="00FA1D49" w:rsidRDefault="00FA1D49" w:rsidP="00FA1D49">
            <w:pPr>
              <w:contextualSpacing/>
              <w:jc w:val="both"/>
              <w:rPr>
                <w:color w:val="000000" w:themeColor="text1"/>
                <w:sz w:val="28"/>
                <w:szCs w:val="28"/>
                <w:lang w:val="kk-KZ"/>
              </w:rPr>
            </w:pPr>
            <w:r w:rsidRPr="00FA1D49">
              <w:rPr>
                <w:color w:val="000000" w:themeColor="text1"/>
                <w:sz w:val="28"/>
                <w:szCs w:val="28"/>
                <w:lang w:val="kk-KZ"/>
              </w:rPr>
              <w:t>#біртұтас_тәрбие, #14KITAPHANA,</w:t>
            </w:r>
          </w:p>
          <w:p w14:paraId="7B8C182E" w14:textId="77777777" w:rsidR="00FA1D49" w:rsidRPr="00FA1D49" w:rsidRDefault="00FA1D49" w:rsidP="00FA1D49">
            <w:pPr>
              <w:jc w:val="both"/>
              <w:rPr>
                <w:rFonts w:eastAsia="Calibri"/>
                <w:bCs/>
                <w:sz w:val="28"/>
                <w:szCs w:val="28"/>
                <w:lang w:val="kk-KZ"/>
              </w:rPr>
            </w:pPr>
            <w:r w:rsidRPr="00FA1D49">
              <w:rPr>
                <w:color w:val="000000" w:themeColor="text1"/>
                <w:sz w:val="28"/>
                <w:szCs w:val="28"/>
                <w:lang w:val="en-US"/>
              </w:rPr>
              <w:t>#</w:t>
            </w:r>
            <w:r w:rsidRPr="00FA1D49">
              <w:rPr>
                <w:color w:val="000000" w:themeColor="text1"/>
                <w:sz w:val="28"/>
                <w:szCs w:val="28"/>
                <w:lang w:val="kk-KZ"/>
              </w:rPr>
              <w:t>Балаларкітапханасы, #адалазамат</w:t>
            </w:r>
          </w:p>
        </w:tc>
        <w:tc>
          <w:tcPr>
            <w:tcW w:w="1633" w:type="dxa"/>
          </w:tcPr>
          <w:p w14:paraId="48888DED" w14:textId="77777777" w:rsidR="00FA1D49" w:rsidRPr="00FA1D49" w:rsidRDefault="00FA1D49" w:rsidP="00FA1D49">
            <w:pPr>
              <w:jc w:val="both"/>
              <w:rPr>
                <w:sz w:val="28"/>
                <w:szCs w:val="28"/>
                <w:lang w:val="kk-KZ"/>
              </w:rPr>
            </w:pPr>
            <w:r w:rsidRPr="00FA1D49">
              <w:rPr>
                <w:sz w:val="28"/>
                <w:szCs w:val="28"/>
                <w:lang w:val="kk-KZ"/>
              </w:rPr>
              <w:t>04.02.2025</w:t>
            </w:r>
          </w:p>
        </w:tc>
        <w:tc>
          <w:tcPr>
            <w:tcW w:w="5103" w:type="dxa"/>
          </w:tcPr>
          <w:p w14:paraId="39B9A89F" w14:textId="77777777" w:rsidR="00FA1D49" w:rsidRPr="00FA1D49" w:rsidRDefault="00FA1D49" w:rsidP="00FA1D49">
            <w:pPr>
              <w:jc w:val="both"/>
              <w:rPr>
                <w:color w:val="0070C0"/>
                <w:sz w:val="28"/>
                <w:szCs w:val="28"/>
                <w:lang w:val="kk-KZ"/>
              </w:rPr>
            </w:pPr>
            <w:r w:rsidRPr="00FA1D49">
              <w:rPr>
                <w:color w:val="0070C0"/>
                <w:sz w:val="28"/>
                <w:szCs w:val="28"/>
                <w:lang w:val="kk-KZ"/>
              </w:rPr>
              <w:t>https://www.instagram.com/reel/DFpCfUqMuW-/?stkn=MXhsNDJhZ3E0bXh6YQ==</w:t>
            </w:r>
          </w:p>
        </w:tc>
      </w:tr>
      <w:tr w:rsidR="00FA1D49" w:rsidRPr="00F060A1" w14:paraId="523109A6" w14:textId="77777777" w:rsidTr="00FA1D49">
        <w:tc>
          <w:tcPr>
            <w:tcW w:w="3437" w:type="dxa"/>
          </w:tcPr>
          <w:p w14:paraId="22F4DD83" w14:textId="77777777" w:rsidR="00FA1D49" w:rsidRPr="00FA1D49" w:rsidRDefault="00FA1D49" w:rsidP="00FA1D49">
            <w:pPr>
              <w:jc w:val="both"/>
              <w:rPr>
                <w:rFonts w:eastAsia="Calibri"/>
                <w:bCs/>
                <w:sz w:val="28"/>
                <w:szCs w:val="28"/>
                <w:lang w:val="kk-KZ"/>
              </w:rPr>
            </w:pPr>
            <w:r w:rsidRPr="00FA1D49">
              <w:rPr>
                <w:rFonts w:eastAsia="Calibri"/>
                <w:bCs/>
                <w:sz w:val="28"/>
                <w:szCs w:val="28"/>
                <w:lang w:val="kk-KZ"/>
              </w:rPr>
              <w:t xml:space="preserve">«Кітап оқиық!» челендж 3 «В» сынып. </w:t>
            </w:r>
          </w:p>
          <w:p w14:paraId="26E29E24" w14:textId="77777777" w:rsidR="00FA1D49" w:rsidRPr="00FA1D49" w:rsidRDefault="00FA1D49" w:rsidP="00FA1D49">
            <w:pPr>
              <w:contextualSpacing/>
              <w:jc w:val="both"/>
              <w:rPr>
                <w:color w:val="000000" w:themeColor="text1"/>
                <w:sz w:val="28"/>
                <w:szCs w:val="28"/>
                <w:lang w:val="kk-KZ"/>
              </w:rPr>
            </w:pPr>
            <w:r w:rsidRPr="00FA1D49">
              <w:rPr>
                <w:color w:val="000000" w:themeColor="text1"/>
                <w:sz w:val="28"/>
                <w:szCs w:val="28"/>
                <w:lang w:val="kk-KZ"/>
              </w:rPr>
              <w:t xml:space="preserve">#біртұтас_тәрбие, </w:t>
            </w:r>
            <w:r w:rsidRPr="00FA1D49">
              <w:rPr>
                <w:color w:val="000000" w:themeColor="text1"/>
                <w:sz w:val="28"/>
                <w:szCs w:val="28"/>
                <w:lang w:val="kk-KZ"/>
              </w:rPr>
              <w:lastRenderedPageBreak/>
              <w:t>#14KITAPHANA,</w:t>
            </w:r>
          </w:p>
          <w:p w14:paraId="5ED9A3B7" w14:textId="77777777" w:rsidR="00FA1D49" w:rsidRPr="00FA1D49" w:rsidRDefault="00FA1D49" w:rsidP="00FA1D49">
            <w:pPr>
              <w:jc w:val="both"/>
              <w:rPr>
                <w:color w:val="000000" w:themeColor="text1"/>
                <w:sz w:val="28"/>
                <w:szCs w:val="28"/>
                <w:lang w:val="kk-KZ"/>
              </w:rPr>
            </w:pPr>
            <w:r w:rsidRPr="00FA1D49">
              <w:rPr>
                <w:color w:val="000000" w:themeColor="text1"/>
                <w:sz w:val="28"/>
                <w:szCs w:val="28"/>
                <w:lang w:val="kk-KZ"/>
              </w:rPr>
              <w:t xml:space="preserve">#Балаларкітапханасы, </w:t>
            </w:r>
          </w:p>
          <w:p w14:paraId="5E6A9F1C" w14:textId="77777777" w:rsidR="00FA1D49" w:rsidRPr="00FA1D49" w:rsidRDefault="00FA1D49" w:rsidP="00FA1D49">
            <w:pPr>
              <w:jc w:val="both"/>
              <w:rPr>
                <w:rFonts w:eastAsia="Calibri"/>
                <w:bCs/>
                <w:sz w:val="28"/>
                <w:szCs w:val="28"/>
                <w:lang w:val="kk-KZ"/>
              </w:rPr>
            </w:pPr>
            <w:r w:rsidRPr="00FA1D49">
              <w:rPr>
                <w:color w:val="000000" w:themeColor="text1"/>
                <w:sz w:val="28"/>
                <w:szCs w:val="28"/>
                <w:lang w:val="kk-KZ"/>
              </w:rPr>
              <w:t># оқуғақұштармектеп</w:t>
            </w:r>
          </w:p>
        </w:tc>
        <w:tc>
          <w:tcPr>
            <w:tcW w:w="1633" w:type="dxa"/>
          </w:tcPr>
          <w:p w14:paraId="3B66EA23" w14:textId="77777777" w:rsidR="00FA1D49" w:rsidRPr="00FA1D49" w:rsidRDefault="00FA1D49" w:rsidP="00FA1D49">
            <w:pPr>
              <w:jc w:val="both"/>
              <w:rPr>
                <w:sz w:val="28"/>
                <w:szCs w:val="28"/>
                <w:lang w:val="kk-KZ"/>
              </w:rPr>
            </w:pPr>
            <w:r w:rsidRPr="00FA1D49">
              <w:rPr>
                <w:sz w:val="28"/>
                <w:szCs w:val="28"/>
                <w:lang w:val="kk-KZ"/>
              </w:rPr>
              <w:lastRenderedPageBreak/>
              <w:t>13.02.2025</w:t>
            </w:r>
          </w:p>
        </w:tc>
        <w:tc>
          <w:tcPr>
            <w:tcW w:w="5103" w:type="dxa"/>
          </w:tcPr>
          <w:p w14:paraId="763108F1" w14:textId="77777777" w:rsidR="00FA1D49" w:rsidRPr="00FA1D49" w:rsidRDefault="00FA1D49" w:rsidP="00FA1D49">
            <w:pPr>
              <w:jc w:val="both"/>
              <w:rPr>
                <w:color w:val="0070C0"/>
                <w:sz w:val="28"/>
                <w:szCs w:val="28"/>
                <w:lang w:val="kk-KZ"/>
              </w:rPr>
            </w:pPr>
            <w:r w:rsidRPr="00FA1D49">
              <w:rPr>
                <w:color w:val="0070C0"/>
                <w:sz w:val="28"/>
                <w:szCs w:val="28"/>
                <w:lang w:val="kk-KZ"/>
              </w:rPr>
              <w:t>https://www.instagram.com/reel/DGAftQrsbf8/?stkn=Z3R2Mzc1ZnNtODBw</w:t>
            </w:r>
          </w:p>
        </w:tc>
      </w:tr>
      <w:tr w:rsidR="00FA1D49" w:rsidRPr="00F060A1" w14:paraId="3C8023C3" w14:textId="77777777" w:rsidTr="00FA1D49">
        <w:tc>
          <w:tcPr>
            <w:tcW w:w="3437" w:type="dxa"/>
          </w:tcPr>
          <w:p w14:paraId="3E4C0823" w14:textId="77777777" w:rsidR="00FA1D49" w:rsidRPr="00FA1D49" w:rsidRDefault="00FA1D49" w:rsidP="00FA1D49">
            <w:pPr>
              <w:jc w:val="both"/>
              <w:rPr>
                <w:rFonts w:eastAsia="Calibri"/>
                <w:bCs/>
                <w:sz w:val="28"/>
                <w:szCs w:val="28"/>
                <w:lang w:val="kk-KZ"/>
              </w:rPr>
            </w:pPr>
            <w:r w:rsidRPr="00FA1D49">
              <w:rPr>
                <w:rFonts w:eastAsia="Calibri"/>
                <w:bCs/>
                <w:sz w:val="28"/>
                <w:szCs w:val="28"/>
                <w:lang w:val="kk-KZ"/>
              </w:rPr>
              <w:t>«Қоңыраудағы үзіліс» 4 сынып оқушыларымен кітапханалық ойын</w:t>
            </w:r>
          </w:p>
          <w:p w14:paraId="05E0F099" w14:textId="77777777" w:rsidR="00FA1D49" w:rsidRPr="00FA1D49" w:rsidRDefault="00FA1D49" w:rsidP="00FA1D49">
            <w:pPr>
              <w:contextualSpacing/>
              <w:jc w:val="both"/>
              <w:rPr>
                <w:color w:val="000000" w:themeColor="text1"/>
                <w:sz w:val="28"/>
                <w:szCs w:val="28"/>
                <w:lang w:val="kk-KZ"/>
              </w:rPr>
            </w:pPr>
            <w:r w:rsidRPr="00FA1D49">
              <w:rPr>
                <w:color w:val="000000" w:themeColor="text1"/>
                <w:sz w:val="28"/>
                <w:szCs w:val="28"/>
                <w:lang w:val="kk-KZ"/>
              </w:rPr>
              <w:t>#біртұтас_тәрбие, #14KITAPHANA,</w:t>
            </w:r>
          </w:p>
          <w:p w14:paraId="217AD4CE" w14:textId="77777777" w:rsidR="00FA1D49" w:rsidRPr="00FA1D49" w:rsidRDefault="00FA1D49" w:rsidP="00FA1D49">
            <w:pPr>
              <w:jc w:val="both"/>
              <w:rPr>
                <w:color w:val="000000" w:themeColor="text1"/>
                <w:sz w:val="28"/>
                <w:szCs w:val="28"/>
                <w:lang w:val="kk-KZ"/>
              </w:rPr>
            </w:pPr>
            <w:r w:rsidRPr="00FA1D49">
              <w:rPr>
                <w:color w:val="000000" w:themeColor="text1"/>
                <w:sz w:val="28"/>
                <w:szCs w:val="28"/>
                <w:lang w:val="kk-KZ"/>
              </w:rPr>
              <w:t xml:space="preserve">#Балаларкітапханасы, </w:t>
            </w:r>
          </w:p>
          <w:p w14:paraId="0042B7A9" w14:textId="77777777" w:rsidR="00FA1D49" w:rsidRPr="00FA1D49" w:rsidRDefault="00FA1D49" w:rsidP="00FA1D49">
            <w:pPr>
              <w:jc w:val="both"/>
              <w:rPr>
                <w:rFonts w:eastAsia="Calibri"/>
                <w:bCs/>
                <w:sz w:val="28"/>
                <w:szCs w:val="28"/>
                <w:lang w:val="kk-KZ"/>
              </w:rPr>
            </w:pPr>
            <w:r w:rsidRPr="00FA1D49">
              <w:rPr>
                <w:color w:val="000000" w:themeColor="text1"/>
                <w:sz w:val="28"/>
                <w:szCs w:val="28"/>
                <w:lang w:val="kk-KZ"/>
              </w:rPr>
              <w:t># оқуғақұштармектеп, #адалазамат</w:t>
            </w:r>
          </w:p>
        </w:tc>
        <w:tc>
          <w:tcPr>
            <w:tcW w:w="1633" w:type="dxa"/>
          </w:tcPr>
          <w:p w14:paraId="1A8C7330" w14:textId="77777777" w:rsidR="00FA1D49" w:rsidRPr="00FA1D49" w:rsidRDefault="00FA1D49" w:rsidP="00FA1D49">
            <w:pPr>
              <w:jc w:val="both"/>
              <w:rPr>
                <w:sz w:val="28"/>
                <w:szCs w:val="28"/>
                <w:lang w:val="kk-KZ"/>
              </w:rPr>
            </w:pPr>
            <w:r w:rsidRPr="00FA1D49">
              <w:rPr>
                <w:sz w:val="28"/>
                <w:szCs w:val="28"/>
                <w:lang w:val="kk-KZ"/>
              </w:rPr>
              <w:t>13.02.2025</w:t>
            </w:r>
          </w:p>
        </w:tc>
        <w:tc>
          <w:tcPr>
            <w:tcW w:w="5103" w:type="dxa"/>
          </w:tcPr>
          <w:p w14:paraId="192BB309" w14:textId="77777777" w:rsidR="00FA1D49" w:rsidRPr="00FA1D49" w:rsidRDefault="00FA1D49" w:rsidP="00FA1D49">
            <w:pPr>
              <w:jc w:val="both"/>
              <w:rPr>
                <w:color w:val="0070C0"/>
                <w:sz w:val="28"/>
                <w:szCs w:val="28"/>
                <w:lang w:val="kk-KZ"/>
              </w:rPr>
            </w:pPr>
            <w:r w:rsidRPr="00FA1D49">
              <w:rPr>
                <w:color w:val="0070C0"/>
                <w:sz w:val="28"/>
                <w:szCs w:val="28"/>
                <w:lang w:val="kk-KZ"/>
              </w:rPr>
              <w:t>https://www.instagram.com/reel/DGAyjt6sOhu/?stkn=MXM3MzBlZndxenNvOA==</w:t>
            </w:r>
          </w:p>
        </w:tc>
      </w:tr>
      <w:tr w:rsidR="00FA1D49" w:rsidRPr="00F060A1" w14:paraId="4349B713" w14:textId="77777777" w:rsidTr="00FA1D49">
        <w:tc>
          <w:tcPr>
            <w:tcW w:w="3437" w:type="dxa"/>
          </w:tcPr>
          <w:p w14:paraId="1AE8C46B" w14:textId="77777777" w:rsidR="00FA1D49" w:rsidRPr="00FA1D49" w:rsidRDefault="00FA1D49" w:rsidP="00FA1D49">
            <w:pPr>
              <w:jc w:val="both"/>
              <w:rPr>
                <w:rFonts w:eastAsia="Calibri"/>
                <w:bCs/>
                <w:sz w:val="28"/>
                <w:szCs w:val="28"/>
                <w:lang w:val="kk-KZ"/>
              </w:rPr>
            </w:pPr>
            <w:r w:rsidRPr="00FA1D49">
              <w:rPr>
                <w:rFonts w:eastAsia="Calibri"/>
                <w:bCs/>
                <w:sz w:val="28"/>
                <w:szCs w:val="28"/>
                <w:lang w:val="kk-KZ"/>
              </w:rPr>
              <w:t>«Шың жүрекпен кітап сыйла!»</w:t>
            </w:r>
          </w:p>
          <w:p w14:paraId="6EC3FAFC" w14:textId="77777777" w:rsidR="00FA1D49" w:rsidRPr="00FA1D49" w:rsidRDefault="00FA1D49" w:rsidP="00FA1D49">
            <w:pPr>
              <w:jc w:val="both"/>
              <w:rPr>
                <w:rFonts w:eastAsia="Calibri"/>
                <w:bCs/>
                <w:sz w:val="28"/>
                <w:szCs w:val="28"/>
                <w:lang w:val="kk-KZ"/>
              </w:rPr>
            </w:pPr>
            <w:r w:rsidRPr="00FA1D49">
              <w:rPr>
                <w:rFonts w:eastAsia="Calibri"/>
                <w:bCs/>
                <w:sz w:val="28"/>
                <w:szCs w:val="28"/>
                <w:lang w:val="kk-KZ"/>
              </w:rPr>
              <w:t>Акция</w:t>
            </w:r>
          </w:p>
          <w:p w14:paraId="6F8085A3" w14:textId="77777777" w:rsidR="00FA1D49" w:rsidRPr="00FA1D49" w:rsidRDefault="00FA1D49" w:rsidP="00FA1D49">
            <w:pPr>
              <w:contextualSpacing/>
              <w:jc w:val="both"/>
              <w:rPr>
                <w:color w:val="000000" w:themeColor="text1"/>
                <w:sz w:val="28"/>
                <w:szCs w:val="28"/>
                <w:lang w:val="kk-KZ"/>
              </w:rPr>
            </w:pPr>
            <w:r w:rsidRPr="00FA1D49">
              <w:rPr>
                <w:color w:val="000000" w:themeColor="text1"/>
                <w:sz w:val="28"/>
                <w:szCs w:val="28"/>
                <w:lang w:val="kk-KZ"/>
              </w:rPr>
              <w:t>#біртұтас_тәрбие, #14KITAPHANA,</w:t>
            </w:r>
          </w:p>
          <w:p w14:paraId="3093B43A" w14:textId="77777777" w:rsidR="00FA1D49" w:rsidRPr="00FA1D49" w:rsidRDefault="00FA1D49" w:rsidP="00FA1D49">
            <w:pPr>
              <w:jc w:val="both"/>
              <w:rPr>
                <w:color w:val="000000" w:themeColor="text1"/>
                <w:sz w:val="28"/>
                <w:szCs w:val="28"/>
                <w:lang w:val="kk-KZ"/>
              </w:rPr>
            </w:pPr>
            <w:r w:rsidRPr="00FA1D49">
              <w:rPr>
                <w:color w:val="000000" w:themeColor="text1"/>
                <w:sz w:val="28"/>
                <w:szCs w:val="28"/>
                <w:lang w:val="kk-KZ"/>
              </w:rPr>
              <w:t xml:space="preserve">#Балаларкітапханасы, </w:t>
            </w:r>
          </w:p>
          <w:p w14:paraId="2D75F235" w14:textId="77777777" w:rsidR="00FA1D49" w:rsidRPr="00FA1D49" w:rsidRDefault="00FA1D49" w:rsidP="00FA1D49">
            <w:pPr>
              <w:jc w:val="both"/>
              <w:rPr>
                <w:rFonts w:eastAsia="Calibri"/>
                <w:bCs/>
                <w:sz w:val="28"/>
                <w:szCs w:val="28"/>
                <w:lang w:val="kk-KZ"/>
              </w:rPr>
            </w:pPr>
            <w:r w:rsidRPr="00FA1D49">
              <w:rPr>
                <w:color w:val="000000" w:themeColor="text1"/>
                <w:sz w:val="28"/>
                <w:szCs w:val="28"/>
                <w:lang w:val="kk-KZ"/>
              </w:rPr>
              <w:t># оқуғақұштармектеп</w:t>
            </w:r>
          </w:p>
        </w:tc>
        <w:tc>
          <w:tcPr>
            <w:tcW w:w="1633" w:type="dxa"/>
          </w:tcPr>
          <w:p w14:paraId="20D9ACA1" w14:textId="77777777" w:rsidR="00FA1D49" w:rsidRPr="00FA1D49" w:rsidRDefault="00FA1D49" w:rsidP="00FA1D49">
            <w:pPr>
              <w:jc w:val="both"/>
              <w:rPr>
                <w:sz w:val="28"/>
                <w:szCs w:val="28"/>
                <w:lang w:val="kk-KZ"/>
              </w:rPr>
            </w:pPr>
            <w:r w:rsidRPr="00FA1D49">
              <w:rPr>
                <w:sz w:val="28"/>
                <w:szCs w:val="28"/>
                <w:lang w:val="kk-KZ"/>
              </w:rPr>
              <w:t>14.02.2025</w:t>
            </w:r>
          </w:p>
        </w:tc>
        <w:tc>
          <w:tcPr>
            <w:tcW w:w="5103" w:type="dxa"/>
          </w:tcPr>
          <w:p w14:paraId="59C05A01" w14:textId="77777777" w:rsidR="00FA1D49" w:rsidRPr="00FA1D49" w:rsidRDefault="00FA1D49" w:rsidP="00FA1D49">
            <w:pPr>
              <w:jc w:val="both"/>
              <w:rPr>
                <w:color w:val="0070C0"/>
                <w:sz w:val="28"/>
                <w:szCs w:val="28"/>
                <w:lang w:val="kk-KZ"/>
              </w:rPr>
            </w:pPr>
            <w:r w:rsidRPr="00FA1D49">
              <w:rPr>
                <w:color w:val="0070C0"/>
                <w:sz w:val="28"/>
                <w:szCs w:val="28"/>
                <w:lang w:val="kk-KZ"/>
              </w:rPr>
              <w:t>https://www.instagram.com/p/DGAyh8_M7Pd/?stkn=MXNhM2hxaGl6bXlvbA==</w:t>
            </w:r>
          </w:p>
        </w:tc>
      </w:tr>
      <w:tr w:rsidR="00FA1D49" w:rsidRPr="00F060A1" w14:paraId="6AB119C4" w14:textId="77777777" w:rsidTr="00FA1D49">
        <w:tc>
          <w:tcPr>
            <w:tcW w:w="3437" w:type="dxa"/>
          </w:tcPr>
          <w:p w14:paraId="7E011E27" w14:textId="77777777" w:rsidR="00FA1D49" w:rsidRPr="00FA1D49" w:rsidRDefault="00FA1D49" w:rsidP="00FA1D49">
            <w:pPr>
              <w:jc w:val="both"/>
              <w:rPr>
                <w:rFonts w:eastAsia="Calibri"/>
                <w:bCs/>
                <w:sz w:val="28"/>
                <w:szCs w:val="28"/>
                <w:lang w:val="kk-KZ"/>
              </w:rPr>
            </w:pPr>
            <w:r w:rsidRPr="00FA1D49">
              <w:rPr>
                <w:rFonts w:eastAsia="Calibri"/>
                <w:bCs/>
                <w:sz w:val="28"/>
                <w:szCs w:val="28"/>
                <w:lang w:val="kk-KZ"/>
              </w:rPr>
              <w:t>31 филиал кітапханасының  атынан кітапхана қорына кітап сыйға тартылды</w:t>
            </w:r>
          </w:p>
          <w:p w14:paraId="0BEEBE99" w14:textId="77777777" w:rsidR="00FA1D49" w:rsidRPr="00FA1D49" w:rsidRDefault="00FA1D49" w:rsidP="00FA1D49">
            <w:pPr>
              <w:contextualSpacing/>
              <w:jc w:val="both"/>
              <w:rPr>
                <w:color w:val="000000" w:themeColor="text1"/>
                <w:sz w:val="28"/>
                <w:szCs w:val="28"/>
                <w:lang w:val="kk-KZ"/>
              </w:rPr>
            </w:pPr>
            <w:r w:rsidRPr="00FA1D49">
              <w:rPr>
                <w:color w:val="000000" w:themeColor="text1"/>
                <w:sz w:val="28"/>
                <w:szCs w:val="28"/>
                <w:lang w:val="kk-KZ"/>
              </w:rPr>
              <w:t>#біртұтас_тәрбие, #14KITAPHANA,</w:t>
            </w:r>
          </w:p>
          <w:p w14:paraId="6112B3F2" w14:textId="77777777" w:rsidR="00FA1D49" w:rsidRPr="00FA1D49" w:rsidRDefault="00FA1D49" w:rsidP="00FA1D49">
            <w:pPr>
              <w:jc w:val="both"/>
              <w:rPr>
                <w:color w:val="000000" w:themeColor="text1"/>
                <w:sz w:val="28"/>
                <w:szCs w:val="28"/>
                <w:lang w:val="kk-KZ"/>
              </w:rPr>
            </w:pPr>
            <w:r w:rsidRPr="00FA1D49">
              <w:rPr>
                <w:color w:val="000000" w:themeColor="text1"/>
                <w:sz w:val="28"/>
                <w:szCs w:val="28"/>
                <w:lang w:val="kk-KZ"/>
              </w:rPr>
              <w:t>#Балаларкітапханасы, #адалазамат</w:t>
            </w:r>
          </w:p>
        </w:tc>
        <w:tc>
          <w:tcPr>
            <w:tcW w:w="1633" w:type="dxa"/>
          </w:tcPr>
          <w:p w14:paraId="258E25E1" w14:textId="77777777" w:rsidR="00FA1D49" w:rsidRPr="00FA1D49" w:rsidRDefault="00FA1D49" w:rsidP="00FA1D49">
            <w:pPr>
              <w:jc w:val="both"/>
              <w:rPr>
                <w:sz w:val="28"/>
                <w:szCs w:val="28"/>
                <w:lang w:val="kk-KZ"/>
              </w:rPr>
            </w:pPr>
            <w:r w:rsidRPr="00FA1D49">
              <w:rPr>
                <w:sz w:val="28"/>
                <w:szCs w:val="28"/>
                <w:lang w:val="kk-KZ"/>
              </w:rPr>
              <w:t>17.02.2025</w:t>
            </w:r>
          </w:p>
        </w:tc>
        <w:tc>
          <w:tcPr>
            <w:tcW w:w="5103" w:type="dxa"/>
          </w:tcPr>
          <w:p w14:paraId="594FEFD8" w14:textId="77777777" w:rsidR="00FA1D49" w:rsidRPr="00FA1D49" w:rsidRDefault="00FA1D49" w:rsidP="00FA1D49">
            <w:pPr>
              <w:jc w:val="both"/>
              <w:rPr>
                <w:color w:val="0070C0"/>
                <w:sz w:val="28"/>
                <w:szCs w:val="28"/>
                <w:lang w:val="kk-KZ"/>
              </w:rPr>
            </w:pPr>
            <w:r w:rsidRPr="00FA1D49">
              <w:rPr>
                <w:color w:val="0070C0"/>
                <w:sz w:val="28"/>
                <w:szCs w:val="28"/>
                <w:lang w:val="kk-KZ"/>
              </w:rPr>
              <w:t>https://www.instagram.com/p/DGKynHQsn8J/?stkn=MWY3cmVnYTN4bDY5dQ==</w:t>
            </w:r>
          </w:p>
        </w:tc>
      </w:tr>
      <w:tr w:rsidR="00FA1D49" w:rsidRPr="00F060A1" w14:paraId="7D439AA8" w14:textId="77777777" w:rsidTr="00FA1D49">
        <w:tc>
          <w:tcPr>
            <w:tcW w:w="3437" w:type="dxa"/>
          </w:tcPr>
          <w:p w14:paraId="27366E6A" w14:textId="77777777" w:rsidR="00FA1D49" w:rsidRPr="00FA1D49" w:rsidRDefault="00FA1D49" w:rsidP="00FA1D49">
            <w:pPr>
              <w:jc w:val="both"/>
              <w:rPr>
                <w:rFonts w:eastAsia="Calibri"/>
                <w:bCs/>
                <w:sz w:val="28"/>
                <w:szCs w:val="28"/>
                <w:lang w:val="kk-KZ"/>
              </w:rPr>
            </w:pPr>
            <w:r w:rsidRPr="00FA1D49">
              <w:rPr>
                <w:rFonts w:eastAsia="Calibri"/>
                <w:bCs/>
                <w:sz w:val="28"/>
                <w:szCs w:val="28"/>
                <w:lang w:val="kk-KZ"/>
              </w:rPr>
              <w:t>Сыйға тартылған кітаптар</w:t>
            </w:r>
          </w:p>
          <w:p w14:paraId="6E3695CC" w14:textId="77777777" w:rsidR="00FA1D49" w:rsidRPr="00FA1D49" w:rsidRDefault="00FA1D49" w:rsidP="00FA1D49">
            <w:pPr>
              <w:contextualSpacing/>
              <w:jc w:val="both"/>
              <w:rPr>
                <w:color w:val="000000" w:themeColor="text1"/>
                <w:sz w:val="28"/>
                <w:szCs w:val="28"/>
                <w:lang w:val="kk-KZ"/>
              </w:rPr>
            </w:pPr>
            <w:r w:rsidRPr="00FA1D49">
              <w:rPr>
                <w:color w:val="000000" w:themeColor="text1"/>
                <w:sz w:val="28"/>
                <w:szCs w:val="28"/>
                <w:lang w:val="kk-KZ"/>
              </w:rPr>
              <w:t>#біртұтас_тәрбие, #14KITAPHANA,</w:t>
            </w:r>
          </w:p>
          <w:p w14:paraId="3F1DA347" w14:textId="77777777" w:rsidR="00FA1D49" w:rsidRPr="00FA1D49" w:rsidRDefault="00FA1D49" w:rsidP="00FA1D49">
            <w:pPr>
              <w:jc w:val="both"/>
              <w:rPr>
                <w:rFonts w:eastAsia="Calibri"/>
                <w:bCs/>
                <w:sz w:val="28"/>
                <w:szCs w:val="28"/>
                <w:lang w:val="kk-KZ"/>
              </w:rPr>
            </w:pPr>
            <w:r w:rsidRPr="00FA1D49">
              <w:rPr>
                <w:color w:val="000000" w:themeColor="text1"/>
                <w:sz w:val="28"/>
                <w:szCs w:val="28"/>
                <w:lang w:val="kk-KZ"/>
              </w:rPr>
              <w:t>#Балаларкітапханасы, #адалазамат</w:t>
            </w:r>
          </w:p>
        </w:tc>
        <w:tc>
          <w:tcPr>
            <w:tcW w:w="1633" w:type="dxa"/>
          </w:tcPr>
          <w:p w14:paraId="6F0DB17C" w14:textId="77777777" w:rsidR="00FA1D49" w:rsidRPr="00FA1D49" w:rsidRDefault="00FA1D49" w:rsidP="00FA1D49">
            <w:pPr>
              <w:jc w:val="both"/>
              <w:rPr>
                <w:sz w:val="28"/>
                <w:szCs w:val="28"/>
                <w:lang w:val="kk-KZ"/>
              </w:rPr>
            </w:pPr>
            <w:r w:rsidRPr="00FA1D49">
              <w:rPr>
                <w:sz w:val="28"/>
                <w:szCs w:val="28"/>
                <w:lang w:val="kk-KZ"/>
              </w:rPr>
              <w:t>17.02.2025</w:t>
            </w:r>
          </w:p>
        </w:tc>
        <w:tc>
          <w:tcPr>
            <w:tcW w:w="5103" w:type="dxa"/>
          </w:tcPr>
          <w:p w14:paraId="7B5EC1F4" w14:textId="77777777" w:rsidR="00FA1D49" w:rsidRPr="00FA1D49" w:rsidRDefault="00FA1D49" w:rsidP="00FA1D49">
            <w:pPr>
              <w:jc w:val="both"/>
              <w:rPr>
                <w:color w:val="0070C0"/>
                <w:sz w:val="28"/>
                <w:szCs w:val="28"/>
                <w:lang w:val="kk-KZ"/>
              </w:rPr>
            </w:pPr>
            <w:r w:rsidRPr="00FA1D49">
              <w:rPr>
                <w:color w:val="0070C0"/>
                <w:sz w:val="28"/>
                <w:szCs w:val="28"/>
                <w:lang w:val="kk-KZ"/>
              </w:rPr>
              <w:t>https://www.instagram.com/reel/DGKypaEMAh_/?stkn=MWlkNDhtczJ4ZmIzaQ==</w:t>
            </w:r>
          </w:p>
        </w:tc>
      </w:tr>
      <w:tr w:rsidR="00FA1D49" w:rsidRPr="00F060A1" w14:paraId="102D7514" w14:textId="77777777" w:rsidTr="00FA1D49">
        <w:tc>
          <w:tcPr>
            <w:tcW w:w="3437" w:type="dxa"/>
          </w:tcPr>
          <w:p w14:paraId="25912A53" w14:textId="77777777" w:rsidR="00FA1D49" w:rsidRPr="00FA1D49" w:rsidRDefault="00FA1D49" w:rsidP="00FA1D49">
            <w:pPr>
              <w:jc w:val="both"/>
              <w:rPr>
                <w:rFonts w:eastAsia="Calibri"/>
                <w:bCs/>
                <w:sz w:val="28"/>
                <w:szCs w:val="28"/>
                <w:lang w:val="kk-KZ"/>
              </w:rPr>
            </w:pPr>
            <w:r w:rsidRPr="00FA1D49">
              <w:rPr>
                <w:rFonts w:eastAsia="Calibri"/>
                <w:bCs/>
                <w:sz w:val="28"/>
                <w:szCs w:val="28"/>
                <w:lang w:val="kk-KZ"/>
              </w:rPr>
              <w:t>Сәбит Бексейтовтың туғанына 75 жыл. Қарағанды қаласы орталықтандырылған кітапхана жүйесі КММ филиал №31,  8 «Ә» сынып оқушылары рухани азық алып келді</w:t>
            </w:r>
          </w:p>
          <w:p w14:paraId="4D117F67" w14:textId="77777777" w:rsidR="00FA1D49" w:rsidRPr="00FA1D49" w:rsidRDefault="00FA1D49" w:rsidP="00FA1D49">
            <w:pPr>
              <w:contextualSpacing/>
              <w:jc w:val="both"/>
              <w:rPr>
                <w:color w:val="000000" w:themeColor="text1"/>
                <w:sz w:val="28"/>
                <w:szCs w:val="28"/>
                <w:lang w:val="kk-KZ"/>
              </w:rPr>
            </w:pPr>
            <w:r w:rsidRPr="00FA1D49">
              <w:rPr>
                <w:color w:val="000000" w:themeColor="text1"/>
                <w:sz w:val="28"/>
                <w:szCs w:val="28"/>
                <w:lang w:val="kk-KZ"/>
              </w:rPr>
              <w:t>#біртұтас_тәрбие, #14KITAPHANA,</w:t>
            </w:r>
          </w:p>
          <w:p w14:paraId="335176AC" w14:textId="77777777" w:rsidR="00FA1D49" w:rsidRPr="00FA1D49" w:rsidRDefault="00FA1D49" w:rsidP="00FA1D49">
            <w:pPr>
              <w:jc w:val="both"/>
              <w:rPr>
                <w:rFonts w:eastAsia="Calibri"/>
                <w:bCs/>
                <w:sz w:val="28"/>
                <w:szCs w:val="28"/>
                <w:lang w:val="kk-KZ"/>
              </w:rPr>
            </w:pPr>
            <w:r w:rsidRPr="00FA1D49">
              <w:rPr>
                <w:color w:val="000000" w:themeColor="text1"/>
                <w:sz w:val="28"/>
                <w:szCs w:val="28"/>
                <w:lang w:val="kk-KZ"/>
              </w:rPr>
              <w:t>#Балаларкітапханасы, #адалазамат</w:t>
            </w:r>
          </w:p>
        </w:tc>
        <w:tc>
          <w:tcPr>
            <w:tcW w:w="1633" w:type="dxa"/>
          </w:tcPr>
          <w:p w14:paraId="57427FAC" w14:textId="77777777" w:rsidR="00FA1D49" w:rsidRPr="00FA1D49" w:rsidRDefault="00FA1D49" w:rsidP="00FA1D49">
            <w:pPr>
              <w:jc w:val="both"/>
              <w:rPr>
                <w:sz w:val="28"/>
                <w:szCs w:val="28"/>
                <w:lang w:val="kk-KZ"/>
              </w:rPr>
            </w:pPr>
            <w:r w:rsidRPr="00FA1D49">
              <w:rPr>
                <w:sz w:val="28"/>
                <w:szCs w:val="28"/>
                <w:lang w:val="kk-KZ"/>
              </w:rPr>
              <w:t>19.02.2025</w:t>
            </w:r>
          </w:p>
        </w:tc>
        <w:tc>
          <w:tcPr>
            <w:tcW w:w="5103" w:type="dxa"/>
          </w:tcPr>
          <w:p w14:paraId="2D28C57F" w14:textId="77777777" w:rsidR="00FA1D49" w:rsidRPr="00FA1D49" w:rsidRDefault="00FA1D49" w:rsidP="00FA1D49">
            <w:pPr>
              <w:jc w:val="both"/>
              <w:rPr>
                <w:color w:val="0070C0"/>
                <w:sz w:val="28"/>
                <w:szCs w:val="28"/>
                <w:lang w:val="kk-KZ"/>
              </w:rPr>
            </w:pPr>
            <w:r w:rsidRPr="00FA1D49">
              <w:rPr>
                <w:color w:val="0070C0"/>
                <w:sz w:val="28"/>
                <w:szCs w:val="28"/>
                <w:lang w:val="kk-KZ"/>
              </w:rPr>
              <w:t>https://www.instagram.com/p/DGcgXQvs__v/?stkn=YTZsc21qZ3psd203</w:t>
            </w:r>
          </w:p>
        </w:tc>
      </w:tr>
    </w:tbl>
    <w:p w14:paraId="3AF12EDF" w14:textId="77777777" w:rsidR="00FA1D49" w:rsidRPr="00FA1D49" w:rsidRDefault="00FA1D49" w:rsidP="00FA1D49">
      <w:pPr>
        <w:jc w:val="both"/>
        <w:rPr>
          <w:sz w:val="28"/>
          <w:szCs w:val="28"/>
          <w:lang w:val="kk-KZ"/>
        </w:rPr>
      </w:pPr>
      <w:r w:rsidRPr="00FA1D49">
        <w:rPr>
          <w:sz w:val="28"/>
          <w:szCs w:val="28"/>
          <w:lang w:val="kk-KZ"/>
        </w:rPr>
        <w:t xml:space="preserve">      </w:t>
      </w:r>
    </w:p>
    <w:p w14:paraId="519FFA1A" w14:textId="77777777" w:rsidR="00FA1D49" w:rsidRPr="00FA1D49" w:rsidRDefault="00FA1D49" w:rsidP="00FA1D49">
      <w:pPr>
        <w:jc w:val="both"/>
        <w:rPr>
          <w:rFonts w:eastAsiaTheme="majorEastAsia"/>
          <w:sz w:val="28"/>
          <w:szCs w:val="28"/>
          <w:lang w:val="kk-KZ"/>
        </w:rPr>
      </w:pPr>
      <w:r w:rsidRPr="00FA1D49">
        <w:rPr>
          <w:sz w:val="28"/>
          <w:szCs w:val="28"/>
          <w:lang w:val="kk-KZ"/>
        </w:rPr>
        <w:t xml:space="preserve">          </w:t>
      </w:r>
      <w:r w:rsidRPr="00FA1D49">
        <w:rPr>
          <w:rFonts w:eastAsiaTheme="majorEastAsia"/>
          <w:sz w:val="28"/>
          <w:szCs w:val="28"/>
          <w:lang w:val="kk-KZ"/>
        </w:rPr>
        <w:t xml:space="preserve">Кітапханада оқу мәдениетін қалыптастыру және кітап оқуға қызығушылығын </w:t>
      </w:r>
      <w:r w:rsidRPr="00FA1D49">
        <w:rPr>
          <w:rFonts w:eastAsiaTheme="majorEastAsia"/>
          <w:sz w:val="28"/>
          <w:szCs w:val="28"/>
          <w:lang w:val="kk-KZ"/>
        </w:rPr>
        <w:lastRenderedPageBreak/>
        <w:t xml:space="preserve">арттыру мақсатында тақырыптық кітап көрмелері, ақпараттық бұрыштар мен стендтер ұйымдастырылады: «Тәуелсіздік – елімнің ерлік жолы», «Алаш мұрасы», «Қазаұстан ұлы-дала елі», «Мемлекеттік рәміздер, ұлттық мақтанышы». </w:t>
      </w:r>
    </w:p>
    <w:p w14:paraId="014A902A" w14:textId="77777777" w:rsidR="00FA1D49" w:rsidRPr="00FA1D49" w:rsidRDefault="00FA1D49" w:rsidP="00FA1D49">
      <w:pPr>
        <w:jc w:val="both"/>
        <w:rPr>
          <w:sz w:val="28"/>
          <w:szCs w:val="28"/>
          <w:lang w:val="kk-KZ"/>
        </w:rPr>
      </w:pPr>
      <w:r w:rsidRPr="00FA1D49">
        <w:rPr>
          <w:rStyle w:val="ae"/>
          <w:b/>
          <w:bCs/>
          <w:noProof/>
          <w:sz w:val="28"/>
          <w:szCs w:val="28"/>
          <w:lang w:eastAsia="ru-RU"/>
        </w:rPr>
        <w:drawing>
          <wp:anchor distT="0" distB="0" distL="114300" distR="114300" simplePos="0" relativeHeight="251633152" behindDoc="0" locked="0" layoutInCell="1" allowOverlap="1" wp14:anchorId="57AFF77E" wp14:editId="14B67844">
            <wp:simplePos x="0" y="0"/>
            <wp:positionH relativeFrom="margin">
              <wp:posOffset>-1270</wp:posOffset>
            </wp:positionH>
            <wp:positionV relativeFrom="paragraph">
              <wp:posOffset>24765</wp:posOffset>
            </wp:positionV>
            <wp:extent cx="685800" cy="487680"/>
            <wp:effectExtent l="0" t="0" r="0" b="7620"/>
            <wp:wrapThrough wrapText="bothSides">
              <wp:wrapPolygon edited="0">
                <wp:start x="0" y="0"/>
                <wp:lineTo x="0" y="21094"/>
                <wp:lineTo x="21000" y="21094"/>
                <wp:lineTo x="21000" y="0"/>
                <wp:lineTo x="0" y="0"/>
              </wp:wrapPolygon>
            </wp:wrapThrough>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47" cstate="print">
                      <a:extLst>
                        <a:ext uri="{28A0092B-C50C-407E-A947-70E740481C1C}">
                          <a14:useLocalDpi xmlns:a14="http://schemas.microsoft.com/office/drawing/2010/main" val="0"/>
                        </a:ext>
                      </a:extLst>
                    </a:blip>
                    <a:srcRect/>
                    <a:stretch>
                      <a:fillRect/>
                    </a:stretch>
                  </pic:blipFill>
                  <pic:spPr bwMode="auto">
                    <a:xfrm>
                      <a:off x="0" y="0"/>
                      <a:ext cx="685800" cy="4876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A1D49">
        <w:rPr>
          <w:sz w:val="28"/>
          <w:szCs w:val="28"/>
          <w:lang w:val="kk-KZ"/>
        </w:rPr>
        <w:t>Қазақстан халқы тілдері күні" мерекесі аясында мектеп-гимназия кітапханасы  жаңадан келген оқушыларды кітапханамен таныстырып "Тіл - рухани күре тамыры" атты кітап көрмесіне шолу жасалды. Шолу барысында оқырмандар қазақ халқының тағдыры мен тілі үшін күрескен Алаш арысы, қазақ әліпбиінің негізін салған ұлт ұстазы Ахмет Байтұрсынұлының өмірі, шығармашылығы жайлы кітаптарымен таныс болды.</w:t>
      </w:r>
    </w:p>
    <w:p w14:paraId="24895122" w14:textId="77777777" w:rsidR="00FA1D49" w:rsidRPr="00FA1D49" w:rsidRDefault="008D1D0B" w:rsidP="00FA1D49">
      <w:pPr>
        <w:jc w:val="both"/>
        <w:rPr>
          <w:b/>
          <w:bCs/>
          <w:sz w:val="28"/>
          <w:szCs w:val="28"/>
          <w:lang w:val="kk-KZ"/>
        </w:rPr>
      </w:pPr>
      <w:hyperlink r:id="rId848" w:history="1">
        <w:r w:rsidR="00FA1D49" w:rsidRPr="00FA1D49">
          <w:rPr>
            <w:rStyle w:val="ae"/>
            <w:sz w:val="28"/>
            <w:szCs w:val="28"/>
            <w:lang w:val="kk-KZ"/>
          </w:rPr>
          <w:t>https://www.instagram.com/p/C_vljttseHf/?igsh=MWp6YTE1c3V0dzZwcg==</w:t>
        </w:r>
      </w:hyperlink>
      <w:r w:rsidR="00FA1D49" w:rsidRPr="00FA1D49">
        <w:rPr>
          <w:rStyle w:val="ae"/>
          <w:b/>
          <w:bCs/>
          <w:sz w:val="28"/>
          <w:szCs w:val="28"/>
          <w:lang w:val="kk-KZ"/>
        </w:rPr>
        <w:t xml:space="preserve">, </w:t>
      </w:r>
    </w:p>
    <w:p w14:paraId="42FA4FD5" w14:textId="77777777" w:rsidR="00FA1D49" w:rsidRPr="00FA1D49" w:rsidRDefault="00FA1D49" w:rsidP="00FA1D49">
      <w:pPr>
        <w:jc w:val="both"/>
        <w:rPr>
          <w:b/>
          <w:bCs/>
          <w:sz w:val="28"/>
          <w:szCs w:val="28"/>
          <w:lang w:val="kk-KZ"/>
        </w:rPr>
      </w:pPr>
      <w:r w:rsidRPr="00FA1D49">
        <w:rPr>
          <w:rFonts w:eastAsiaTheme="majorEastAsia"/>
          <w:sz w:val="28"/>
          <w:szCs w:val="28"/>
          <w:lang w:val="kk-KZ"/>
        </w:rPr>
        <w:t>25 Қазан – Республика күніне бейне материал</w:t>
      </w:r>
    </w:p>
    <w:p w14:paraId="17D5727D" w14:textId="77777777" w:rsidR="00FA1D49" w:rsidRPr="00FA1D49" w:rsidRDefault="00FA1D49" w:rsidP="00FA1D49">
      <w:pPr>
        <w:jc w:val="both"/>
        <w:rPr>
          <w:sz w:val="28"/>
          <w:szCs w:val="28"/>
          <w:lang w:val="kk-KZ"/>
        </w:rPr>
      </w:pPr>
      <w:r w:rsidRPr="00FA1D49">
        <w:rPr>
          <w:sz w:val="28"/>
          <w:szCs w:val="28"/>
          <w:lang w:val="kk-KZ"/>
        </w:rPr>
        <w:t xml:space="preserve"> </w:t>
      </w:r>
      <w:hyperlink r:id="rId849" w:history="1">
        <w:r w:rsidRPr="00FA1D49">
          <w:rPr>
            <w:rFonts w:eastAsiaTheme="minorEastAsia"/>
            <w:color w:val="0070C0"/>
            <w:kern w:val="24"/>
            <w:sz w:val="28"/>
            <w:szCs w:val="28"/>
            <w:u w:val="single"/>
            <w:lang w:val="kk-KZ"/>
          </w:rPr>
          <w:t>https://www.instagram.com/reel/DBgSnResKw0/?igsh=MTJ6M2d5bHZnbXk2bw</w:t>
        </w:r>
      </w:hyperlink>
      <w:r w:rsidRPr="00FA1D49">
        <w:rPr>
          <w:rFonts w:eastAsiaTheme="majorEastAsia"/>
          <w:color w:val="0070C0"/>
          <w:sz w:val="28"/>
          <w:szCs w:val="28"/>
          <w:lang w:val="kk-KZ"/>
        </w:rPr>
        <w:t xml:space="preserve"> </w:t>
      </w:r>
    </w:p>
    <w:p w14:paraId="7295E7F2" w14:textId="77777777" w:rsidR="00FA1D49" w:rsidRPr="00FA1D49" w:rsidRDefault="00FA1D49" w:rsidP="00FA1D49">
      <w:pPr>
        <w:jc w:val="both"/>
        <w:rPr>
          <w:sz w:val="28"/>
          <w:szCs w:val="28"/>
          <w:lang w:val="kk-KZ"/>
        </w:rPr>
      </w:pPr>
      <w:r w:rsidRPr="00FA1D49">
        <w:rPr>
          <w:rFonts w:eastAsiaTheme="majorEastAsia"/>
          <w:sz w:val="28"/>
          <w:szCs w:val="28"/>
          <w:lang w:val="kk-KZ"/>
        </w:rPr>
        <w:t xml:space="preserve">     «Балалар кітапханасы», «Бір тұтас тәрбие», «Тоғыз айға  9 іс-шара», «Оқуға құштар мектеп»  жобалар мен іс-шараларға қажетті көрнекілік материалдар дайындалып, үнемі жаңартылып отырылады. </w:t>
      </w:r>
      <w:r w:rsidRPr="00FA1D49">
        <w:rPr>
          <w:sz w:val="28"/>
          <w:szCs w:val="28"/>
          <w:lang w:val="kk-KZ"/>
        </w:rPr>
        <w:t xml:space="preserve">  Республикалық «Оқуға құштар мектеп» жобасы аясында мектеп - гимназия  кітапханасының жұмысы  оқушыларға рухани-адамгершілік тәрбие берудегі заманауи әдіс-тәсілдер арқылы ұйымдастырады. Барлық өткізілген жұмыстар ақпарат желісіне мобилді түрде жеткізіліп отырылады. Жас ұрпақтың өскелен талабын қанағаттандыруға, рухани байлығын, ой-өрісін дамытуға жалпы кітап оқуға қызығушылықтарын арттыруға атсалысуға біздердің қолымызда. Жоба  аясында бастауыш сынып оқырмандарымен «Мен оқыған бір кітап», «Мені оқысан тани біл!»,  «Ертегілер терапиясы», «Оқығанынды сурет арқылы жеткіз», «Менің отбасым және кітап»  заманауи әдіс-тәсілдерді пайдалана отырып, түрлі формада жұмыс түрлері жүргізілді. Сондай-ақ оқырмандардың шығармашылық қабілеттерін дамыту мақсатында 7«а» сынып оқушылары, сынып болып М.Әуезов «Көксерек» әңгімесін оқып, кітапханада топтық жұмыс жүргізілді. «Пирамида» әдісі бойынша жеті жол арқылы талдауы өтті. Оқушылырдың тоқсандық демалыс күндерінде де кітап оқуға шақырамыз 5-7 сынып оқырмандары үшін: «Күзде біз жалықпаймыз кітап оқимыз!», «Қыс күндері- кітаппен!»  фотоbook галереясы ұйымдастырылды, 6-7 сыныптар үшін «Қыста кітап оқимыз, жадымызға тоқимыз» эссе байқаулары өткізілді. Ең үздік жеңімпаздар құнды сыйлықтармен марапатталды.     </w:t>
      </w:r>
    </w:p>
    <w:p w14:paraId="7BF01424" w14:textId="77777777" w:rsidR="00FA1D49" w:rsidRPr="00FA1D49" w:rsidRDefault="00FA1D49" w:rsidP="00FA1D49">
      <w:pPr>
        <w:jc w:val="both"/>
        <w:rPr>
          <w:sz w:val="28"/>
          <w:szCs w:val="28"/>
          <w:lang w:val="kk-KZ"/>
        </w:rPr>
      </w:pPr>
      <w:r w:rsidRPr="00FA1D49">
        <w:rPr>
          <w:sz w:val="28"/>
          <w:szCs w:val="28"/>
          <w:lang w:val="kk-KZ"/>
        </w:rPr>
        <w:t xml:space="preserve">          </w:t>
      </w:r>
    </w:p>
    <w:p w14:paraId="44419234" w14:textId="77777777" w:rsidR="00FA1D49" w:rsidRPr="00FA1D49" w:rsidRDefault="00FA1D49" w:rsidP="00FA1D49">
      <w:pPr>
        <w:jc w:val="both"/>
        <w:rPr>
          <w:sz w:val="28"/>
          <w:szCs w:val="28"/>
          <w:lang w:val="kk-KZ"/>
        </w:rPr>
      </w:pPr>
      <w:r w:rsidRPr="00FA1D49">
        <w:rPr>
          <w:sz w:val="28"/>
          <w:szCs w:val="28"/>
          <w:lang w:val="kk-KZ"/>
        </w:rPr>
        <w:t xml:space="preserve">     «Келіңіздер, танысайық» 1 сынып оқушыларын кітап оқуға қызықтыру және кітапханаға бейімдеу мақсатында кітапханада арнайы жұмыстар жүргізіледі. Оқушыларға кітапхана қызметі, кітапты дұрыс таңдау, кітапты таза ұстау жіне ұқыпты пайдалану ережелері түсіндіріледі. Оқушылар ертегілер суреттерін тамалап, ертегі кейіпкерлерімен аныс болады. Сонымен қатар өздеріне ұнаған ертегі кітаптарын таңдап, оқырман формулярына жазғызып алады. </w:t>
      </w:r>
    </w:p>
    <w:p w14:paraId="2292A8BD" w14:textId="77777777" w:rsidR="00FA1D49" w:rsidRPr="00FA1D49" w:rsidRDefault="008D1D0B" w:rsidP="00FA1D49">
      <w:pPr>
        <w:jc w:val="both"/>
        <w:rPr>
          <w:rStyle w:val="ae"/>
          <w:sz w:val="28"/>
          <w:szCs w:val="28"/>
          <w:lang w:val="kk-KZ"/>
        </w:rPr>
      </w:pPr>
      <w:hyperlink r:id="rId850" w:history="1">
        <w:r w:rsidR="00FA1D49" w:rsidRPr="00FA1D49">
          <w:rPr>
            <w:rStyle w:val="ae"/>
            <w:sz w:val="28"/>
            <w:szCs w:val="28"/>
            <w:lang w:val="kk-KZ"/>
          </w:rPr>
          <w:t>https://www.instagram.com/p/DBLMXrdM879/?igsh=dms5aWxpNDF1eDl5</w:t>
        </w:r>
      </w:hyperlink>
    </w:p>
    <w:p w14:paraId="6F6017F3" w14:textId="77777777" w:rsidR="00FA1D49" w:rsidRPr="00FA1D49" w:rsidRDefault="00FA1D49" w:rsidP="00FA1D49">
      <w:pPr>
        <w:jc w:val="both"/>
        <w:rPr>
          <w:rStyle w:val="ae"/>
          <w:b/>
          <w:bCs/>
          <w:sz w:val="28"/>
          <w:szCs w:val="28"/>
          <w:lang w:val="kk-KZ"/>
        </w:rPr>
      </w:pPr>
    </w:p>
    <w:p w14:paraId="5483B572" w14:textId="77777777" w:rsidR="00FA1D49" w:rsidRPr="00FA1D49" w:rsidRDefault="00FA1D49" w:rsidP="00FA1D49">
      <w:pPr>
        <w:jc w:val="both"/>
        <w:rPr>
          <w:b/>
          <w:bCs/>
          <w:sz w:val="28"/>
          <w:szCs w:val="28"/>
          <w:lang w:val="kk-KZ"/>
        </w:rPr>
      </w:pPr>
      <w:r w:rsidRPr="00FA1D49">
        <w:rPr>
          <w:b/>
          <w:bCs/>
          <w:sz w:val="28"/>
          <w:szCs w:val="28"/>
          <w:lang w:val="kk-KZ"/>
        </w:rPr>
        <w:t xml:space="preserve">      </w:t>
      </w:r>
      <w:r w:rsidRPr="00FA1D49">
        <w:rPr>
          <w:b/>
          <w:bCs/>
          <w:noProof/>
          <w:sz w:val="28"/>
          <w:szCs w:val="28"/>
          <w:lang w:eastAsia="ru-RU"/>
        </w:rPr>
        <w:drawing>
          <wp:inline distT="0" distB="0" distL="0" distR="0" wp14:anchorId="373073DD" wp14:editId="58D9B0BD">
            <wp:extent cx="449580" cy="541020"/>
            <wp:effectExtent l="0" t="0" r="7620" b="0"/>
            <wp:docPr id="21" name="Рисунок 25">
              <a:extLst xmlns:a="http://schemas.openxmlformats.org/drawingml/2006/main">
                <a:ext uri="{FF2B5EF4-FFF2-40B4-BE49-F238E27FC236}">
                  <a16:creationId xmlns:a16="http://schemas.microsoft.com/office/drawing/2014/main" id="{84B5C33F-1142-40E7-9F00-DDB809FE16D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Рисунок 25">
                      <a:extLst>
                        <a:ext uri="{FF2B5EF4-FFF2-40B4-BE49-F238E27FC236}">
                          <a16:creationId xmlns:a16="http://schemas.microsoft.com/office/drawing/2014/main" id="{84B5C33F-1142-40E7-9F00-DDB809FE16DB}"/>
                        </a:ext>
                      </a:extLst>
                    </pic:cNvPr>
                    <pic:cNvPicPr>
                      <a:picLocks noChangeAspect="1"/>
                    </pic:cNvPicPr>
                  </pic:nvPicPr>
                  <pic:blipFill>
                    <a:blip r:embed="rId851" cstate="print">
                      <a:extLst>
                        <a:ext uri="{28A0092B-C50C-407E-A947-70E740481C1C}">
                          <a14:useLocalDpi xmlns:a14="http://schemas.microsoft.com/office/drawing/2010/main" val="0"/>
                        </a:ext>
                      </a:extLst>
                    </a:blip>
                    <a:stretch>
                      <a:fillRect/>
                    </a:stretch>
                  </pic:blipFill>
                  <pic:spPr>
                    <a:xfrm>
                      <a:off x="0" y="0"/>
                      <a:ext cx="449234" cy="540604"/>
                    </a:xfrm>
                    <a:prstGeom prst="rect">
                      <a:avLst/>
                    </a:prstGeom>
                  </pic:spPr>
                </pic:pic>
              </a:graphicData>
            </a:graphic>
          </wp:inline>
        </w:drawing>
      </w:r>
      <w:r w:rsidRPr="00FA1D49">
        <w:rPr>
          <w:b/>
          <w:bCs/>
          <w:sz w:val="28"/>
          <w:szCs w:val="28"/>
          <w:lang w:val="kk-KZ"/>
        </w:rPr>
        <w:t xml:space="preserve">   </w:t>
      </w:r>
      <w:r w:rsidRPr="00FA1D49">
        <w:rPr>
          <w:noProof/>
          <w:sz w:val="28"/>
          <w:szCs w:val="28"/>
          <w:lang w:eastAsia="ru-RU"/>
        </w:rPr>
        <w:drawing>
          <wp:inline distT="0" distB="0" distL="0" distR="0" wp14:anchorId="325E1921" wp14:editId="5EF6D1FD">
            <wp:extent cx="472440" cy="533400"/>
            <wp:effectExtent l="0" t="0" r="3810" b="0"/>
            <wp:docPr id="22" name="Рисунок 8">
              <a:extLst xmlns:a="http://schemas.openxmlformats.org/drawingml/2006/main">
                <a:ext uri="{FF2B5EF4-FFF2-40B4-BE49-F238E27FC236}">
                  <a16:creationId xmlns:a16="http://schemas.microsoft.com/office/drawing/2014/main" id="{513C2786-A2F8-480F-9B33-13B52A995F7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8">
                      <a:extLst>
                        <a:ext uri="{FF2B5EF4-FFF2-40B4-BE49-F238E27FC236}">
                          <a16:creationId xmlns:a16="http://schemas.microsoft.com/office/drawing/2014/main" id="{513C2786-A2F8-480F-9B33-13B52A995F72}"/>
                        </a:ext>
                      </a:extLst>
                    </pic:cNvPr>
                    <pic:cNvPicPr>
                      <a:picLocks noChangeAspect="1"/>
                    </pic:cNvPicPr>
                  </pic:nvPicPr>
                  <pic:blipFill rotWithShape="1">
                    <a:blip r:embed="rId852" cstate="print">
                      <a:extLst>
                        <a:ext uri="{28A0092B-C50C-407E-A947-70E740481C1C}">
                          <a14:useLocalDpi xmlns:a14="http://schemas.microsoft.com/office/drawing/2010/main" val="0"/>
                        </a:ext>
                      </a:extLst>
                    </a:blip>
                    <a:srcRect t="12483" b="43072"/>
                    <a:stretch/>
                  </pic:blipFill>
                  <pic:spPr>
                    <a:xfrm>
                      <a:off x="0" y="0"/>
                      <a:ext cx="472436" cy="533396"/>
                    </a:xfrm>
                    <a:prstGeom prst="rect">
                      <a:avLst/>
                    </a:prstGeom>
                  </pic:spPr>
                </pic:pic>
              </a:graphicData>
            </a:graphic>
          </wp:inline>
        </w:drawing>
      </w:r>
      <w:r w:rsidRPr="00FA1D49">
        <w:rPr>
          <w:b/>
          <w:bCs/>
          <w:sz w:val="28"/>
          <w:szCs w:val="28"/>
          <w:lang w:val="kk-KZ"/>
        </w:rPr>
        <w:t xml:space="preserve">   </w:t>
      </w:r>
      <w:r w:rsidRPr="00FA1D49">
        <w:rPr>
          <w:noProof/>
          <w:sz w:val="28"/>
          <w:szCs w:val="28"/>
          <w:lang w:eastAsia="ru-RU"/>
        </w:rPr>
        <w:drawing>
          <wp:inline distT="0" distB="0" distL="0" distR="0" wp14:anchorId="3DE2D04B" wp14:editId="415DB0FA">
            <wp:extent cx="434340" cy="533400"/>
            <wp:effectExtent l="0" t="0" r="3810" b="0"/>
            <wp:docPr id="23" name="Рисунок 23">
              <a:extLst xmlns:a="http://schemas.openxmlformats.org/drawingml/2006/main">
                <a:ext uri="{FF2B5EF4-FFF2-40B4-BE49-F238E27FC236}">
                  <a16:creationId xmlns:a16="http://schemas.microsoft.com/office/drawing/2014/main" id="{1FDC7A1B-5C3D-4437-811C-ED9E4324227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Рисунок 23">
                      <a:extLst>
                        <a:ext uri="{FF2B5EF4-FFF2-40B4-BE49-F238E27FC236}">
                          <a16:creationId xmlns:a16="http://schemas.microsoft.com/office/drawing/2014/main" id="{1FDC7A1B-5C3D-4437-811C-ED9E43242273}"/>
                        </a:ext>
                      </a:extLst>
                    </pic:cNvPr>
                    <pic:cNvPicPr>
                      <a:picLocks noChangeAspect="1"/>
                    </pic:cNvPicPr>
                  </pic:nvPicPr>
                  <pic:blipFill>
                    <a:blip r:embed="rId853" cstate="print">
                      <a:extLst>
                        <a:ext uri="{28A0092B-C50C-407E-A947-70E740481C1C}">
                          <a14:useLocalDpi xmlns:a14="http://schemas.microsoft.com/office/drawing/2010/main" val="0"/>
                        </a:ext>
                      </a:extLst>
                    </a:blip>
                    <a:stretch>
                      <a:fillRect/>
                    </a:stretch>
                  </pic:blipFill>
                  <pic:spPr>
                    <a:xfrm>
                      <a:off x="0" y="0"/>
                      <a:ext cx="434006" cy="532990"/>
                    </a:xfrm>
                    <a:prstGeom prst="rect">
                      <a:avLst/>
                    </a:prstGeom>
                  </pic:spPr>
                </pic:pic>
              </a:graphicData>
            </a:graphic>
          </wp:inline>
        </w:drawing>
      </w:r>
      <w:r w:rsidRPr="00FA1D49">
        <w:rPr>
          <w:b/>
          <w:bCs/>
          <w:sz w:val="28"/>
          <w:szCs w:val="28"/>
          <w:lang w:val="kk-KZ"/>
        </w:rPr>
        <w:t xml:space="preserve">   </w:t>
      </w:r>
      <w:r w:rsidRPr="00FA1D49">
        <w:rPr>
          <w:noProof/>
          <w:sz w:val="28"/>
          <w:szCs w:val="28"/>
          <w:lang w:eastAsia="ru-RU"/>
        </w:rPr>
        <w:drawing>
          <wp:inline distT="0" distB="0" distL="0" distR="0" wp14:anchorId="425B3798" wp14:editId="407094B7">
            <wp:extent cx="502920" cy="541020"/>
            <wp:effectExtent l="0" t="0" r="0" b="0"/>
            <wp:docPr id="24" name="Рисунок 14">
              <a:extLst xmlns:a="http://schemas.openxmlformats.org/drawingml/2006/main">
                <a:ext uri="{FF2B5EF4-FFF2-40B4-BE49-F238E27FC236}">
                  <a16:creationId xmlns:a16="http://schemas.microsoft.com/office/drawing/2014/main" id="{E03446F3-AE54-4EEF-953B-94FB724919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4">
                      <a:extLst>
                        <a:ext uri="{FF2B5EF4-FFF2-40B4-BE49-F238E27FC236}">
                          <a16:creationId xmlns:a16="http://schemas.microsoft.com/office/drawing/2014/main" id="{E03446F3-AE54-4EEF-953B-94FB72491950}"/>
                        </a:ext>
                      </a:extLst>
                    </pic:cNvPr>
                    <pic:cNvPicPr>
                      <a:picLocks noChangeAspect="1"/>
                    </pic:cNvPicPr>
                  </pic:nvPicPr>
                  <pic:blipFill rotWithShape="1">
                    <a:blip r:embed="rId854" cstate="print">
                      <a:extLst>
                        <a:ext uri="{28A0092B-C50C-407E-A947-70E740481C1C}">
                          <a14:useLocalDpi xmlns:a14="http://schemas.microsoft.com/office/drawing/2010/main" val="0"/>
                        </a:ext>
                      </a:extLst>
                    </a:blip>
                    <a:srcRect l="1562" t="27860" r="-1562" b="31226"/>
                    <a:stretch/>
                  </pic:blipFill>
                  <pic:spPr>
                    <a:xfrm>
                      <a:off x="0" y="0"/>
                      <a:ext cx="502924" cy="541024"/>
                    </a:xfrm>
                    <a:prstGeom prst="rect">
                      <a:avLst/>
                    </a:prstGeom>
                  </pic:spPr>
                </pic:pic>
              </a:graphicData>
            </a:graphic>
          </wp:inline>
        </w:drawing>
      </w:r>
      <w:r w:rsidRPr="00FA1D49">
        <w:rPr>
          <w:b/>
          <w:bCs/>
          <w:sz w:val="28"/>
          <w:szCs w:val="28"/>
          <w:lang w:val="kk-KZ"/>
        </w:rPr>
        <w:t xml:space="preserve">   </w:t>
      </w:r>
      <w:r w:rsidRPr="00FA1D49">
        <w:rPr>
          <w:noProof/>
          <w:sz w:val="28"/>
          <w:szCs w:val="28"/>
          <w:lang w:eastAsia="ru-RU"/>
        </w:rPr>
        <w:drawing>
          <wp:inline distT="0" distB="0" distL="0" distR="0" wp14:anchorId="3A0609CC" wp14:editId="14B29E5F">
            <wp:extent cx="472440" cy="541020"/>
            <wp:effectExtent l="0" t="0" r="3810" b="0"/>
            <wp:docPr id="25" name="Рисунок 4">
              <a:extLst xmlns:a="http://schemas.openxmlformats.org/drawingml/2006/main">
                <a:ext uri="{FF2B5EF4-FFF2-40B4-BE49-F238E27FC236}">
                  <a16:creationId xmlns:a16="http://schemas.microsoft.com/office/drawing/2014/main" id="{B08AB636-BD41-4481-B991-66BCCF19D6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a:extLst>
                        <a:ext uri="{FF2B5EF4-FFF2-40B4-BE49-F238E27FC236}">
                          <a16:creationId xmlns:a16="http://schemas.microsoft.com/office/drawing/2014/main" id="{B08AB636-BD41-4481-B991-66BCCF19D681}"/>
                        </a:ext>
                      </a:extLst>
                    </pic:cNvPr>
                    <pic:cNvPicPr>
                      <a:picLocks noChangeAspect="1"/>
                    </pic:cNvPicPr>
                  </pic:nvPicPr>
                  <pic:blipFill rotWithShape="1">
                    <a:blip r:embed="rId855" cstate="print">
                      <a:extLst>
                        <a:ext uri="{28A0092B-C50C-407E-A947-70E740481C1C}">
                          <a14:useLocalDpi xmlns:a14="http://schemas.microsoft.com/office/drawing/2010/main" val="0"/>
                        </a:ext>
                      </a:extLst>
                    </a:blip>
                    <a:srcRect t="12444" b="42876"/>
                    <a:stretch/>
                  </pic:blipFill>
                  <pic:spPr>
                    <a:xfrm>
                      <a:off x="0" y="0"/>
                      <a:ext cx="472855" cy="541495"/>
                    </a:xfrm>
                    <a:prstGeom prst="rect">
                      <a:avLst/>
                    </a:prstGeom>
                  </pic:spPr>
                </pic:pic>
              </a:graphicData>
            </a:graphic>
          </wp:inline>
        </w:drawing>
      </w:r>
    </w:p>
    <w:p w14:paraId="5BD4AD1B" w14:textId="77777777" w:rsidR="00FA1D49" w:rsidRPr="00FA1D49" w:rsidRDefault="00FA1D49" w:rsidP="00FA1D49">
      <w:pPr>
        <w:ind w:left="-426"/>
        <w:jc w:val="both"/>
        <w:rPr>
          <w:b/>
          <w:bCs/>
          <w:sz w:val="28"/>
          <w:szCs w:val="28"/>
          <w:lang w:val="kk-KZ"/>
        </w:rPr>
      </w:pPr>
    </w:p>
    <w:p w14:paraId="0901C4B8" w14:textId="77777777" w:rsidR="00FA1D49" w:rsidRPr="00FA1D49" w:rsidRDefault="00FA1D49" w:rsidP="00FA1D49">
      <w:pPr>
        <w:jc w:val="both"/>
        <w:rPr>
          <w:color w:val="1F1F1F"/>
          <w:sz w:val="28"/>
          <w:szCs w:val="28"/>
          <w:lang w:val="kk-KZ" w:eastAsia="ru-RU"/>
        </w:rPr>
      </w:pPr>
      <w:r w:rsidRPr="00FA1D49">
        <w:rPr>
          <w:bCs/>
          <w:sz w:val="28"/>
          <w:szCs w:val="28"/>
          <w:lang w:val="kk-KZ"/>
        </w:rPr>
        <w:t xml:space="preserve">Оқушылардың көркем шығарма оқуға қызығушылықтарын арттыра отырып, олардың </w:t>
      </w:r>
      <w:r w:rsidRPr="00FA1D49">
        <w:rPr>
          <w:bCs/>
          <w:sz w:val="28"/>
          <w:szCs w:val="28"/>
          <w:lang w:val="kk-KZ"/>
        </w:rPr>
        <w:lastRenderedPageBreak/>
        <w:t xml:space="preserve">танымдық, шығармашылық қабілеттерін ұштау, тіл байлықтарын арттырып, сөйлеу мәдениетін қалыптастыру мақсатында </w:t>
      </w:r>
      <w:r w:rsidRPr="00FA1D49">
        <w:rPr>
          <w:b/>
          <w:bCs/>
          <w:color w:val="1F1F1F"/>
          <w:sz w:val="28"/>
          <w:szCs w:val="28"/>
          <w:bdr w:val="none" w:sz="0" w:space="0" w:color="auto" w:frame="1"/>
          <w:lang w:val="kk-KZ" w:eastAsia="ru-RU"/>
        </w:rPr>
        <w:t>«Оқу сағаты»</w:t>
      </w:r>
      <w:r w:rsidRPr="00FA1D49">
        <w:rPr>
          <w:color w:val="1F1F1F"/>
          <w:sz w:val="28"/>
          <w:szCs w:val="28"/>
          <w:lang w:val="kk-KZ" w:eastAsia="ru-RU"/>
        </w:rPr>
        <w:t xml:space="preserve"> бекітіліп, әр аптаның сәрсенбі, жұма күндері 20минут кәтап оқу дәстүрге айналды. Оқушылардың оқыған шығармалары бойынша сынып сағаттарында талдау жұмыстары жүргізіліп, эссе жазу,  тест тапсырмаларын орындау үрдісі жолға қойылды.</w:t>
      </w:r>
      <w:r w:rsidRPr="00FA1D49">
        <w:rPr>
          <w:sz w:val="28"/>
          <w:szCs w:val="28"/>
          <w:lang w:val="kk-KZ"/>
        </w:rPr>
        <w:t xml:space="preserve"> </w:t>
      </w:r>
      <w:r w:rsidRPr="00FA1D49">
        <w:rPr>
          <w:color w:val="1F1F1F"/>
          <w:sz w:val="28"/>
          <w:szCs w:val="28"/>
          <w:lang w:val="kk-KZ" w:eastAsia="ru-RU"/>
        </w:rPr>
        <w:t xml:space="preserve"> 11 сынып оқушыларымен қазақ тілі мен әдебиет пән мұғалімі Т.Ғ. Сейтжанова Абайдың «Ескендір» поэмасын толығымен оқып, талқыланып, оқушылардан тест алынды: 11 «А» сынып бойынша 19 оқушы қатысып жоғары бал жинағандар 7 оқушы мадақтамамен марапатталды. 11 «Ә» сынып бойынша 25 оқушы қатысып, 3 оқушы жоғары тест балдарын жинады. 10 сынып оқушылары Жәудір Нартайдын «Ұлжан» шығармасын оқып, тест арқылы кері байланыс жасады. Бастауыш мектептің 4 сынып оқушыларымен  жоба аясында «Ызындап оқу» әдісі ұйымдастырылды. Оқырмандар қазақ ертегілерін   бір мезгілде дауыстап бір-біріне  кедергі келтірмей, күбірлеп, әрқайсысы өз жылдамдығымен оқыды. Оқушылар үшін бұл әдіс өте қызықты, оқырмандардын  кітапқа деген зейіні ашылды, қызығушылықтары арттылды.   </w:t>
      </w:r>
    </w:p>
    <w:p w14:paraId="23E48D81" w14:textId="77777777" w:rsidR="00FA1D49" w:rsidRPr="00FA1D49" w:rsidRDefault="00FA1D49" w:rsidP="00FA1D49">
      <w:pPr>
        <w:jc w:val="both"/>
        <w:rPr>
          <w:color w:val="1F1F1F"/>
          <w:sz w:val="28"/>
          <w:szCs w:val="28"/>
          <w:lang w:val="kk-KZ" w:eastAsia="ru-RU"/>
        </w:rPr>
      </w:pPr>
      <w:r w:rsidRPr="00FA1D49">
        <w:rPr>
          <w:color w:val="1F1F1F"/>
          <w:sz w:val="28"/>
          <w:szCs w:val="28"/>
          <w:lang w:val="kk-KZ" w:eastAsia="ru-RU"/>
        </w:rPr>
        <w:t xml:space="preserve">  </w:t>
      </w:r>
    </w:p>
    <w:tbl>
      <w:tblPr>
        <w:tblStyle w:val="a7"/>
        <w:tblW w:w="10065" w:type="dxa"/>
        <w:tblInd w:w="108" w:type="dxa"/>
        <w:tblLayout w:type="fixed"/>
        <w:tblLook w:val="04A0" w:firstRow="1" w:lastRow="0" w:firstColumn="1" w:lastColumn="0" w:noHBand="0" w:noVBand="1"/>
      </w:tblPr>
      <w:tblGrid>
        <w:gridCol w:w="3828"/>
        <w:gridCol w:w="2126"/>
        <w:gridCol w:w="4111"/>
      </w:tblGrid>
      <w:tr w:rsidR="00FA1D49" w:rsidRPr="00FA1D49" w14:paraId="1F2A881C" w14:textId="77777777" w:rsidTr="00FA1D49">
        <w:tc>
          <w:tcPr>
            <w:tcW w:w="3828" w:type="dxa"/>
          </w:tcPr>
          <w:p w14:paraId="12154C5B" w14:textId="77777777" w:rsidR="00FA1D49" w:rsidRPr="00FA1D49" w:rsidRDefault="00FA1D49" w:rsidP="00FA1D49">
            <w:pPr>
              <w:jc w:val="both"/>
              <w:rPr>
                <w:bCs/>
                <w:sz w:val="28"/>
                <w:szCs w:val="28"/>
                <w:lang w:val="kk-KZ"/>
              </w:rPr>
            </w:pPr>
            <w:r w:rsidRPr="00FA1D49">
              <w:rPr>
                <w:bCs/>
                <w:sz w:val="28"/>
                <w:szCs w:val="28"/>
                <w:lang w:val="kk-KZ"/>
              </w:rPr>
              <w:t>Тақырып</w:t>
            </w:r>
          </w:p>
        </w:tc>
        <w:tc>
          <w:tcPr>
            <w:tcW w:w="2126" w:type="dxa"/>
          </w:tcPr>
          <w:p w14:paraId="561F0544" w14:textId="77777777" w:rsidR="00FA1D49" w:rsidRPr="00FA1D49" w:rsidRDefault="00FA1D49" w:rsidP="00FA1D49">
            <w:pPr>
              <w:jc w:val="both"/>
              <w:rPr>
                <w:sz w:val="28"/>
                <w:szCs w:val="28"/>
                <w:lang w:val="kk-KZ"/>
              </w:rPr>
            </w:pPr>
            <w:r w:rsidRPr="00FA1D49">
              <w:rPr>
                <w:sz w:val="28"/>
                <w:szCs w:val="28"/>
                <w:lang w:val="kk-KZ"/>
              </w:rPr>
              <w:t>Өткізілген күн</w:t>
            </w:r>
          </w:p>
        </w:tc>
        <w:tc>
          <w:tcPr>
            <w:tcW w:w="4111" w:type="dxa"/>
          </w:tcPr>
          <w:p w14:paraId="7F19E31B" w14:textId="77777777" w:rsidR="00FA1D49" w:rsidRPr="00FA1D49" w:rsidRDefault="00FA1D49" w:rsidP="00FA1D49">
            <w:pPr>
              <w:jc w:val="both"/>
              <w:rPr>
                <w:sz w:val="28"/>
                <w:szCs w:val="28"/>
                <w:lang w:val="kk-KZ"/>
              </w:rPr>
            </w:pPr>
            <w:r w:rsidRPr="00FA1D49">
              <w:rPr>
                <w:sz w:val="28"/>
                <w:szCs w:val="28"/>
                <w:lang w:val="kk-KZ"/>
              </w:rPr>
              <w:t>сілтеме</w:t>
            </w:r>
          </w:p>
        </w:tc>
      </w:tr>
      <w:tr w:rsidR="00FA1D49" w:rsidRPr="00F060A1" w14:paraId="52838774" w14:textId="77777777" w:rsidTr="00FA1D49">
        <w:trPr>
          <w:trHeight w:val="890"/>
        </w:trPr>
        <w:tc>
          <w:tcPr>
            <w:tcW w:w="3828" w:type="dxa"/>
          </w:tcPr>
          <w:p w14:paraId="3DB4530B" w14:textId="77777777" w:rsidR="00FA1D49" w:rsidRPr="00FA1D49" w:rsidRDefault="00FA1D49" w:rsidP="00FA1D49">
            <w:pPr>
              <w:jc w:val="both"/>
              <w:rPr>
                <w:rFonts w:eastAsia="Calibri"/>
                <w:bCs/>
                <w:sz w:val="28"/>
                <w:szCs w:val="28"/>
                <w:lang w:val="kk-KZ"/>
              </w:rPr>
            </w:pPr>
            <w:r w:rsidRPr="00FA1D49">
              <w:rPr>
                <w:rFonts w:eastAsia="Calibri"/>
                <w:bCs/>
                <w:sz w:val="28"/>
                <w:szCs w:val="28"/>
                <w:lang w:val="kk-KZ"/>
              </w:rPr>
              <w:t>«Балдырған» журналына шолу</w:t>
            </w:r>
          </w:p>
          <w:p w14:paraId="49E2A1AA" w14:textId="77777777" w:rsidR="00FA1D49" w:rsidRPr="00FA1D49" w:rsidRDefault="00FA1D49" w:rsidP="00FA1D49">
            <w:pPr>
              <w:jc w:val="both"/>
              <w:rPr>
                <w:rFonts w:eastAsia="Calibri"/>
                <w:bCs/>
                <w:sz w:val="28"/>
                <w:szCs w:val="28"/>
                <w:lang w:val="kk-KZ"/>
              </w:rPr>
            </w:pPr>
            <w:r w:rsidRPr="00FA1D49">
              <w:rPr>
                <w:rFonts w:eastAsia="Calibri"/>
                <w:bCs/>
                <w:sz w:val="28"/>
                <w:szCs w:val="28"/>
                <w:lang w:val="kk-KZ"/>
              </w:rPr>
              <w:t xml:space="preserve">4 «Ә» сынып, кітап оқу сағаты </w:t>
            </w:r>
          </w:p>
          <w:p w14:paraId="1660DA57" w14:textId="77777777" w:rsidR="00FA1D49" w:rsidRPr="00FA1D49" w:rsidRDefault="00FA1D49" w:rsidP="00FA1D49">
            <w:pPr>
              <w:jc w:val="both"/>
              <w:rPr>
                <w:sz w:val="28"/>
                <w:szCs w:val="28"/>
                <w:lang w:val="kk-KZ"/>
              </w:rPr>
            </w:pPr>
            <w:r w:rsidRPr="00FA1D49">
              <w:rPr>
                <w:sz w:val="28"/>
                <w:szCs w:val="28"/>
                <w:lang w:val="kk-KZ"/>
              </w:rPr>
              <w:t>#біртұтас_тәрбие, #14KITAPHANA</w:t>
            </w:r>
          </w:p>
          <w:p w14:paraId="1CA4FE72" w14:textId="77777777" w:rsidR="00FA1D49" w:rsidRPr="00FA1D49" w:rsidRDefault="00FA1D49" w:rsidP="00FA1D49">
            <w:pPr>
              <w:jc w:val="both"/>
              <w:rPr>
                <w:color w:val="0070C0"/>
                <w:sz w:val="28"/>
                <w:szCs w:val="28"/>
                <w:lang w:val="kk-KZ"/>
              </w:rPr>
            </w:pPr>
            <w:r w:rsidRPr="00FA1D49">
              <w:rPr>
                <w:sz w:val="28"/>
                <w:szCs w:val="28"/>
                <w:lang w:val="kk-KZ"/>
              </w:rPr>
              <w:t>#оқусағаты, #Балаларкітапханасы</w:t>
            </w:r>
          </w:p>
        </w:tc>
        <w:tc>
          <w:tcPr>
            <w:tcW w:w="2126" w:type="dxa"/>
          </w:tcPr>
          <w:p w14:paraId="00C20FCB" w14:textId="77777777" w:rsidR="00FA1D49" w:rsidRPr="00FA1D49" w:rsidRDefault="00FA1D49" w:rsidP="00FA1D49">
            <w:pPr>
              <w:jc w:val="both"/>
              <w:rPr>
                <w:sz w:val="28"/>
                <w:szCs w:val="28"/>
                <w:lang w:val="kk-KZ"/>
              </w:rPr>
            </w:pPr>
            <w:r w:rsidRPr="00FA1D49">
              <w:rPr>
                <w:sz w:val="28"/>
                <w:szCs w:val="28"/>
                <w:lang w:val="kk-KZ"/>
              </w:rPr>
              <w:t>20.01.2025</w:t>
            </w:r>
          </w:p>
        </w:tc>
        <w:tc>
          <w:tcPr>
            <w:tcW w:w="4111" w:type="dxa"/>
          </w:tcPr>
          <w:p w14:paraId="2FE490F3" w14:textId="77777777" w:rsidR="00FA1D49" w:rsidRPr="00FA1D49" w:rsidRDefault="00FA1D49" w:rsidP="00FA1D49">
            <w:pPr>
              <w:jc w:val="both"/>
              <w:rPr>
                <w:bCs/>
                <w:sz w:val="28"/>
                <w:szCs w:val="28"/>
                <w:lang w:val="kk-KZ"/>
              </w:rPr>
            </w:pPr>
            <w:r w:rsidRPr="00FA1D49">
              <w:rPr>
                <w:color w:val="0070C0"/>
                <w:sz w:val="28"/>
                <w:szCs w:val="28"/>
                <w:lang w:val="kk-KZ" w:eastAsia="ru-RU"/>
              </w:rPr>
              <w:t xml:space="preserve">https://www.instagram.com/p/DFDC8-aMLDX/?stkn=MWhuNHVyN2RqNnJraA==          </w:t>
            </w:r>
          </w:p>
          <w:p w14:paraId="6E998893" w14:textId="77777777" w:rsidR="00FA1D49" w:rsidRPr="00FA1D49" w:rsidRDefault="00FA1D49" w:rsidP="00FA1D49">
            <w:pPr>
              <w:jc w:val="both"/>
              <w:rPr>
                <w:color w:val="0070C0"/>
                <w:sz w:val="28"/>
                <w:szCs w:val="28"/>
                <w:lang w:val="kk-KZ"/>
              </w:rPr>
            </w:pPr>
          </w:p>
          <w:p w14:paraId="131973FE" w14:textId="77777777" w:rsidR="00FA1D49" w:rsidRPr="00FA1D49" w:rsidRDefault="00FA1D49" w:rsidP="00FA1D49">
            <w:pPr>
              <w:jc w:val="both"/>
              <w:rPr>
                <w:color w:val="0070C0"/>
                <w:sz w:val="28"/>
                <w:szCs w:val="28"/>
                <w:lang w:val="kk-KZ"/>
              </w:rPr>
            </w:pPr>
          </w:p>
        </w:tc>
      </w:tr>
      <w:tr w:rsidR="00FA1D49" w:rsidRPr="00F060A1" w14:paraId="0996A548" w14:textId="77777777" w:rsidTr="00FA1D49">
        <w:tc>
          <w:tcPr>
            <w:tcW w:w="3828" w:type="dxa"/>
          </w:tcPr>
          <w:p w14:paraId="1AF03F1D" w14:textId="77777777" w:rsidR="00FA1D49" w:rsidRPr="00FA1D49" w:rsidRDefault="00FA1D49" w:rsidP="00FA1D49">
            <w:pPr>
              <w:jc w:val="both"/>
              <w:rPr>
                <w:rFonts w:eastAsia="Calibri"/>
                <w:bCs/>
                <w:sz w:val="28"/>
                <w:szCs w:val="28"/>
                <w:lang w:val="kk-KZ"/>
              </w:rPr>
            </w:pPr>
            <w:r w:rsidRPr="00FA1D49">
              <w:rPr>
                <w:rFonts w:eastAsia="Calibri"/>
                <w:bCs/>
                <w:sz w:val="28"/>
                <w:szCs w:val="28"/>
                <w:lang w:val="kk-KZ"/>
              </w:rPr>
              <w:t>Батырлар жайлы көркем шығармаларды ағылшын тілінде оқу. 6 «А» сынып, кітап оқу сағаты</w:t>
            </w:r>
          </w:p>
          <w:p w14:paraId="0DB20A70" w14:textId="77777777" w:rsidR="00FA1D49" w:rsidRPr="00FA1D49" w:rsidRDefault="00FA1D49" w:rsidP="00FA1D49">
            <w:pPr>
              <w:jc w:val="both"/>
              <w:rPr>
                <w:sz w:val="28"/>
                <w:szCs w:val="28"/>
                <w:lang w:val="kk-KZ"/>
              </w:rPr>
            </w:pPr>
            <w:r w:rsidRPr="00FA1D49">
              <w:rPr>
                <w:sz w:val="28"/>
                <w:szCs w:val="28"/>
                <w:lang w:val="kk-KZ"/>
              </w:rPr>
              <w:t>#біртұтас_тәрбие, #14KITAPHANA</w:t>
            </w:r>
          </w:p>
          <w:p w14:paraId="0247286F" w14:textId="77777777" w:rsidR="00FA1D49" w:rsidRPr="00FA1D49" w:rsidRDefault="00FA1D49" w:rsidP="00FA1D49">
            <w:pPr>
              <w:jc w:val="both"/>
              <w:rPr>
                <w:rFonts w:eastAsia="Calibri"/>
                <w:bCs/>
                <w:sz w:val="28"/>
                <w:szCs w:val="28"/>
                <w:lang w:val="kk-KZ"/>
              </w:rPr>
            </w:pPr>
            <w:r w:rsidRPr="00FA1D49">
              <w:rPr>
                <w:sz w:val="28"/>
                <w:szCs w:val="28"/>
                <w:lang w:val="kk-KZ"/>
              </w:rPr>
              <w:t xml:space="preserve">#оқусағаты, #Балаларкітапханасы </w:t>
            </w:r>
          </w:p>
        </w:tc>
        <w:tc>
          <w:tcPr>
            <w:tcW w:w="2126" w:type="dxa"/>
          </w:tcPr>
          <w:p w14:paraId="7EE6D135" w14:textId="77777777" w:rsidR="00FA1D49" w:rsidRPr="00FA1D49" w:rsidRDefault="00FA1D49" w:rsidP="00FA1D49">
            <w:pPr>
              <w:jc w:val="both"/>
              <w:rPr>
                <w:sz w:val="28"/>
                <w:szCs w:val="28"/>
                <w:lang w:val="kk-KZ"/>
              </w:rPr>
            </w:pPr>
            <w:r w:rsidRPr="00FA1D49">
              <w:rPr>
                <w:sz w:val="28"/>
                <w:szCs w:val="28"/>
                <w:lang w:val="kk-KZ"/>
              </w:rPr>
              <w:t>4.02.2025</w:t>
            </w:r>
          </w:p>
        </w:tc>
        <w:tc>
          <w:tcPr>
            <w:tcW w:w="4111" w:type="dxa"/>
          </w:tcPr>
          <w:p w14:paraId="77F4E8DF" w14:textId="77777777" w:rsidR="00FA1D49" w:rsidRPr="00FA1D49" w:rsidRDefault="00FA1D49" w:rsidP="00FA1D49">
            <w:pPr>
              <w:jc w:val="both"/>
              <w:rPr>
                <w:color w:val="0070C0"/>
                <w:sz w:val="28"/>
                <w:szCs w:val="28"/>
                <w:lang w:val="kk-KZ"/>
              </w:rPr>
            </w:pPr>
            <w:r w:rsidRPr="00FA1D49">
              <w:rPr>
                <w:color w:val="0070C0"/>
                <w:sz w:val="28"/>
                <w:szCs w:val="28"/>
                <w:lang w:val="kk-KZ"/>
              </w:rPr>
              <w:t>https://www.instagram.com/p/DFpCa8gs-wP/?img_index=2&amp;stkn=MnJvZ3RrcTdkdDl6</w:t>
            </w:r>
          </w:p>
        </w:tc>
      </w:tr>
      <w:tr w:rsidR="00FA1D49" w:rsidRPr="00F060A1" w14:paraId="00CED640" w14:textId="77777777" w:rsidTr="00FA1D49">
        <w:tc>
          <w:tcPr>
            <w:tcW w:w="3828" w:type="dxa"/>
          </w:tcPr>
          <w:p w14:paraId="734F6EC7" w14:textId="77777777" w:rsidR="00FA1D49" w:rsidRPr="00FA1D49" w:rsidRDefault="00FA1D49" w:rsidP="00FA1D49">
            <w:pPr>
              <w:jc w:val="both"/>
              <w:rPr>
                <w:rFonts w:eastAsia="Calibri"/>
                <w:bCs/>
                <w:sz w:val="28"/>
                <w:szCs w:val="28"/>
                <w:lang w:val="kk-KZ"/>
              </w:rPr>
            </w:pPr>
            <w:r w:rsidRPr="00FA1D49">
              <w:rPr>
                <w:rFonts w:eastAsia="Calibri"/>
                <w:bCs/>
                <w:sz w:val="28"/>
                <w:szCs w:val="28"/>
                <w:lang w:val="kk-KZ"/>
              </w:rPr>
              <w:t>Б. Соқпақпаевтың «Менің атым Қожа» повесінен пазлы жинау. 5 «В» сынып</w:t>
            </w:r>
          </w:p>
          <w:p w14:paraId="4959CE44" w14:textId="77777777" w:rsidR="00FA1D49" w:rsidRPr="00FA1D49" w:rsidRDefault="00FA1D49" w:rsidP="00FA1D49">
            <w:pPr>
              <w:jc w:val="both"/>
              <w:rPr>
                <w:sz w:val="28"/>
                <w:szCs w:val="28"/>
                <w:lang w:val="kk-KZ"/>
              </w:rPr>
            </w:pPr>
            <w:r w:rsidRPr="00FA1D49">
              <w:rPr>
                <w:sz w:val="28"/>
                <w:szCs w:val="28"/>
                <w:lang w:val="kk-KZ"/>
              </w:rPr>
              <w:t>#біртұтас_тәрбие, #14KITAPHANA</w:t>
            </w:r>
          </w:p>
          <w:p w14:paraId="154AD7DA" w14:textId="77777777" w:rsidR="00FA1D49" w:rsidRPr="00FA1D49" w:rsidRDefault="00FA1D49" w:rsidP="00FA1D49">
            <w:pPr>
              <w:jc w:val="both"/>
              <w:rPr>
                <w:sz w:val="28"/>
                <w:szCs w:val="28"/>
                <w:lang w:val="kk-KZ"/>
              </w:rPr>
            </w:pPr>
            <w:r w:rsidRPr="00FA1D49">
              <w:rPr>
                <w:sz w:val="28"/>
                <w:szCs w:val="28"/>
                <w:lang w:val="kk-KZ"/>
              </w:rPr>
              <w:t>#оқусағаты, #Балаларкітапханасы</w:t>
            </w:r>
          </w:p>
          <w:p w14:paraId="7347952B" w14:textId="77777777" w:rsidR="00FA1D49" w:rsidRPr="00FA1D49" w:rsidRDefault="00FA1D49" w:rsidP="00FA1D49">
            <w:pPr>
              <w:jc w:val="both"/>
              <w:rPr>
                <w:rFonts w:eastAsia="Calibri"/>
                <w:bCs/>
                <w:sz w:val="28"/>
                <w:szCs w:val="28"/>
                <w:lang w:val="kk-KZ"/>
              </w:rPr>
            </w:pPr>
            <w:r w:rsidRPr="00FA1D49">
              <w:rPr>
                <w:rFonts w:eastAsia="Calibri"/>
                <w:bCs/>
                <w:sz w:val="28"/>
                <w:szCs w:val="28"/>
                <w:lang w:val="kk-KZ"/>
              </w:rPr>
              <w:t>#адалазамат</w:t>
            </w:r>
          </w:p>
        </w:tc>
        <w:tc>
          <w:tcPr>
            <w:tcW w:w="2126" w:type="dxa"/>
          </w:tcPr>
          <w:p w14:paraId="1C327DB2" w14:textId="77777777" w:rsidR="00FA1D49" w:rsidRPr="00FA1D49" w:rsidRDefault="00FA1D49" w:rsidP="00FA1D49">
            <w:pPr>
              <w:jc w:val="both"/>
              <w:rPr>
                <w:sz w:val="28"/>
                <w:szCs w:val="28"/>
                <w:lang w:val="kk-KZ"/>
              </w:rPr>
            </w:pPr>
            <w:r w:rsidRPr="00FA1D49">
              <w:rPr>
                <w:sz w:val="28"/>
                <w:szCs w:val="28"/>
                <w:lang w:val="kk-KZ"/>
              </w:rPr>
              <w:t>13.02.2025</w:t>
            </w:r>
          </w:p>
        </w:tc>
        <w:tc>
          <w:tcPr>
            <w:tcW w:w="4111" w:type="dxa"/>
          </w:tcPr>
          <w:p w14:paraId="580CDEDE" w14:textId="77777777" w:rsidR="00FA1D49" w:rsidRPr="00FA1D49" w:rsidRDefault="00FA1D49" w:rsidP="00FA1D49">
            <w:pPr>
              <w:jc w:val="both"/>
              <w:rPr>
                <w:color w:val="0070C0"/>
                <w:sz w:val="28"/>
                <w:szCs w:val="28"/>
                <w:lang w:val="kk-KZ"/>
              </w:rPr>
            </w:pPr>
            <w:r w:rsidRPr="00FA1D49">
              <w:rPr>
                <w:color w:val="0070C0"/>
                <w:sz w:val="28"/>
                <w:szCs w:val="28"/>
                <w:lang w:val="kk-KZ"/>
              </w:rPr>
              <w:t>https://www.instagram.com/reel/DGAzE3fsTqf/?stkn=MW14azFmaHY2MHcwMA==</w:t>
            </w:r>
          </w:p>
        </w:tc>
      </w:tr>
      <w:tr w:rsidR="00FA1D49" w:rsidRPr="00F060A1" w14:paraId="5435F921" w14:textId="77777777" w:rsidTr="00FA1D49">
        <w:tc>
          <w:tcPr>
            <w:tcW w:w="3828" w:type="dxa"/>
          </w:tcPr>
          <w:p w14:paraId="19FE026F" w14:textId="77777777" w:rsidR="00FA1D49" w:rsidRPr="00FA1D49" w:rsidRDefault="00FA1D49" w:rsidP="00FA1D49">
            <w:pPr>
              <w:jc w:val="both"/>
              <w:rPr>
                <w:rFonts w:eastAsia="Calibri"/>
                <w:bCs/>
                <w:sz w:val="28"/>
                <w:szCs w:val="28"/>
                <w:lang w:val="kk-KZ"/>
              </w:rPr>
            </w:pPr>
            <w:r w:rsidRPr="00FA1D49">
              <w:rPr>
                <w:rFonts w:eastAsia="Calibri"/>
                <w:bCs/>
                <w:sz w:val="28"/>
                <w:szCs w:val="28"/>
                <w:lang w:val="kk-KZ"/>
              </w:rPr>
              <w:t xml:space="preserve">«Менің сүйікті ертегім» 2 сынып. </w:t>
            </w:r>
          </w:p>
          <w:p w14:paraId="40B0241B" w14:textId="77777777" w:rsidR="00FA1D49" w:rsidRPr="00FA1D49" w:rsidRDefault="00FA1D49" w:rsidP="00FA1D49">
            <w:pPr>
              <w:jc w:val="both"/>
              <w:rPr>
                <w:sz w:val="28"/>
                <w:szCs w:val="28"/>
                <w:lang w:val="kk-KZ"/>
              </w:rPr>
            </w:pPr>
            <w:r w:rsidRPr="00FA1D49">
              <w:rPr>
                <w:sz w:val="28"/>
                <w:szCs w:val="28"/>
                <w:lang w:val="kk-KZ"/>
              </w:rPr>
              <w:t>#біртұтас_тәрбие, #14KITAPHANA</w:t>
            </w:r>
          </w:p>
          <w:p w14:paraId="40660599" w14:textId="77777777" w:rsidR="00FA1D49" w:rsidRPr="00FA1D49" w:rsidRDefault="00FA1D49" w:rsidP="00FA1D49">
            <w:pPr>
              <w:jc w:val="both"/>
              <w:rPr>
                <w:rFonts w:eastAsia="Calibri"/>
                <w:bCs/>
                <w:sz w:val="28"/>
                <w:szCs w:val="28"/>
                <w:lang w:val="kk-KZ"/>
              </w:rPr>
            </w:pPr>
            <w:r w:rsidRPr="00FA1D49">
              <w:rPr>
                <w:sz w:val="28"/>
                <w:szCs w:val="28"/>
                <w:lang w:val="kk-KZ"/>
              </w:rPr>
              <w:lastRenderedPageBreak/>
              <w:t>#оқусағаты, #Балаларкітапханасы</w:t>
            </w:r>
          </w:p>
        </w:tc>
        <w:tc>
          <w:tcPr>
            <w:tcW w:w="2126" w:type="dxa"/>
          </w:tcPr>
          <w:p w14:paraId="24F1A263" w14:textId="77777777" w:rsidR="00FA1D49" w:rsidRPr="00FA1D49" w:rsidRDefault="00FA1D49" w:rsidP="00FA1D49">
            <w:pPr>
              <w:jc w:val="both"/>
              <w:rPr>
                <w:sz w:val="28"/>
                <w:szCs w:val="28"/>
                <w:lang w:val="kk-KZ"/>
              </w:rPr>
            </w:pPr>
            <w:r w:rsidRPr="00FA1D49">
              <w:rPr>
                <w:sz w:val="28"/>
                <w:szCs w:val="28"/>
                <w:lang w:val="kk-KZ"/>
              </w:rPr>
              <w:lastRenderedPageBreak/>
              <w:t>14.02.2025</w:t>
            </w:r>
          </w:p>
        </w:tc>
        <w:tc>
          <w:tcPr>
            <w:tcW w:w="4111" w:type="dxa"/>
          </w:tcPr>
          <w:p w14:paraId="64EF87B4" w14:textId="77777777" w:rsidR="00FA1D49" w:rsidRPr="00FA1D49" w:rsidRDefault="00FA1D49" w:rsidP="00FA1D49">
            <w:pPr>
              <w:jc w:val="both"/>
              <w:rPr>
                <w:color w:val="0070C0"/>
                <w:sz w:val="28"/>
                <w:szCs w:val="28"/>
                <w:lang w:val="kk-KZ"/>
              </w:rPr>
            </w:pPr>
            <w:r w:rsidRPr="00FA1D49">
              <w:rPr>
                <w:color w:val="0070C0"/>
                <w:sz w:val="28"/>
                <w:szCs w:val="28"/>
                <w:lang w:val="kk-KZ"/>
              </w:rPr>
              <w:t>https://www.instagram.com/reel/DGBagECMcRT/?stkn=eDRjNnQydWtocWg5</w:t>
            </w:r>
          </w:p>
        </w:tc>
      </w:tr>
      <w:tr w:rsidR="00FA1D49" w:rsidRPr="00F060A1" w14:paraId="3C662375" w14:textId="77777777" w:rsidTr="00FA1D49">
        <w:tc>
          <w:tcPr>
            <w:tcW w:w="3828" w:type="dxa"/>
          </w:tcPr>
          <w:p w14:paraId="35A340AE" w14:textId="77777777" w:rsidR="00FA1D49" w:rsidRPr="00FA1D49" w:rsidRDefault="00FA1D49" w:rsidP="00FA1D49">
            <w:pPr>
              <w:jc w:val="both"/>
              <w:rPr>
                <w:rFonts w:eastAsia="Calibri"/>
                <w:bCs/>
                <w:sz w:val="28"/>
                <w:szCs w:val="28"/>
                <w:lang w:val="kk-KZ"/>
              </w:rPr>
            </w:pPr>
            <w:r w:rsidRPr="00FA1D49">
              <w:rPr>
                <w:rFonts w:eastAsia="Calibri"/>
                <w:bCs/>
                <w:sz w:val="28"/>
                <w:szCs w:val="28"/>
                <w:lang w:val="kk-KZ"/>
              </w:rPr>
              <w:t xml:space="preserve">«Досыма арналған құпия кітап» 3 «Б» сынып. </w:t>
            </w:r>
          </w:p>
          <w:p w14:paraId="52F516F2" w14:textId="77777777" w:rsidR="00FA1D49" w:rsidRPr="00FA1D49" w:rsidRDefault="00FA1D49" w:rsidP="00FA1D49">
            <w:pPr>
              <w:jc w:val="both"/>
              <w:rPr>
                <w:sz w:val="28"/>
                <w:szCs w:val="28"/>
                <w:lang w:val="kk-KZ"/>
              </w:rPr>
            </w:pPr>
            <w:r w:rsidRPr="00FA1D49">
              <w:rPr>
                <w:sz w:val="28"/>
                <w:szCs w:val="28"/>
                <w:lang w:val="kk-KZ"/>
              </w:rPr>
              <w:t>#біртұтас_тәрбие, #14KITAPHANA</w:t>
            </w:r>
          </w:p>
          <w:p w14:paraId="1F7E238C" w14:textId="77777777" w:rsidR="00FA1D49" w:rsidRPr="00FA1D49" w:rsidRDefault="00FA1D49" w:rsidP="00FA1D49">
            <w:pPr>
              <w:jc w:val="both"/>
              <w:rPr>
                <w:rFonts w:eastAsia="Calibri"/>
                <w:bCs/>
                <w:sz w:val="28"/>
                <w:szCs w:val="28"/>
                <w:lang w:val="kk-KZ"/>
              </w:rPr>
            </w:pPr>
            <w:r w:rsidRPr="00FA1D49">
              <w:rPr>
                <w:sz w:val="28"/>
                <w:szCs w:val="28"/>
                <w:lang w:val="kk-KZ"/>
              </w:rPr>
              <w:t>#оқусағаты, #Балаларкітапханасы</w:t>
            </w:r>
          </w:p>
        </w:tc>
        <w:tc>
          <w:tcPr>
            <w:tcW w:w="2126" w:type="dxa"/>
          </w:tcPr>
          <w:p w14:paraId="45267F56" w14:textId="77777777" w:rsidR="00FA1D49" w:rsidRPr="00FA1D49" w:rsidRDefault="00FA1D49" w:rsidP="00FA1D49">
            <w:pPr>
              <w:jc w:val="both"/>
              <w:rPr>
                <w:sz w:val="28"/>
                <w:szCs w:val="28"/>
                <w:lang w:val="kk-KZ"/>
              </w:rPr>
            </w:pPr>
            <w:r w:rsidRPr="00FA1D49">
              <w:rPr>
                <w:sz w:val="28"/>
                <w:szCs w:val="28"/>
                <w:lang w:val="kk-KZ"/>
              </w:rPr>
              <w:t>14.02.2025</w:t>
            </w:r>
          </w:p>
        </w:tc>
        <w:tc>
          <w:tcPr>
            <w:tcW w:w="4111" w:type="dxa"/>
          </w:tcPr>
          <w:p w14:paraId="70EFD909" w14:textId="77777777" w:rsidR="00FA1D49" w:rsidRPr="00FA1D49" w:rsidRDefault="00FA1D49" w:rsidP="00FA1D49">
            <w:pPr>
              <w:jc w:val="both"/>
              <w:rPr>
                <w:color w:val="0070C0"/>
                <w:sz w:val="28"/>
                <w:szCs w:val="28"/>
                <w:lang w:val="kk-KZ"/>
              </w:rPr>
            </w:pPr>
            <w:r w:rsidRPr="00FA1D49">
              <w:rPr>
                <w:color w:val="0070C0"/>
                <w:sz w:val="28"/>
                <w:szCs w:val="28"/>
                <w:lang w:val="kk-KZ"/>
              </w:rPr>
              <w:t>https://www.instagram.com/reel/DGCyVdGMowy/?stkn=eHI2a2UzNzY0Njlm</w:t>
            </w:r>
          </w:p>
        </w:tc>
      </w:tr>
      <w:tr w:rsidR="00FA1D49" w:rsidRPr="00F060A1" w14:paraId="5A2908A2" w14:textId="77777777" w:rsidTr="00FA1D49">
        <w:tc>
          <w:tcPr>
            <w:tcW w:w="3828" w:type="dxa"/>
          </w:tcPr>
          <w:p w14:paraId="356B1CA4" w14:textId="77777777" w:rsidR="00FA1D49" w:rsidRPr="00FA1D49" w:rsidRDefault="00FA1D49" w:rsidP="00FA1D49">
            <w:pPr>
              <w:jc w:val="both"/>
              <w:rPr>
                <w:rFonts w:eastAsia="Calibri"/>
                <w:bCs/>
                <w:sz w:val="28"/>
                <w:szCs w:val="28"/>
                <w:lang w:val="kk-KZ"/>
              </w:rPr>
            </w:pPr>
            <w:r w:rsidRPr="00FA1D49">
              <w:rPr>
                <w:rFonts w:eastAsia="Calibri"/>
                <w:bCs/>
                <w:sz w:val="28"/>
                <w:szCs w:val="28"/>
                <w:lang w:val="kk-KZ"/>
              </w:rPr>
              <w:t xml:space="preserve">«Кітапхана қорын молайту»       3 «В» сынып. </w:t>
            </w:r>
          </w:p>
          <w:p w14:paraId="693690F3" w14:textId="77777777" w:rsidR="00FA1D49" w:rsidRPr="00FA1D49" w:rsidRDefault="00FA1D49" w:rsidP="00FA1D49">
            <w:pPr>
              <w:jc w:val="both"/>
              <w:rPr>
                <w:sz w:val="28"/>
                <w:szCs w:val="28"/>
                <w:lang w:val="kk-KZ"/>
              </w:rPr>
            </w:pPr>
            <w:r w:rsidRPr="00FA1D49">
              <w:rPr>
                <w:sz w:val="28"/>
                <w:szCs w:val="28"/>
                <w:lang w:val="kk-KZ"/>
              </w:rPr>
              <w:t>#біртұтас_тәрбие, #14KITAPHANA</w:t>
            </w:r>
          </w:p>
          <w:p w14:paraId="6D639E28" w14:textId="77777777" w:rsidR="00FA1D49" w:rsidRPr="00FA1D49" w:rsidRDefault="00FA1D49" w:rsidP="00FA1D49">
            <w:pPr>
              <w:jc w:val="both"/>
              <w:rPr>
                <w:rFonts w:eastAsia="Calibri"/>
                <w:bCs/>
                <w:sz w:val="28"/>
                <w:szCs w:val="28"/>
                <w:lang w:val="kk-KZ"/>
              </w:rPr>
            </w:pPr>
            <w:r w:rsidRPr="00FA1D49">
              <w:rPr>
                <w:sz w:val="28"/>
                <w:szCs w:val="28"/>
                <w:lang w:val="kk-KZ"/>
              </w:rPr>
              <w:t>#оқусағаты, #Балаларкітапханасы</w:t>
            </w:r>
          </w:p>
          <w:p w14:paraId="21B7433E" w14:textId="77777777" w:rsidR="00FA1D49" w:rsidRPr="00FA1D49" w:rsidRDefault="00FA1D49" w:rsidP="00FA1D49">
            <w:pPr>
              <w:jc w:val="both"/>
              <w:rPr>
                <w:rFonts w:eastAsia="Calibri"/>
                <w:bCs/>
                <w:sz w:val="28"/>
                <w:szCs w:val="28"/>
                <w:lang w:val="kk-KZ"/>
              </w:rPr>
            </w:pPr>
          </w:p>
        </w:tc>
        <w:tc>
          <w:tcPr>
            <w:tcW w:w="2126" w:type="dxa"/>
          </w:tcPr>
          <w:p w14:paraId="0E9B6BC8" w14:textId="77777777" w:rsidR="00FA1D49" w:rsidRPr="00FA1D49" w:rsidRDefault="00FA1D49" w:rsidP="00FA1D49">
            <w:pPr>
              <w:jc w:val="both"/>
              <w:rPr>
                <w:sz w:val="28"/>
                <w:szCs w:val="28"/>
                <w:lang w:val="kk-KZ"/>
              </w:rPr>
            </w:pPr>
            <w:r w:rsidRPr="00FA1D49">
              <w:rPr>
                <w:sz w:val="28"/>
                <w:szCs w:val="28"/>
                <w:lang w:val="kk-KZ"/>
              </w:rPr>
              <w:t>14.02.2025</w:t>
            </w:r>
          </w:p>
        </w:tc>
        <w:tc>
          <w:tcPr>
            <w:tcW w:w="4111" w:type="dxa"/>
          </w:tcPr>
          <w:p w14:paraId="7B828B5A" w14:textId="77777777" w:rsidR="00FA1D49" w:rsidRPr="00FA1D49" w:rsidRDefault="00FA1D49" w:rsidP="00FA1D49">
            <w:pPr>
              <w:jc w:val="both"/>
              <w:rPr>
                <w:color w:val="0070C0"/>
                <w:sz w:val="28"/>
                <w:szCs w:val="28"/>
                <w:lang w:val="kk-KZ"/>
              </w:rPr>
            </w:pPr>
            <w:r w:rsidRPr="00FA1D49">
              <w:rPr>
                <w:color w:val="0070C0"/>
                <w:sz w:val="28"/>
                <w:szCs w:val="28"/>
                <w:lang w:val="kk-KZ"/>
              </w:rPr>
              <w:t>https://www.instagram.com/reel/DGCyXQXstIn/?stkn=MW81dTJiMWVrMHp4NA==</w:t>
            </w:r>
          </w:p>
        </w:tc>
      </w:tr>
      <w:tr w:rsidR="00FA1D49" w:rsidRPr="00F060A1" w14:paraId="0186665C" w14:textId="77777777" w:rsidTr="00FA1D49">
        <w:tc>
          <w:tcPr>
            <w:tcW w:w="3828" w:type="dxa"/>
          </w:tcPr>
          <w:p w14:paraId="733D2250" w14:textId="77777777" w:rsidR="00FA1D49" w:rsidRPr="00FA1D49" w:rsidRDefault="00FA1D49" w:rsidP="00FA1D49">
            <w:pPr>
              <w:jc w:val="both"/>
              <w:rPr>
                <w:rFonts w:eastAsia="Calibri"/>
                <w:bCs/>
                <w:sz w:val="28"/>
                <w:szCs w:val="28"/>
                <w:lang w:val="kk-KZ"/>
              </w:rPr>
            </w:pPr>
            <w:r w:rsidRPr="00FA1D49">
              <w:rPr>
                <w:rFonts w:eastAsia="Calibri"/>
                <w:bCs/>
                <w:sz w:val="28"/>
                <w:szCs w:val="28"/>
                <w:lang w:val="kk-KZ"/>
              </w:rPr>
              <w:t>«Экология және кітап» экокітап көрмесі</w:t>
            </w:r>
          </w:p>
          <w:p w14:paraId="0B5A53BF" w14:textId="77777777" w:rsidR="00FA1D49" w:rsidRPr="00FA1D49" w:rsidRDefault="00FA1D49" w:rsidP="00FA1D49">
            <w:pPr>
              <w:jc w:val="both"/>
              <w:rPr>
                <w:sz w:val="28"/>
                <w:szCs w:val="28"/>
                <w:lang w:val="kk-KZ"/>
              </w:rPr>
            </w:pPr>
            <w:r w:rsidRPr="00FA1D49">
              <w:rPr>
                <w:sz w:val="28"/>
                <w:szCs w:val="28"/>
                <w:lang w:val="kk-KZ"/>
              </w:rPr>
              <w:t>#біртұтас_тәрбие, #14KITAPHANA</w:t>
            </w:r>
          </w:p>
          <w:p w14:paraId="234B8375" w14:textId="77777777" w:rsidR="00FA1D49" w:rsidRPr="00FA1D49" w:rsidRDefault="00FA1D49" w:rsidP="00FA1D49">
            <w:pPr>
              <w:jc w:val="both"/>
              <w:rPr>
                <w:rFonts w:eastAsia="Calibri"/>
                <w:bCs/>
                <w:sz w:val="28"/>
                <w:szCs w:val="28"/>
                <w:lang w:val="kk-KZ"/>
              </w:rPr>
            </w:pPr>
            <w:r w:rsidRPr="00FA1D49">
              <w:rPr>
                <w:sz w:val="28"/>
                <w:szCs w:val="28"/>
                <w:lang w:val="kk-KZ"/>
              </w:rPr>
              <w:t>#оқусағаты, #Балаларкітапханасы</w:t>
            </w:r>
          </w:p>
          <w:p w14:paraId="22FED468" w14:textId="77777777" w:rsidR="00FA1D49" w:rsidRPr="00FA1D49" w:rsidRDefault="00FA1D49" w:rsidP="00FA1D49">
            <w:pPr>
              <w:jc w:val="both"/>
              <w:rPr>
                <w:rFonts w:eastAsia="Calibri"/>
                <w:bCs/>
                <w:sz w:val="28"/>
                <w:szCs w:val="28"/>
                <w:lang w:val="kk-KZ"/>
              </w:rPr>
            </w:pPr>
            <w:r w:rsidRPr="00FA1D49">
              <w:rPr>
                <w:rFonts w:eastAsia="Calibri"/>
                <w:bCs/>
                <w:sz w:val="28"/>
                <w:szCs w:val="28"/>
                <w:lang w:val="kk-KZ"/>
              </w:rPr>
              <w:t xml:space="preserve"> </w:t>
            </w:r>
          </w:p>
        </w:tc>
        <w:tc>
          <w:tcPr>
            <w:tcW w:w="2126" w:type="dxa"/>
          </w:tcPr>
          <w:p w14:paraId="25275666" w14:textId="77777777" w:rsidR="00FA1D49" w:rsidRPr="00FA1D49" w:rsidRDefault="00FA1D49" w:rsidP="00FA1D49">
            <w:pPr>
              <w:jc w:val="both"/>
              <w:rPr>
                <w:sz w:val="28"/>
                <w:szCs w:val="28"/>
                <w:lang w:val="kk-KZ"/>
              </w:rPr>
            </w:pPr>
            <w:r w:rsidRPr="00FA1D49">
              <w:rPr>
                <w:sz w:val="28"/>
                <w:szCs w:val="28"/>
                <w:lang w:val="kk-KZ"/>
              </w:rPr>
              <w:t>20.04.2025</w:t>
            </w:r>
          </w:p>
        </w:tc>
        <w:tc>
          <w:tcPr>
            <w:tcW w:w="4111" w:type="dxa"/>
          </w:tcPr>
          <w:p w14:paraId="712A5EDE" w14:textId="77777777" w:rsidR="00FA1D49" w:rsidRPr="00FA1D49" w:rsidRDefault="00FA1D49" w:rsidP="00FA1D49">
            <w:pPr>
              <w:jc w:val="both"/>
              <w:rPr>
                <w:color w:val="0070C0"/>
                <w:sz w:val="28"/>
                <w:szCs w:val="28"/>
                <w:lang w:val="kk-KZ"/>
              </w:rPr>
            </w:pPr>
            <w:r w:rsidRPr="00FA1D49">
              <w:rPr>
                <w:color w:val="0070C0"/>
                <w:sz w:val="28"/>
                <w:szCs w:val="28"/>
                <w:lang w:val="kk-KZ"/>
              </w:rPr>
              <w:t>https://www.instagram.com/p/DIzoL6To3UG/?stkn=NjA3b3M4anFpcWc0</w:t>
            </w:r>
          </w:p>
        </w:tc>
      </w:tr>
      <w:tr w:rsidR="00FA1D49" w:rsidRPr="00F060A1" w14:paraId="6A6FBB4C" w14:textId="77777777" w:rsidTr="00FA1D49">
        <w:tc>
          <w:tcPr>
            <w:tcW w:w="3828" w:type="dxa"/>
          </w:tcPr>
          <w:p w14:paraId="1C1186B4" w14:textId="77777777" w:rsidR="00FA1D49" w:rsidRPr="00FA1D49" w:rsidRDefault="00FA1D49" w:rsidP="00FA1D49">
            <w:pPr>
              <w:jc w:val="both"/>
              <w:rPr>
                <w:rFonts w:eastAsia="Calibri"/>
                <w:bCs/>
                <w:sz w:val="28"/>
                <w:szCs w:val="28"/>
                <w:lang w:val="kk-KZ"/>
              </w:rPr>
            </w:pPr>
            <w:r w:rsidRPr="00FA1D49">
              <w:rPr>
                <w:rFonts w:eastAsia="Calibri"/>
                <w:bCs/>
                <w:sz w:val="28"/>
                <w:szCs w:val="28"/>
                <w:lang w:val="kk-KZ"/>
              </w:rPr>
              <w:t>23 Сәуір – Ұлттық кітап кұні. оқырмандармен фотослаид</w:t>
            </w:r>
          </w:p>
          <w:p w14:paraId="67697278" w14:textId="77777777" w:rsidR="00FA1D49" w:rsidRPr="00FA1D49" w:rsidRDefault="00FA1D49" w:rsidP="00FA1D49">
            <w:pPr>
              <w:jc w:val="both"/>
              <w:rPr>
                <w:sz w:val="28"/>
                <w:szCs w:val="28"/>
                <w:lang w:val="kk-KZ"/>
              </w:rPr>
            </w:pPr>
            <w:r w:rsidRPr="00FA1D49">
              <w:rPr>
                <w:sz w:val="28"/>
                <w:szCs w:val="28"/>
                <w:lang w:val="kk-KZ"/>
              </w:rPr>
              <w:t>#біртұтас_тәрбие, #14KITAPHANA</w:t>
            </w:r>
          </w:p>
          <w:p w14:paraId="53594B15" w14:textId="77777777" w:rsidR="00FA1D49" w:rsidRPr="00FA1D49" w:rsidRDefault="00FA1D49" w:rsidP="00FA1D49">
            <w:pPr>
              <w:jc w:val="both"/>
              <w:rPr>
                <w:rFonts w:eastAsia="Calibri"/>
                <w:bCs/>
                <w:sz w:val="28"/>
                <w:szCs w:val="28"/>
                <w:lang w:val="kk-KZ"/>
              </w:rPr>
            </w:pPr>
            <w:r w:rsidRPr="00FA1D49">
              <w:rPr>
                <w:sz w:val="28"/>
                <w:szCs w:val="28"/>
                <w:lang w:val="kk-KZ"/>
              </w:rPr>
              <w:t>#оқусағаты, #Балаларкітапханасы</w:t>
            </w:r>
          </w:p>
          <w:p w14:paraId="23A252ED" w14:textId="77777777" w:rsidR="00FA1D49" w:rsidRPr="00FA1D49" w:rsidRDefault="00FA1D49" w:rsidP="00FA1D49">
            <w:pPr>
              <w:jc w:val="both"/>
              <w:rPr>
                <w:rFonts w:eastAsia="Calibri"/>
                <w:bCs/>
                <w:sz w:val="28"/>
                <w:szCs w:val="28"/>
                <w:lang w:val="kk-KZ"/>
              </w:rPr>
            </w:pPr>
            <w:r w:rsidRPr="00FA1D49">
              <w:rPr>
                <w:rFonts w:eastAsia="Calibri"/>
                <w:bCs/>
                <w:sz w:val="28"/>
                <w:szCs w:val="28"/>
                <w:lang w:val="kk-KZ"/>
              </w:rPr>
              <w:t>#адалазамат</w:t>
            </w:r>
          </w:p>
        </w:tc>
        <w:tc>
          <w:tcPr>
            <w:tcW w:w="2126" w:type="dxa"/>
          </w:tcPr>
          <w:p w14:paraId="25540FF6" w14:textId="77777777" w:rsidR="00FA1D49" w:rsidRPr="00FA1D49" w:rsidRDefault="00FA1D49" w:rsidP="00FA1D49">
            <w:pPr>
              <w:jc w:val="both"/>
              <w:rPr>
                <w:sz w:val="28"/>
                <w:szCs w:val="28"/>
                <w:lang w:val="kk-KZ"/>
              </w:rPr>
            </w:pPr>
            <w:r w:rsidRPr="00FA1D49">
              <w:rPr>
                <w:sz w:val="28"/>
                <w:szCs w:val="28"/>
                <w:lang w:val="kk-KZ"/>
              </w:rPr>
              <w:t>23.04.2025</w:t>
            </w:r>
          </w:p>
        </w:tc>
        <w:tc>
          <w:tcPr>
            <w:tcW w:w="4111" w:type="dxa"/>
          </w:tcPr>
          <w:p w14:paraId="24F51D3F" w14:textId="77777777" w:rsidR="00FA1D49" w:rsidRPr="00FA1D49" w:rsidRDefault="00FA1D49" w:rsidP="00FA1D49">
            <w:pPr>
              <w:jc w:val="both"/>
              <w:rPr>
                <w:color w:val="0070C0"/>
                <w:sz w:val="28"/>
                <w:szCs w:val="28"/>
                <w:lang w:val="kk-KZ"/>
              </w:rPr>
            </w:pPr>
            <w:r w:rsidRPr="00FA1D49">
              <w:rPr>
                <w:color w:val="0070C0"/>
                <w:sz w:val="28"/>
                <w:szCs w:val="28"/>
                <w:lang w:val="kk-KZ"/>
              </w:rPr>
              <w:t>https://www.instagram.com/reel/DIzoRBgo9HP/?stkn=MW9lcHkzYnRoNjhuMA==</w:t>
            </w:r>
          </w:p>
        </w:tc>
      </w:tr>
    </w:tbl>
    <w:p w14:paraId="5B714267" w14:textId="77777777" w:rsidR="00FA1D49" w:rsidRPr="00FA1D49" w:rsidRDefault="00FA1D49" w:rsidP="00FA1D49">
      <w:pPr>
        <w:jc w:val="both"/>
        <w:rPr>
          <w:bCs/>
          <w:sz w:val="28"/>
          <w:szCs w:val="28"/>
          <w:lang w:val="kk-KZ"/>
        </w:rPr>
      </w:pPr>
      <w:r w:rsidRPr="00FA1D49">
        <w:rPr>
          <w:sz w:val="28"/>
          <w:szCs w:val="28"/>
          <w:lang w:val="kk-KZ"/>
        </w:rPr>
        <w:t xml:space="preserve">сонымен қатар мектепішілік «Кітап оқып, жарысайық!» байқауы ұйымдастырылды. Үш кезеңнен өткен байқауға 50 ге жуық оқырман, ұжым арасындағы педагогтер, ата-аналар қатысты. </w:t>
      </w:r>
      <w:r w:rsidRPr="00FA1D49">
        <w:rPr>
          <w:bCs/>
          <w:sz w:val="28"/>
          <w:szCs w:val="28"/>
          <w:lang w:val="kk-KZ"/>
        </w:rPr>
        <w:t xml:space="preserve">Жүлделі орынға ие болған оқырмандар мектебіміздің демеушілер арқасында құнды сыйлықтар үш велосипедке ие болды олар:6«А» сынып оқушысы Манарбек Еркеназ,    </w:t>
      </w:r>
    </w:p>
    <w:p w14:paraId="230D438F" w14:textId="77777777" w:rsidR="00FA1D49" w:rsidRPr="00FA1D49" w:rsidRDefault="00FA1D49" w:rsidP="00FA1D49">
      <w:pPr>
        <w:jc w:val="both"/>
        <w:rPr>
          <w:color w:val="1F1F1F"/>
          <w:sz w:val="28"/>
          <w:szCs w:val="28"/>
          <w:lang w:val="kk-KZ" w:eastAsia="ru-RU"/>
        </w:rPr>
      </w:pPr>
      <w:r w:rsidRPr="00FA1D49">
        <w:rPr>
          <w:bCs/>
          <w:sz w:val="28"/>
          <w:szCs w:val="28"/>
          <w:lang w:val="kk-KZ"/>
        </w:rPr>
        <w:t xml:space="preserve">8«Ә» сынып Сағатова Ақнұр, 9«А» сынып Қабаева Гүлім. </w:t>
      </w:r>
      <w:r w:rsidRPr="00FA1D49">
        <w:rPr>
          <w:color w:val="1F1F1F"/>
          <w:sz w:val="28"/>
          <w:szCs w:val="28"/>
          <w:lang w:val="kk-KZ" w:eastAsia="ru-RU"/>
        </w:rPr>
        <w:t xml:space="preserve">Сонымен қатар елімізде кеңінен насихатталып жатқан </w:t>
      </w:r>
      <w:r w:rsidRPr="00FA1D49">
        <w:rPr>
          <w:bCs/>
          <w:iCs/>
          <w:color w:val="1F1F1F"/>
          <w:sz w:val="28"/>
          <w:szCs w:val="28"/>
          <w:lang w:val="kk-KZ" w:eastAsia="ru-RU"/>
        </w:rPr>
        <w:t>«Кітап оқитын ұлт»</w:t>
      </w:r>
      <w:r w:rsidRPr="00FA1D49">
        <w:rPr>
          <w:color w:val="1F1F1F"/>
          <w:sz w:val="28"/>
          <w:szCs w:val="28"/>
          <w:lang w:val="kk-KZ" w:eastAsia="ru-RU"/>
        </w:rPr>
        <w:t xml:space="preserve"> жобасы аясында мектепішілік кезеңнен бастау алып,  8 сынып оқушысы Қуандық Ерасыл  Шалқаровтар әулеті ата-анасымен бірге кітап оқу үрдісін серік еткен отбасылық топтар арасынан нағыз жеңімпаз қатарында ие болып, мектебіміздің мақтанышына айналды. Олар мектеп намысын жоғары деңгейде қорғап, </w:t>
      </w:r>
      <w:r w:rsidRPr="00FA1D49">
        <w:rPr>
          <w:bCs/>
          <w:color w:val="1F1F1F"/>
          <w:sz w:val="28"/>
          <w:szCs w:val="28"/>
          <w:bdr w:val="none" w:sz="0" w:space="0" w:color="auto" w:frame="1"/>
          <w:lang w:val="kk-KZ" w:eastAsia="ru-RU"/>
        </w:rPr>
        <w:t>облыстық кезеңнің жүлдегері</w:t>
      </w:r>
      <w:r w:rsidRPr="00FA1D49">
        <w:rPr>
          <w:color w:val="1F1F1F"/>
          <w:sz w:val="28"/>
          <w:szCs w:val="28"/>
          <w:lang w:val="kk-KZ" w:eastAsia="ru-RU"/>
        </w:rPr>
        <w:t xml:space="preserve"> атанды. Бұл – мектеп пен ата-ана бірлестігінің үлкен жеңісі.</w:t>
      </w:r>
    </w:p>
    <w:p w14:paraId="4EE58C21" w14:textId="77777777" w:rsidR="00FA1D49" w:rsidRPr="00FA1D49" w:rsidRDefault="00FA1D49" w:rsidP="00FA1D49">
      <w:pPr>
        <w:jc w:val="both"/>
        <w:rPr>
          <w:color w:val="0070C0"/>
          <w:sz w:val="28"/>
          <w:szCs w:val="28"/>
          <w:lang w:val="kk-KZ" w:eastAsia="ru-RU"/>
        </w:rPr>
      </w:pPr>
      <w:r w:rsidRPr="00FA1D49">
        <w:rPr>
          <w:sz w:val="28"/>
          <w:szCs w:val="28"/>
          <w:lang w:val="kk-KZ" w:eastAsia="ru-RU"/>
        </w:rPr>
        <w:t xml:space="preserve">«Кітап оқып, жарысайық!» Мектепішілік байқауға жарнама. 04.02.2025жыл </w:t>
      </w:r>
      <w:hyperlink r:id="rId856" w:history="1">
        <w:r w:rsidRPr="00FA1D49">
          <w:rPr>
            <w:rStyle w:val="ae"/>
            <w:sz w:val="28"/>
            <w:szCs w:val="28"/>
            <w:lang w:val="kk-KZ" w:eastAsia="ru-RU"/>
          </w:rPr>
          <w:t>https://www.instagram.com/reel/DFpCjTkMV9H/?stkn=aHdrb2VwNmJ1dnhs</w:t>
        </w:r>
      </w:hyperlink>
    </w:p>
    <w:p w14:paraId="573DBD41" w14:textId="77777777" w:rsidR="00FA1D49" w:rsidRPr="00FA1D49" w:rsidRDefault="00FA1D49" w:rsidP="00FA1D49">
      <w:pPr>
        <w:jc w:val="both"/>
        <w:rPr>
          <w:color w:val="0070C0"/>
          <w:sz w:val="28"/>
          <w:szCs w:val="28"/>
          <w:lang w:val="kk-KZ" w:eastAsia="ru-RU"/>
        </w:rPr>
      </w:pPr>
      <w:r w:rsidRPr="00FA1D49">
        <w:rPr>
          <w:sz w:val="28"/>
          <w:szCs w:val="28"/>
          <w:lang w:val="kk-KZ" w:eastAsia="ru-RU"/>
        </w:rPr>
        <w:t>«Кітап оқып, жарысайық!» Ата-аналар, ұстаздар, мектеп оқушыларын кітап оқып, байқауға қатысу насихат бейнематериал</w:t>
      </w:r>
    </w:p>
    <w:p w14:paraId="76925CB2" w14:textId="77777777" w:rsidR="00FA1D49" w:rsidRPr="00FA1D49" w:rsidRDefault="008D1D0B" w:rsidP="00FA1D49">
      <w:pPr>
        <w:jc w:val="both"/>
        <w:rPr>
          <w:rStyle w:val="ae"/>
          <w:bCs/>
          <w:sz w:val="28"/>
          <w:szCs w:val="28"/>
          <w:lang w:val="kk-KZ"/>
        </w:rPr>
      </w:pPr>
      <w:hyperlink r:id="rId857" w:history="1">
        <w:r w:rsidR="00FA1D49" w:rsidRPr="00FA1D49">
          <w:rPr>
            <w:rStyle w:val="ae"/>
            <w:bCs/>
            <w:sz w:val="28"/>
            <w:szCs w:val="28"/>
            <w:lang w:val="kk-KZ"/>
          </w:rPr>
          <w:t>https://www.instagram.com/reel/DFpCn1FsiLj/?stkn=ZzR5Y28xeTl3NHNz</w:t>
        </w:r>
      </w:hyperlink>
    </w:p>
    <w:p w14:paraId="67FB230E" w14:textId="77777777" w:rsidR="00FA1D49" w:rsidRPr="00FA1D49" w:rsidRDefault="00FA1D49" w:rsidP="00FA1D49">
      <w:pPr>
        <w:jc w:val="both"/>
        <w:rPr>
          <w:bCs/>
          <w:color w:val="4472C4" w:themeColor="accent1"/>
          <w:sz w:val="28"/>
          <w:szCs w:val="28"/>
          <w:lang w:val="kk-KZ"/>
        </w:rPr>
      </w:pPr>
      <w:r w:rsidRPr="00FA1D49">
        <w:rPr>
          <w:bCs/>
          <w:sz w:val="28"/>
          <w:szCs w:val="28"/>
          <w:lang w:val="kk-KZ"/>
        </w:rPr>
        <w:t xml:space="preserve">Мектепішілік «Кітап оқып, жарысайық!» жобасы аясында мектеп ұжымы арасында өткен Санжар Керімбай «Қуыс кеуде» кітабын оқу сайысының ақпан айы тест қорытындысы бойынша 6 мұғалім қатысып, жүлделі орынға ие болды. </w:t>
      </w:r>
      <w:hyperlink r:id="rId858" w:history="1">
        <w:r w:rsidRPr="00FA1D49">
          <w:rPr>
            <w:rStyle w:val="ae"/>
            <w:bCs/>
            <w:sz w:val="28"/>
            <w:szCs w:val="28"/>
            <w:lang w:val="kk-KZ"/>
          </w:rPr>
          <w:t>https://www.instagram.com/p/DHIVOv0MLyz/?stkn=cGoxcXBpdjJrM2Zl</w:t>
        </w:r>
      </w:hyperlink>
    </w:p>
    <w:p w14:paraId="287CBCCF" w14:textId="77777777" w:rsidR="00FA1D49" w:rsidRPr="00FA1D49" w:rsidRDefault="00FA1D49" w:rsidP="00FA1D49">
      <w:pPr>
        <w:jc w:val="both"/>
        <w:rPr>
          <w:bCs/>
          <w:color w:val="4472C4" w:themeColor="accent1"/>
          <w:sz w:val="28"/>
          <w:szCs w:val="28"/>
          <w:lang w:val="kk-KZ"/>
        </w:rPr>
      </w:pPr>
      <w:r w:rsidRPr="00FA1D49">
        <w:rPr>
          <w:bCs/>
          <w:sz w:val="28"/>
          <w:szCs w:val="28"/>
          <w:lang w:val="kk-KZ"/>
        </w:rPr>
        <w:t xml:space="preserve">«Кітап оқып, жарысайық!» жоба аясында оқушылар арасында өткен 5-6 сыныптар үшін: Б.Соқпақбаев «Менің атым Қожа», 7-8 сыныптар үшін: Б.Соқпақбаев «Балалық шаққа саяхат», 9-10 сыныптар үшін: Ш.Мұртаза «Ай мен Айша» романы бойынша тест алынып қатысқан 48 оқушыдан 9 оқушы жүлделіболды. </w:t>
      </w:r>
      <w:hyperlink r:id="rId859" w:history="1">
        <w:r w:rsidRPr="00FA1D49">
          <w:rPr>
            <w:rStyle w:val="ae"/>
            <w:bCs/>
            <w:sz w:val="28"/>
            <w:szCs w:val="28"/>
            <w:lang w:val="kk-KZ"/>
          </w:rPr>
          <w:t>https://www.instagram.com/p/DHIVRSBMQPe/?stkn=MThpODhxb2FvdnlibQ</w:t>
        </w:r>
      </w:hyperlink>
      <w:r w:rsidRPr="00FA1D49">
        <w:rPr>
          <w:bCs/>
          <w:color w:val="4472C4" w:themeColor="accent1"/>
          <w:sz w:val="28"/>
          <w:szCs w:val="28"/>
          <w:lang w:val="kk-KZ"/>
        </w:rPr>
        <w:t>==</w:t>
      </w:r>
    </w:p>
    <w:p w14:paraId="54641A2E" w14:textId="77777777" w:rsidR="00FA1D49" w:rsidRPr="00FA1D49" w:rsidRDefault="00FA1D49" w:rsidP="00FA1D49">
      <w:pPr>
        <w:jc w:val="both"/>
        <w:rPr>
          <w:bCs/>
          <w:color w:val="4472C4" w:themeColor="accent1"/>
          <w:sz w:val="28"/>
          <w:szCs w:val="28"/>
          <w:lang w:val="kk-KZ"/>
        </w:rPr>
      </w:pPr>
      <w:r w:rsidRPr="00FA1D49">
        <w:rPr>
          <w:bCs/>
          <w:sz w:val="28"/>
          <w:szCs w:val="28"/>
          <w:lang w:val="kk-KZ"/>
        </w:rPr>
        <w:t xml:space="preserve">«Кітап оқып, жарысайық!» жоба аясында байқау ережесіне сәйкес мектеп оқушылары мен ұстаздары наурыз айында оқыған шығармалар бойынша тест тапсырып үшінші кезеңге жолдама алды. 10.04.2025жыл </w:t>
      </w:r>
    </w:p>
    <w:p w14:paraId="1F4D2D68" w14:textId="77777777" w:rsidR="00FA1D49" w:rsidRPr="00FA1D49" w:rsidRDefault="008D1D0B" w:rsidP="00FA1D49">
      <w:pPr>
        <w:jc w:val="both"/>
        <w:rPr>
          <w:bCs/>
          <w:color w:val="4472C4" w:themeColor="accent1"/>
          <w:sz w:val="28"/>
          <w:szCs w:val="28"/>
          <w:lang w:val="kk-KZ"/>
        </w:rPr>
      </w:pPr>
      <w:hyperlink r:id="rId860" w:history="1">
        <w:r w:rsidR="00FA1D49" w:rsidRPr="00FA1D49">
          <w:rPr>
            <w:rStyle w:val="ae"/>
            <w:bCs/>
            <w:sz w:val="28"/>
            <w:szCs w:val="28"/>
            <w:lang w:val="kk-KZ"/>
          </w:rPr>
          <w:t>https://www.instagram.com/p/DIQxzOlMbXc/?stkn=YXpnY2xxdWk5dGk4</w:t>
        </w:r>
      </w:hyperlink>
    </w:p>
    <w:p w14:paraId="6ED3A853" w14:textId="77777777" w:rsidR="00FA1D49" w:rsidRPr="00FA1D49" w:rsidRDefault="00FA1D49" w:rsidP="00FA1D49">
      <w:pPr>
        <w:jc w:val="both"/>
        <w:rPr>
          <w:bCs/>
          <w:color w:val="4472C4" w:themeColor="accent1"/>
          <w:sz w:val="28"/>
          <w:szCs w:val="28"/>
          <w:lang w:val="kk-KZ"/>
        </w:rPr>
      </w:pPr>
      <w:r w:rsidRPr="00FA1D49">
        <w:rPr>
          <w:bCs/>
          <w:sz w:val="28"/>
          <w:szCs w:val="28"/>
          <w:lang w:val="kk-KZ"/>
        </w:rPr>
        <w:t>«Кітап оқып, жарысайық!» жоба аясында жылдық қорытындысы бойынша үздік оқырман, женімпаздарды анықталды.</w:t>
      </w:r>
    </w:p>
    <w:p w14:paraId="48ED652C" w14:textId="77777777" w:rsidR="00FA1D49" w:rsidRPr="00FA1D49" w:rsidRDefault="00FA1D49" w:rsidP="00FA1D49">
      <w:pPr>
        <w:jc w:val="both"/>
        <w:rPr>
          <w:bCs/>
          <w:color w:val="4472C4" w:themeColor="accent1"/>
          <w:sz w:val="28"/>
          <w:szCs w:val="28"/>
          <w:lang w:val="kk-KZ"/>
        </w:rPr>
      </w:pPr>
      <w:r w:rsidRPr="00FA1D49">
        <w:rPr>
          <w:bCs/>
          <w:color w:val="4472C4" w:themeColor="accent1"/>
          <w:sz w:val="28"/>
          <w:szCs w:val="28"/>
          <w:lang w:val="kk-KZ"/>
        </w:rPr>
        <w:t xml:space="preserve"> https://www.instagram.com/p/DJzxQ6AMmGl/?stkn=YXgxamVkbzUxMjJl</w:t>
      </w:r>
    </w:p>
    <w:p w14:paraId="564F2DE9" w14:textId="77777777" w:rsidR="00FA1D49" w:rsidRPr="00FA1D49" w:rsidRDefault="00FA1D49" w:rsidP="00FA1D49">
      <w:pPr>
        <w:jc w:val="both"/>
        <w:rPr>
          <w:bCs/>
          <w:sz w:val="28"/>
          <w:szCs w:val="28"/>
          <w:lang w:val="kk-KZ"/>
        </w:rPr>
      </w:pPr>
    </w:p>
    <w:p w14:paraId="36A1372F" w14:textId="77777777" w:rsidR="00FA1D49" w:rsidRPr="00FA1D49" w:rsidRDefault="00FA1D49" w:rsidP="00FA1D49">
      <w:pPr>
        <w:jc w:val="both"/>
        <w:rPr>
          <w:sz w:val="28"/>
          <w:szCs w:val="28"/>
          <w:lang w:val="kk-KZ"/>
        </w:rPr>
      </w:pPr>
      <w:r w:rsidRPr="00FA1D49">
        <w:rPr>
          <w:noProof/>
          <w:sz w:val="28"/>
          <w:szCs w:val="28"/>
          <w:lang w:eastAsia="ru-RU"/>
        </w:rPr>
        <w:drawing>
          <wp:anchor distT="0" distB="0" distL="114300" distR="114300" simplePos="0" relativeHeight="251628032" behindDoc="0" locked="0" layoutInCell="1" allowOverlap="1" wp14:anchorId="23724C06" wp14:editId="72DB4DC8">
            <wp:simplePos x="0" y="0"/>
            <wp:positionH relativeFrom="column">
              <wp:posOffset>74930</wp:posOffset>
            </wp:positionH>
            <wp:positionV relativeFrom="paragraph">
              <wp:posOffset>36830</wp:posOffset>
            </wp:positionV>
            <wp:extent cx="615315" cy="594360"/>
            <wp:effectExtent l="0" t="0" r="0" b="0"/>
            <wp:wrapThrough wrapText="bothSides">
              <wp:wrapPolygon edited="0">
                <wp:start x="0" y="0"/>
                <wp:lineTo x="0" y="20769"/>
                <wp:lineTo x="20731" y="20769"/>
                <wp:lineTo x="20731" y="0"/>
                <wp:lineTo x="0" y="0"/>
              </wp:wrapPolygon>
            </wp:wrapThrough>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61" cstate="print">
                      <a:extLst>
                        <a:ext uri="{28A0092B-C50C-407E-A947-70E740481C1C}">
                          <a14:useLocalDpi xmlns:a14="http://schemas.microsoft.com/office/drawing/2010/main" val="0"/>
                        </a:ext>
                      </a:extLst>
                    </a:blip>
                    <a:srcRect t="11428" b="37817"/>
                    <a:stretch/>
                  </pic:blipFill>
                  <pic:spPr bwMode="auto">
                    <a:xfrm>
                      <a:off x="0" y="0"/>
                      <a:ext cx="615315" cy="5943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A1D49">
        <w:rPr>
          <w:sz w:val="28"/>
          <w:szCs w:val="28"/>
          <w:lang w:val="kk-KZ"/>
        </w:rPr>
        <w:t xml:space="preserve"> Қазіргі танның кітапхана мамандығы өз ісінің бастаушысы болуы керек. Оқырмандармен жұмыс істей білу, кітапхана жұмысының әдістерін меңгеру, осы әдістердін көмегімен кітапхана жұмысын ұйымдастыра білуі керек. Мамандық білімінің терендігі кітапханашыға тәң қасиет. Осы үстанымдарға сай келе отырып, тәжіриебелері мол мектеп-гимназия кітапханашылары Е.Н.Рахманова, Ф.Д. Абдугалиева Қарағанды облысында білім беруді дамытудың оқу әдістемелік орталығында жас маман кітапханашылар үшін семинар-практикум ұйымдастырды.   Қатысушылар алған жағымды әсерлері мен шараның тиімділігі мен мазмұндылығы жайлы ақпарат желілерде пікірлерін білдірді. </w:t>
      </w:r>
    </w:p>
    <w:p w14:paraId="61CEE35C" w14:textId="77777777" w:rsidR="00FA1D49" w:rsidRPr="00FA1D49" w:rsidRDefault="00FA1D49" w:rsidP="00FA1D49">
      <w:pPr>
        <w:jc w:val="both"/>
        <w:rPr>
          <w:sz w:val="28"/>
          <w:szCs w:val="28"/>
          <w:lang w:val="kk-KZ"/>
        </w:rPr>
      </w:pPr>
      <w:r w:rsidRPr="00FA1D49">
        <w:rPr>
          <w:sz w:val="28"/>
          <w:szCs w:val="28"/>
          <w:lang w:val="kk-KZ"/>
        </w:rPr>
        <w:t>«Рухани құндылық – кітап әлемі» REDx қала мектебінің 30-ға жуық кітапханашылар мектеп-гимназиямыздың шаңырағында  оқыған кітаптарымен бөлісті.</w:t>
      </w:r>
      <w:r w:rsidRPr="00FA1D49">
        <w:rPr>
          <w:color w:val="0070C0"/>
          <w:sz w:val="28"/>
          <w:szCs w:val="28"/>
          <w:lang w:val="kk-KZ"/>
        </w:rPr>
        <w:t xml:space="preserve">https://www.instagram.com/reel/DGQs7juMLMX/?stkn=MWNjNWg4YjVycXhy </w:t>
      </w:r>
      <w:r w:rsidRPr="00FA1D49">
        <w:rPr>
          <w:sz w:val="28"/>
          <w:szCs w:val="28"/>
          <w:lang w:val="kk-KZ"/>
        </w:rPr>
        <w:t>Сонымен қатар қалалық білім бөлімі ұйымдастыруымен өткен «ZIATKERLIK MODERNIZASIA-23»жобасы аясында «Мен ұсынар бір кітап» REDх форматындағы жобаға қала бойынша 16 кітапханашы бәйге арасында  мектеп-гимназиямыздың кітапханашысы Е.Н.Рахманова «Үздік спикер» номенациясының жеңімпазы болды. С.Керімбайдың «Бейсен және болмыс» атты кітабы талқыға салынып көрермендер 100% оқитының қолдады.</w:t>
      </w:r>
    </w:p>
    <w:p w14:paraId="58F51FBB" w14:textId="77777777" w:rsidR="00FA1D49" w:rsidRPr="00FA1D49" w:rsidRDefault="00FA1D49" w:rsidP="00FA1D49">
      <w:pPr>
        <w:jc w:val="both"/>
        <w:rPr>
          <w:sz w:val="28"/>
          <w:szCs w:val="28"/>
          <w:lang w:val="kk-KZ"/>
        </w:rPr>
      </w:pPr>
      <w:r w:rsidRPr="00FA1D49">
        <w:rPr>
          <w:sz w:val="28"/>
          <w:szCs w:val="28"/>
          <w:lang w:val="kk-KZ"/>
        </w:rPr>
        <w:t xml:space="preserve">          Мектеп-гимназия кітапханасы   республикалық « Менің сүйікті кітабым» атты челенджі мектебіміздің  шаңырағында  өтті. 17 облыс пен 3 республикалық маңызы бар қалалар қатысты. Челленджде Жетісу облысы Қарағанды облысына С.Мұратбековтың  «Жабайы алма» шығармасын оқуды ұсынды. Қостанай облысына Қарағанды облысы Қасым Аманжоловтың шығармаларын оқуды ұсынды. Іс-шараға оқу әдістемелік орталығы, Жазушылар одағының Қарағанды облыстық филиалының төрағасы, ақын Ж.Жаңқашұлы, ұлағатты ұстаз Д.Төрегельдина, тілжанашыры Ғ. Смағұлова және бірқатар жас ақындар, педагогтер қатысты. Тағылымы толы, құнды деректерімен бөліскен рухани шараның бірі болды. </w:t>
      </w:r>
    </w:p>
    <w:p w14:paraId="4ECF2492" w14:textId="77777777" w:rsidR="00FA1D49" w:rsidRPr="00FA1D49" w:rsidRDefault="00FA1D49" w:rsidP="00FA1D49">
      <w:pPr>
        <w:jc w:val="both"/>
        <w:rPr>
          <w:sz w:val="28"/>
          <w:szCs w:val="28"/>
          <w:lang w:val="kk-KZ"/>
        </w:rPr>
      </w:pPr>
    </w:p>
    <w:p w14:paraId="7BBAD47F" w14:textId="77777777" w:rsidR="00FA1D49" w:rsidRPr="00FA1D49" w:rsidRDefault="00FA1D49" w:rsidP="00FA1D49">
      <w:pPr>
        <w:pStyle w:val="81"/>
        <w:spacing w:line="240" w:lineRule="auto"/>
        <w:rPr>
          <w:rFonts w:eastAsiaTheme="majorEastAsia"/>
          <w:b/>
          <w:sz w:val="28"/>
          <w:szCs w:val="28"/>
          <w:lang w:val="kk-KZ"/>
        </w:rPr>
      </w:pPr>
      <w:r w:rsidRPr="00FA1D49">
        <w:rPr>
          <w:rFonts w:eastAsiaTheme="majorEastAsia"/>
          <w:sz w:val="28"/>
          <w:szCs w:val="28"/>
          <w:lang w:val="kk-KZ"/>
        </w:rPr>
        <w:lastRenderedPageBreak/>
        <w:t xml:space="preserve">                   </w:t>
      </w:r>
      <w:r w:rsidRPr="00FA1D49">
        <w:rPr>
          <w:rFonts w:eastAsiaTheme="majorEastAsia"/>
          <w:b/>
          <w:sz w:val="28"/>
          <w:szCs w:val="28"/>
          <w:lang w:val="kk-KZ"/>
        </w:rPr>
        <w:t xml:space="preserve">Баспамен жұмыс: </w:t>
      </w:r>
    </w:p>
    <w:p w14:paraId="4976F5B6" w14:textId="77777777" w:rsidR="00FA1D49" w:rsidRPr="00FA1D49" w:rsidRDefault="00FA1D49" w:rsidP="00FA1D49">
      <w:pPr>
        <w:pStyle w:val="81"/>
        <w:spacing w:line="240" w:lineRule="auto"/>
        <w:rPr>
          <w:rFonts w:eastAsiaTheme="majorEastAsia"/>
          <w:sz w:val="28"/>
          <w:szCs w:val="28"/>
          <w:lang w:val="kk-KZ"/>
        </w:rPr>
      </w:pPr>
      <w:r w:rsidRPr="00FA1D49">
        <w:rPr>
          <w:rFonts w:eastAsiaTheme="majorEastAsia"/>
          <w:sz w:val="28"/>
          <w:szCs w:val="28"/>
          <w:lang w:val="kk-KZ"/>
        </w:rPr>
        <w:t xml:space="preserve">                   Ведомствалық баспа бойынша кітапхана 15 атауы бар  басылымға жылда жазылуда. Оның ішінде: мұғалімдерге арналған педагогокалық әдістемелік журналдар: «Мектептегі мерекелер», «Ашық сабақ-факультативті сабақтар»т.б. облыстық, қалалық газет баспалары:«Егемен Қазақстан», «Орталық Қазақстан», «Білімді ел», «Ізденіс» және оқушыларға арналған балалар журналдары: «Айгөлек», «Мөлдір бұлақ», «Ертегілер елінде». Республикалық журналдарға «Ашық сабақтар факультативті сабақтар», «Математика және физика», «Қазақстан ұстазы», «Бастауыш мектеп», «Қазақ тілі әдебиеті» журналдарына жеке жазылып, мақалалары жарыққа шыққан болатын. </w:t>
      </w:r>
    </w:p>
    <w:p w14:paraId="73BD1E68" w14:textId="77777777" w:rsidR="00FA1D49" w:rsidRPr="00FA1D49" w:rsidRDefault="00FA1D49" w:rsidP="00FA1D49">
      <w:pPr>
        <w:pStyle w:val="81"/>
        <w:spacing w:line="240" w:lineRule="auto"/>
        <w:rPr>
          <w:rFonts w:eastAsiaTheme="majorEastAsia"/>
          <w:sz w:val="28"/>
          <w:szCs w:val="28"/>
          <w:lang w:val="kk-KZ"/>
        </w:rPr>
      </w:pPr>
      <w:r w:rsidRPr="00FA1D49">
        <w:rPr>
          <w:rFonts w:eastAsiaTheme="majorEastAsia"/>
          <w:sz w:val="28"/>
          <w:szCs w:val="28"/>
          <w:lang w:val="kk-KZ"/>
        </w:rPr>
        <w:t xml:space="preserve">                      Облыстық «Орталық Қазақстан» газетіне мектебіміз жайлы 4 мақала жарияланды және 1 оқушының шығармашылық өлеңі жолданды. Облыстық «Ізденіс» газетіне 8 мақала жарияланды. </w:t>
      </w:r>
    </w:p>
    <w:p w14:paraId="39446D13" w14:textId="77777777" w:rsidR="00FA1D49" w:rsidRPr="00FA1D49" w:rsidRDefault="00FA1D49" w:rsidP="00FA1D49">
      <w:pPr>
        <w:pStyle w:val="81"/>
        <w:spacing w:line="240" w:lineRule="auto"/>
        <w:rPr>
          <w:rFonts w:eastAsiaTheme="majorEastAsia"/>
          <w:b/>
          <w:sz w:val="28"/>
          <w:szCs w:val="28"/>
          <w:lang w:val="kk-KZ"/>
        </w:rPr>
      </w:pPr>
    </w:p>
    <w:p w14:paraId="11193DF5" w14:textId="77777777" w:rsidR="00FA1D49" w:rsidRPr="00FA1D49" w:rsidRDefault="00FA1D49" w:rsidP="00FA1D49">
      <w:pPr>
        <w:pStyle w:val="81"/>
        <w:spacing w:line="240" w:lineRule="auto"/>
        <w:rPr>
          <w:rFonts w:eastAsiaTheme="majorEastAsia"/>
          <w:b/>
          <w:sz w:val="28"/>
          <w:szCs w:val="28"/>
          <w:lang w:val="kk-KZ"/>
        </w:rPr>
      </w:pPr>
    </w:p>
    <w:p w14:paraId="106AA17F" w14:textId="77777777" w:rsidR="00FA1D49" w:rsidRPr="00FA1D49" w:rsidRDefault="00FA1D49" w:rsidP="00FA1D49">
      <w:pPr>
        <w:jc w:val="both"/>
        <w:rPr>
          <w:b/>
          <w:sz w:val="28"/>
          <w:szCs w:val="28"/>
          <w:lang w:val="kk-KZ"/>
        </w:rPr>
      </w:pPr>
      <w:r w:rsidRPr="00FA1D49">
        <w:rPr>
          <w:b/>
          <w:sz w:val="28"/>
          <w:szCs w:val="28"/>
          <w:lang w:val="kk-KZ"/>
        </w:rPr>
        <w:t>Ведомствалық баспаға жазылу көрсеткіші:</w:t>
      </w:r>
    </w:p>
    <w:tbl>
      <w:tblPr>
        <w:tblW w:w="4855"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
        <w:gridCol w:w="776"/>
        <w:gridCol w:w="3823"/>
        <w:gridCol w:w="5064"/>
      </w:tblGrid>
      <w:tr w:rsidR="00FA1D49" w:rsidRPr="00FA1D49" w14:paraId="691EBC37" w14:textId="77777777" w:rsidTr="00FA1D49">
        <w:trPr>
          <w:trHeight w:val="330"/>
        </w:trPr>
        <w:tc>
          <w:tcPr>
            <w:tcW w:w="280" w:type="pct"/>
          </w:tcPr>
          <w:p w14:paraId="65C22F2B" w14:textId="77777777" w:rsidR="00FA1D49" w:rsidRPr="00FA1D49" w:rsidRDefault="00FA1D49" w:rsidP="00FA1D49">
            <w:pPr>
              <w:jc w:val="both"/>
              <w:rPr>
                <w:b/>
                <w:sz w:val="28"/>
                <w:szCs w:val="28"/>
              </w:rPr>
            </w:pPr>
            <w:r w:rsidRPr="00FA1D49">
              <w:rPr>
                <w:sz w:val="28"/>
                <w:szCs w:val="28"/>
              </w:rPr>
              <w:t>№ п/п</w:t>
            </w:r>
          </w:p>
        </w:tc>
        <w:tc>
          <w:tcPr>
            <w:tcW w:w="362" w:type="pct"/>
          </w:tcPr>
          <w:p w14:paraId="65988100" w14:textId="77777777" w:rsidR="00FA1D49" w:rsidRPr="00FA1D49" w:rsidRDefault="00FA1D49" w:rsidP="00FA1D49">
            <w:pPr>
              <w:jc w:val="both"/>
              <w:rPr>
                <w:sz w:val="28"/>
                <w:szCs w:val="28"/>
                <w:lang w:val="kk-KZ"/>
              </w:rPr>
            </w:pPr>
            <w:r w:rsidRPr="00FA1D49">
              <w:rPr>
                <w:sz w:val="28"/>
                <w:szCs w:val="28"/>
              </w:rPr>
              <w:t xml:space="preserve"> </w:t>
            </w:r>
            <w:r w:rsidRPr="00FA1D49">
              <w:rPr>
                <w:sz w:val="28"/>
                <w:szCs w:val="28"/>
                <w:lang w:val="kk-KZ"/>
              </w:rPr>
              <w:t>жыл</w:t>
            </w:r>
          </w:p>
        </w:tc>
        <w:tc>
          <w:tcPr>
            <w:tcW w:w="1877" w:type="pct"/>
          </w:tcPr>
          <w:p w14:paraId="2699CAEC" w14:textId="77777777" w:rsidR="00FA1D49" w:rsidRPr="00FA1D49" w:rsidRDefault="00FA1D49" w:rsidP="00FA1D49">
            <w:pPr>
              <w:jc w:val="both"/>
              <w:rPr>
                <w:sz w:val="28"/>
                <w:szCs w:val="28"/>
                <w:lang w:val="kk-KZ"/>
              </w:rPr>
            </w:pPr>
            <w:r w:rsidRPr="00FA1D49">
              <w:rPr>
                <w:sz w:val="28"/>
                <w:szCs w:val="28"/>
                <w:lang w:val="kk-KZ"/>
              </w:rPr>
              <w:t>Бөлінген қаражат</w:t>
            </w:r>
          </w:p>
          <w:p w14:paraId="750A851D" w14:textId="77777777" w:rsidR="00FA1D49" w:rsidRPr="00FA1D49" w:rsidRDefault="00FA1D49" w:rsidP="00FA1D49">
            <w:pPr>
              <w:jc w:val="both"/>
              <w:rPr>
                <w:sz w:val="28"/>
                <w:szCs w:val="28"/>
              </w:rPr>
            </w:pPr>
            <w:r w:rsidRPr="00FA1D49">
              <w:rPr>
                <w:sz w:val="28"/>
                <w:szCs w:val="28"/>
              </w:rPr>
              <w:t>(сумма в тенге,</w:t>
            </w:r>
            <w:r w:rsidRPr="00FA1D49">
              <w:rPr>
                <w:sz w:val="28"/>
                <w:szCs w:val="28"/>
                <w:lang w:val="kk-KZ"/>
              </w:rPr>
              <w:t xml:space="preserve"> </w:t>
            </w:r>
            <w:r w:rsidRPr="00FA1D49">
              <w:rPr>
                <w:sz w:val="28"/>
                <w:szCs w:val="28"/>
              </w:rPr>
              <w:t>тиын)</w:t>
            </w:r>
          </w:p>
        </w:tc>
        <w:tc>
          <w:tcPr>
            <w:tcW w:w="2481" w:type="pct"/>
          </w:tcPr>
          <w:p w14:paraId="2FA1B162" w14:textId="77777777" w:rsidR="00FA1D49" w:rsidRPr="00FA1D49" w:rsidRDefault="00FA1D49" w:rsidP="00FA1D49">
            <w:pPr>
              <w:jc w:val="both"/>
              <w:rPr>
                <w:sz w:val="28"/>
                <w:szCs w:val="28"/>
                <w:lang w:val="kk-KZ"/>
              </w:rPr>
            </w:pPr>
            <w:r w:rsidRPr="00FA1D49">
              <w:rPr>
                <w:sz w:val="28"/>
                <w:szCs w:val="28"/>
                <w:lang w:val="kk-KZ"/>
              </w:rPr>
              <w:t>Баспа саны</w:t>
            </w:r>
          </w:p>
        </w:tc>
      </w:tr>
      <w:tr w:rsidR="00FA1D49" w:rsidRPr="00FA1D49" w14:paraId="4A61FE5D" w14:textId="77777777" w:rsidTr="00FA1D49">
        <w:trPr>
          <w:trHeight w:val="330"/>
        </w:trPr>
        <w:tc>
          <w:tcPr>
            <w:tcW w:w="280" w:type="pct"/>
          </w:tcPr>
          <w:p w14:paraId="5B276BFC" w14:textId="77777777" w:rsidR="00FA1D49" w:rsidRPr="00FA1D49" w:rsidRDefault="00FA1D49" w:rsidP="00FA1D49">
            <w:pPr>
              <w:jc w:val="both"/>
              <w:rPr>
                <w:sz w:val="28"/>
                <w:szCs w:val="28"/>
                <w:lang w:val="kk-KZ"/>
              </w:rPr>
            </w:pPr>
            <w:r w:rsidRPr="00FA1D49">
              <w:rPr>
                <w:sz w:val="28"/>
                <w:szCs w:val="28"/>
                <w:lang w:val="kk-KZ"/>
              </w:rPr>
              <w:t>1</w:t>
            </w:r>
          </w:p>
        </w:tc>
        <w:tc>
          <w:tcPr>
            <w:tcW w:w="362" w:type="pct"/>
          </w:tcPr>
          <w:p w14:paraId="126692DE" w14:textId="77777777" w:rsidR="00FA1D49" w:rsidRPr="00FA1D49" w:rsidRDefault="00FA1D49" w:rsidP="00FA1D49">
            <w:pPr>
              <w:jc w:val="both"/>
              <w:rPr>
                <w:sz w:val="28"/>
                <w:szCs w:val="28"/>
                <w:lang w:val="kk-KZ"/>
              </w:rPr>
            </w:pPr>
            <w:r w:rsidRPr="00FA1D49">
              <w:rPr>
                <w:sz w:val="28"/>
                <w:szCs w:val="28"/>
                <w:lang w:val="kk-KZ"/>
              </w:rPr>
              <w:t>2024</w:t>
            </w:r>
          </w:p>
        </w:tc>
        <w:tc>
          <w:tcPr>
            <w:tcW w:w="1877" w:type="pct"/>
          </w:tcPr>
          <w:p w14:paraId="041D0CD8" w14:textId="77777777" w:rsidR="00FA1D49" w:rsidRPr="00FA1D49" w:rsidRDefault="00FA1D49" w:rsidP="00FA1D49">
            <w:pPr>
              <w:jc w:val="both"/>
              <w:rPr>
                <w:sz w:val="28"/>
                <w:szCs w:val="28"/>
                <w:lang w:val="kk-KZ"/>
              </w:rPr>
            </w:pPr>
            <w:r w:rsidRPr="00FA1D49">
              <w:rPr>
                <w:sz w:val="28"/>
                <w:szCs w:val="28"/>
                <w:lang w:val="kk-KZ"/>
              </w:rPr>
              <w:t>54 943,24</w:t>
            </w:r>
          </w:p>
        </w:tc>
        <w:tc>
          <w:tcPr>
            <w:tcW w:w="2481" w:type="pct"/>
          </w:tcPr>
          <w:p w14:paraId="698264CD" w14:textId="77777777" w:rsidR="00FA1D49" w:rsidRPr="00FA1D49" w:rsidRDefault="00FA1D49" w:rsidP="00FA1D49">
            <w:pPr>
              <w:jc w:val="both"/>
              <w:rPr>
                <w:sz w:val="28"/>
                <w:szCs w:val="28"/>
                <w:lang w:val="kk-KZ"/>
              </w:rPr>
            </w:pPr>
            <w:r w:rsidRPr="00FA1D49">
              <w:rPr>
                <w:sz w:val="28"/>
                <w:szCs w:val="28"/>
                <w:lang w:val="kk-KZ"/>
              </w:rPr>
              <w:t>13</w:t>
            </w:r>
          </w:p>
        </w:tc>
      </w:tr>
      <w:tr w:rsidR="00FA1D49" w:rsidRPr="00FA1D49" w14:paraId="41BAD209" w14:textId="77777777" w:rsidTr="00FA1D49">
        <w:trPr>
          <w:trHeight w:val="330"/>
        </w:trPr>
        <w:tc>
          <w:tcPr>
            <w:tcW w:w="280" w:type="pct"/>
          </w:tcPr>
          <w:p w14:paraId="2C681339" w14:textId="77777777" w:rsidR="00FA1D49" w:rsidRPr="00FA1D49" w:rsidRDefault="00FA1D49" w:rsidP="00FA1D49">
            <w:pPr>
              <w:jc w:val="both"/>
              <w:rPr>
                <w:sz w:val="28"/>
                <w:szCs w:val="28"/>
                <w:lang w:val="kk-KZ"/>
              </w:rPr>
            </w:pPr>
            <w:r w:rsidRPr="00FA1D49">
              <w:rPr>
                <w:sz w:val="28"/>
                <w:szCs w:val="28"/>
                <w:lang w:val="kk-KZ"/>
              </w:rPr>
              <w:t>2</w:t>
            </w:r>
          </w:p>
        </w:tc>
        <w:tc>
          <w:tcPr>
            <w:tcW w:w="362" w:type="pct"/>
          </w:tcPr>
          <w:p w14:paraId="2FB63897" w14:textId="77777777" w:rsidR="00FA1D49" w:rsidRPr="00FA1D49" w:rsidRDefault="00FA1D49" w:rsidP="00FA1D49">
            <w:pPr>
              <w:jc w:val="both"/>
              <w:rPr>
                <w:sz w:val="28"/>
                <w:szCs w:val="28"/>
                <w:lang w:val="kk-KZ"/>
              </w:rPr>
            </w:pPr>
            <w:r w:rsidRPr="00FA1D49">
              <w:rPr>
                <w:sz w:val="28"/>
                <w:szCs w:val="28"/>
                <w:lang w:val="kk-KZ"/>
              </w:rPr>
              <w:t>2025</w:t>
            </w:r>
          </w:p>
        </w:tc>
        <w:tc>
          <w:tcPr>
            <w:tcW w:w="1877" w:type="pct"/>
          </w:tcPr>
          <w:p w14:paraId="7CA5CC3F" w14:textId="77777777" w:rsidR="00FA1D49" w:rsidRPr="00FA1D49" w:rsidRDefault="00FA1D49" w:rsidP="00FA1D49">
            <w:pPr>
              <w:jc w:val="both"/>
              <w:rPr>
                <w:sz w:val="28"/>
                <w:szCs w:val="28"/>
                <w:lang w:val="kk-KZ"/>
              </w:rPr>
            </w:pPr>
            <w:r w:rsidRPr="00FA1D49">
              <w:rPr>
                <w:sz w:val="28"/>
                <w:szCs w:val="28"/>
                <w:lang w:val="kk-KZ"/>
              </w:rPr>
              <w:t>53 868,11</w:t>
            </w:r>
          </w:p>
        </w:tc>
        <w:tc>
          <w:tcPr>
            <w:tcW w:w="2481" w:type="pct"/>
          </w:tcPr>
          <w:p w14:paraId="7F999374" w14:textId="77777777" w:rsidR="00FA1D49" w:rsidRPr="00FA1D49" w:rsidRDefault="00FA1D49" w:rsidP="00FA1D49">
            <w:pPr>
              <w:jc w:val="both"/>
              <w:rPr>
                <w:sz w:val="28"/>
                <w:szCs w:val="28"/>
                <w:lang w:val="kk-KZ"/>
              </w:rPr>
            </w:pPr>
            <w:r w:rsidRPr="00FA1D49">
              <w:rPr>
                <w:sz w:val="28"/>
                <w:szCs w:val="28"/>
                <w:lang w:val="kk-KZ"/>
              </w:rPr>
              <w:t>12</w:t>
            </w:r>
          </w:p>
        </w:tc>
      </w:tr>
      <w:tr w:rsidR="00FA1D49" w:rsidRPr="00FA1D49" w14:paraId="69EC23FD" w14:textId="77777777" w:rsidTr="00FA1D49">
        <w:trPr>
          <w:trHeight w:val="330"/>
        </w:trPr>
        <w:tc>
          <w:tcPr>
            <w:tcW w:w="280" w:type="pct"/>
          </w:tcPr>
          <w:p w14:paraId="371877B7" w14:textId="77777777" w:rsidR="00FA1D49" w:rsidRPr="00FA1D49" w:rsidRDefault="00FA1D49" w:rsidP="00FA1D49">
            <w:pPr>
              <w:jc w:val="both"/>
              <w:rPr>
                <w:sz w:val="28"/>
                <w:szCs w:val="28"/>
                <w:lang w:val="kk-KZ"/>
              </w:rPr>
            </w:pPr>
            <w:r w:rsidRPr="00FA1D49">
              <w:rPr>
                <w:sz w:val="28"/>
                <w:szCs w:val="28"/>
                <w:lang w:val="kk-KZ"/>
              </w:rPr>
              <w:t>3</w:t>
            </w:r>
          </w:p>
        </w:tc>
        <w:tc>
          <w:tcPr>
            <w:tcW w:w="362" w:type="pct"/>
          </w:tcPr>
          <w:p w14:paraId="40B57628" w14:textId="77777777" w:rsidR="00FA1D49" w:rsidRPr="00FA1D49" w:rsidRDefault="00FA1D49" w:rsidP="00FA1D49">
            <w:pPr>
              <w:jc w:val="both"/>
              <w:rPr>
                <w:sz w:val="28"/>
                <w:szCs w:val="28"/>
                <w:lang w:val="kk-KZ"/>
              </w:rPr>
            </w:pPr>
            <w:r w:rsidRPr="00FA1D49">
              <w:rPr>
                <w:sz w:val="28"/>
                <w:szCs w:val="28"/>
                <w:lang w:val="kk-KZ"/>
              </w:rPr>
              <w:t>2026</w:t>
            </w:r>
          </w:p>
        </w:tc>
        <w:tc>
          <w:tcPr>
            <w:tcW w:w="1877" w:type="pct"/>
          </w:tcPr>
          <w:p w14:paraId="0C82ABBC" w14:textId="77777777" w:rsidR="00FA1D49" w:rsidRPr="00FA1D49" w:rsidRDefault="00FA1D49" w:rsidP="00FA1D49">
            <w:pPr>
              <w:jc w:val="both"/>
              <w:rPr>
                <w:sz w:val="28"/>
                <w:szCs w:val="28"/>
                <w:lang w:val="kk-KZ"/>
              </w:rPr>
            </w:pPr>
            <w:r w:rsidRPr="00FA1D49">
              <w:rPr>
                <w:sz w:val="28"/>
                <w:szCs w:val="28"/>
                <w:lang w:val="kk-KZ"/>
              </w:rPr>
              <w:t>53 635,32</w:t>
            </w:r>
          </w:p>
        </w:tc>
        <w:tc>
          <w:tcPr>
            <w:tcW w:w="2481" w:type="pct"/>
          </w:tcPr>
          <w:p w14:paraId="0C02FE8D" w14:textId="77777777" w:rsidR="00FA1D49" w:rsidRPr="00FA1D49" w:rsidRDefault="00FA1D49" w:rsidP="00FA1D49">
            <w:pPr>
              <w:jc w:val="both"/>
              <w:rPr>
                <w:sz w:val="28"/>
                <w:szCs w:val="28"/>
                <w:lang w:val="kk-KZ"/>
              </w:rPr>
            </w:pPr>
            <w:r w:rsidRPr="00FA1D49">
              <w:rPr>
                <w:sz w:val="28"/>
                <w:szCs w:val="28"/>
                <w:lang w:val="kk-KZ"/>
              </w:rPr>
              <w:t>8</w:t>
            </w:r>
          </w:p>
        </w:tc>
      </w:tr>
    </w:tbl>
    <w:p w14:paraId="232D86AA" w14:textId="77777777" w:rsidR="00FA1D49" w:rsidRPr="00FA1D49" w:rsidRDefault="00FA1D49" w:rsidP="00FA1D49">
      <w:pPr>
        <w:tabs>
          <w:tab w:val="left" w:pos="2184"/>
        </w:tabs>
        <w:jc w:val="both"/>
        <w:rPr>
          <w:sz w:val="28"/>
          <w:szCs w:val="28"/>
          <w:lang w:val="kk-KZ"/>
        </w:rPr>
      </w:pPr>
      <w:r w:rsidRPr="00FA1D49">
        <w:rPr>
          <w:sz w:val="28"/>
          <w:szCs w:val="28"/>
        </w:rPr>
        <w:t xml:space="preserve">  </w:t>
      </w:r>
    </w:p>
    <w:p w14:paraId="2493F4DC" w14:textId="77777777" w:rsidR="00FA1D49" w:rsidRPr="00FA1D49" w:rsidRDefault="00FA1D49" w:rsidP="00FA1D49">
      <w:pPr>
        <w:jc w:val="both"/>
        <w:rPr>
          <w:color w:val="000000"/>
          <w:sz w:val="28"/>
          <w:szCs w:val="28"/>
          <w:lang w:val="kk-KZ"/>
        </w:rPr>
      </w:pPr>
      <w:r w:rsidRPr="00FA1D49">
        <w:rPr>
          <w:color w:val="000000"/>
          <w:sz w:val="28"/>
          <w:szCs w:val="28"/>
          <w:lang w:val="kk-KZ"/>
        </w:rPr>
        <w:t xml:space="preserve">         Кітапхананың барлық жұмысы мектеп сайты, инстаграм, фейсбукта көрсетіледі: </w:t>
      </w:r>
    </w:p>
    <w:p w14:paraId="5B25723D" w14:textId="77777777" w:rsidR="00FA1D49" w:rsidRPr="00FA1D49" w:rsidRDefault="00FA1D49" w:rsidP="00FA1D49">
      <w:pPr>
        <w:ind w:firstLine="567"/>
        <w:jc w:val="both"/>
        <w:rPr>
          <w:b/>
          <w:color w:val="4472C4" w:themeColor="accent1"/>
          <w:sz w:val="28"/>
          <w:szCs w:val="28"/>
          <w:lang w:val="kk-KZ"/>
        </w:rPr>
      </w:pPr>
      <w:r w:rsidRPr="00FA1D49">
        <w:rPr>
          <w:color w:val="000000"/>
          <w:sz w:val="28"/>
          <w:szCs w:val="28"/>
          <w:lang w:val="kk-KZ"/>
        </w:rPr>
        <w:t xml:space="preserve">Саит «14 мектеп-гимназиясы»КММ: </w:t>
      </w:r>
      <w:r w:rsidRPr="00FA1D49">
        <w:rPr>
          <w:color w:val="4472C4" w:themeColor="accent1"/>
          <w:sz w:val="28"/>
          <w:szCs w:val="28"/>
          <w:lang w:val="kk-KZ"/>
        </w:rPr>
        <w:t>https://kargoo.kz/loader/fromorq/231/3111</w:t>
      </w:r>
    </w:p>
    <w:p w14:paraId="469C7197" w14:textId="77777777" w:rsidR="00FA1D49" w:rsidRPr="00FA1D49" w:rsidRDefault="00FA1D49" w:rsidP="00FA1D49">
      <w:pPr>
        <w:jc w:val="both"/>
        <w:rPr>
          <w:sz w:val="28"/>
          <w:szCs w:val="28"/>
          <w:lang w:val="kk-KZ"/>
        </w:rPr>
      </w:pPr>
      <w:r w:rsidRPr="00FA1D49">
        <w:rPr>
          <w:sz w:val="28"/>
          <w:szCs w:val="28"/>
          <w:lang w:val="en-US"/>
        </w:rPr>
        <w:t xml:space="preserve">E-mail: </w:t>
      </w:r>
      <w:hyperlink r:id="rId862" w:history="1">
        <w:r w:rsidRPr="00FA1D49">
          <w:rPr>
            <w:rStyle w:val="ae"/>
            <w:sz w:val="28"/>
            <w:szCs w:val="28"/>
            <w:lang w:val="en-US"/>
          </w:rPr>
          <w:t>kargoo.kz</w:t>
        </w:r>
      </w:hyperlink>
      <w:r w:rsidRPr="00FA1D49">
        <w:rPr>
          <w:sz w:val="28"/>
          <w:szCs w:val="28"/>
          <w:lang w:val="en-US"/>
        </w:rPr>
        <w:t xml:space="preserve"> </w:t>
      </w:r>
    </w:p>
    <w:p w14:paraId="7ABE891D" w14:textId="77777777" w:rsidR="00FA1D49" w:rsidRPr="00FA1D49" w:rsidRDefault="00FA1D49" w:rsidP="00FA1D49">
      <w:pPr>
        <w:jc w:val="both"/>
        <w:rPr>
          <w:sz w:val="28"/>
          <w:szCs w:val="28"/>
          <w:lang w:val="en-US"/>
        </w:rPr>
      </w:pPr>
      <w:r w:rsidRPr="00FA1D49">
        <w:rPr>
          <w:sz w:val="28"/>
          <w:szCs w:val="28"/>
          <w:lang w:val="en-US"/>
        </w:rPr>
        <w:t>Facebook: https: Mektep Gimnasiasy</w:t>
      </w:r>
    </w:p>
    <w:p w14:paraId="7A9F26E0" w14:textId="77777777" w:rsidR="00FA1D49" w:rsidRPr="00FA1D49" w:rsidRDefault="00FA1D49" w:rsidP="00FA1D49">
      <w:pPr>
        <w:pStyle w:val="21"/>
        <w:shd w:val="clear" w:color="auto" w:fill="FAFAFA"/>
        <w:spacing w:before="0"/>
        <w:jc w:val="both"/>
        <w:textAlignment w:val="baseline"/>
        <w:rPr>
          <w:rFonts w:ascii="Times New Roman" w:hAnsi="Times New Roman" w:cs="Times New Roman"/>
          <w:b/>
          <w:bCs/>
          <w:i/>
          <w:iCs/>
          <w:sz w:val="28"/>
          <w:szCs w:val="28"/>
          <w:lang w:val="en-US"/>
        </w:rPr>
      </w:pPr>
      <w:r w:rsidRPr="00FA1D49">
        <w:rPr>
          <w:rFonts w:ascii="Times New Roman" w:hAnsi="Times New Roman" w:cs="Times New Roman"/>
          <w:sz w:val="28"/>
          <w:szCs w:val="28"/>
          <w:lang w:val="en-US"/>
        </w:rPr>
        <w:t xml:space="preserve">Instagram: </w:t>
      </w:r>
      <w:r w:rsidRPr="00FA1D49">
        <w:rPr>
          <w:rFonts w:ascii="Times New Roman" w:hAnsi="Times New Roman" w:cs="Times New Roman"/>
          <w:sz w:val="28"/>
          <w:szCs w:val="28"/>
          <w:lang w:val="kk-KZ"/>
        </w:rPr>
        <w:t>14</w:t>
      </w:r>
      <w:r w:rsidRPr="00FA1D49">
        <w:rPr>
          <w:rFonts w:ascii="Times New Roman" w:hAnsi="Times New Roman" w:cs="Times New Roman"/>
          <w:sz w:val="28"/>
          <w:szCs w:val="28"/>
          <w:lang w:val="en-US"/>
        </w:rPr>
        <w:t>mektep-qimnaziasy</w:t>
      </w:r>
    </w:p>
    <w:p w14:paraId="46A35DA1" w14:textId="77777777" w:rsidR="00FA1D49" w:rsidRPr="00FA1D49" w:rsidRDefault="00FA1D49" w:rsidP="00FA1D49">
      <w:pPr>
        <w:pStyle w:val="21"/>
        <w:shd w:val="clear" w:color="auto" w:fill="FAFAFA"/>
        <w:spacing w:before="0"/>
        <w:jc w:val="both"/>
        <w:textAlignment w:val="baseline"/>
        <w:rPr>
          <w:rFonts w:ascii="Times New Roman" w:hAnsi="Times New Roman" w:cs="Times New Roman"/>
          <w:sz w:val="28"/>
          <w:szCs w:val="28"/>
          <w:lang w:val="kk-KZ"/>
        </w:rPr>
      </w:pPr>
      <w:r w:rsidRPr="00FA1D49">
        <w:rPr>
          <w:rFonts w:ascii="Times New Roman" w:hAnsi="Times New Roman" w:cs="Times New Roman"/>
          <w:sz w:val="28"/>
          <w:szCs w:val="28"/>
          <w:lang w:val="kk-KZ"/>
        </w:rPr>
        <w:t xml:space="preserve">хэштэк: </w:t>
      </w:r>
      <w:r w:rsidRPr="00FA1D49">
        <w:rPr>
          <w:rFonts w:ascii="Times New Roman" w:hAnsi="Times New Roman" w:cs="Times New Roman"/>
          <w:sz w:val="28"/>
          <w:szCs w:val="28"/>
          <w:lang w:val="en-US"/>
        </w:rPr>
        <w:t>#</w:t>
      </w:r>
      <w:r w:rsidRPr="00FA1D49">
        <w:rPr>
          <w:rFonts w:ascii="Times New Roman" w:hAnsi="Times New Roman" w:cs="Times New Roman"/>
          <w:sz w:val="28"/>
          <w:szCs w:val="28"/>
          <w:lang w:val="kk-KZ"/>
        </w:rPr>
        <w:t>14</w:t>
      </w:r>
      <w:r w:rsidRPr="00FA1D49">
        <w:rPr>
          <w:rFonts w:ascii="Times New Roman" w:hAnsi="Times New Roman" w:cs="Times New Roman"/>
          <w:sz w:val="28"/>
          <w:szCs w:val="28"/>
          <w:lang w:val="en-US"/>
        </w:rPr>
        <w:t>KITAPHANA</w:t>
      </w:r>
    </w:p>
    <w:p w14:paraId="044BC5E1" w14:textId="77777777" w:rsidR="00FA1D49" w:rsidRPr="00FA1D49" w:rsidRDefault="00FA1D49" w:rsidP="00FA1D49">
      <w:pPr>
        <w:jc w:val="both"/>
        <w:rPr>
          <w:sz w:val="28"/>
          <w:szCs w:val="28"/>
          <w:lang w:val="kk-KZ"/>
        </w:rPr>
      </w:pPr>
    </w:p>
    <w:p w14:paraId="69F2FACA" w14:textId="77777777" w:rsidR="00FA1D49" w:rsidRPr="00FA1D49" w:rsidRDefault="00FA1D49" w:rsidP="00FA1D49">
      <w:pPr>
        <w:ind w:firstLine="567"/>
        <w:jc w:val="both"/>
        <w:rPr>
          <w:b/>
          <w:sz w:val="28"/>
          <w:szCs w:val="28"/>
          <w:lang w:val="en-US"/>
        </w:rPr>
      </w:pPr>
      <w:r w:rsidRPr="00FA1D49">
        <w:rPr>
          <w:b/>
          <w:sz w:val="28"/>
          <w:szCs w:val="28"/>
        </w:rPr>
        <w:t>Кітапхана</w:t>
      </w:r>
      <w:r w:rsidRPr="00FA1D49">
        <w:rPr>
          <w:b/>
          <w:sz w:val="28"/>
          <w:szCs w:val="28"/>
          <w:lang w:val="en-US"/>
        </w:rPr>
        <w:t xml:space="preserve"> </w:t>
      </w:r>
      <w:r w:rsidRPr="00FA1D49">
        <w:rPr>
          <w:b/>
          <w:sz w:val="28"/>
          <w:szCs w:val="28"/>
        </w:rPr>
        <w:t>жұмысы</w:t>
      </w:r>
      <w:r w:rsidRPr="00FA1D49">
        <w:rPr>
          <w:b/>
          <w:sz w:val="28"/>
          <w:szCs w:val="28"/>
          <w:lang w:val="en-US"/>
        </w:rPr>
        <w:t xml:space="preserve"> </w:t>
      </w:r>
      <w:r w:rsidRPr="00FA1D49">
        <w:rPr>
          <w:b/>
          <w:sz w:val="28"/>
          <w:szCs w:val="28"/>
        </w:rPr>
        <w:t>туралы</w:t>
      </w:r>
      <w:r w:rsidRPr="00FA1D49">
        <w:rPr>
          <w:b/>
          <w:sz w:val="28"/>
          <w:szCs w:val="28"/>
          <w:lang w:val="en-US"/>
        </w:rPr>
        <w:t xml:space="preserve"> </w:t>
      </w:r>
      <w:r w:rsidRPr="00FA1D49">
        <w:rPr>
          <w:b/>
          <w:sz w:val="28"/>
          <w:szCs w:val="28"/>
        </w:rPr>
        <w:t>қосымша</w:t>
      </w:r>
      <w:r w:rsidRPr="00FA1D49">
        <w:rPr>
          <w:b/>
          <w:sz w:val="28"/>
          <w:szCs w:val="28"/>
          <w:lang w:val="en-US"/>
        </w:rPr>
        <w:t xml:space="preserve"> </w:t>
      </w:r>
      <w:r w:rsidRPr="00FA1D49">
        <w:rPr>
          <w:b/>
          <w:sz w:val="28"/>
          <w:szCs w:val="28"/>
        </w:rPr>
        <w:t>мәліметтер</w:t>
      </w:r>
      <w:r w:rsidRPr="00FA1D49">
        <w:rPr>
          <w:b/>
          <w:sz w:val="28"/>
          <w:szCs w:val="28"/>
          <w:lang w:val="en-US"/>
        </w:rPr>
        <w:t xml:space="preserve">. </w:t>
      </w:r>
    </w:p>
    <w:p w14:paraId="298BFE1C" w14:textId="77777777" w:rsidR="00FA1D49" w:rsidRPr="00FA1D49" w:rsidRDefault="00FA1D49" w:rsidP="00FA1D49">
      <w:pPr>
        <w:ind w:firstLine="567"/>
        <w:jc w:val="both"/>
        <w:rPr>
          <w:sz w:val="28"/>
          <w:szCs w:val="28"/>
          <w:lang w:val="en-US"/>
        </w:rPr>
      </w:pPr>
      <w:r w:rsidRPr="00FA1D49">
        <w:rPr>
          <w:sz w:val="28"/>
          <w:szCs w:val="28"/>
        </w:rPr>
        <w:t>Кітапхананың</w:t>
      </w:r>
      <w:r w:rsidRPr="00FA1D49">
        <w:rPr>
          <w:sz w:val="28"/>
          <w:szCs w:val="28"/>
          <w:lang w:val="en-US"/>
        </w:rPr>
        <w:t xml:space="preserve"> </w:t>
      </w:r>
      <w:r w:rsidRPr="00FA1D49">
        <w:rPr>
          <w:sz w:val="28"/>
          <w:szCs w:val="28"/>
        </w:rPr>
        <w:t>негізгі</w:t>
      </w:r>
      <w:r w:rsidRPr="00FA1D49">
        <w:rPr>
          <w:sz w:val="28"/>
          <w:szCs w:val="28"/>
          <w:lang w:val="en-US"/>
        </w:rPr>
        <w:t xml:space="preserve"> </w:t>
      </w:r>
      <w:r w:rsidRPr="00FA1D49">
        <w:rPr>
          <w:sz w:val="28"/>
          <w:szCs w:val="28"/>
        </w:rPr>
        <w:t>міндеттері</w:t>
      </w:r>
      <w:r w:rsidRPr="00FA1D49">
        <w:rPr>
          <w:sz w:val="28"/>
          <w:szCs w:val="28"/>
          <w:lang w:val="en-US"/>
        </w:rPr>
        <w:t xml:space="preserve">, </w:t>
      </w:r>
      <w:r w:rsidRPr="00FA1D49">
        <w:rPr>
          <w:sz w:val="28"/>
          <w:szCs w:val="28"/>
        </w:rPr>
        <w:t>оның</w:t>
      </w:r>
      <w:r w:rsidRPr="00FA1D49">
        <w:rPr>
          <w:sz w:val="28"/>
          <w:szCs w:val="28"/>
          <w:lang w:val="en-US"/>
        </w:rPr>
        <w:t xml:space="preserve"> </w:t>
      </w:r>
      <w:r w:rsidRPr="00FA1D49">
        <w:rPr>
          <w:sz w:val="28"/>
          <w:szCs w:val="28"/>
        </w:rPr>
        <w:t>жұмыс</w:t>
      </w:r>
      <w:r w:rsidRPr="00FA1D49">
        <w:rPr>
          <w:sz w:val="28"/>
          <w:szCs w:val="28"/>
          <w:lang w:val="en-US"/>
        </w:rPr>
        <w:t xml:space="preserve"> </w:t>
      </w:r>
      <w:r w:rsidRPr="00FA1D49">
        <w:rPr>
          <w:sz w:val="28"/>
          <w:szCs w:val="28"/>
        </w:rPr>
        <w:t>бағыт</w:t>
      </w:r>
      <w:r w:rsidRPr="00FA1D49">
        <w:rPr>
          <w:sz w:val="28"/>
          <w:szCs w:val="28"/>
          <w:lang w:val="kk-KZ"/>
        </w:rPr>
        <w:t>тары</w:t>
      </w:r>
      <w:r w:rsidRPr="00FA1D49">
        <w:rPr>
          <w:sz w:val="28"/>
          <w:szCs w:val="28"/>
          <w:lang w:val="en-US"/>
        </w:rPr>
        <w:t xml:space="preserve">: </w:t>
      </w:r>
    </w:p>
    <w:p w14:paraId="7AA05322" w14:textId="77777777" w:rsidR="00FA1D49" w:rsidRPr="00FA1D49" w:rsidRDefault="00FA1D49" w:rsidP="00FA1D49">
      <w:pPr>
        <w:ind w:firstLine="567"/>
        <w:jc w:val="both"/>
        <w:rPr>
          <w:sz w:val="28"/>
          <w:szCs w:val="28"/>
          <w:lang w:val="kk-KZ"/>
        </w:rPr>
      </w:pPr>
      <w:r w:rsidRPr="00FA1D49">
        <w:rPr>
          <w:sz w:val="28"/>
          <w:szCs w:val="28"/>
          <w:lang w:val="en-US"/>
        </w:rPr>
        <w:t xml:space="preserve"> </w:t>
      </w:r>
    </w:p>
    <w:p w14:paraId="73A22CD2" w14:textId="77777777" w:rsidR="00FA1D49" w:rsidRPr="00FA1D49" w:rsidRDefault="00FA1D49" w:rsidP="00C427A3">
      <w:pPr>
        <w:pStyle w:val="ac"/>
        <w:numPr>
          <w:ilvl w:val="0"/>
          <w:numId w:val="21"/>
        </w:numPr>
        <w:jc w:val="both"/>
        <w:rPr>
          <w:rFonts w:ascii="Times New Roman" w:hAnsi="Times New Roman" w:cs="Times New Roman"/>
          <w:sz w:val="28"/>
          <w:szCs w:val="28"/>
          <w:lang w:val="kk-KZ"/>
        </w:rPr>
      </w:pPr>
      <w:r w:rsidRPr="00FA1D49">
        <w:rPr>
          <w:rFonts w:ascii="Times New Roman" w:hAnsi="Times New Roman" w:cs="Times New Roman"/>
          <w:sz w:val="28"/>
          <w:szCs w:val="28"/>
          <w:lang w:val="kk-KZ"/>
        </w:rPr>
        <w:t>оқу-тәрбие процесі мен өзін-өзі тәрбиелеуді ақпараттық, кітапханалық-библиографиялық қолдауды қамтамасыз етуге көмектесу;</w:t>
      </w:r>
    </w:p>
    <w:p w14:paraId="2F9E5CAA" w14:textId="77777777" w:rsidR="00FA1D49" w:rsidRPr="00FA1D49" w:rsidRDefault="00FA1D49" w:rsidP="00C427A3">
      <w:pPr>
        <w:pStyle w:val="ac"/>
        <w:numPr>
          <w:ilvl w:val="0"/>
          <w:numId w:val="21"/>
        </w:numPr>
        <w:jc w:val="both"/>
        <w:rPr>
          <w:rFonts w:ascii="Times New Roman" w:hAnsi="Times New Roman" w:cs="Times New Roman"/>
          <w:sz w:val="28"/>
          <w:szCs w:val="28"/>
          <w:lang w:val="kk-KZ"/>
        </w:rPr>
      </w:pPr>
      <w:r w:rsidRPr="00FA1D49">
        <w:rPr>
          <w:rFonts w:ascii="Times New Roman" w:hAnsi="Times New Roman" w:cs="Times New Roman"/>
          <w:sz w:val="28"/>
          <w:szCs w:val="28"/>
          <w:lang w:val="kk-KZ"/>
        </w:rPr>
        <w:t>Мәдени мұра құралдарымен оқушылардың функционалдық сауатты тұлғасы, кітап арқылы ұлттық және әлемдік мәдениеттің құндылықтарымен таныстыру;</w:t>
      </w:r>
    </w:p>
    <w:p w14:paraId="19CC6072" w14:textId="05FD06F1" w:rsidR="00FA1D49" w:rsidRPr="00FA1D49" w:rsidRDefault="00FA1D49" w:rsidP="00C427A3">
      <w:pPr>
        <w:pStyle w:val="ac"/>
        <w:numPr>
          <w:ilvl w:val="0"/>
          <w:numId w:val="21"/>
        </w:numPr>
        <w:jc w:val="both"/>
        <w:rPr>
          <w:rFonts w:ascii="Times New Roman" w:hAnsi="Times New Roman" w:cs="Times New Roman"/>
          <w:sz w:val="28"/>
          <w:szCs w:val="28"/>
          <w:lang w:val="kk-KZ"/>
        </w:rPr>
      </w:pPr>
      <w:r w:rsidRPr="00FA1D49">
        <w:rPr>
          <w:rFonts w:ascii="Times New Roman" w:hAnsi="Times New Roman" w:cs="Times New Roman"/>
          <w:sz w:val="28"/>
          <w:szCs w:val="28"/>
          <w:lang w:val="kk-KZ"/>
        </w:rPr>
        <w:t>қормен жұмыс істеу, оның сақталуы, қорды ескірген, моральдық ескірген әдебиеттерден үнемі тазарту, база құрамдас бөліктерінің жай-күйін тексеру, білім беру, ағарту және тәрбие процестерінің қажеттіліктері мен мақсаттары ескерілетін қолда бар негізгі қордың</w:t>
      </w:r>
      <w:r>
        <w:rPr>
          <w:rFonts w:ascii="Times New Roman" w:hAnsi="Times New Roman" w:cs="Times New Roman"/>
          <w:sz w:val="28"/>
          <w:szCs w:val="28"/>
          <w:lang w:val="kk-KZ"/>
        </w:rPr>
        <w:t xml:space="preserve"> құрамын зерделеуі.</w:t>
      </w:r>
    </w:p>
    <w:p w14:paraId="509CBB79" w14:textId="77777777" w:rsidR="00FA1D49" w:rsidRPr="00FA1D49" w:rsidRDefault="00FA1D49" w:rsidP="00FA1D49">
      <w:pPr>
        <w:shd w:val="clear" w:color="auto" w:fill="FFFFFF"/>
        <w:tabs>
          <w:tab w:val="left" w:pos="0"/>
        </w:tabs>
        <w:jc w:val="both"/>
        <w:rPr>
          <w:bCs/>
          <w:spacing w:val="-3"/>
          <w:sz w:val="28"/>
          <w:szCs w:val="28"/>
          <w:u w:val="single"/>
          <w:lang w:val="kk-KZ"/>
        </w:rPr>
      </w:pPr>
      <w:r w:rsidRPr="00FA1D49">
        <w:rPr>
          <w:bCs/>
          <w:spacing w:val="-1"/>
          <w:sz w:val="28"/>
          <w:szCs w:val="28"/>
          <w:u w:val="single"/>
          <w:lang w:val="kk-KZ"/>
        </w:rPr>
        <w:t xml:space="preserve"> </w:t>
      </w:r>
      <w:r w:rsidRPr="00FA1D49">
        <w:rPr>
          <w:b/>
          <w:bCs/>
          <w:spacing w:val="-1"/>
          <w:sz w:val="28"/>
          <w:szCs w:val="28"/>
          <w:u w:val="single"/>
          <w:lang w:val="kk-KZ"/>
        </w:rPr>
        <w:t>Оқырмандарға қызмет көрсету</w:t>
      </w:r>
      <w:r w:rsidRPr="00FA1D49">
        <w:rPr>
          <w:bCs/>
          <w:spacing w:val="-1"/>
          <w:sz w:val="28"/>
          <w:szCs w:val="28"/>
          <w:u w:val="single"/>
          <w:lang w:val="kk-KZ"/>
        </w:rPr>
        <w:t xml:space="preserve">. </w:t>
      </w:r>
    </w:p>
    <w:p w14:paraId="278D1907" w14:textId="0A8D9885" w:rsidR="00FA1D49" w:rsidRPr="00FA1D49" w:rsidRDefault="00FA1D49" w:rsidP="00FA1D49">
      <w:pPr>
        <w:shd w:val="clear" w:color="auto" w:fill="FFFFFF"/>
        <w:jc w:val="both"/>
        <w:rPr>
          <w:color w:val="000000"/>
          <w:sz w:val="28"/>
          <w:szCs w:val="28"/>
          <w:lang w:val="kk-KZ"/>
        </w:rPr>
      </w:pPr>
      <w:r w:rsidRPr="00FA1D49">
        <w:rPr>
          <w:sz w:val="28"/>
          <w:szCs w:val="28"/>
          <w:lang w:val="kk-KZ"/>
        </w:rPr>
        <w:t xml:space="preserve">     </w:t>
      </w:r>
      <w:r w:rsidRPr="00FA1D49">
        <w:rPr>
          <w:color w:val="000000"/>
          <w:sz w:val="28"/>
          <w:szCs w:val="28"/>
          <w:lang w:val="kk-KZ"/>
        </w:rPr>
        <w:t>Оқырмандар кітапхана қорынан баспа басылымдарын және басылымдардың басқа да түрлерін уақытша пайдалануға алады, библиографиялық және анықтамалық-</w:t>
      </w:r>
      <w:r w:rsidRPr="00FA1D49">
        <w:rPr>
          <w:color w:val="000000"/>
          <w:sz w:val="28"/>
          <w:szCs w:val="28"/>
          <w:lang w:val="kk-KZ"/>
        </w:rPr>
        <w:lastRenderedPageBreak/>
        <w:t>ақпараттық қызмет көрсетуді пайдаланады, бұқаралық іс-шараларға қатысады. Кітапхана меңгерушісі "мектеп кітапханасын пайдалану ережелерінің" сақталуын үнемі бақылайды, оқырмандарда тәуелсіз кітапхана пайдаланушыларының дағдыларын қалыптастырады.</w:t>
      </w:r>
    </w:p>
    <w:p w14:paraId="65ED05AA" w14:textId="77777777" w:rsidR="00FA1D49" w:rsidRDefault="00FA1D49" w:rsidP="00FA1D49">
      <w:pPr>
        <w:jc w:val="both"/>
        <w:rPr>
          <w:sz w:val="28"/>
          <w:szCs w:val="28"/>
          <w:lang w:val="kk-KZ"/>
        </w:rPr>
      </w:pPr>
    </w:p>
    <w:p w14:paraId="6B05F6CF" w14:textId="73F3AAD1" w:rsidR="00FA1D49" w:rsidRPr="00FA1D49" w:rsidRDefault="00FA1D49" w:rsidP="00FA1D49">
      <w:pPr>
        <w:jc w:val="both"/>
        <w:rPr>
          <w:b/>
          <w:sz w:val="28"/>
          <w:szCs w:val="28"/>
          <w:lang w:val="kk-KZ"/>
        </w:rPr>
      </w:pPr>
      <w:r w:rsidRPr="00FA1D49">
        <w:rPr>
          <w:sz w:val="28"/>
          <w:szCs w:val="28"/>
          <w:lang w:val="kk-KZ"/>
        </w:rPr>
        <w:t xml:space="preserve"> </w:t>
      </w:r>
      <w:r w:rsidRPr="00FA1D49">
        <w:rPr>
          <w:b/>
          <w:sz w:val="28"/>
          <w:szCs w:val="28"/>
          <w:lang w:val="kk-KZ"/>
        </w:rPr>
        <w:t>Оқушыларды оқумен қамту</w:t>
      </w:r>
    </w:p>
    <w:tbl>
      <w:tblPr>
        <w:tblW w:w="100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18"/>
        <w:gridCol w:w="1289"/>
        <w:gridCol w:w="895"/>
        <w:gridCol w:w="1010"/>
        <w:gridCol w:w="822"/>
        <w:gridCol w:w="850"/>
        <w:gridCol w:w="1815"/>
        <w:gridCol w:w="672"/>
        <w:gridCol w:w="1482"/>
      </w:tblGrid>
      <w:tr w:rsidR="00FA1D49" w:rsidRPr="00FA1D49" w14:paraId="65B23773" w14:textId="77777777" w:rsidTr="00FA1D49">
        <w:trPr>
          <w:trHeight w:val="315"/>
        </w:trPr>
        <w:tc>
          <w:tcPr>
            <w:tcW w:w="1218" w:type="dxa"/>
            <w:vMerge w:val="restart"/>
          </w:tcPr>
          <w:p w14:paraId="5EDA5829" w14:textId="77777777" w:rsidR="00FA1D49" w:rsidRPr="00FA1D49" w:rsidRDefault="00FA1D49" w:rsidP="00FA1D49">
            <w:pPr>
              <w:jc w:val="both"/>
              <w:rPr>
                <w:sz w:val="28"/>
                <w:szCs w:val="28"/>
                <w:lang w:val="kk-KZ"/>
              </w:rPr>
            </w:pPr>
            <w:r w:rsidRPr="00FA1D49">
              <w:rPr>
                <w:sz w:val="28"/>
                <w:szCs w:val="28"/>
                <w:lang w:val="kk-KZ"/>
              </w:rPr>
              <w:t>Оқу жылы</w:t>
            </w:r>
          </w:p>
        </w:tc>
        <w:tc>
          <w:tcPr>
            <w:tcW w:w="1289" w:type="dxa"/>
            <w:vMerge w:val="restart"/>
          </w:tcPr>
          <w:p w14:paraId="79750B8F" w14:textId="77777777" w:rsidR="00FA1D49" w:rsidRPr="00FA1D49" w:rsidRDefault="00FA1D49" w:rsidP="00FA1D49">
            <w:pPr>
              <w:jc w:val="both"/>
              <w:rPr>
                <w:sz w:val="28"/>
                <w:szCs w:val="28"/>
                <w:lang w:val="kk-KZ"/>
              </w:rPr>
            </w:pPr>
            <w:r w:rsidRPr="00FA1D49">
              <w:rPr>
                <w:sz w:val="28"/>
                <w:szCs w:val="28"/>
                <w:lang w:val="kk-KZ"/>
              </w:rPr>
              <w:t>Оқушылар саны</w:t>
            </w:r>
          </w:p>
          <w:p w14:paraId="1A497805" w14:textId="77777777" w:rsidR="00FA1D49" w:rsidRPr="00FA1D49" w:rsidRDefault="00FA1D49" w:rsidP="00FA1D49">
            <w:pPr>
              <w:jc w:val="both"/>
              <w:rPr>
                <w:sz w:val="28"/>
                <w:szCs w:val="28"/>
                <w:lang w:val="kk-KZ"/>
              </w:rPr>
            </w:pPr>
          </w:p>
        </w:tc>
        <w:tc>
          <w:tcPr>
            <w:tcW w:w="895" w:type="dxa"/>
            <w:vMerge w:val="restart"/>
          </w:tcPr>
          <w:p w14:paraId="0F8E1017" w14:textId="77777777" w:rsidR="00FA1D49" w:rsidRPr="00FA1D49" w:rsidRDefault="00FA1D49" w:rsidP="00FA1D49">
            <w:pPr>
              <w:jc w:val="both"/>
              <w:rPr>
                <w:sz w:val="28"/>
                <w:szCs w:val="28"/>
                <w:lang w:val="kk-KZ"/>
              </w:rPr>
            </w:pPr>
            <w:r w:rsidRPr="00FA1D49">
              <w:rPr>
                <w:sz w:val="28"/>
                <w:szCs w:val="28"/>
                <w:lang w:val="kk-KZ"/>
              </w:rPr>
              <w:t>Оқырмандар саны</w:t>
            </w:r>
          </w:p>
        </w:tc>
        <w:tc>
          <w:tcPr>
            <w:tcW w:w="2682" w:type="dxa"/>
            <w:gridSpan w:val="3"/>
          </w:tcPr>
          <w:p w14:paraId="580C05A4" w14:textId="77777777" w:rsidR="00FA1D49" w:rsidRPr="00FA1D49" w:rsidRDefault="00FA1D49" w:rsidP="00FA1D49">
            <w:pPr>
              <w:jc w:val="both"/>
              <w:rPr>
                <w:sz w:val="28"/>
                <w:szCs w:val="28"/>
                <w:lang w:val="kk-KZ"/>
              </w:rPr>
            </w:pPr>
            <w:r w:rsidRPr="00FA1D49">
              <w:rPr>
                <w:sz w:val="28"/>
                <w:szCs w:val="28"/>
                <w:lang w:val="kk-KZ"/>
              </w:rPr>
              <w:t>Сыныптар</w:t>
            </w:r>
          </w:p>
        </w:tc>
        <w:tc>
          <w:tcPr>
            <w:tcW w:w="1815" w:type="dxa"/>
            <w:vMerge w:val="restart"/>
          </w:tcPr>
          <w:p w14:paraId="604142C3" w14:textId="77777777" w:rsidR="00FA1D49" w:rsidRPr="00FA1D49" w:rsidRDefault="00FA1D49" w:rsidP="00FA1D49">
            <w:pPr>
              <w:jc w:val="both"/>
              <w:rPr>
                <w:sz w:val="28"/>
                <w:szCs w:val="28"/>
                <w:lang w:val="kk-KZ"/>
              </w:rPr>
            </w:pPr>
            <w:r w:rsidRPr="00FA1D49">
              <w:rPr>
                <w:sz w:val="28"/>
                <w:szCs w:val="28"/>
                <w:lang w:val="kk-KZ"/>
              </w:rPr>
              <w:t xml:space="preserve">Мектеп ұстаздары </w:t>
            </w:r>
          </w:p>
        </w:tc>
        <w:tc>
          <w:tcPr>
            <w:tcW w:w="672" w:type="dxa"/>
            <w:vMerge w:val="restart"/>
          </w:tcPr>
          <w:p w14:paraId="42AB190B" w14:textId="77777777" w:rsidR="00FA1D49" w:rsidRPr="00FA1D49" w:rsidRDefault="00FA1D49" w:rsidP="00FA1D49">
            <w:pPr>
              <w:jc w:val="both"/>
              <w:rPr>
                <w:sz w:val="28"/>
                <w:szCs w:val="28"/>
                <w:lang w:val="kk-KZ"/>
              </w:rPr>
            </w:pPr>
            <w:r w:rsidRPr="00FA1D49">
              <w:rPr>
                <w:sz w:val="28"/>
                <w:szCs w:val="28"/>
                <w:lang w:val="kk-KZ"/>
              </w:rPr>
              <w:t>Басқалары</w:t>
            </w:r>
          </w:p>
        </w:tc>
        <w:tc>
          <w:tcPr>
            <w:tcW w:w="1482" w:type="dxa"/>
            <w:vMerge w:val="restart"/>
          </w:tcPr>
          <w:p w14:paraId="38EC8B8B" w14:textId="77777777" w:rsidR="00FA1D49" w:rsidRPr="00FA1D49" w:rsidRDefault="00FA1D49" w:rsidP="00FA1D49">
            <w:pPr>
              <w:jc w:val="both"/>
              <w:rPr>
                <w:sz w:val="28"/>
                <w:szCs w:val="28"/>
                <w:lang w:val="kk-KZ"/>
              </w:rPr>
            </w:pPr>
            <w:r w:rsidRPr="00FA1D49">
              <w:rPr>
                <w:sz w:val="28"/>
                <w:szCs w:val="28"/>
              </w:rPr>
              <w:t>%1-11 сынып оқушыларын оқумен қамту</w:t>
            </w:r>
          </w:p>
        </w:tc>
      </w:tr>
      <w:tr w:rsidR="00FA1D49" w:rsidRPr="00FA1D49" w14:paraId="19AE1B63" w14:textId="77777777" w:rsidTr="00FA1D49">
        <w:trPr>
          <w:trHeight w:val="1065"/>
        </w:trPr>
        <w:tc>
          <w:tcPr>
            <w:tcW w:w="1218" w:type="dxa"/>
            <w:vMerge/>
          </w:tcPr>
          <w:p w14:paraId="01061C76" w14:textId="77777777" w:rsidR="00FA1D49" w:rsidRPr="00FA1D49" w:rsidRDefault="00FA1D49" w:rsidP="00FA1D49">
            <w:pPr>
              <w:jc w:val="both"/>
              <w:rPr>
                <w:sz w:val="28"/>
                <w:szCs w:val="28"/>
                <w:lang w:val="kk-KZ"/>
              </w:rPr>
            </w:pPr>
          </w:p>
        </w:tc>
        <w:tc>
          <w:tcPr>
            <w:tcW w:w="1289" w:type="dxa"/>
            <w:vMerge/>
          </w:tcPr>
          <w:p w14:paraId="627E7AA3" w14:textId="77777777" w:rsidR="00FA1D49" w:rsidRPr="00FA1D49" w:rsidRDefault="00FA1D49" w:rsidP="00FA1D49">
            <w:pPr>
              <w:jc w:val="both"/>
              <w:rPr>
                <w:sz w:val="28"/>
                <w:szCs w:val="28"/>
                <w:lang w:val="kk-KZ"/>
              </w:rPr>
            </w:pPr>
          </w:p>
        </w:tc>
        <w:tc>
          <w:tcPr>
            <w:tcW w:w="895" w:type="dxa"/>
            <w:vMerge/>
          </w:tcPr>
          <w:p w14:paraId="293399A8" w14:textId="77777777" w:rsidR="00FA1D49" w:rsidRPr="00FA1D49" w:rsidRDefault="00FA1D49" w:rsidP="00FA1D49">
            <w:pPr>
              <w:jc w:val="both"/>
              <w:rPr>
                <w:sz w:val="28"/>
                <w:szCs w:val="28"/>
                <w:lang w:val="kk-KZ"/>
              </w:rPr>
            </w:pPr>
          </w:p>
        </w:tc>
        <w:tc>
          <w:tcPr>
            <w:tcW w:w="1010" w:type="dxa"/>
          </w:tcPr>
          <w:p w14:paraId="3B9A8A30" w14:textId="77777777" w:rsidR="00FA1D49" w:rsidRPr="00FA1D49" w:rsidRDefault="00FA1D49" w:rsidP="00FA1D49">
            <w:pPr>
              <w:jc w:val="both"/>
              <w:rPr>
                <w:sz w:val="28"/>
                <w:szCs w:val="28"/>
                <w:lang w:val="kk-KZ"/>
              </w:rPr>
            </w:pPr>
            <w:r w:rsidRPr="00FA1D49">
              <w:rPr>
                <w:sz w:val="28"/>
                <w:szCs w:val="28"/>
                <w:lang w:val="kk-KZ"/>
              </w:rPr>
              <w:t xml:space="preserve">1-4 </w:t>
            </w:r>
          </w:p>
          <w:p w14:paraId="32B42A35" w14:textId="77777777" w:rsidR="00FA1D49" w:rsidRPr="00FA1D49" w:rsidRDefault="00FA1D49" w:rsidP="00FA1D49">
            <w:pPr>
              <w:jc w:val="both"/>
              <w:rPr>
                <w:sz w:val="28"/>
                <w:szCs w:val="28"/>
                <w:lang w:val="kk-KZ"/>
              </w:rPr>
            </w:pPr>
          </w:p>
        </w:tc>
        <w:tc>
          <w:tcPr>
            <w:tcW w:w="822" w:type="dxa"/>
          </w:tcPr>
          <w:p w14:paraId="44C3F3C4" w14:textId="77777777" w:rsidR="00FA1D49" w:rsidRPr="00FA1D49" w:rsidRDefault="00FA1D49" w:rsidP="00FA1D49">
            <w:pPr>
              <w:jc w:val="both"/>
              <w:rPr>
                <w:sz w:val="28"/>
                <w:szCs w:val="28"/>
                <w:lang w:val="kk-KZ"/>
              </w:rPr>
            </w:pPr>
            <w:r w:rsidRPr="00FA1D49">
              <w:rPr>
                <w:sz w:val="28"/>
                <w:szCs w:val="28"/>
                <w:lang w:val="kk-KZ"/>
              </w:rPr>
              <w:t xml:space="preserve">5-8 </w:t>
            </w:r>
          </w:p>
          <w:p w14:paraId="2C6B8F1B" w14:textId="77777777" w:rsidR="00FA1D49" w:rsidRPr="00FA1D49" w:rsidRDefault="00FA1D49" w:rsidP="00FA1D49">
            <w:pPr>
              <w:jc w:val="both"/>
              <w:rPr>
                <w:sz w:val="28"/>
                <w:szCs w:val="28"/>
                <w:lang w:val="kk-KZ"/>
              </w:rPr>
            </w:pPr>
          </w:p>
        </w:tc>
        <w:tc>
          <w:tcPr>
            <w:tcW w:w="850" w:type="dxa"/>
          </w:tcPr>
          <w:p w14:paraId="355DBDAD" w14:textId="77777777" w:rsidR="00FA1D49" w:rsidRPr="00FA1D49" w:rsidRDefault="00FA1D49" w:rsidP="00FA1D49">
            <w:pPr>
              <w:jc w:val="both"/>
              <w:rPr>
                <w:sz w:val="28"/>
                <w:szCs w:val="28"/>
                <w:lang w:val="kk-KZ"/>
              </w:rPr>
            </w:pPr>
            <w:r w:rsidRPr="00FA1D49">
              <w:rPr>
                <w:sz w:val="28"/>
                <w:szCs w:val="28"/>
                <w:lang w:val="kk-KZ"/>
              </w:rPr>
              <w:t>9-11</w:t>
            </w:r>
          </w:p>
        </w:tc>
        <w:tc>
          <w:tcPr>
            <w:tcW w:w="1815" w:type="dxa"/>
            <w:vMerge/>
          </w:tcPr>
          <w:p w14:paraId="68425888" w14:textId="77777777" w:rsidR="00FA1D49" w:rsidRPr="00FA1D49" w:rsidRDefault="00FA1D49" w:rsidP="00FA1D49">
            <w:pPr>
              <w:jc w:val="both"/>
              <w:rPr>
                <w:sz w:val="28"/>
                <w:szCs w:val="28"/>
                <w:lang w:val="kk-KZ"/>
              </w:rPr>
            </w:pPr>
          </w:p>
        </w:tc>
        <w:tc>
          <w:tcPr>
            <w:tcW w:w="672" w:type="dxa"/>
            <w:vMerge/>
          </w:tcPr>
          <w:p w14:paraId="544B4C92" w14:textId="77777777" w:rsidR="00FA1D49" w:rsidRPr="00FA1D49" w:rsidRDefault="00FA1D49" w:rsidP="00FA1D49">
            <w:pPr>
              <w:jc w:val="both"/>
              <w:rPr>
                <w:sz w:val="28"/>
                <w:szCs w:val="28"/>
                <w:lang w:val="kk-KZ"/>
              </w:rPr>
            </w:pPr>
          </w:p>
        </w:tc>
        <w:tc>
          <w:tcPr>
            <w:tcW w:w="1482" w:type="dxa"/>
            <w:vMerge/>
          </w:tcPr>
          <w:p w14:paraId="67C55DD8" w14:textId="77777777" w:rsidR="00FA1D49" w:rsidRPr="00FA1D49" w:rsidRDefault="00FA1D49" w:rsidP="00FA1D49">
            <w:pPr>
              <w:jc w:val="both"/>
              <w:rPr>
                <w:sz w:val="28"/>
                <w:szCs w:val="28"/>
              </w:rPr>
            </w:pPr>
          </w:p>
        </w:tc>
      </w:tr>
      <w:tr w:rsidR="00FA1D49" w:rsidRPr="00FA1D49" w14:paraId="1BB25B55" w14:textId="77777777" w:rsidTr="00FA1D49">
        <w:tc>
          <w:tcPr>
            <w:tcW w:w="1218" w:type="dxa"/>
          </w:tcPr>
          <w:p w14:paraId="475D585E" w14:textId="77777777" w:rsidR="00FA1D49" w:rsidRPr="00FA1D49" w:rsidRDefault="00FA1D49" w:rsidP="00FA1D49">
            <w:pPr>
              <w:jc w:val="both"/>
              <w:rPr>
                <w:sz w:val="28"/>
                <w:szCs w:val="28"/>
                <w:lang w:val="kk-KZ"/>
              </w:rPr>
            </w:pPr>
            <w:r w:rsidRPr="00FA1D49">
              <w:rPr>
                <w:sz w:val="28"/>
                <w:szCs w:val="28"/>
              </w:rPr>
              <w:t>202</w:t>
            </w:r>
            <w:r w:rsidRPr="00FA1D49">
              <w:rPr>
                <w:sz w:val="28"/>
                <w:szCs w:val="28"/>
                <w:lang w:val="kk-KZ"/>
              </w:rPr>
              <w:t>2</w:t>
            </w:r>
            <w:r w:rsidRPr="00FA1D49">
              <w:rPr>
                <w:sz w:val="28"/>
                <w:szCs w:val="28"/>
              </w:rPr>
              <w:t>-202</w:t>
            </w:r>
            <w:r w:rsidRPr="00FA1D49">
              <w:rPr>
                <w:sz w:val="28"/>
                <w:szCs w:val="28"/>
                <w:lang w:val="kk-KZ"/>
              </w:rPr>
              <w:t>3</w:t>
            </w:r>
          </w:p>
        </w:tc>
        <w:tc>
          <w:tcPr>
            <w:tcW w:w="1289" w:type="dxa"/>
          </w:tcPr>
          <w:p w14:paraId="6313D8DA" w14:textId="77777777" w:rsidR="00FA1D49" w:rsidRPr="00FA1D49" w:rsidRDefault="00FA1D49" w:rsidP="00FA1D49">
            <w:pPr>
              <w:jc w:val="both"/>
              <w:rPr>
                <w:sz w:val="28"/>
                <w:szCs w:val="28"/>
                <w:lang w:val="kk-KZ"/>
              </w:rPr>
            </w:pPr>
            <w:r w:rsidRPr="00FA1D49">
              <w:rPr>
                <w:sz w:val="28"/>
                <w:szCs w:val="28"/>
                <w:lang w:val="kk-KZ"/>
              </w:rPr>
              <w:t>724</w:t>
            </w:r>
          </w:p>
        </w:tc>
        <w:tc>
          <w:tcPr>
            <w:tcW w:w="895" w:type="dxa"/>
          </w:tcPr>
          <w:p w14:paraId="0B7300B6" w14:textId="77777777" w:rsidR="00FA1D49" w:rsidRPr="00FA1D49" w:rsidRDefault="00FA1D49" w:rsidP="00FA1D49">
            <w:pPr>
              <w:jc w:val="both"/>
              <w:rPr>
                <w:sz w:val="28"/>
                <w:szCs w:val="28"/>
                <w:lang w:val="kk-KZ"/>
              </w:rPr>
            </w:pPr>
            <w:r w:rsidRPr="00FA1D49">
              <w:rPr>
                <w:sz w:val="28"/>
                <w:szCs w:val="28"/>
                <w:lang w:val="kk-KZ"/>
              </w:rPr>
              <w:t>512</w:t>
            </w:r>
          </w:p>
        </w:tc>
        <w:tc>
          <w:tcPr>
            <w:tcW w:w="1010" w:type="dxa"/>
          </w:tcPr>
          <w:p w14:paraId="55EEED9A" w14:textId="77777777" w:rsidR="00FA1D49" w:rsidRPr="00FA1D49" w:rsidRDefault="00FA1D49" w:rsidP="00FA1D49">
            <w:pPr>
              <w:jc w:val="both"/>
              <w:rPr>
                <w:sz w:val="28"/>
                <w:szCs w:val="28"/>
                <w:lang w:val="kk-KZ"/>
              </w:rPr>
            </w:pPr>
            <w:r w:rsidRPr="00FA1D49">
              <w:rPr>
                <w:sz w:val="28"/>
                <w:szCs w:val="28"/>
                <w:lang w:val="kk-KZ"/>
              </w:rPr>
              <w:t>218</w:t>
            </w:r>
          </w:p>
        </w:tc>
        <w:tc>
          <w:tcPr>
            <w:tcW w:w="822" w:type="dxa"/>
          </w:tcPr>
          <w:p w14:paraId="4A1E2295" w14:textId="77777777" w:rsidR="00FA1D49" w:rsidRPr="00FA1D49" w:rsidRDefault="00FA1D49" w:rsidP="00FA1D49">
            <w:pPr>
              <w:jc w:val="both"/>
              <w:rPr>
                <w:sz w:val="28"/>
                <w:szCs w:val="28"/>
                <w:lang w:val="kk-KZ"/>
              </w:rPr>
            </w:pPr>
            <w:r w:rsidRPr="00FA1D49">
              <w:rPr>
                <w:sz w:val="28"/>
                <w:szCs w:val="28"/>
                <w:lang w:val="kk-KZ"/>
              </w:rPr>
              <w:t>110</w:t>
            </w:r>
          </w:p>
        </w:tc>
        <w:tc>
          <w:tcPr>
            <w:tcW w:w="850" w:type="dxa"/>
          </w:tcPr>
          <w:p w14:paraId="01218EB7" w14:textId="77777777" w:rsidR="00FA1D49" w:rsidRPr="00FA1D49" w:rsidRDefault="00FA1D49" w:rsidP="00FA1D49">
            <w:pPr>
              <w:jc w:val="both"/>
              <w:rPr>
                <w:sz w:val="28"/>
                <w:szCs w:val="28"/>
                <w:lang w:val="kk-KZ"/>
              </w:rPr>
            </w:pPr>
            <w:r w:rsidRPr="00FA1D49">
              <w:rPr>
                <w:sz w:val="28"/>
                <w:szCs w:val="28"/>
                <w:lang w:val="kk-KZ"/>
              </w:rPr>
              <w:t>112</w:t>
            </w:r>
          </w:p>
        </w:tc>
        <w:tc>
          <w:tcPr>
            <w:tcW w:w="1815" w:type="dxa"/>
          </w:tcPr>
          <w:p w14:paraId="7F6CBB1F" w14:textId="77777777" w:rsidR="00FA1D49" w:rsidRPr="00FA1D49" w:rsidRDefault="00FA1D49" w:rsidP="00FA1D49">
            <w:pPr>
              <w:jc w:val="both"/>
              <w:rPr>
                <w:sz w:val="28"/>
                <w:szCs w:val="28"/>
                <w:lang w:val="kk-KZ"/>
              </w:rPr>
            </w:pPr>
            <w:r w:rsidRPr="00FA1D49">
              <w:rPr>
                <w:sz w:val="28"/>
                <w:szCs w:val="28"/>
                <w:lang w:val="kk-KZ"/>
              </w:rPr>
              <w:t>62</w:t>
            </w:r>
          </w:p>
        </w:tc>
        <w:tc>
          <w:tcPr>
            <w:tcW w:w="672" w:type="dxa"/>
          </w:tcPr>
          <w:p w14:paraId="0953A0C2" w14:textId="77777777" w:rsidR="00FA1D49" w:rsidRPr="00FA1D49" w:rsidRDefault="00FA1D49" w:rsidP="00FA1D49">
            <w:pPr>
              <w:jc w:val="both"/>
              <w:rPr>
                <w:sz w:val="28"/>
                <w:szCs w:val="28"/>
                <w:lang w:val="kk-KZ"/>
              </w:rPr>
            </w:pPr>
            <w:r w:rsidRPr="00FA1D49">
              <w:rPr>
                <w:sz w:val="28"/>
                <w:szCs w:val="28"/>
                <w:lang w:val="kk-KZ"/>
              </w:rPr>
              <w:t>10</w:t>
            </w:r>
          </w:p>
        </w:tc>
        <w:tc>
          <w:tcPr>
            <w:tcW w:w="1482" w:type="dxa"/>
          </w:tcPr>
          <w:p w14:paraId="684AE14E" w14:textId="77777777" w:rsidR="00FA1D49" w:rsidRPr="00FA1D49" w:rsidRDefault="00FA1D49" w:rsidP="00FA1D49">
            <w:pPr>
              <w:jc w:val="both"/>
              <w:rPr>
                <w:sz w:val="28"/>
                <w:szCs w:val="28"/>
                <w:lang w:val="kk-KZ"/>
              </w:rPr>
            </w:pPr>
            <w:r w:rsidRPr="00FA1D49">
              <w:rPr>
                <w:sz w:val="28"/>
                <w:szCs w:val="28"/>
                <w:lang w:val="kk-KZ"/>
              </w:rPr>
              <w:t>97</w:t>
            </w:r>
          </w:p>
        </w:tc>
      </w:tr>
      <w:tr w:rsidR="00FA1D49" w:rsidRPr="00FA1D49" w14:paraId="10FEB9F3" w14:textId="77777777" w:rsidTr="00FA1D49">
        <w:tc>
          <w:tcPr>
            <w:tcW w:w="1218" w:type="dxa"/>
          </w:tcPr>
          <w:p w14:paraId="2466983C" w14:textId="77777777" w:rsidR="00FA1D49" w:rsidRPr="00FA1D49" w:rsidRDefault="00FA1D49" w:rsidP="00FA1D49">
            <w:pPr>
              <w:jc w:val="both"/>
              <w:rPr>
                <w:sz w:val="28"/>
                <w:szCs w:val="28"/>
                <w:lang w:val="kk-KZ"/>
              </w:rPr>
            </w:pPr>
            <w:r w:rsidRPr="00FA1D49">
              <w:rPr>
                <w:sz w:val="28"/>
                <w:szCs w:val="28"/>
              </w:rPr>
              <w:t>202</w:t>
            </w:r>
            <w:r w:rsidRPr="00FA1D49">
              <w:rPr>
                <w:sz w:val="28"/>
                <w:szCs w:val="28"/>
                <w:lang w:val="kk-KZ"/>
              </w:rPr>
              <w:t>3</w:t>
            </w:r>
            <w:r w:rsidRPr="00FA1D49">
              <w:rPr>
                <w:sz w:val="28"/>
                <w:szCs w:val="28"/>
              </w:rPr>
              <w:t>-202</w:t>
            </w:r>
            <w:r w:rsidRPr="00FA1D49">
              <w:rPr>
                <w:sz w:val="28"/>
                <w:szCs w:val="28"/>
                <w:lang w:val="kk-KZ"/>
              </w:rPr>
              <w:t>4</w:t>
            </w:r>
          </w:p>
        </w:tc>
        <w:tc>
          <w:tcPr>
            <w:tcW w:w="1289" w:type="dxa"/>
          </w:tcPr>
          <w:p w14:paraId="0EEAECCC" w14:textId="77777777" w:rsidR="00FA1D49" w:rsidRPr="00FA1D49" w:rsidRDefault="00FA1D49" w:rsidP="00FA1D49">
            <w:pPr>
              <w:jc w:val="both"/>
              <w:rPr>
                <w:sz w:val="28"/>
                <w:szCs w:val="28"/>
                <w:lang w:val="kk-KZ"/>
              </w:rPr>
            </w:pPr>
            <w:r w:rsidRPr="00FA1D49">
              <w:rPr>
                <w:sz w:val="28"/>
                <w:szCs w:val="28"/>
                <w:lang w:val="kk-KZ"/>
              </w:rPr>
              <w:t>895</w:t>
            </w:r>
          </w:p>
        </w:tc>
        <w:tc>
          <w:tcPr>
            <w:tcW w:w="895" w:type="dxa"/>
          </w:tcPr>
          <w:p w14:paraId="658B0E05" w14:textId="77777777" w:rsidR="00FA1D49" w:rsidRPr="00FA1D49" w:rsidRDefault="00FA1D49" w:rsidP="00FA1D49">
            <w:pPr>
              <w:jc w:val="both"/>
              <w:rPr>
                <w:sz w:val="28"/>
                <w:szCs w:val="28"/>
                <w:lang w:val="kk-KZ"/>
              </w:rPr>
            </w:pPr>
            <w:r w:rsidRPr="00FA1D49">
              <w:rPr>
                <w:sz w:val="28"/>
                <w:szCs w:val="28"/>
                <w:lang w:val="kk-KZ"/>
              </w:rPr>
              <w:t>520</w:t>
            </w:r>
          </w:p>
        </w:tc>
        <w:tc>
          <w:tcPr>
            <w:tcW w:w="1010" w:type="dxa"/>
          </w:tcPr>
          <w:p w14:paraId="22A5D3B3" w14:textId="77777777" w:rsidR="00FA1D49" w:rsidRPr="00FA1D49" w:rsidRDefault="00FA1D49" w:rsidP="00FA1D49">
            <w:pPr>
              <w:jc w:val="both"/>
              <w:rPr>
                <w:sz w:val="28"/>
                <w:szCs w:val="28"/>
                <w:lang w:val="kk-KZ"/>
              </w:rPr>
            </w:pPr>
            <w:r w:rsidRPr="00FA1D49">
              <w:rPr>
                <w:sz w:val="28"/>
                <w:szCs w:val="28"/>
                <w:lang w:val="kk-KZ"/>
              </w:rPr>
              <w:t>243</w:t>
            </w:r>
          </w:p>
        </w:tc>
        <w:tc>
          <w:tcPr>
            <w:tcW w:w="822" w:type="dxa"/>
          </w:tcPr>
          <w:p w14:paraId="4EB7337F" w14:textId="77777777" w:rsidR="00FA1D49" w:rsidRPr="00FA1D49" w:rsidRDefault="00FA1D49" w:rsidP="00FA1D49">
            <w:pPr>
              <w:jc w:val="both"/>
              <w:rPr>
                <w:sz w:val="28"/>
                <w:szCs w:val="28"/>
                <w:lang w:val="kk-KZ"/>
              </w:rPr>
            </w:pPr>
            <w:r w:rsidRPr="00FA1D49">
              <w:rPr>
                <w:sz w:val="28"/>
                <w:szCs w:val="28"/>
                <w:lang w:val="kk-KZ"/>
              </w:rPr>
              <w:t>146</w:t>
            </w:r>
          </w:p>
        </w:tc>
        <w:tc>
          <w:tcPr>
            <w:tcW w:w="850" w:type="dxa"/>
          </w:tcPr>
          <w:p w14:paraId="653F7530" w14:textId="77777777" w:rsidR="00FA1D49" w:rsidRPr="00FA1D49" w:rsidRDefault="00FA1D49" w:rsidP="00FA1D49">
            <w:pPr>
              <w:jc w:val="both"/>
              <w:rPr>
                <w:sz w:val="28"/>
                <w:szCs w:val="28"/>
                <w:lang w:val="kk-KZ"/>
              </w:rPr>
            </w:pPr>
            <w:r w:rsidRPr="00FA1D49">
              <w:rPr>
                <w:sz w:val="28"/>
                <w:szCs w:val="28"/>
                <w:lang w:val="kk-KZ"/>
              </w:rPr>
              <w:t>51</w:t>
            </w:r>
          </w:p>
        </w:tc>
        <w:tc>
          <w:tcPr>
            <w:tcW w:w="1815" w:type="dxa"/>
          </w:tcPr>
          <w:p w14:paraId="4E7F9B69" w14:textId="77777777" w:rsidR="00FA1D49" w:rsidRPr="00FA1D49" w:rsidRDefault="00FA1D49" w:rsidP="00FA1D49">
            <w:pPr>
              <w:jc w:val="both"/>
              <w:rPr>
                <w:sz w:val="28"/>
                <w:szCs w:val="28"/>
                <w:lang w:val="kk-KZ"/>
              </w:rPr>
            </w:pPr>
            <w:r w:rsidRPr="00FA1D49">
              <w:rPr>
                <w:sz w:val="28"/>
                <w:szCs w:val="28"/>
                <w:lang w:val="kk-KZ"/>
              </w:rPr>
              <w:t>78</w:t>
            </w:r>
          </w:p>
        </w:tc>
        <w:tc>
          <w:tcPr>
            <w:tcW w:w="672" w:type="dxa"/>
          </w:tcPr>
          <w:p w14:paraId="1079F758" w14:textId="77777777" w:rsidR="00FA1D49" w:rsidRPr="00FA1D49" w:rsidRDefault="00FA1D49" w:rsidP="00FA1D49">
            <w:pPr>
              <w:jc w:val="both"/>
              <w:rPr>
                <w:sz w:val="28"/>
                <w:szCs w:val="28"/>
                <w:lang w:val="kk-KZ"/>
              </w:rPr>
            </w:pPr>
            <w:r w:rsidRPr="00FA1D49">
              <w:rPr>
                <w:sz w:val="28"/>
                <w:szCs w:val="28"/>
                <w:lang w:val="kk-KZ"/>
              </w:rPr>
              <w:t>2</w:t>
            </w:r>
          </w:p>
        </w:tc>
        <w:tc>
          <w:tcPr>
            <w:tcW w:w="1482" w:type="dxa"/>
          </w:tcPr>
          <w:p w14:paraId="3212A989" w14:textId="77777777" w:rsidR="00FA1D49" w:rsidRPr="00FA1D49" w:rsidRDefault="00FA1D49" w:rsidP="00FA1D49">
            <w:pPr>
              <w:jc w:val="both"/>
              <w:rPr>
                <w:sz w:val="28"/>
                <w:szCs w:val="28"/>
                <w:lang w:val="kk-KZ"/>
              </w:rPr>
            </w:pPr>
            <w:r w:rsidRPr="00FA1D49">
              <w:rPr>
                <w:sz w:val="28"/>
                <w:szCs w:val="28"/>
                <w:lang w:val="kk-KZ"/>
              </w:rPr>
              <w:t>97</w:t>
            </w:r>
          </w:p>
        </w:tc>
      </w:tr>
      <w:tr w:rsidR="00FA1D49" w:rsidRPr="00FA1D49" w14:paraId="5A9B911C" w14:textId="77777777" w:rsidTr="00FA1D49">
        <w:tc>
          <w:tcPr>
            <w:tcW w:w="1218" w:type="dxa"/>
          </w:tcPr>
          <w:p w14:paraId="17305634" w14:textId="77777777" w:rsidR="00FA1D49" w:rsidRPr="00FA1D49" w:rsidRDefault="00FA1D49" w:rsidP="00FA1D49">
            <w:pPr>
              <w:jc w:val="both"/>
              <w:rPr>
                <w:sz w:val="28"/>
                <w:szCs w:val="28"/>
                <w:lang w:val="kk-KZ"/>
              </w:rPr>
            </w:pPr>
            <w:r w:rsidRPr="00FA1D49">
              <w:rPr>
                <w:sz w:val="28"/>
                <w:szCs w:val="28"/>
              </w:rPr>
              <w:t>202</w:t>
            </w:r>
            <w:r w:rsidRPr="00FA1D49">
              <w:rPr>
                <w:sz w:val="28"/>
                <w:szCs w:val="28"/>
                <w:lang w:val="kk-KZ"/>
              </w:rPr>
              <w:t>4</w:t>
            </w:r>
            <w:r w:rsidRPr="00FA1D49">
              <w:rPr>
                <w:sz w:val="28"/>
                <w:szCs w:val="28"/>
              </w:rPr>
              <w:t>-202</w:t>
            </w:r>
            <w:r w:rsidRPr="00FA1D49">
              <w:rPr>
                <w:sz w:val="28"/>
                <w:szCs w:val="28"/>
                <w:lang w:val="kk-KZ"/>
              </w:rPr>
              <w:t>5</w:t>
            </w:r>
          </w:p>
        </w:tc>
        <w:tc>
          <w:tcPr>
            <w:tcW w:w="1289" w:type="dxa"/>
          </w:tcPr>
          <w:p w14:paraId="3467C1D6" w14:textId="77777777" w:rsidR="00FA1D49" w:rsidRPr="00FA1D49" w:rsidRDefault="00FA1D49" w:rsidP="00FA1D49">
            <w:pPr>
              <w:jc w:val="both"/>
              <w:rPr>
                <w:sz w:val="28"/>
                <w:szCs w:val="28"/>
                <w:lang w:val="kk-KZ"/>
              </w:rPr>
            </w:pPr>
            <w:r w:rsidRPr="00FA1D49">
              <w:rPr>
                <w:sz w:val="28"/>
                <w:szCs w:val="28"/>
                <w:lang w:val="kk-KZ"/>
              </w:rPr>
              <w:t>945</w:t>
            </w:r>
          </w:p>
        </w:tc>
        <w:tc>
          <w:tcPr>
            <w:tcW w:w="895" w:type="dxa"/>
          </w:tcPr>
          <w:p w14:paraId="0B840A62" w14:textId="77777777" w:rsidR="00FA1D49" w:rsidRPr="00FA1D49" w:rsidRDefault="00FA1D49" w:rsidP="00FA1D49">
            <w:pPr>
              <w:jc w:val="both"/>
              <w:rPr>
                <w:sz w:val="28"/>
                <w:szCs w:val="28"/>
                <w:lang w:val="kk-KZ"/>
              </w:rPr>
            </w:pPr>
            <w:r w:rsidRPr="00FA1D49">
              <w:rPr>
                <w:sz w:val="28"/>
                <w:szCs w:val="28"/>
                <w:lang w:val="kk-KZ"/>
              </w:rPr>
              <w:t>540</w:t>
            </w:r>
          </w:p>
        </w:tc>
        <w:tc>
          <w:tcPr>
            <w:tcW w:w="1010" w:type="dxa"/>
          </w:tcPr>
          <w:p w14:paraId="638F0AB2" w14:textId="77777777" w:rsidR="00FA1D49" w:rsidRPr="00FA1D49" w:rsidRDefault="00FA1D49" w:rsidP="00FA1D49">
            <w:pPr>
              <w:jc w:val="both"/>
              <w:rPr>
                <w:sz w:val="28"/>
                <w:szCs w:val="28"/>
                <w:lang w:val="kk-KZ"/>
              </w:rPr>
            </w:pPr>
            <w:r w:rsidRPr="00FA1D49">
              <w:rPr>
                <w:sz w:val="28"/>
                <w:szCs w:val="28"/>
                <w:lang w:val="kk-KZ"/>
              </w:rPr>
              <w:t>210</w:t>
            </w:r>
          </w:p>
        </w:tc>
        <w:tc>
          <w:tcPr>
            <w:tcW w:w="822" w:type="dxa"/>
          </w:tcPr>
          <w:p w14:paraId="019A383E" w14:textId="77777777" w:rsidR="00FA1D49" w:rsidRPr="00FA1D49" w:rsidRDefault="00FA1D49" w:rsidP="00FA1D49">
            <w:pPr>
              <w:jc w:val="both"/>
              <w:rPr>
                <w:sz w:val="28"/>
                <w:szCs w:val="28"/>
                <w:lang w:val="kk-KZ"/>
              </w:rPr>
            </w:pPr>
            <w:r w:rsidRPr="00FA1D49">
              <w:rPr>
                <w:sz w:val="28"/>
                <w:szCs w:val="28"/>
                <w:lang w:val="kk-KZ"/>
              </w:rPr>
              <w:t>100</w:t>
            </w:r>
          </w:p>
        </w:tc>
        <w:tc>
          <w:tcPr>
            <w:tcW w:w="850" w:type="dxa"/>
          </w:tcPr>
          <w:p w14:paraId="146C5361" w14:textId="77777777" w:rsidR="00FA1D49" w:rsidRPr="00FA1D49" w:rsidRDefault="00FA1D49" w:rsidP="00FA1D49">
            <w:pPr>
              <w:jc w:val="both"/>
              <w:rPr>
                <w:sz w:val="28"/>
                <w:szCs w:val="28"/>
                <w:lang w:val="kk-KZ"/>
              </w:rPr>
            </w:pPr>
            <w:r w:rsidRPr="00FA1D49">
              <w:rPr>
                <w:sz w:val="28"/>
                <w:szCs w:val="28"/>
                <w:lang w:val="kk-KZ"/>
              </w:rPr>
              <w:t>65</w:t>
            </w:r>
          </w:p>
        </w:tc>
        <w:tc>
          <w:tcPr>
            <w:tcW w:w="1815" w:type="dxa"/>
          </w:tcPr>
          <w:p w14:paraId="1AC77434" w14:textId="77777777" w:rsidR="00FA1D49" w:rsidRPr="00FA1D49" w:rsidRDefault="00FA1D49" w:rsidP="00FA1D49">
            <w:pPr>
              <w:jc w:val="both"/>
              <w:rPr>
                <w:sz w:val="28"/>
                <w:szCs w:val="28"/>
                <w:lang w:val="kk-KZ"/>
              </w:rPr>
            </w:pPr>
            <w:r w:rsidRPr="00FA1D49">
              <w:rPr>
                <w:sz w:val="28"/>
                <w:szCs w:val="28"/>
                <w:lang w:val="kk-KZ"/>
              </w:rPr>
              <w:t>158</w:t>
            </w:r>
          </w:p>
        </w:tc>
        <w:tc>
          <w:tcPr>
            <w:tcW w:w="672" w:type="dxa"/>
          </w:tcPr>
          <w:p w14:paraId="70C1A433" w14:textId="77777777" w:rsidR="00FA1D49" w:rsidRPr="00FA1D49" w:rsidRDefault="00FA1D49" w:rsidP="00FA1D49">
            <w:pPr>
              <w:jc w:val="both"/>
              <w:rPr>
                <w:sz w:val="28"/>
                <w:szCs w:val="28"/>
                <w:lang w:val="kk-KZ"/>
              </w:rPr>
            </w:pPr>
            <w:r w:rsidRPr="00FA1D49">
              <w:rPr>
                <w:sz w:val="28"/>
                <w:szCs w:val="28"/>
                <w:lang w:val="kk-KZ"/>
              </w:rPr>
              <w:t>7</w:t>
            </w:r>
          </w:p>
        </w:tc>
        <w:tc>
          <w:tcPr>
            <w:tcW w:w="1482" w:type="dxa"/>
          </w:tcPr>
          <w:p w14:paraId="4FC52EA7" w14:textId="77777777" w:rsidR="00FA1D49" w:rsidRPr="00FA1D49" w:rsidRDefault="00FA1D49" w:rsidP="00FA1D49">
            <w:pPr>
              <w:jc w:val="both"/>
              <w:rPr>
                <w:sz w:val="28"/>
                <w:szCs w:val="28"/>
                <w:lang w:val="kk-KZ"/>
              </w:rPr>
            </w:pPr>
            <w:r w:rsidRPr="00FA1D49">
              <w:rPr>
                <w:sz w:val="28"/>
                <w:szCs w:val="28"/>
                <w:lang w:val="kk-KZ"/>
              </w:rPr>
              <w:t>99,7</w:t>
            </w:r>
          </w:p>
        </w:tc>
      </w:tr>
    </w:tbl>
    <w:p w14:paraId="1D1AD436" w14:textId="77777777" w:rsidR="00FA1D49" w:rsidRPr="00FA1D49" w:rsidRDefault="00FA1D49" w:rsidP="00FA1D49">
      <w:pPr>
        <w:shd w:val="clear" w:color="auto" w:fill="FFFFFF"/>
        <w:jc w:val="both"/>
        <w:rPr>
          <w:sz w:val="28"/>
          <w:szCs w:val="28"/>
          <w:lang w:val="kk-KZ"/>
        </w:rPr>
      </w:pPr>
      <w:r w:rsidRPr="00FA1D49">
        <w:rPr>
          <w:sz w:val="28"/>
          <w:szCs w:val="28"/>
          <w:lang w:val="kk-KZ"/>
        </w:rPr>
        <w:t xml:space="preserve">1-11 сынып оқушыларының оқумен қамту пайызы 99,7% құрайды, бұл жақсы нәтиже. </w:t>
      </w:r>
    </w:p>
    <w:p w14:paraId="294BEAD1" w14:textId="77777777" w:rsidR="00FA1D49" w:rsidRPr="00FA1D49" w:rsidRDefault="00FA1D49" w:rsidP="00FA1D49">
      <w:pPr>
        <w:shd w:val="clear" w:color="auto" w:fill="FFFFFF"/>
        <w:jc w:val="both"/>
        <w:rPr>
          <w:sz w:val="28"/>
          <w:szCs w:val="28"/>
          <w:lang w:val="kk-KZ"/>
        </w:rPr>
      </w:pPr>
      <w:r w:rsidRPr="00FA1D49">
        <w:rPr>
          <w:sz w:val="28"/>
          <w:szCs w:val="28"/>
          <w:lang w:val="kk-KZ"/>
        </w:rPr>
        <w:t xml:space="preserve"> "Кітапхана жұмысының күнделігі" статистикалық есебі жүйелі түрде жүргізіледі, онда топтар бойынша оқырмандардың саны мен құрамы, берілген басылымдардың көлемі және оларды кітапханалық-библиографиялық сыныптама бөлімдері бойынша бөлу туралы мәліметтер ескеріледі; күнделікке берілген басылымдардың көлемін сипаттайтын бағандар қосымша енгізіледі: қазақ тілінде; әдебиет түрлері бойынша-кітаптар, брошюралар, журналдар- Қазақстан туралы әдебиет, - "мемлекет және құқық" зерттеу, - салауатты өмір салты; - энциклопедиялар. Сөздіктер. Анықтамалықтар; - Аудио, бейне, электрондық құжаттар. Интернет.</w:t>
      </w:r>
    </w:p>
    <w:p w14:paraId="607C2D8A" w14:textId="77777777" w:rsidR="00FA1D49" w:rsidRPr="00FA1D49" w:rsidRDefault="00FA1D49" w:rsidP="00FA1D49">
      <w:pPr>
        <w:shd w:val="clear" w:color="auto" w:fill="FFFFFF"/>
        <w:jc w:val="both"/>
        <w:rPr>
          <w:sz w:val="28"/>
          <w:szCs w:val="28"/>
          <w:lang w:val="kk-KZ"/>
        </w:rPr>
      </w:pPr>
    </w:p>
    <w:p w14:paraId="16EBEA44" w14:textId="77777777" w:rsidR="00FA1D49" w:rsidRPr="00FA1D49" w:rsidRDefault="00FA1D49" w:rsidP="00FA1D49">
      <w:pPr>
        <w:shd w:val="clear" w:color="auto" w:fill="FFFFFF"/>
        <w:jc w:val="both"/>
        <w:rPr>
          <w:sz w:val="28"/>
          <w:szCs w:val="28"/>
          <w:lang w:val="kk-KZ"/>
        </w:rPr>
      </w:pPr>
    </w:p>
    <w:p w14:paraId="7386F217" w14:textId="77777777" w:rsidR="00FA1D49" w:rsidRPr="00FA1D49" w:rsidRDefault="00FA1D49" w:rsidP="00FA1D49">
      <w:pPr>
        <w:shd w:val="clear" w:color="auto" w:fill="FFFFFF"/>
        <w:jc w:val="both"/>
        <w:rPr>
          <w:b/>
          <w:color w:val="002060"/>
          <w:sz w:val="28"/>
          <w:szCs w:val="28"/>
          <w:lang w:val="kk-KZ"/>
        </w:rPr>
      </w:pPr>
      <w:r w:rsidRPr="00FA1D49">
        <w:rPr>
          <w:b/>
          <w:noProof/>
          <w:color w:val="002060"/>
          <w:sz w:val="28"/>
          <w:szCs w:val="28"/>
          <w:lang w:eastAsia="ru-RU"/>
        </w:rPr>
        <w:drawing>
          <wp:anchor distT="0" distB="0" distL="114300" distR="114300" simplePos="0" relativeHeight="251643392" behindDoc="1" locked="0" layoutInCell="1" allowOverlap="1" wp14:anchorId="6243D60F" wp14:editId="5F77E692">
            <wp:simplePos x="0" y="0"/>
            <wp:positionH relativeFrom="column">
              <wp:posOffset>-1270</wp:posOffset>
            </wp:positionH>
            <wp:positionV relativeFrom="paragraph">
              <wp:posOffset>-3810</wp:posOffset>
            </wp:positionV>
            <wp:extent cx="982980" cy="685800"/>
            <wp:effectExtent l="0" t="0" r="7620" b="0"/>
            <wp:wrapThrough wrapText="bothSides">
              <wp:wrapPolygon edited="0">
                <wp:start x="7953" y="0"/>
                <wp:lineTo x="5023" y="1200"/>
                <wp:lineTo x="0" y="7200"/>
                <wp:lineTo x="0" y="13200"/>
                <wp:lineTo x="4186" y="19800"/>
                <wp:lineTo x="7535" y="21000"/>
                <wp:lineTo x="13814" y="21000"/>
                <wp:lineTo x="17163" y="19800"/>
                <wp:lineTo x="21349" y="13200"/>
                <wp:lineTo x="21349" y="7200"/>
                <wp:lineTo x="16326" y="1200"/>
                <wp:lineTo x="13395" y="0"/>
                <wp:lineTo x="7953" y="0"/>
              </wp:wrapPolygon>
            </wp:wrapThrough>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63">
                      <a:extLst>
                        <a:ext uri="{28A0092B-C50C-407E-A947-70E740481C1C}">
                          <a14:useLocalDpi xmlns:a14="http://schemas.microsoft.com/office/drawing/2010/main" val="0"/>
                        </a:ext>
                      </a:extLst>
                    </a:blip>
                    <a:srcRect/>
                    <a:stretch>
                      <a:fillRect/>
                    </a:stretch>
                  </pic:blipFill>
                  <pic:spPr bwMode="auto">
                    <a:xfrm>
                      <a:off x="0" y="0"/>
                      <a:ext cx="982980" cy="685800"/>
                    </a:xfrm>
                    <a:prstGeom prst="rect">
                      <a:avLst/>
                    </a:prstGeom>
                    <a:noFill/>
                  </pic:spPr>
                </pic:pic>
              </a:graphicData>
            </a:graphic>
            <wp14:sizeRelH relativeFrom="page">
              <wp14:pctWidth>0</wp14:pctWidth>
            </wp14:sizeRelH>
            <wp14:sizeRelV relativeFrom="page">
              <wp14:pctHeight>0</wp14:pctHeight>
            </wp14:sizeRelV>
          </wp:anchor>
        </w:drawing>
      </w:r>
      <w:r w:rsidRPr="00FA1D49">
        <w:rPr>
          <w:b/>
          <w:color w:val="002060"/>
          <w:sz w:val="28"/>
          <w:szCs w:val="28"/>
          <w:lang w:val="kk-KZ"/>
        </w:rPr>
        <w:t>Қарағанды облысы білім басқармасының Қарағанды қаласы білім бөлімінің "№14 мектеп- гимназиясы" коммуналдық мемлекеттік мекемесі</w:t>
      </w:r>
    </w:p>
    <w:p w14:paraId="1B024FD3" w14:textId="77777777" w:rsidR="00FA1D49" w:rsidRPr="00FA1D49" w:rsidRDefault="00FA1D49" w:rsidP="00FA1D49">
      <w:pPr>
        <w:shd w:val="clear" w:color="auto" w:fill="FFFFFF"/>
        <w:jc w:val="both"/>
        <w:rPr>
          <w:color w:val="002060"/>
          <w:sz w:val="28"/>
          <w:szCs w:val="28"/>
          <w:lang w:val="kk-KZ"/>
        </w:rPr>
      </w:pPr>
      <w:r w:rsidRPr="00FA1D49">
        <w:rPr>
          <w:color w:val="002060"/>
          <w:sz w:val="28"/>
          <w:szCs w:val="28"/>
          <w:lang w:val="kk-KZ"/>
        </w:rPr>
        <w:t xml:space="preserve">      https://kargoo.kz/index/fromorg/231</w:t>
      </w:r>
    </w:p>
    <w:p w14:paraId="42BD01AE" w14:textId="77777777" w:rsidR="00FA1D49" w:rsidRPr="00FA1D49" w:rsidRDefault="00FA1D49" w:rsidP="00FA1D49">
      <w:pPr>
        <w:shd w:val="clear" w:color="auto" w:fill="FFFFFF"/>
        <w:jc w:val="both"/>
        <w:rPr>
          <w:sz w:val="28"/>
          <w:szCs w:val="28"/>
          <w:lang w:val="kk-KZ"/>
        </w:rPr>
      </w:pPr>
      <w:r w:rsidRPr="00FA1D49">
        <w:rPr>
          <w:noProof/>
          <w:sz w:val="28"/>
          <w:szCs w:val="28"/>
          <w:lang w:eastAsia="ru-RU"/>
        </w:rPr>
        <w:drawing>
          <wp:anchor distT="0" distB="0" distL="114300" distR="114300" simplePos="0" relativeHeight="251638272" behindDoc="1" locked="0" layoutInCell="1" allowOverlap="1" wp14:anchorId="15D5692D" wp14:editId="373099AC">
            <wp:simplePos x="0" y="0"/>
            <wp:positionH relativeFrom="column">
              <wp:posOffset>-1270</wp:posOffset>
            </wp:positionH>
            <wp:positionV relativeFrom="paragraph">
              <wp:posOffset>225425</wp:posOffset>
            </wp:positionV>
            <wp:extent cx="2468880" cy="1470660"/>
            <wp:effectExtent l="0" t="0" r="7620" b="0"/>
            <wp:wrapThrough wrapText="bothSides">
              <wp:wrapPolygon edited="0">
                <wp:start x="0" y="0"/>
                <wp:lineTo x="0" y="21264"/>
                <wp:lineTo x="21500" y="21264"/>
                <wp:lineTo x="21500" y="0"/>
                <wp:lineTo x="0" y="0"/>
              </wp:wrapPolygon>
            </wp:wrapThrough>
            <wp:docPr id="29" name="Рисунок 29" descr="C:\Users\3\Desktop\Снимок экрана 2026-09-30 1458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3\Desktop\Снимок экрана 2026-09-30 145806.png"/>
                    <pic:cNvPicPr>
                      <a:picLocks noChangeAspect="1" noChangeArrowheads="1"/>
                    </pic:cNvPicPr>
                  </pic:nvPicPr>
                  <pic:blipFill>
                    <a:blip r:embed="rId864" cstate="print">
                      <a:extLst>
                        <a:ext uri="{28A0092B-C50C-407E-A947-70E740481C1C}">
                          <a14:useLocalDpi xmlns:a14="http://schemas.microsoft.com/office/drawing/2010/main" val="0"/>
                        </a:ext>
                      </a:extLst>
                    </a:blip>
                    <a:srcRect/>
                    <a:stretch>
                      <a:fillRect/>
                    </a:stretch>
                  </pic:blipFill>
                  <pic:spPr bwMode="auto">
                    <a:xfrm>
                      <a:off x="0" y="0"/>
                      <a:ext cx="2468880" cy="147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F65A9B" w14:textId="77777777" w:rsidR="00FA1D49" w:rsidRPr="00FA1D49" w:rsidRDefault="00FA1D49" w:rsidP="00FA1D49">
      <w:pPr>
        <w:shd w:val="clear" w:color="auto" w:fill="FFFFFF"/>
        <w:jc w:val="both"/>
        <w:rPr>
          <w:sz w:val="28"/>
          <w:szCs w:val="28"/>
          <w:lang w:val="kk-KZ"/>
        </w:rPr>
      </w:pPr>
      <w:r w:rsidRPr="00FA1D49">
        <w:rPr>
          <w:noProof/>
          <w:sz w:val="28"/>
          <w:szCs w:val="28"/>
          <w:lang w:eastAsia="ru-RU"/>
        </w:rPr>
        <w:drawing>
          <wp:anchor distT="0" distB="0" distL="114300" distR="114300" simplePos="0" relativeHeight="251648512" behindDoc="1" locked="0" layoutInCell="1" allowOverlap="1" wp14:anchorId="5E842969" wp14:editId="0F357764">
            <wp:simplePos x="0" y="0"/>
            <wp:positionH relativeFrom="column">
              <wp:posOffset>232410</wp:posOffset>
            </wp:positionH>
            <wp:positionV relativeFrom="paragraph">
              <wp:posOffset>20955</wp:posOffset>
            </wp:positionV>
            <wp:extent cx="2301240" cy="1470660"/>
            <wp:effectExtent l="0" t="0" r="3810" b="0"/>
            <wp:wrapThrough wrapText="bothSides">
              <wp:wrapPolygon edited="0">
                <wp:start x="0" y="0"/>
                <wp:lineTo x="0" y="21264"/>
                <wp:lineTo x="21457" y="21264"/>
                <wp:lineTo x="21457" y="0"/>
                <wp:lineTo x="0" y="0"/>
              </wp:wrapPolygon>
            </wp:wrapThrough>
            <wp:docPr id="30" name="Рисунок 30" descr="C:\Users\3\Downloads\WhatsApp Image 2026-09-30 at 15.06.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3\Downloads\WhatsApp Image 2026-09-30 at 15.06.10.jpeg"/>
                    <pic:cNvPicPr>
                      <a:picLocks noChangeAspect="1" noChangeArrowheads="1"/>
                    </pic:cNvPicPr>
                  </pic:nvPicPr>
                  <pic:blipFill rotWithShape="1">
                    <a:blip r:embed="rId865" cstate="print">
                      <a:extLst>
                        <a:ext uri="{28A0092B-C50C-407E-A947-70E740481C1C}">
                          <a14:useLocalDpi xmlns:a14="http://schemas.microsoft.com/office/drawing/2010/main" val="0"/>
                        </a:ext>
                      </a:extLst>
                    </a:blip>
                    <a:srcRect t="22348" r="23258" b="53978"/>
                    <a:stretch/>
                  </pic:blipFill>
                  <pic:spPr bwMode="auto">
                    <a:xfrm>
                      <a:off x="0" y="0"/>
                      <a:ext cx="2301240" cy="14706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0FEE9D0" w14:textId="77777777" w:rsidR="00FA1D49" w:rsidRPr="00FA1D49" w:rsidRDefault="00FA1D49" w:rsidP="00FA1D49">
      <w:pPr>
        <w:jc w:val="both"/>
        <w:rPr>
          <w:sz w:val="28"/>
          <w:szCs w:val="28"/>
          <w:lang w:val="kk-KZ"/>
        </w:rPr>
      </w:pPr>
    </w:p>
    <w:p w14:paraId="7E5CB3EA" w14:textId="77777777" w:rsidR="00FA1D49" w:rsidRPr="00FA1D49" w:rsidRDefault="00FA1D49" w:rsidP="00FA1D49">
      <w:pPr>
        <w:jc w:val="both"/>
        <w:rPr>
          <w:sz w:val="28"/>
          <w:szCs w:val="28"/>
          <w:lang w:val="kk-KZ"/>
        </w:rPr>
      </w:pPr>
    </w:p>
    <w:p w14:paraId="456F12D1" w14:textId="77777777" w:rsidR="00FA1D49" w:rsidRPr="00FA1D49" w:rsidRDefault="00FA1D49" w:rsidP="00FA1D49">
      <w:pPr>
        <w:jc w:val="both"/>
        <w:rPr>
          <w:sz w:val="28"/>
          <w:szCs w:val="28"/>
          <w:lang w:val="kk-KZ"/>
        </w:rPr>
      </w:pPr>
    </w:p>
    <w:p w14:paraId="5131AAAD" w14:textId="77777777" w:rsidR="00FA1D49" w:rsidRPr="00FA1D49" w:rsidRDefault="00FA1D49" w:rsidP="00FA1D49">
      <w:pPr>
        <w:jc w:val="both"/>
        <w:rPr>
          <w:sz w:val="28"/>
          <w:szCs w:val="28"/>
          <w:lang w:val="kk-KZ"/>
        </w:rPr>
      </w:pPr>
    </w:p>
    <w:p w14:paraId="796D8503" w14:textId="77777777" w:rsidR="00FA1D49" w:rsidRPr="00FA1D49" w:rsidRDefault="00FA1D49" w:rsidP="00FA1D49">
      <w:pPr>
        <w:jc w:val="both"/>
        <w:rPr>
          <w:sz w:val="28"/>
          <w:szCs w:val="28"/>
          <w:lang w:val="kk-KZ"/>
        </w:rPr>
      </w:pPr>
    </w:p>
    <w:p w14:paraId="7994BFF1" w14:textId="77777777" w:rsidR="00FA1D49" w:rsidRPr="00FA1D49" w:rsidRDefault="00FA1D49" w:rsidP="00FA1D49">
      <w:pPr>
        <w:jc w:val="both"/>
        <w:rPr>
          <w:sz w:val="28"/>
          <w:szCs w:val="28"/>
          <w:lang w:val="kk-KZ"/>
        </w:rPr>
      </w:pPr>
    </w:p>
    <w:p w14:paraId="3D7FC96D" w14:textId="740C8952" w:rsidR="00FA1D49" w:rsidRPr="00FA1D49" w:rsidRDefault="00FA1D49" w:rsidP="00FA1D49">
      <w:pPr>
        <w:jc w:val="both"/>
        <w:rPr>
          <w:sz w:val="28"/>
          <w:szCs w:val="28"/>
          <w:lang w:val="kk-KZ"/>
        </w:rPr>
      </w:pPr>
    </w:p>
    <w:p w14:paraId="6A5F236B" w14:textId="77777777" w:rsidR="00FA1D49" w:rsidRPr="00FA1D49" w:rsidRDefault="00FA1D49" w:rsidP="00FA1D49">
      <w:pPr>
        <w:jc w:val="both"/>
        <w:rPr>
          <w:sz w:val="28"/>
          <w:szCs w:val="28"/>
          <w:lang w:val="kk-KZ"/>
        </w:rPr>
      </w:pPr>
    </w:p>
    <w:p w14:paraId="5EDE9FB4" w14:textId="77777777" w:rsidR="00FA1D49" w:rsidRPr="00FA1D49" w:rsidRDefault="00FA1D49" w:rsidP="00FA1D49">
      <w:pPr>
        <w:pStyle w:val="a8"/>
        <w:jc w:val="both"/>
        <w:rPr>
          <w:rFonts w:ascii="Times New Roman" w:hAnsi="Times New Roman" w:cs="Times New Roman"/>
          <w:b/>
          <w:bCs/>
          <w:sz w:val="28"/>
          <w:szCs w:val="28"/>
          <w:lang w:val="kk-KZ"/>
        </w:rPr>
      </w:pPr>
      <w:r w:rsidRPr="00FA1D49">
        <w:rPr>
          <w:rFonts w:ascii="Times New Roman" w:hAnsi="Times New Roman" w:cs="Times New Roman"/>
          <w:b/>
          <w:bCs/>
          <w:sz w:val="28"/>
          <w:szCs w:val="28"/>
          <w:lang w:val="kk-KZ"/>
        </w:rPr>
        <w:t>1. Біліктілік талаптарына сәйкес кітапхана қорын (оқулықтармен, оқу-әдістемелік және көркем әдебиеттермен) қамтамасыз ету.</w:t>
      </w:r>
    </w:p>
    <w:p w14:paraId="5CE1B206" w14:textId="020EAE6F" w:rsidR="00FA1D49" w:rsidRPr="00FA1D49" w:rsidRDefault="00FA1D49" w:rsidP="00FA1D49">
      <w:pPr>
        <w:pStyle w:val="a8"/>
        <w:jc w:val="both"/>
        <w:rPr>
          <w:rFonts w:ascii="Times New Roman" w:hAnsi="Times New Roman" w:cs="Times New Roman"/>
          <w:bCs/>
          <w:sz w:val="28"/>
          <w:szCs w:val="28"/>
          <w:lang w:val="kk-KZ"/>
        </w:rPr>
      </w:pPr>
      <w:r w:rsidRPr="00FA1D49">
        <w:rPr>
          <w:rFonts w:ascii="Times New Roman" w:hAnsi="Times New Roman" w:cs="Times New Roman"/>
          <w:b/>
          <w:bCs/>
          <w:sz w:val="28"/>
          <w:szCs w:val="28"/>
          <w:lang w:val="kk-KZ"/>
        </w:rPr>
        <w:lastRenderedPageBreak/>
        <w:t xml:space="preserve"> </w:t>
      </w:r>
      <w:r w:rsidRPr="00FA1D49">
        <w:rPr>
          <w:rFonts w:ascii="Times New Roman" w:hAnsi="Times New Roman" w:cs="Times New Roman"/>
          <w:bCs/>
          <w:i/>
          <w:sz w:val="28"/>
          <w:szCs w:val="28"/>
          <w:lang w:val="kk-KZ"/>
        </w:rPr>
        <w:t>-</w:t>
      </w:r>
      <w:r w:rsidRPr="00FA1D49">
        <w:rPr>
          <w:rFonts w:ascii="Times New Roman" w:hAnsi="Times New Roman" w:cs="Times New Roman"/>
          <w:bCs/>
          <w:sz w:val="28"/>
          <w:szCs w:val="28"/>
          <w:lang w:val="kk-KZ"/>
        </w:rPr>
        <w:t>бастауыш білім беру ұйымдарының білім беру қызметіне қойылатын біліктілік талаптарын сақтау, негізгі орта және жалпы орта білімнің білім беру бағдарламаларын және олардың сәйкестігін растайтын құжаттар тізбесін. Оқу және көркем әдебиеттің кітапханалық қорының болуы</w:t>
      </w:r>
      <w:r>
        <w:rPr>
          <w:rFonts w:ascii="Times New Roman" w:hAnsi="Times New Roman" w:cs="Times New Roman"/>
          <w:bCs/>
          <w:sz w:val="28"/>
          <w:szCs w:val="28"/>
          <w:lang w:val="kk-KZ"/>
        </w:rPr>
        <w:t xml:space="preserve"> </w:t>
      </w:r>
      <w:r w:rsidRPr="00FA1D49">
        <w:rPr>
          <w:rFonts w:ascii="Times New Roman" w:hAnsi="Times New Roman" w:cs="Times New Roman"/>
          <w:bCs/>
          <w:sz w:val="28"/>
          <w:szCs w:val="28"/>
          <w:lang w:val="kk-KZ"/>
        </w:rPr>
        <w:t>туралы мәліметтер.</w:t>
      </w:r>
    </w:p>
    <w:p w14:paraId="59777C60" w14:textId="77777777" w:rsidR="00FA1D49" w:rsidRPr="00FA1D49" w:rsidRDefault="00FA1D49" w:rsidP="00FA1D49">
      <w:pPr>
        <w:jc w:val="both"/>
        <w:rPr>
          <w:sz w:val="28"/>
          <w:szCs w:val="28"/>
          <w:lang w:val="kk-KZ"/>
        </w:rPr>
      </w:pPr>
    </w:p>
    <w:p w14:paraId="57EB53CD" w14:textId="77777777" w:rsidR="00FA1D49" w:rsidRPr="00FA1D49" w:rsidRDefault="00FA1D49" w:rsidP="00FA1D49">
      <w:pPr>
        <w:jc w:val="both"/>
        <w:rPr>
          <w:b/>
          <w:sz w:val="28"/>
          <w:szCs w:val="28"/>
          <w:lang w:val="kk-KZ"/>
        </w:rPr>
      </w:pPr>
      <w:r w:rsidRPr="00FA1D49">
        <w:rPr>
          <w:b/>
          <w:sz w:val="28"/>
          <w:szCs w:val="28"/>
          <w:lang w:val="kk-KZ"/>
        </w:rPr>
        <w:t>2025-2026 оқу жылы</w:t>
      </w:r>
    </w:p>
    <w:p w14:paraId="79FAD302" w14:textId="77777777" w:rsidR="00FA1D49" w:rsidRPr="00FA1D49" w:rsidRDefault="00FA1D49" w:rsidP="00FA1D49">
      <w:pPr>
        <w:jc w:val="both"/>
        <w:rPr>
          <w:sz w:val="28"/>
          <w:szCs w:val="28"/>
          <w:lang w:val="kk-KZ"/>
        </w:rPr>
      </w:pPr>
    </w:p>
    <w:p w14:paraId="267DF761" w14:textId="77777777" w:rsidR="00FA1D49" w:rsidRPr="00FA1D49" w:rsidRDefault="00FA1D49" w:rsidP="00FA1D49">
      <w:pPr>
        <w:jc w:val="both"/>
        <w:rPr>
          <w:sz w:val="28"/>
          <w:szCs w:val="28"/>
          <w:lang w:val="kk-KZ"/>
        </w:rPr>
      </w:pPr>
      <w:r w:rsidRPr="00FA1D49">
        <w:rPr>
          <w:sz w:val="28"/>
          <w:szCs w:val="28"/>
          <w:lang w:val="kk-KZ"/>
        </w:rPr>
        <w:t xml:space="preserve">          2025-2026 оқу жылының мектеп-гимназия кітапханасының қорына 1,7,8,10,11 сынып оқушыларына 3611 дана оқулық жалпы соммасы 10 296 120 (он миллион  екі жүз тоқсан алты мың жүз жиырма) теңгеге жеткізілді. 4 сынып оқулықтарына </w:t>
      </w:r>
      <w:r w:rsidRPr="00FA1D49">
        <w:rPr>
          <w:sz w:val="28"/>
          <w:szCs w:val="28"/>
          <w:lang w:val="kk-KZ" w:eastAsia="ru-RU"/>
        </w:rPr>
        <w:t xml:space="preserve">«Алматыкітап», НИШ баспаларына  </w:t>
      </w:r>
      <w:r w:rsidRPr="00FA1D49">
        <w:rPr>
          <w:sz w:val="28"/>
          <w:szCs w:val="28"/>
          <w:lang w:val="kk-KZ"/>
        </w:rPr>
        <w:t xml:space="preserve">тапсырыс беруіне </w:t>
      </w:r>
      <w:r w:rsidRPr="00FA1D49">
        <w:rPr>
          <w:sz w:val="28"/>
          <w:szCs w:val="28"/>
          <w:lang w:val="kk-KZ" w:eastAsia="ru-RU"/>
        </w:rPr>
        <w:t xml:space="preserve">таңдау жұмыстары цифрлық </w:t>
      </w:r>
      <w:r w:rsidRPr="00FA1D49">
        <w:rPr>
          <w:bCs/>
          <w:sz w:val="28"/>
          <w:szCs w:val="28"/>
          <w:lang w:val="kk-KZ" w:eastAsia="ru-RU"/>
        </w:rPr>
        <w:t>Е-тандау</w:t>
      </w:r>
      <w:r w:rsidRPr="00FA1D49">
        <w:rPr>
          <w:b/>
          <w:bCs/>
          <w:sz w:val="28"/>
          <w:szCs w:val="28"/>
          <w:lang w:val="kk-KZ" w:eastAsia="ru-RU"/>
        </w:rPr>
        <w:t xml:space="preserve"> </w:t>
      </w:r>
      <w:r w:rsidRPr="00FA1D49">
        <w:rPr>
          <w:bCs/>
          <w:sz w:val="28"/>
          <w:szCs w:val="28"/>
          <w:lang w:val="kk-KZ" w:eastAsia="ru-RU"/>
        </w:rPr>
        <w:t>платформасы</w:t>
      </w:r>
      <w:r w:rsidRPr="00FA1D49">
        <w:rPr>
          <w:sz w:val="28"/>
          <w:szCs w:val="28"/>
          <w:lang w:val="kk-KZ" w:eastAsia="ru-RU"/>
        </w:rPr>
        <w:t xml:space="preserve">  бойынша пән мұғалімдерімен  бірлесе отырып   </w:t>
      </w:r>
      <w:r w:rsidRPr="00FA1D49">
        <w:rPr>
          <w:bCs/>
          <w:sz w:val="28"/>
          <w:szCs w:val="28"/>
          <w:lang w:val="kk-KZ" w:eastAsia="ru-RU"/>
        </w:rPr>
        <w:t>ҚР Оқу-ағарту министрінің 2022 жылғы 9 желтоқсандағы №491 бұйрығы</w:t>
      </w:r>
      <w:r w:rsidRPr="00FA1D49">
        <w:rPr>
          <w:sz w:val="28"/>
          <w:szCs w:val="28"/>
          <w:lang w:val="kk-KZ" w:eastAsia="ru-RU"/>
        </w:rPr>
        <w:t xml:space="preserve"> басшылыққа алынып, хаттамасы шығып,</w:t>
      </w:r>
      <w:r w:rsidRPr="00FA1D49">
        <w:rPr>
          <w:sz w:val="28"/>
          <w:szCs w:val="28"/>
          <w:lang w:val="kk-KZ"/>
        </w:rPr>
        <w:t xml:space="preserve"> Қарағанды ​​қалалық білім беру бөліміне  тапсырыс бекітіліп, жеткізілді: Русский язык №1,№2, бейнелеу өнері, еңбеке баулу, жаратылыстану, ағылшын тілі, ағылшын тілі жұмыс дәптері.  1 сынып оқушыларына әр пәнінен 135 дана:  математика №1,2,4, жаратылыстану №1,2 әліппе №1,2,3 ана тілі №1,2 дүниетану жұмыс дәптерлері жеткізілді.  7 сыныптарға ір пәннен 100 данадан, 8 сыныптар үшін жаңартылып шыққан пәндер: қазақстан тарихы, география 75 данадан келіп жетті. </w:t>
      </w:r>
    </w:p>
    <w:p w14:paraId="4987FD42" w14:textId="77777777" w:rsidR="00FA1D49" w:rsidRPr="00FA1D49" w:rsidRDefault="00FA1D49" w:rsidP="00FA1D49">
      <w:pPr>
        <w:jc w:val="both"/>
        <w:rPr>
          <w:sz w:val="28"/>
          <w:szCs w:val="28"/>
          <w:lang w:val="kk-KZ"/>
        </w:rPr>
      </w:pPr>
      <w:r w:rsidRPr="00FA1D49">
        <w:rPr>
          <w:sz w:val="28"/>
          <w:szCs w:val="28"/>
          <w:lang w:val="kk-KZ"/>
        </w:rPr>
        <w:t xml:space="preserve">          Мектеп-гиназия кітапханасы арнаулы білім алатын оқушыларға  арнайы оқулықтарға, дидактикалық әдістемелік нысандарына мұғалімдерге арналған оқыту әдістемеліктеріне, оқушылар үшін жұмыс дәптерлеріне, атлас-карта кескіндеріне қалалық білім бөліміне тапсырыс 1,2,3,4,5,10 сыныптарына беріліп, жеткізілді. Барлығы 3611 дана 10296120 (он миллион екі жүз тоқсан алты мың жүз жиырма теңге. Арнайы білім алушылар барлық пән  оқулықтарымен 100% - ға қамтылды. Мектеп әкімшілігі, мектеп ұстаздары, мектеп психологтары, мектеп кітапханашылары оқушылардың мүмкіндіктері мен кемістігі ерекшеліктеріне орай әрдайым басшылық, қолдау  жасап отырады.</w:t>
      </w:r>
    </w:p>
    <w:p w14:paraId="010BAF96" w14:textId="77777777" w:rsidR="00FA1D49" w:rsidRPr="00FA1D49" w:rsidRDefault="00FA1D49" w:rsidP="00FA1D49">
      <w:pPr>
        <w:jc w:val="both"/>
        <w:rPr>
          <w:sz w:val="28"/>
          <w:szCs w:val="28"/>
          <w:lang w:val="kk-KZ" w:eastAsia="ru-RU"/>
        </w:rPr>
      </w:pPr>
      <w:r w:rsidRPr="00FA1D49">
        <w:rPr>
          <w:sz w:val="28"/>
          <w:szCs w:val="28"/>
          <w:lang w:val="kk-KZ"/>
        </w:rPr>
        <w:t xml:space="preserve">        Кітапхана қорына: 30548 дана оқулық бар. Оқушылар «Атамұра», «Алматыкітап», «Мектеп» баспаларынан білім алуда. Мектебіміздің   барлық   1-11 сынып оқушылары оқулықтармен 100%-ға қамтылған.</w:t>
      </w:r>
    </w:p>
    <w:p w14:paraId="2D2CE3C0" w14:textId="78A793F3" w:rsidR="00FA1D49" w:rsidRDefault="00FA1D49" w:rsidP="00FA1D49">
      <w:pPr>
        <w:pStyle w:val="81"/>
        <w:spacing w:line="240" w:lineRule="auto"/>
        <w:ind w:hanging="284"/>
        <w:rPr>
          <w:rFonts w:eastAsiaTheme="majorEastAsia"/>
          <w:sz w:val="28"/>
          <w:szCs w:val="28"/>
          <w:lang w:val="kk-KZ"/>
        </w:rPr>
      </w:pPr>
      <w:r w:rsidRPr="00FA1D49">
        <w:rPr>
          <w:sz w:val="28"/>
          <w:szCs w:val="28"/>
          <w:lang w:val="kk-KZ"/>
        </w:rPr>
        <w:t xml:space="preserve">     </w:t>
      </w:r>
      <w:r w:rsidRPr="00FA1D49">
        <w:rPr>
          <w:color w:val="1F1F1F"/>
          <w:sz w:val="28"/>
          <w:szCs w:val="28"/>
          <w:lang w:val="kk-KZ" w:eastAsia="ru-RU"/>
        </w:rPr>
        <w:t>Кітапхана қорын сақтау мақсатында  оқушыларға оқулық кітаптарын ұқыпты, таза ұстауға тәрбиелеу жұмыстары жүргізіліп кітапхана ережесімен тәртіптері ескеріліп,  бақылауға алынған.</w:t>
      </w:r>
      <w:r w:rsidRPr="00FA1D49">
        <w:rPr>
          <w:rFonts w:eastAsiaTheme="majorEastAsia"/>
          <w:sz w:val="28"/>
          <w:szCs w:val="28"/>
          <w:lang w:val="kk-KZ"/>
        </w:rPr>
        <w:t xml:space="preserve"> Әрбір оқушы «Кітап – білім бұлағы, оны сақтау – баршамыздың міндетіміз!» ұранымен оқулықтарды ұқыпты пайдаланып, мектеп-гимназия кітапханасының кітап қорын сақтауға міндетті.</w:t>
      </w:r>
    </w:p>
    <w:p w14:paraId="4FE3C651" w14:textId="77777777" w:rsidR="00FA1D49" w:rsidRPr="00FA1D49" w:rsidRDefault="00FA1D49" w:rsidP="00FA1D49">
      <w:pPr>
        <w:pStyle w:val="81"/>
        <w:spacing w:line="240" w:lineRule="auto"/>
        <w:ind w:hanging="284"/>
        <w:rPr>
          <w:rFonts w:eastAsiaTheme="majorEastAsia"/>
          <w:sz w:val="28"/>
          <w:szCs w:val="28"/>
          <w:lang w:val="kk-KZ"/>
        </w:rPr>
      </w:pPr>
    </w:p>
    <w:tbl>
      <w:tblPr>
        <w:tblStyle w:val="a7"/>
        <w:tblW w:w="10206" w:type="dxa"/>
        <w:tblInd w:w="108" w:type="dxa"/>
        <w:tblLook w:val="04A0" w:firstRow="1" w:lastRow="0" w:firstColumn="1" w:lastColumn="0" w:noHBand="0" w:noVBand="1"/>
      </w:tblPr>
      <w:tblGrid>
        <w:gridCol w:w="3686"/>
        <w:gridCol w:w="6520"/>
      </w:tblGrid>
      <w:tr w:rsidR="00FA1D49" w:rsidRPr="00FA1D49" w14:paraId="5F712BFB" w14:textId="77777777" w:rsidTr="00FA1D49">
        <w:tc>
          <w:tcPr>
            <w:tcW w:w="3686" w:type="dxa"/>
          </w:tcPr>
          <w:p w14:paraId="2E2A1B03" w14:textId="77777777" w:rsidR="00FA1D49" w:rsidRPr="00FA1D49" w:rsidRDefault="00FA1D49" w:rsidP="00FA1D49">
            <w:pPr>
              <w:ind w:left="22" w:hanging="22"/>
              <w:jc w:val="both"/>
              <w:rPr>
                <w:sz w:val="28"/>
                <w:szCs w:val="28"/>
              </w:rPr>
            </w:pPr>
            <w:r w:rsidRPr="00FA1D49">
              <w:rPr>
                <w:color w:val="000000"/>
                <w:sz w:val="28"/>
                <w:szCs w:val="28"/>
              </w:rPr>
              <w:t xml:space="preserve">Сынып    </w:t>
            </w:r>
            <w:r w:rsidRPr="00FA1D49">
              <w:rPr>
                <w:b/>
                <w:bCs/>
                <w:color w:val="000000"/>
                <w:sz w:val="28"/>
                <w:szCs w:val="28"/>
              </w:rPr>
              <w:t xml:space="preserve"> </w:t>
            </w:r>
          </w:p>
        </w:tc>
        <w:tc>
          <w:tcPr>
            <w:tcW w:w="6520" w:type="dxa"/>
          </w:tcPr>
          <w:p w14:paraId="205B08E6" w14:textId="77777777" w:rsidR="00FA1D49" w:rsidRPr="00FA1D49" w:rsidRDefault="00FA1D49" w:rsidP="00FA1D49">
            <w:pPr>
              <w:jc w:val="both"/>
              <w:rPr>
                <w:sz w:val="28"/>
                <w:szCs w:val="28"/>
                <w:lang w:val="kk-KZ"/>
              </w:rPr>
            </w:pPr>
            <w:r w:rsidRPr="00FA1D49">
              <w:rPr>
                <w:sz w:val="28"/>
                <w:szCs w:val="28"/>
                <w:lang w:val="kk-KZ"/>
              </w:rPr>
              <w:t>Шыққан жылы</w:t>
            </w:r>
          </w:p>
        </w:tc>
      </w:tr>
      <w:tr w:rsidR="00FA1D49" w:rsidRPr="00FA1D49" w14:paraId="641D2E47" w14:textId="77777777" w:rsidTr="00FA1D49">
        <w:tc>
          <w:tcPr>
            <w:tcW w:w="3686" w:type="dxa"/>
          </w:tcPr>
          <w:p w14:paraId="13B12084" w14:textId="77777777" w:rsidR="00FA1D49" w:rsidRPr="00FA1D49" w:rsidRDefault="00FA1D49" w:rsidP="00FA1D49">
            <w:pPr>
              <w:jc w:val="both"/>
              <w:rPr>
                <w:sz w:val="28"/>
                <w:szCs w:val="28"/>
              </w:rPr>
            </w:pPr>
            <w:r w:rsidRPr="00FA1D49">
              <w:rPr>
                <w:sz w:val="28"/>
                <w:szCs w:val="28"/>
              </w:rPr>
              <w:t>1-сынып</w:t>
            </w:r>
          </w:p>
        </w:tc>
        <w:tc>
          <w:tcPr>
            <w:tcW w:w="6520" w:type="dxa"/>
          </w:tcPr>
          <w:p w14:paraId="0D3923C0" w14:textId="77777777" w:rsidR="00FA1D49" w:rsidRPr="00FA1D49" w:rsidRDefault="00FA1D49" w:rsidP="00FA1D49">
            <w:pPr>
              <w:jc w:val="both"/>
              <w:rPr>
                <w:sz w:val="28"/>
                <w:szCs w:val="28"/>
              </w:rPr>
            </w:pPr>
            <w:r w:rsidRPr="00FA1D49">
              <w:rPr>
                <w:sz w:val="28"/>
                <w:szCs w:val="28"/>
              </w:rPr>
              <w:t>2021</w:t>
            </w:r>
          </w:p>
        </w:tc>
      </w:tr>
      <w:tr w:rsidR="00FA1D49" w:rsidRPr="00FA1D49" w14:paraId="3A7A5776" w14:textId="77777777" w:rsidTr="00FA1D49">
        <w:tc>
          <w:tcPr>
            <w:tcW w:w="3686" w:type="dxa"/>
          </w:tcPr>
          <w:p w14:paraId="4E85361B" w14:textId="77777777" w:rsidR="00FA1D49" w:rsidRPr="00FA1D49" w:rsidRDefault="00FA1D49" w:rsidP="00FA1D49">
            <w:pPr>
              <w:jc w:val="both"/>
              <w:rPr>
                <w:sz w:val="28"/>
                <w:szCs w:val="28"/>
              </w:rPr>
            </w:pPr>
            <w:r w:rsidRPr="00FA1D49">
              <w:rPr>
                <w:sz w:val="28"/>
                <w:szCs w:val="28"/>
              </w:rPr>
              <w:t>2-сынып</w:t>
            </w:r>
          </w:p>
        </w:tc>
        <w:tc>
          <w:tcPr>
            <w:tcW w:w="6520" w:type="dxa"/>
          </w:tcPr>
          <w:p w14:paraId="67797B41" w14:textId="77777777" w:rsidR="00FA1D49" w:rsidRPr="00FA1D49" w:rsidRDefault="00FA1D49" w:rsidP="00FA1D49">
            <w:pPr>
              <w:jc w:val="both"/>
              <w:rPr>
                <w:sz w:val="28"/>
                <w:szCs w:val="28"/>
              </w:rPr>
            </w:pPr>
            <w:r w:rsidRPr="00FA1D49">
              <w:rPr>
                <w:sz w:val="28"/>
                <w:szCs w:val="28"/>
              </w:rPr>
              <w:t>2022</w:t>
            </w:r>
          </w:p>
        </w:tc>
      </w:tr>
      <w:tr w:rsidR="00FA1D49" w:rsidRPr="00FA1D49" w14:paraId="6FE259E5" w14:textId="77777777" w:rsidTr="00FA1D49">
        <w:tc>
          <w:tcPr>
            <w:tcW w:w="3686" w:type="dxa"/>
          </w:tcPr>
          <w:p w14:paraId="027A2476" w14:textId="77777777" w:rsidR="00FA1D49" w:rsidRPr="00FA1D49" w:rsidRDefault="00FA1D49" w:rsidP="00FA1D49">
            <w:pPr>
              <w:jc w:val="both"/>
              <w:rPr>
                <w:sz w:val="28"/>
                <w:szCs w:val="28"/>
              </w:rPr>
            </w:pPr>
            <w:r w:rsidRPr="00FA1D49">
              <w:rPr>
                <w:sz w:val="28"/>
                <w:szCs w:val="28"/>
              </w:rPr>
              <w:t>3-сынып</w:t>
            </w:r>
          </w:p>
        </w:tc>
        <w:tc>
          <w:tcPr>
            <w:tcW w:w="6520" w:type="dxa"/>
          </w:tcPr>
          <w:p w14:paraId="22D56722" w14:textId="77777777" w:rsidR="00FA1D49" w:rsidRPr="00FA1D49" w:rsidRDefault="00FA1D49" w:rsidP="00FA1D49">
            <w:pPr>
              <w:jc w:val="both"/>
              <w:rPr>
                <w:sz w:val="28"/>
                <w:szCs w:val="28"/>
              </w:rPr>
            </w:pPr>
            <w:r w:rsidRPr="00FA1D49">
              <w:rPr>
                <w:sz w:val="28"/>
                <w:szCs w:val="28"/>
              </w:rPr>
              <w:t>2018, 2024</w:t>
            </w:r>
          </w:p>
        </w:tc>
      </w:tr>
      <w:tr w:rsidR="00FA1D49" w:rsidRPr="00FA1D49" w14:paraId="272068F1" w14:textId="77777777" w:rsidTr="00FA1D49">
        <w:tc>
          <w:tcPr>
            <w:tcW w:w="3686" w:type="dxa"/>
          </w:tcPr>
          <w:p w14:paraId="599F8F2A" w14:textId="77777777" w:rsidR="00FA1D49" w:rsidRPr="00FA1D49" w:rsidRDefault="00FA1D49" w:rsidP="00FA1D49">
            <w:pPr>
              <w:jc w:val="both"/>
              <w:rPr>
                <w:sz w:val="28"/>
                <w:szCs w:val="28"/>
              </w:rPr>
            </w:pPr>
            <w:r w:rsidRPr="00FA1D49">
              <w:rPr>
                <w:sz w:val="28"/>
                <w:szCs w:val="28"/>
              </w:rPr>
              <w:t>4-сынып</w:t>
            </w:r>
          </w:p>
        </w:tc>
        <w:tc>
          <w:tcPr>
            <w:tcW w:w="6520" w:type="dxa"/>
          </w:tcPr>
          <w:p w14:paraId="59442A87" w14:textId="77777777" w:rsidR="00FA1D49" w:rsidRPr="00FA1D49" w:rsidRDefault="00FA1D49" w:rsidP="00FA1D49">
            <w:pPr>
              <w:jc w:val="both"/>
              <w:rPr>
                <w:sz w:val="28"/>
                <w:szCs w:val="28"/>
              </w:rPr>
            </w:pPr>
            <w:r w:rsidRPr="00FA1D49">
              <w:rPr>
                <w:sz w:val="28"/>
                <w:szCs w:val="28"/>
              </w:rPr>
              <w:t>2019</w:t>
            </w:r>
          </w:p>
        </w:tc>
      </w:tr>
      <w:tr w:rsidR="00FA1D49" w:rsidRPr="00FA1D49" w14:paraId="2CCCFEE2" w14:textId="77777777" w:rsidTr="00FA1D49">
        <w:tc>
          <w:tcPr>
            <w:tcW w:w="3686" w:type="dxa"/>
          </w:tcPr>
          <w:p w14:paraId="2166AE9C" w14:textId="77777777" w:rsidR="00FA1D49" w:rsidRPr="00FA1D49" w:rsidRDefault="00FA1D49" w:rsidP="00FA1D49">
            <w:pPr>
              <w:jc w:val="both"/>
              <w:rPr>
                <w:sz w:val="28"/>
                <w:szCs w:val="28"/>
              </w:rPr>
            </w:pPr>
            <w:r w:rsidRPr="00FA1D49">
              <w:rPr>
                <w:sz w:val="28"/>
                <w:szCs w:val="28"/>
              </w:rPr>
              <w:t>5-сынып</w:t>
            </w:r>
          </w:p>
        </w:tc>
        <w:tc>
          <w:tcPr>
            <w:tcW w:w="6520" w:type="dxa"/>
          </w:tcPr>
          <w:p w14:paraId="7B454DF7" w14:textId="77777777" w:rsidR="00FA1D49" w:rsidRPr="00FA1D49" w:rsidRDefault="00FA1D49" w:rsidP="00FA1D49">
            <w:pPr>
              <w:jc w:val="both"/>
              <w:rPr>
                <w:sz w:val="28"/>
                <w:szCs w:val="28"/>
              </w:rPr>
            </w:pPr>
            <w:r w:rsidRPr="00FA1D49">
              <w:rPr>
                <w:sz w:val="28"/>
                <w:szCs w:val="28"/>
              </w:rPr>
              <w:t>2017</w:t>
            </w:r>
          </w:p>
        </w:tc>
      </w:tr>
      <w:tr w:rsidR="00FA1D49" w:rsidRPr="00FA1D49" w14:paraId="4CCC736E" w14:textId="77777777" w:rsidTr="00FA1D49">
        <w:tc>
          <w:tcPr>
            <w:tcW w:w="3686" w:type="dxa"/>
          </w:tcPr>
          <w:p w14:paraId="4F5AEB35" w14:textId="77777777" w:rsidR="00FA1D49" w:rsidRPr="00FA1D49" w:rsidRDefault="00FA1D49" w:rsidP="00FA1D49">
            <w:pPr>
              <w:jc w:val="both"/>
              <w:rPr>
                <w:sz w:val="28"/>
                <w:szCs w:val="28"/>
              </w:rPr>
            </w:pPr>
            <w:r w:rsidRPr="00FA1D49">
              <w:rPr>
                <w:sz w:val="28"/>
                <w:szCs w:val="28"/>
              </w:rPr>
              <w:t>6-сынып</w:t>
            </w:r>
          </w:p>
        </w:tc>
        <w:tc>
          <w:tcPr>
            <w:tcW w:w="6520" w:type="dxa"/>
          </w:tcPr>
          <w:p w14:paraId="6DFE388D" w14:textId="77777777" w:rsidR="00FA1D49" w:rsidRPr="00FA1D49" w:rsidRDefault="00FA1D49" w:rsidP="00FA1D49">
            <w:pPr>
              <w:jc w:val="both"/>
              <w:rPr>
                <w:sz w:val="28"/>
                <w:szCs w:val="28"/>
              </w:rPr>
            </w:pPr>
            <w:r w:rsidRPr="00FA1D49">
              <w:rPr>
                <w:sz w:val="28"/>
                <w:szCs w:val="28"/>
              </w:rPr>
              <w:t>2018</w:t>
            </w:r>
          </w:p>
        </w:tc>
      </w:tr>
      <w:tr w:rsidR="00FA1D49" w:rsidRPr="00FA1D49" w14:paraId="2C4D1C66" w14:textId="77777777" w:rsidTr="00FA1D49">
        <w:tc>
          <w:tcPr>
            <w:tcW w:w="3686" w:type="dxa"/>
          </w:tcPr>
          <w:p w14:paraId="5A7526B0" w14:textId="77777777" w:rsidR="00FA1D49" w:rsidRPr="00FA1D49" w:rsidRDefault="00FA1D49" w:rsidP="00FA1D49">
            <w:pPr>
              <w:jc w:val="both"/>
              <w:rPr>
                <w:sz w:val="28"/>
                <w:szCs w:val="28"/>
              </w:rPr>
            </w:pPr>
            <w:r w:rsidRPr="00FA1D49">
              <w:rPr>
                <w:sz w:val="28"/>
                <w:szCs w:val="28"/>
              </w:rPr>
              <w:lastRenderedPageBreak/>
              <w:t>7-сынып</w:t>
            </w:r>
          </w:p>
        </w:tc>
        <w:tc>
          <w:tcPr>
            <w:tcW w:w="6520" w:type="dxa"/>
          </w:tcPr>
          <w:p w14:paraId="5B5A2512" w14:textId="77777777" w:rsidR="00FA1D49" w:rsidRPr="00FA1D49" w:rsidRDefault="00FA1D49" w:rsidP="00FA1D49">
            <w:pPr>
              <w:jc w:val="both"/>
              <w:rPr>
                <w:sz w:val="28"/>
                <w:szCs w:val="28"/>
                <w:lang w:val="kk-KZ"/>
              </w:rPr>
            </w:pPr>
            <w:r w:rsidRPr="00FA1D49">
              <w:rPr>
                <w:sz w:val="28"/>
                <w:szCs w:val="28"/>
              </w:rPr>
              <w:t>201</w:t>
            </w:r>
            <w:r w:rsidRPr="00FA1D49">
              <w:rPr>
                <w:sz w:val="28"/>
                <w:szCs w:val="28"/>
                <w:lang w:val="kk-KZ"/>
              </w:rPr>
              <w:t>8</w:t>
            </w:r>
          </w:p>
        </w:tc>
      </w:tr>
      <w:tr w:rsidR="00FA1D49" w:rsidRPr="00FA1D49" w14:paraId="11FEAA71" w14:textId="77777777" w:rsidTr="00FA1D49">
        <w:tc>
          <w:tcPr>
            <w:tcW w:w="3686" w:type="dxa"/>
          </w:tcPr>
          <w:p w14:paraId="25474E5F" w14:textId="77777777" w:rsidR="00FA1D49" w:rsidRPr="00FA1D49" w:rsidRDefault="00FA1D49" w:rsidP="00FA1D49">
            <w:pPr>
              <w:jc w:val="both"/>
              <w:rPr>
                <w:sz w:val="28"/>
                <w:szCs w:val="28"/>
              </w:rPr>
            </w:pPr>
            <w:r w:rsidRPr="00FA1D49">
              <w:rPr>
                <w:sz w:val="28"/>
                <w:szCs w:val="28"/>
              </w:rPr>
              <w:t>8-сынып</w:t>
            </w:r>
          </w:p>
        </w:tc>
        <w:tc>
          <w:tcPr>
            <w:tcW w:w="6520" w:type="dxa"/>
          </w:tcPr>
          <w:p w14:paraId="3B9659C5" w14:textId="77777777" w:rsidR="00FA1D49" w:rsidRPr="00FA1D49" w:rsidRDefault="00FA1D49" w:rsidP="00FA1D49">
            <w:pPr>
              <w:jc w:val="both"/>
              <w:rPr>
                <w:sz w:val="28"/>
                <w:szCs w:val="28"/>
                <w:lang w:val="kk-KZ"/>
              </w:rPr>
            </w:pPr>
            <w:r w:rsidRPr="00FA1D49">
              <w:rPr>
                <w:sz w:val="28"/>
                <w:szCs w:val="28"/>
              </w:rPr>
              <w:t>2018</w:t>
            </w:r>
            <w:r w:rsidRPr="00FA1D49">
              <w:rPr>
                <w:sz w:val="28"/>
                <w:szCs w:val="28"/>
                <w:lang w:val="kk-KZ"/>
              </w:rPr>
              <w:t>,2021</w:t>
            </w:r>
          </w:p>
        </w:tc>
      </w:tr>
      <w:tr w:rsidR="00FA1D49" w:rsidRPr="00FA1D49" w14:paraId="082A56AB" w14:textId="77777777" w:rsidTr="00FA1D49">
        <w:tc>
          <w:tcPr>
            <w:tcW w:w="3686" w:type="dxa"/>
          </w:tcPr>
          <w:p w14:paraId="71DD7CA7" w14:textId="77777777" w:rsidR="00FA1D49" w:rsidRPr="00FA1D49" w:rsidRDefault="00FA1D49" w:rsidP="00FA1D49">
            <w:pPr>
              <w:jc w:val="both"/>
              <w:rPr>
                <w:sz w:val="28"/>
                <w:szCs w:val="28"/>
              </w:rPr>
            </w:pPr>
            <w:r w:rsidRPr="00FA1D49">
              <w:rPr>
                <w:sz w:val="28"/>
                <w:szCs w:val="28"/>
              </w:rPr>
              <w:t>9-сынып</w:t>
            </w:r>
          </w:p>
        </w:tc>
        <w:tc>
          <w:tcPr>
            <w:tcW w:w="6520" w:type="dxa"/>
          </w:tcPr>
          <w:p w14:paraId="5903F712" w14:textId="77777777" w:rsidR="00FA1D49" w:rsidRPr="00FA1D49" w:rsidRDefault="00FA1D49" w:rsidP="00FA1D49">
            <w:pPr>
              <w:jc w:val="both"/>
              <w:rPr>
                <w:sz w:val="28"/>
                <w:szCs w:val="28"/>
                <w:lang w:val="kk-KZ"/>
              </w:rPr>
            </w:pPr>
            <w:r w:rsidRPr="00FA1D49">
              <w:rPr>
                <w:sz w:val="28"/>
                <w:szCs w:val="28"/>
              </w:rPr>
              <w:t>2019</w:t>
            </w:r>
            <w:r w:rsidRPr="00FA1D49">
              <w:rPr>
                <w:sz w:val="28"/>
                <w:szCs w:val="28"/>
                <w:lang w:val="kk-KZ"/>
              </w:rPr>
              <w:t>,2021</w:t>
            </w:r>
          </w:p>
        </w:tc>
      </w:tr>
      <w:tr w:rsidR="00FA1D49" w:rsidRPr="00FA1D49" w14:paraId="088751DD" w14:textId="77777777" w:rsidTr="00FA1D49">
        <w:tc>
          <w:tcPr>
            <w:tcW w:w="3686" w:type="dxa"/>
          </w:tcPr>
          <w:p w14:paraId="5B4B8B87" w14:textId="77777777" w:rsidR="00FA1D49" w:rsidRPr="00FA1D49" w:rsidRDefault="00FA1D49" w:rsidP="00FA1D49">
            <w:pPr>
              <w:jc w:val="both"/>
              <w:rPr>
                <w:sz w:val="28"/>
                <w:szCs w:val="28"/>
              </w:rPr>
            </w:pPr>
            <w:r w:rsidRPr="00FA1D49">
              <w:rPr>
                <w:sz w:val="28"/>
                <w:szCs w:val="28"/>
              </w:rPr>
              <w:t>10-сынып</w:t>
            </w:r>
          </w:p>
        </w:tc>
        <w:tc>
          <w:tcPr>
            <w:tcW w:w="6520" w:type="dxa"/>
          </w:tcPr>
          <w:p w14:paraId="7C3496BA" w14:textId="77777777" w:rsidR="00FA1D49" w:rsidRPr="00FA1D49" w:rsidRDefault="00FA1D49" w:rsidP="00FA1D49">
            <w:pPr>
              <w:jc w:val="both"/>
              <w:rPr>
                <w:sz w:val="28"/>
                <w:szCs w:val="28"/>
                <w:lang w:val="kk-KZ"/>
              </w:rPr>
            </w:pPr>
            <w:r w:rsidRPr="00FA1D49">
              <w:rPr>
                <w:sz w:val="28"/>
                <w:szCs w:val="28"/>
              </w:rPr>
              <w:t>2019</w:t>
            </w:r>
          </w:p>
        </w:tc>
      </w:tr>
      <w:tr w:rsidR="00FA1D49" w:rsidRPr="00FA1D49" w14:paraId="47E0F03A" w14:textId="77777777" w:rsidTr="00FA1D49">
        <w:tc>
          <w:tcPr>
            <w:tcW w:w="3686" w:type="dxa"/>
          </w:tcPr>
          <w:p w14:paraId="4A5C3B2A" w14:textId="77777777" w:rsidR="00FA1D49" w:rsidRPr="00FA1D49" w:rsidRDefault="00FA1D49" w:rsidP="00FA1D49">
            <w:pPr>
              <w:jc w:val="both"/>
              <w:rPr>
                <w:sz w:val="28"/>
                <w:szCs w:val="28"/>
              </w:rPr>
            </w:pPr>
            <w:r w:rsidRPr="00FA1D49">
              <w:rPr>
                <w:sz w:val="28"/>
                <w:szCs w:val="28"/>
              </w:rPr>
              <w:t>11-сынып</w:t>
            </w:r>
          </w:p>
        </w:tc>
        <w:tc>
          <w:tcPr>
            <w:tcW w:w="6520" w:type="dxa"/>
          </w:tcPr>
          <w:p w14:paraId="4F5696B8" w14:textId="77777777" w:rsidR="00FA1D49" w:rsidRPr="00FA1D49" w:rsidRDefault="00FA1D49" w:rsidP="00FA1D49">
            <w:pPr>
              <w:jc w:val="both"/>
              <w:rPr>
                <w:sz w:val="28"/>
                <w:szCs w:val="28"/>
              </w:rPr>
            </w:pPr>
            <w:r w:rsidRPr="00FA1D49">
              <w:rPr>
                <w:sz w:val="28"/>
                <w:szCs w:val="28"/>
              </w:rPr>
              <w:t>2020</w:t>
            </w:r>
          </w:p>
        </w:tc>
      </w:tr>
    </w:tbl>
    <w:p w14:paraId="1B6CC3AE" w14:textId="77777777" w:rsidR="00FA1D49" w:rsidRPr="00FA1D49" w:rsidRDefault="00FA1D49" w:rsidP="00FA1D49">
      <w:pPr>
        <w:tabs>
          <w:tab w:val="left" w:pos="709"/>
        </w:tabs>
        <w:jc w:val="both"/>
        <w:rPr>
          <w:sz w:val="28"/>
          <w:szCs w:val="28"/>
          <w:lang w:val="kk-KZ"/>
        </w:rPr>
      </w:pPr>
    </w:p>
    <w:p w14:paraId="369B9F30" w14:textId="77777777" w:rsidR="00FA1D49" w:rsidRPr="00FA1D49" w:rsidRDefault="00FA1D49" w:rsidP="00FA1D49">
      <w:pPr>
        <w:shd w:val="clear" w:color="auto" w:fill="FFFFFF"/>
        <w:jc w:val="both"/>
        <w:rPr>
          <w:b/>
          <w:bCs/>
          <w:color w:val="000000"/>
          <w:sz w:val="28"/>
          <w:szCs w:val="28"/>
          <w:lang w:val="kk-KZ"/>
        </w:rPr>
      </w:pPr>
      <w:r w:rsidRPr="00FA1D49">
        <w:rPr>
          <w:b/>
          <w:bCs/>
          <w:color w:val="000000"/>
          <w:sz w:val="28"/>
          <w:szCs w:val="28"/>
          <w:lang w:val="kk-KZ"/>
        </w:rPr>
        <w:t xml:space="preserve">                  Оқулықтармен қамту есебі 2025-2026 оқу жылы</w:t>
      </w:r>
    </w:p>
    <w:tbl>
      <w:tblPr>
        <w:tblW w:w="10774" w:type="dxa"/>
        <w:tblInd w:w="-176" w:type="dxa"/>
        <w:tblLayout w:type="fixed"/>
        <w:tblLook w:val="04A0" w:firstRow="1" w:lastRow="0" w:firstColumn="1" w:lastColumn="0" w:noHBand="0" w:noVBand="1"/>
      </w:tblPr>
      <w:tblGrid>
        <w:gridCol w:w="709"/>
        <w:gridCol w:w="2836"/>
        <w:gridCol w:w="1984"/>
        <w:gridCol w:w="2835"/>
        <w:gridCol w:w="2410"/>
      </w:tblGrid>
      <w:tr w:rsidR="00FA1D49" w:rsidRPr="00FA1D49" w14:paraId="6462AEC3" w14:textId="77777777" w:rsidTr="00FA1D49">
        <w:trPr>
          <w:trHeight w:val="776"/>
        </w:trPr>
        <w:tc>
          <w:tcPr>
            <w:tcW w:w="709" w:type="dxa"/>
            <w:vMerge w:val="restart"/>
            <w:tcBorders>
              <w:top w:val="single" w:sz="4" w:space="0" w:color="auto"/>
              <w:left w:val="single" w:sz="4" w:space="0" w:color="auto"/>
              <w:bottom w:val="single" w:sz="4" w:space="0" w:color="000000"/>
              <w:right w:val="single" w:sz="4" w:space="0" w:color="auto"/>
            </w:tcBorders>
            <w:hideMark/>
          </w:tcPr>
          <w:p w14:paraId="0B36B807" w14:textId="77777777" w:rsidR="00FA1D49" w:rsidRPr="00FA1D49" w:rsidRDefault="00FA1D49" w:rsidP="00FA1D49">
            <w:pPr>
              <w:jc w:val="both"/>
              <w:rPr>
                <w:color w:val="000000"/>
                <w:sz w:val="28"/>
                <w:szCs w:val="28"/>
                <w:lang w:val="kk-KZ"/>
              </w:rPr>
            </w:pPr>
            <w:r w:rsidRPr="00FA1D49">
              <w:rPr>
                <w:color w:val="000000"/>
                <w:sz w:val="28"/>
                <w:szCs w:val="28"/>
                <w:lang w:val="kk-KZ"/>
              </w:rPr>
              <w:t>р/с</w:t>
            </w:r>
          </w:p>
        </w:tc>
        <w:tc>
          <w:tcPr>
            <w:tcW w:w="2836" w:type="dxa"/>
            <w:vMerge w:val="restart"/>
            <w:tcBorders>
              <w:top w:val="single" w:sz="4" w:space="0" w:color="auto"/>
              <w:left w:val="single" w:sz="4" w:space="0" w:color="auto"/>
              <w:bottom w:val="single" w:sz="4" w:space="0" w:color="000000"/>
              <w:right w:val="single" w:sz="4" w:space="0" w:color="auto"/>
            </w:tcBorders>
            <w:hideMark/>
          </w:tcPr>
          <w:p w14:paraId="4D3E91E0" w14:textId="77777777" w:rsidR="00FA1D49" w:rsidRPr="00FA1D49" w:rsidRDefault="00FA1D49" w:rsidP="00FA1D49">
            <w:pPr>
              <w:jc w:val="both"/>
              <w:rPr>
                <w:color w:val="000000"/>
                <w:sz w:val="28"/>
                <w:szCs w:val="28"/>
              </w:rPr>
            </w:pPr>
            <w:r w:rsidRPr="00FA1D49">
              <w:rPr>
                <w:color w:val="000000"/>
                <w:sz w:val="28"/>
                <w:szCs w:val="28"/>
              </w:rPr>
              <w:t xml:space="preserve">Сыныптар      </w:t>
            </w:r>
            <w:r w:rsidRPr="00FA1D49">
              <w:rPr>
                <w:b/>
                <w:bCs/>
                <w:color w:val="000000"/>
                <w:sz w:val="28"/>
                <w:szCs w:val="28"/>
              </w:rPr>
              <w:t xml:space="preserve"> </w:t>
            </w:r>
          </w:p>
        </w:tc>
        <w:tc>
          <w:tcPr>
            <w:tcW w:w="7229" w:type="dxa"/>
            <w:gridSpan w:val="3"/>
            <w:tcBorders>
              <w:top w:val="single" w:sz="4" w:space="0" w:color="auto"/>
              <w:left w:val="nil"/>
              <w:bottom w:val="single" w:sz="4" w:space="0" w:color="auto"/>
              <w:right w:val="single" w:sz="4" w:space="0" w:color="auto"/>
            </w:tcBorders>
            <w:hideMark/>
          </w:tcPr>
          <w:p w14:paraId="746F1417" w14:textId="77777777" w:rsidR="00FA1D49" w:rsidRPr="00FA1D49" w:rsidRDefault="00FA1D49" w:rsidP="00FA1D49">
            <w:pPr>
              <w:jc w:val="both"/>
              <w:rPr>
                <w:color w:val="000000"/>
                <w:sz w:val="28"/>
                <w:szCs w:val="28"/>
              </w:rPr>
            </w:pPr>
            <w:r w:rsidRPr="00FA1D49">
              <w:rPr>
                <w:color w:val="000000"/>
                <w:sz w:val="28"/>
                <w:szCs w:val="28"/>
              </w:rPr>
              <w:t>Барлық оқушылар (адам)</w:t>
            </w:r>
          </w:p>
        </w:tc>
      </w:tr>
      <w:tr w:rsidR="00FA1D49" w:rsidRPr="00FA1D49" w14:paraId="420E3F0E" w14:textId="77777777" w:rsidTr="00FA1D49">
        <w:trPr>
          <w:trHeight w:val="652"/>
        </w:trPr>
        <w:tc>
          <w:tcPr>
            <w:tcW w:w="709" w:type="dxa"/>
            <w:vMerge/>
            <w:tcBorders>
              <w:top w:val="single" w:sz="4" w:space="0" w:color="auto"/>
              <w:left w:val="single" w:sz="4" w:space="0" w:color="auto"/>
              <w:bottom w:val="single" w:sz="4" w:space="0" w:color="000000"/>
              <w:right w:val="single" w:sz="4" w:space="0" w:color="auto"/>
            </w:tcBorders>
            <w:hideMark/>
          </w:tcPr>
          <w:p w14:paraId="38D76B26" w14:textId="77777777" w:rsidR="00FA1D49" w:rsidRPr="00FA1D49" w:rsidRDefault="00FA1D49" w:rsidP="00FA1D49">
            <w:pPr>
              <w:jc w:val="both"/>
              <w:rPr>
                <w:color w:val="000000"/>
                <w:sz w:val="28"/>
                <w:szCs w:val="28"/>
              </w:rPr>
            </w:pPr>
          </w:p>
        </w:tc>
        <w:tc>
          <w:tcPr>
            <w:tcW w:w="2836" w:type="dxa"/>
            <w:vMerge/>
            <w:tcBorders>
              <w:top w:val="single" w:sz="4" w:space="0" w:color="auto"/>
              <w:left w:val="single" w:sz="4" w:space="0" w:color="auto"/>
              <w:bottom w:val="single" w:sz="4" w:space="0" w:color="auto"/>
              <w:right w:val="single" w:sz="4" w:space="0" w:color="auto"/>
            </w:tcBorders>
            <w:hideMark/>
          </w:tcPr>
          <w:p w14:paraId="3B365165" w14:textId="77777777" w:rsidR="00FA1D49" w:rsidRPr="00FA1D49" w:rsidRDefault="00FA1D49" w:rsidP="00FA1D49">
            <w:pPr>
              <w:jc w:val="both"/>
              <w:rPr>
                <w:color w:val="000000"/>
                <w:sz w:val="28"/>
                <w:szCs w:val="28"/>
              </w:rPr>
            </w:pPr>
          </w:p>
        </w:tc>
        <w:tc>
          <w:tcPr>
            <w:tcW w:w="1984" w:type="dxa"/>
            <w:tcBorders>
              <w:top w:val="nil"/>
              <w:left w:val="nil"/>
              <w:bottom w:val="single" w:sz="4" w:space="0" w:color="auto"/>
              <w:right w:val="single" w:sz="4" w:space="0" w:color="auto"/>
            </w:tcBorders>
            <w:hideMark/>
          </w:tcPr>
          <w:p w14:paraId="2DDD5933" w14:textId="77777777" w:rsidR="00FA1D49" w:rsidRPr="00FA1D49" w:rsidRDefault="00FA1D49" w:rsidP="00FA1D49">
            <w:pPr>
              <w:jc w:val="both"/>
              <w:rPr>
                <w:color w:val="000000"/>
                <w:sz w:val="28"/>
                <w:szCs w:val="28"/>
                <w:lang w:val="kk-KZ"/>
              </w:rPr>
            </w:pPr>
            <w:r w:rsidRPr="00FA1D49">
              <w:rPr>
                <w:color w:val="000000"/>
                <w:sz w:val="28"/>
                <w:szCs w:val="28"/>
              </w:rPr>
              <w:t xml:space="preserve">саны </w:t>
            </w:r>
          </w:p>
        </w:tc>
        <w:tc>
          <w:tcPr>
            <w:tcW w:w="2835" w:type="dxa"/>
            <w:tcBorders>
              <w:top w:val="nil"/>
              <w:left w:val="nil"/>
              <w:bottom w:val="single" w:sz="4" w:space="0" w:color="auto"/>
              <w:right w:val="single" w:sz="4" w:space="0" w:color="auto"/>
            </w:tcBorders>
            <w:hideMark/>
          </w:tcPr>
          <w:p w14:paraId="1FB3B446" w14:textId="77777777" w:rsidR="00FA1D49" w:rsidRPr="00FA1D49" w:rsidRDefault="00FA1D49" w:rsidP="00FA1D49">
            <w:pPr>
              <w:jc w:val="both"/>
              <w:rPr>
                <w:color w:val="000000"/>
                <w:sz w:val="28"/>
                <w:szCs w:val="28"/>
                <w:lang w:val="kk-KZ"/>
              </w:rPr>
            </w:pPr>
            <w:r w:rsidRPr="00FA1D49">
              <w:rPr>
                <w:color w:val="000000"/>
                <w:sz w:val="28"/>
                <w:szCs w:val="28"/>
                <w:lang w:val="kk-KZ"/>
              </w:rPr>
              <w:t xml:space="preserve">окулықпен қамтамасыз етілген окушылар саны </w:t>
            </w:r>
          </w:p>
        </w:tc>
        <w:tc>
          <w:tcPr>
            <w:tcW w:w="2410" w:type="dxa"/>
            <w:tcBorders>
              <w:top w:val="nil"/>
              <w:left w:val="nil"/>
              <w:bottom w:val="single" w:sz="4" w:space="0" w:color="auto"/>
              <w:right w:val="single" w:sz="4" w:space="0" w:color="auto"/>
            </w:tcBorders>
          </w:tcPr>
          <w:p w14:paraId="4C17A47D" w14:textId="77777777" w:rsidR="00FA1D49" w:rsidRPr="00FA1D49" w:rsidRDefault="00FA1D49" w:rsidP="00FA1D49">
            <w:pPr>
              <w:jc w:val="both"/>
              <w:rPr>
                <w:color w:val="000000"/>
                <w:sz w:val="28"/>
                <w:szCs w:val="28"/>
                <w:lang w:val="kk-KZ"/>
              </w:rPr>
            </w:pPr>
            <w:r w:rsidRPr="00FA1D49">
              <w:rPr>
                <w:color w:val="000000"/>
                <w:sz w:val="28"/>
                <w:szCs w:val="28"/>
                <w:lang w:val="kk-KZ"/>
              </w:rPr>
              <w:t xml:space="preserve">Кітапхана қорындағы оқулық саны </w:t>
            </w:r>
          </w:p>
        </w:tc>
      </w:tr>
      <w:tr w:rsidR="00FA1D49" w:rsidRPr="00FA1D49" w14:paraId="77953C2E" w14:textId="77777777" w:rsidTr="00FA1D49">
        <w:trPr>
          <w:trHeight w:val="285"/>
        </w:trPr>
        <w:tc>
          <w:tcPr>
            <w:tcW w:w="709" w:type="dxa"/>
            <w:tcBorders>
              <w:top w:val="nil"/>
              <w:left w:val="single" w:sz="4" w:space="0" w:color="auto"/>
              <w:bottom w:val="single" w:sz="4" w:space="0" w:color="auto"/>
              <w:right w:val="single" w:sz="4" w:space="0" w:color="auto"/>
            </w:tcBorders>
            <w:noWrap/>
          </w:tcPr>
          <w:p w14:paraId="3795C84A" w14:textId="77777777" w:rsidR="00FA1D49" w:rsidRPr="00FA1D49" w:rsidRDefault="00FA1D49" w:rsidP="00FA1D49">
            <w:pPr>
              <w:jc w:val="both"/>
              <w:rPr>
                <w:color w:val="000000"/>
                <w:sz w:val="28"/>
                <w:szCs w:val="28"/>
              </w:rPr>
            </w:pPr>
            <w:r w:rsidRPr="00FA1D49">
              <w:rPr>
                <w:color w:val="000000"/>
                <w:sz w:val="28"/>
                <w:szCs w:val="28"/>
              </w:rPr>
              <w:t>1</w:t>
            </w:r>
          </w:p>
        </w:tc>
        <w:tc>
          <w:tcPr>
            <w:tcW w:w="2836" w:type="dxa"/>
            <w:tcBorders>
              <w:top w:val="nil"/>
              <w:left w:val="nil"/>
              <w:bottom w:val="single" w:sz="4" w:space="0" w:color="auto"/>
              <w:right w:val="single" w:sz="4" w:space="0" w:color="auto"/>
            </w:tcBorders>
          </w:tcPr>
          <w:p w14:paraId="08318E4F" w14:textId="77777777" w:rsidR="00FA1D49" w:rsidRPr="00FA1D49" w:rsidRDefault="00FA1D49" w:rsidP="00FA1D49">
            <w:pPr>
              <w:tabs>
                <w:tab w:val="left" w:pos="0"/>
              </w:tabs>
              <w:jc w:val="both"/>
              <w:rPr>
                <w:sz w:val="28"/>
                <w:szCs w:val="28"/>
                <w:lang w:val="kk-KZ"/>
              </w:rPr>
            </w:pPr>
            <w:r w:rsidRPr="00FA1D49">
              <w:rPr>
                <w:sz w:val="28"/>
                <w:szCs w:val="28"/>
              </w:rPr>
              <w:t xml:space="preserve">1-сынып </w:t>
            </w:r>
          </w:p>
        </w:tc>
        <w:tc>
          <w:tcPr>
            <w:tcW w:w="1984" w:type="dxa"/>
            <w:tcBorders>
              <w:top w:val="nil"/>
              <w:left w:val="nil"/>
              <w:bottom w:val="single" w:sz="4" w:space="0" w:color="auto"/>
              <w:right w:val="single" w:sz="4" w:space="0" w:color="auto"/>
            </w:tcBorders>
          </w:tcPr>
          <w:p w14:paraId="702D34DA" w14:textId="77777777" w:rsidR="00FA1D49" w:rsidRPr="00FA1D49" w:rsidRDefault="00FA1D49" w:rsidP="00FA1D49">
            <w:pPr>
              <w:jc w:val="both"/>
              <w:rPr>
                <w:bCs/>
                <w:sz w:val="28"/>
                <w:szCs w:val="28"/>
                <w:lang w:val="kk-KZ"/>
              </w:rPr>
            </w:pPr>
            <w:r w:rsidRPr="00FA1D49">
              <w:rPr>
                <w:bCs/>
                <w:sz w:val="28"/>
                <w:szCs w:val="28"/>
                <w:lang w:val="kk-KZ"/>
              </w:rPr>
              <w:t>138</w:t>
            </w:r>
          </w:p>
        </w:tc>
        <w:tc>
          <w:tcPr>
            <w:tcW w:w="2835" w:type="dxa"/>
            <w:tcBorders>
              <w:top w:val="single" w:sz="4" w:space="0" w:color="auto"/>
              <w:left w:val="nil"/>
              <w:bottom w:val="single" w:sz="4" w:space="0" w:color="auto"/>
              <w:right w:val="single" w:sz="4" w:space="0" w:color="auto"/>
            </w:tcBorders>
          </w:tcPr>
          <w:p w14:paraId="11518C54" w14:textId="77777777" w:rsidR="00FA1D49" w:rsidRPr="00FA1D49" w:rsidRDefault="00FA1D49" w:rsidP="00FA1D49">
            <w:pPr>
              <w:jc w:val="both"/>
              <w:rPr>
                <w:bCs/>
                <w:sz w:val="28"/>
                <w:szCs w:val="28"/>
                <w:lang w:val="kk-KZ"/>
              </w:rPr>
            </w:pPr>
            <w:r w:rsidRPr="00FA1D49">
              <w:rPr>
                <w:bCs/>
                <w:sz w:val="28"/>
                <w:szCs w:val="28"/>
                <w:lang w:val="kk-KZ"/>
              </w:rPr>
              <w:t>138</w:t>
            </w:r>
          </w:p>
        </w:tc>
        <w:tc>
          <w:tcPr>
            <w:tcW w:w="2410" w:type="dxa"/>
            <w:tcBorders>
              <w:top w:val="single" w:sz="4" w:space="0" w:color="auto"/>
              <w:left w:val="nil"/>
              <w:bottom w:val="single" w:sz="4" w:space="0" w:color="auto"/>
              <w:right w:val="single" w:sz="4" w:space="0" w:color="auto"/>
            </w:tcBorders>
          </w:tcPr>
          <w:p w14:paraId="0081332F" w14:textId="77777777" w:rsidR="00FA1D49" w:rsidRPr="00FA1D49" w:rsidRDefault="00FA1D49" w:rsidP="00FA1D49">
            <w:pPr>
              <w:jc w:val="both"/>
              <w:rPr>
                <w:bCs/>
                <w:sz w:val="28"/>
                <w:szCs w:val="28"/>
                <w:lang w:val="kk-KZ"/>
              </w:rPr>
            </w:pPr>
            <w:r w:rsidRPr="00FA1D49">
              <w:rPr>
                <w:bCs/>
                <w:sz w:val="28"/>
                <w:szCs w:val="28"/>
                <w:lang w:val="kk-KZ"/>
              </w:rPr>
              <w:t>138</w:t>
            </w:r>
          </w:p>
        </w:tc>
      </w:tr>
      <w:tr w:rsidR="00FA1D49" w:rsidRPr="00FA1D49" w14:paraId="0A6AF5E8" w14:textId="77777777" w:rsidTr="00FA1D49">
        <w:trPr>
          <w:trHeight w:val="285"/>
        </w:trPr>
        <w:tc>
          <w:tcPr>
            <w:tcW w:w="709" w:type="dxa"/>
            <w:tcBorders>
              <w:top w:val="nil"/>
              <w:left w:val="single" w:sz="4" w:space="0" w:color="auto"/>
              <w:bottom w:val="single" w:sz="4" w:space="0" w:color="auto"/>
              <w:right w:val="single" w:sz="4" w:space="0" w:color="auto"/>
            </w:tcBorders>
            <w:noWrap/>
          </w:tcPr>
          <w:p w14:paraId="3332B410" w14:textId="77777777" w:rsidR="00FA1D49" w:rsidRPr="00FA1D49" w:rsidRDefault="00FA1D49" w:rsidP="00FA1D49">
            <w:pPr>
              <w:jc w:val="both"/>
              <w:rPr>
                <w:color w:val="000000"/>
                <w:sz w:val="28"/>
                <w:szCs w:val="28"/>
              </w:rPr>
            </w:pPr>
            <w:r w:rsidRPr="00FA1D49">
              <w:rPr>
                <w:color w:val="000000"/>
                <w:sz w:val="28"/>
                <w:szCs w:val="28"/>
              </w:rPr>
              <w:t>2</w:t>
            </w:r>
          </w:p>
        </w:tc>
        <w:tc>
          <w:tcPr>
            <w:tcW w:w="2836" w:type="dxa"/>
            <w:tcBorders>
              <w:top w:val="nil"/>
              <w:left w:val="nil"/>
              <w:bottom w:val="single" w:sz="4" w:space="0" w:color="auto"/>
              <w:right w:val="single" w:sz="4" w:space="0" w:color="auto"/>
            </w:tcBorders>
          </w:tcPr>
          <w:p w14:paraId="3B3298DD" w14:textId="77777777" w:rsidR="00FA1D49" w:rsidRPr="00FA1D49" w:rsidRDefault="00FA1D49" w:rsidP="00FA1D49">
            <w:pPr>
              <w:tabs>
                <w:tab w:val="left" w:pos="0"/>
              </w:tabs>
              <w:jc w:val="both"/>
              <w:rPr>
                <w:sz w:val="28"/>
                <w:szCs w:val="28"/>
                <w:lang w:val="kk-KZ"/>
              </w:rPr>
            </w:pPr>
            <w:r w:rsidRPr="00FA1D49">
              <w:rPr>
                <w:sz w:val="28"/>
                <w:szCs w:val="28"/>
              </w:rPr>
              <w:t xml:space="preserve">2-сынып </w:t>
            </w:r>
          </w:p>
        </w:tc>
        <w:tc>
          <w:tcPr>
            <w:tcW w:w="1984" w:type="dxa"/>
            <w:tcBorders>
              <w:top w:val="nil"/>
              <w:left w:val="nil"/>
              <w:bottom w:val="single" w:sz="4" w:space="0" w:color="auto"/>
              <w:right w:val="single" w:sz="4" w:space="0" w:color="auto"/>
            </w:tcBorders>
          </w:tcPr>
          <w:p w14:paraId="1F1F21F7" w14:textId="77777777" w:rsidR="00FA1D49" w:rsidRPr="00FA1D49" w:rsidRDefault="00FA1D49" w:rsidP="00FA1D49">
            <w:pPr>
              <w:jc w:val="both"/>
              <w:rPr>
                <w:bCs/>
                <w:sz w:val="28"/>
                <w:szCs w:val="28"/>
                <w:lang w:val="kk-KZ"/>
              </w:rPr>
            </w:pPr>
            <w:r w:rsidRPr="00FA1D49">
              <w:rPr>
                <w:bCs/>
                <w:sz w:val="28"/>
                <w:szCs w:val="28"/>
                <w:lang w:val="kk-KZ"/>
              </w:rPr>
              <w:t>136</w:t>
            </w:r>
          </w:p>
        </w:tc>
        <w:tc>
          <w:tcPr>
            <w:tcW w:w="2835" w:type="dxa"/>
            <w:tcBorders>
              <w:top w:val="single" w:sz="4" w:space="0" w:color="auto"/>
              <w:left w:val="nil"/>
              <w:bottom w:val="single" w:sz="4" w:space="0" w:color="auto"/>
              <w:right w:val="single" w:sz="4" w:space="0" w:color="auto"/>
            </w:tcBorders>
          </w:tcPr>
          <w:p w14:paraId="0866C5BE" w14:textId="77777777" w:rsidR="00FA1D49" w:rsidRPr="00FA1D49" w:rsidRDefault="00FA1D49" w:rsidP="00FA1D49">
            <w:pPr>
              <w:jc w:val="both"/>
              <w:rPr>
                <w:bCs/>
                <w:sz w:val="28"/>
                <w:szCs w:val="28"/>
                <w:lang w:val="kk-KZ"/>
              </w:rPr>
            </w:pPr>
            <w:r w:rsidRPr="00FA1D49">
              <w:rPr>
                <w:bCs/>
                <w:sz w:val="28"/>
                <w:szCs w:val="28"/>
                <w:lang w:val="kk-KZ"/>
              </w:rPr>
              <w:t>136</w:t>
            </w:r>
          </w:p>
        </w:tc>
        <w:tc>
          <w:tcPr>
            <w:tcW w:w="2410" w:type="dxa"/>
            <w:tcBorders>
              <w:top w:val="single" w:sz="4" w:space="0" w:color="auto"/>
              <w:left w:val="nil"/>
              <w:bottom w:val="single" w:sz="4" w:space="0" w:color="auto"/>
              <w:right w:val="single" w:sz="4" w:space="0" w:color="auto"/>
            </w:tcBorders>
          </w:tcPr>
          <w:p w14:paraId="69BCC8A9" w14:textId="77777777" w:rsidR="00FA1D49" w:rsidRPr="00FA1D49" w:rsidRDefault="00FA1D49" w:rsidP="00FA1D49">
            <w:pPr>
              <w:jc w:val="both"/>
              <w:rPr>
                <w:bCs/>
                <w:sz w:val="28"/>
                <w:szCs w:val="28"/>
                <w:lang w:val="kk-KZ"/>
              </w:rPr>
            </w:pPr>
            <w:r w:rsidRPr="00FA1D49">
              <w:rPr>
                <w:bCs/>
                <w:sz w:val="28"/>
                <w:szCs w:val="28"/>
                <w:lang w:val="kk-KZ"/>
              </w:rPr>
              <w:t>150</w:t>
            </w:r>
          </w:p>
        </w:tc>
      </w:tr>
      <w:tr w:rsidR="00FA1D49" w:rsidRPr="00FA1D49" w14:paraId="3505DE73" w14:textId="77777777" w:rsidTr="00FA1D49">
        <w:trPr>
          <w:trHeight w:val="285"/>
        </w:trPr>
        <w:tc>
          <w:tcPr>
            <w:tcW w:w="709" w:type="dxa"/>
            <w:tcBorders>
              <w:top w:val="nil"/>
              <w:left w:val="single" w:sz="4" w:space="0" w:color="auto"/>
              <w:bottom w:val="single" w:sz="4" w:space="0" w:color="auto"/>
              <w:right w:val="single" w:sz="4" w:space="0" w:color="auto"/>
            </w:tcBorders>
            <w:noWrap/>
          </w:tcPr>
          <w:p w14:paraId="44687815" w14:textId="77777777" w:rsidR="00FA1D49" w:rsidRPr="00FA1D49" w:rsidRDefault="00FA1D49" w:rsidP="00FA1D49">
            <w:pPr>
              <w:jc w:val="both"/>
              <w:rPr>
                <w:color w:val="000000"/>
                <w:sz w:val="28"/>
                <w:szCs w:val="28"/>
              </w:rPr>
            </w:pPr>
            <w:r w:rsidRPr="00FA1D49">
              <w:rPr>
                <w:color w:val="000000"/>
                <w:sz w:val="28"/>
                <w:szCs w:val="28"/>
              </w:rPr>
              <w:t>3</w:t>
            </w:r>
          </w:p>
        </w:tc>
        <w:tc>
          <w:tcPr>
            <w:tcW w:w="2836" w:type="dxa"/>
            <w:tcBorders>
              <w:top w:val="nil"/>
              <w:left w:val="nil"/>
              <w:bottom w:val="single" w:sz="4" w:space="0" w:color="auto"/>
              <w:right w:val="single" w:sz="4" w:space="0" w:color="auto"/>
            </w:tcBorders>
            <w:hideMark/>
          </w:tcPr>
          <w:p w14:paraId="76D39D4F" w14:textId="77777777" w:rsidR="00FA1D49" w:rsidRPr="00FA1D49" w:rsidRDefault="00FA1D49" w:rsidP="00FA1D49">
            <w:pPr>
              <w:tabs>
                <w:tab w:val="left" w:pos="0"/>
              </w:tabs>
              <w:jc w:val="both"/>
              <w:rPr>
                <w:sz w:val="28"/>
                <w:szCs w:val="28"/>
                <w:lang w:val="kk-KZ"/>
              </w:rPr>
            </w:pPr>
            <w:r w:rsidRPr="00FA1D49">
              <w:rPr>
                <w:sz w:val="28"/>
                <w:szCs w:val="28"/>
              </w:rPr>
              <w:t xml:space="preserve">3-сынып </w:t>
            </w:r>
          </w:p>
        </w:tc>
        <w:tc>
          <w:tcPr>
            <w:tcW w:w="1984" w:type="dxa"/>
            <w:tcBorders>
              <w:top w:val="nil"/>
              <w:left w:val="nil"/>
              <w:bottom w:val="single" w:sz="4" w:space="0" w:color="auto"/>
              <w:right w:val="single" w:sz="4" w:space="0" w:color="auto"/>
            </w:tcBorders>
          </w:tcPr>
          <w:p w14:paraId="2F46DE2E" w14:textId="77777777" w:rsidR="00FA1D49" w:rsidRPr="00FA1D49" w:rsidRDefault="00FA1D49" w:rsidP="00FA1D49">
            <w:pPr>
              <w:jc w:val="both"/>
              <w:rPr>
                <w:bCs/>
                <w:sz w:val="28"/>
                <w:szCs w:val="28"/>
                <w:lang w:val="kk-KZ"/>
              </w:rPr>
            </w:pPr>
            <w:r w:rsidRPr="00FA1D49">
              <w:rPr>
                <w:bCs/>
                <w:sz w:val="28"/>
                <w:szCs w:val="28"/>
                <w:lang w:val="kk-KZ"/>
              </w:rPr>
              <w:t>116</w:t>
            </w:r>
          </w:p>
        </w:tc>
        <w:tc>
          <w:tcPr>
            <w:tcW w:w="2835" w:type="dxa"/>
            <w:tcBorders>
              <w:top w:val="single" w:sz="4" w:space="0" w:color="auto"/>
              <w:left w:val="nil"/>
              <w:bottom w:val="single" w:sz="4" w:space="0" w:color="auto"/>
              <w:right w:val="single" w:sz="4" w:space="0" w:color="auto"/>
            </w:tcBorders>
          </w:tcPr>
          <w:p w14:paraId="4CC65590" w14:textId="77777777" w:rsidR="00FA1D49" w:rsidRPr="00FA1D49" w:rsidRDefault="00FA1D49" w:rsidP="00FA1D49">
            <w:pPr>
              <w:jc w:val="both"/>
              <w:rPr>
                <w:bCs/>
                <w:sz w:val="28"/>
                <w:szCs w:val="28"/>
                <w:lang w:val="kk-KZ"/>
              </w:rPr>
            </w:pPr>
            <w:r w:rsidRPr="00FA1D49">
              <w:rPr>
                <w:bCs/>
                <w:sz w:val="28"/>
                <w:szCs w:val="28"/>
                <w:lang w:val="kk-KZ"/>
              </w:rPr>
              <w:t>116</w:t>
            </w:r>
          </w:p>
        </w:tc>
        <w:tc>
          <w:tcPr>
            <w:tcW w:w="2410" w:type="dxa"/>
            <w:tcBorders>
              <w:top w:val="single" w:sz="4" w:space="0" w:color="auto"/>
              <w:left w:val="nil"/>
              <w:bottom w:val="single" w:sz="4" w:space="0" w:color="auto"/>
              <w:right w:val="single" w:sz="4" w:space="0" w:color="auto"/>
            </w:tcBorders>
          </w:tcPr>
          <w:p w14:paraId="6FCD60C2" w14:textId="77777777" w:rsidR="00FA1D49" w:rsidRPr="00FA1D49" w:rsidRDefault="00FA1D49" w:rsidP="00FA1D49">
            <w:pPr>
              <w:jc w:val="both"/>
              <w:rPr>
                <w:bCs/>
                <w:sz w:val="28"/>
                <w:szCs w:val="28"/>
                <w:lang w:val="kk-KZ"/>
              </w:rPr>
            </w:pPr>
            <w:r w:rsidRPr="00FA1D49">
              <w:rPr>
                <w:bCs/>
                <w:sz w:val="28"/>
                <w:szCs w:val="28"/>
                <w:lang w:val="kk-KZ"/>
              </w:rPr>
              <w:t>150</w:t>
            </w:r>
          </w:p>
        </w:tc>
      </w:tr>
      <w:tr w:rsidR="00FA1D49" w:rsidRPr="00FA1D49" w14:paraId="66F12CBC" w14:textId="77777777" w:rsidTr="00FA1D49">
        <w:trPr>
          <w:trHeight w:val="285"/>
        </w:trPr>
        <w:tc>
          <w:tcPr>
            <w:tcW w:w="709" w:type="dxa"/>
            <w:tcBorders>
              <w:top w:val="nil"/>
              <w:left w:val="single" w:sz="4" w:space="0" w:color="auto"/>
              <w:bottom w:val="single" w:sz="4" w:space="0" w:color="auto"/>
              <w:right w:val="single" w:sz="4" w:space="0" w:color="auto"/>
            </w:tcBorders>
            <w:noWrap/>
          </w:tcPr>
          <w:p w14:paraId="3D33B1E0" w14:textId="77777777" w:rsidR="00FA1D49" w:rsidRPr="00FA1D49" w:rsidRDefault="00FA1D49" w:rsidP="00FA1D49">
            <w:pPr>
              <w:jc w:val="both"/>
              <w:rPr>
                <w:color w:val="000000"/>
                <w:sz w:val="28"/>
                <w:szCs w:val="28"/>
              </w:rPr>
            </w:pPr>
            <w:r w:rsidRPr="00FA1D49">
              <w:rPr>
                <w:color w:val="000000"/>
                <w:sz w:val="28"/>
                <w:szCs w:val="28"/>
              </w:rPr>
              <w:t>4</w:t>
            </w:r>
          </w:p>
        </w:tc>
        <w:tc>
          <w:tcPr>
            <w:tcW w:w="2836" w:type="dxa"/>
            <w:tcBorders>
              <w:top w:val="nil"/>
              <w:left w:val="nil"/>
              <w:bottom w:val="single" w:sz="4" w:space="0" w:color="auto"/>
              <w:right w:val="single" w:sz="4" w:space="0" w:color="auto"/>
            </w:tcBorders>
            <w:hideMark/>
          </w:tcPr>
          <w:p w14:paraId="033BBEE3" w14:textId="77777777" w:rsidR="00FA1D49" w:rsidRPr="00FA1D49" w:rsidRDefault="00FA1D49" w:rsidP="00FA1D49">
            <w:pPr>
              <w:tabs>
                <w:tab w:val="left" w:pos="0"/>
              </w:tabs>
              <w:jc w:val="both"/>
              <w:rPr>
                <w:sz w:val="28"/>
                <w:szCs w:val="28"/>
                <w:lang w:val="kk-KZ"/>
              </w:rPr>
            </w:pPr>
            <w:r w:rsidRPr="00FA1D49">
              <w:rPr>
                <w:sz w:val="28"/>
                <w:szCs w:val="28"/>
              </w:rPr>
              <w:t>4-сынып</w:t>
            </w:r>
          </w:p>
        </w:tc>
        <w:tc>
          <w:tcPr>
            <w:tcW w:w="1984" w:type="dxa"/>
            <w:tcBorders>
              <w:top w:val="nil"/>
              <w:left w:val="nil"/>
              <w:bottom w:val="single" w:sz="4" w:space="0" w:color="auto"/>
              <w:right w:val="single" w:sz="4" w:space="0" w:color="auto"/>
            </w:tcBorders>
          </w:tcPr>
          <w:p w14:paraId="2616BC25" w14:textId="77777777" w:rsidR="00FA1D49" w:rsidRPr="00FA1D49" w:rsidRDefault="00FA1D49" w:rsidP="00FA1D49">
            <w:pPr>
              <w:jc w:val="both"/>
              <w:rPr>
                <w:bCs/>
                <w:sz w:val="28"/>
                <w:szCs w:val="28"/>
                <w:lang w:val="kk-KZ"/>
              </w:rPr>
            </w:pPr>
            <w:r w:rsidRPr="00FA1D49">
              <w:rPr>
                <w:bCs/>
                <w:sz w:val="28"/>
                <w:szCs w:val="28"/>
                <w:lang w:val="kk-KZ"/>
              </w:rPr>
              <w:t>100</w:t>
            </w:r>
          </w:p>
        </w:tc>
        <w:tc>
          <w:tcPr>
            <w:tcW w:w="2835" w:type="dxa"/>
            <w:tcBorders>
              <w:top w:val="single" w:sz="4" w:space="0" w:color="auto"/>
              <w:left w:val="nil"/>
              <w:bottom w:val="single" w:sz="4" w:space="0" w:color="auto"/>
              <w:right w:val="single" w:sz="4" w:space="0" w:color="auto"/>
            </w:tcBorders>
          </w:tcPr>
          <w:p w14:paraId="513C9B54" w14:textId="77777777" w:rsidR="00FA1D49" w:rsidRPr="00FA1D49" w:rsidRDefault="00FA1D49" w:rsidP="00FA1D49">
            <w:pPr>
              <w:jc w:val="both"/>
              <w:rPr>
                <w:bCs/>
                <w:sz w:val="28"/>
                <w:szCs w:val="28"/>
                <w:lang w:val="kk-KZ"/>
              </w:rPr>
            </w:pPr>
            <w:r w:rsidRPr="00FA1D49">
              <w:rPr>
                <w:bCs/>
                <w:sz w:val="28"/>
                <w:szCs w:val="28"/>
                <w:lang w:val="kk-KZ"/>
              </w:rPr>
              <w:t>100</w:t>
            </w:r>
          </w:p>
        </w:tc>
        <w:tc>
          <w:tcPr>
            <w:tcW w:w="2410" w:type="dxa"/>
            <w:tcBorders>
              <w:top w:val="single" w:sz="4" w:space="0" w:color="auto"/>
              <w:left w:val="nil"/>
              <w:bottom w:val="single" w:sz="4" w:space="0" w:color="auto"/>
              <w:right w:val="single" w:sz="4" w:space="0" w:color="auto"/>
            </w:tcBorders>
          </w:tcPr>
          <w:p w14:paraId="1D1FC5BA" w14:textId="77777777" w:rsidR="00FA1D49" w:rsidRPr="00FA1D49" w:rsidRDefault="00FA1D49" w:rsidP="00FA1D49">
            <w:pPr>
              <w:jc w:val="both"/>
              <w:rPr>
                <w:bCs/>
                <w:sz w:val="28"/>
                <w:szCs w:val="28"/>
                <w:lang w:val="kk-KZ"/>
              </w:rPr>
            </w:pPr>
            <w:r w:rsidRPr="00FA1D49">
              <w:rPr>
                <w:bCs/>
                <w:sz w:val="28"/>
                <w:szCs w:val="28"/>
                <w:lang w:val="kk-KZ"/>
              </w:rPr>
              <w:t>120</w:t>
            </w:r>
          </w:p>
        </w:tc>
      </w:tr>
      <w:tr w:rsidR="00FA1D49" w:rsidRPr="00FA1D49" w14:paraId="364C6ACD" w14:textId="77777777" w:rsidTr="00FA1D49">
        <w:trPr>
          <w:trHeight w:val="285"/>
        </w:trPr>
        <w:tc>
          <w:tcPr>
            <w:tcW w:w="709" w:type="dxa"/>
            <w:tcBorders>
              <w:top w:val="nil"/>
              <w:left w:val="single" w:sz="4" w:space="0" w:color="auto"/>
              <w:bottom w:val="single" w:sz="4" w:space="0" w:color="auto"/>
              <w:right w:val="single" w:sz="4" w:space="0" w:color="auto"/>
            </w:tcBorders>
            <w:noWrap/>
          </w:tcPr>
          <w:p w14:paraId="4D4E2307" w14:textId="77777777" w:rsidR="00FA1D49" w:rsidRPr="00FA1D49" w:rsidRDefault="00FA1D49" w:rsidP="00FA1D49">
            <w:pPr>
              <w:jc w:val="both"/>
              <w:rPr>
                <w:color w:val="000000"/>
                <w:sz w:val="28"/>
                <w:szCs w:val="28"/>
              </w:rPr>
            </w:pPr>
            <w:r w:rsidRPr="00FA1D49">
              <w:rPr>
                <w:color w:val="000000"/>
                <w:sz w:val="28"/>
                <w:szCs w:val="28"/>
              </w:rPr>
              <w:t>5</w:t>
            </w:r>
          </w:p>
        </w:tc>
        <w:tc>
          <w:tcPr>
            <w:tcW w:w="2836" w:type="dxa"/>
            <w:tcBorders>
              <w:top w:val="nil"/>
              <w:left w:val="nil"/>
              <w:bottom w:val="single" w:sz="4" w:space="0" w:color="auto"/>
              <w:right w:val="single" w:sz="4" w:space="0" w:color="auto"/>
            </w:tcBorders>
            <w:hideMark/>
          </w:tcPr>
          <w:p w14:paraId="49A2B19D" w14:textId="77777777" w:rsidR="00FA1D49" w:rsidRPr="00FA1D49" w:rsidRDefault="00FA1D49" w:rsidP="00FA1D49">
            <w:pPr>
              <w:tabs>
                <w:tab w:val="left" w:pos="0"/>
              </w:tabs>
              <w:jc w:val="both"/>
              <w:rPr>
                <w:sz w:val="28"/>
                <w:szCs w:val="28"/>
                <w:lang w:val="kk-KZ"/>
              </w:rPr>
            </w:pPr>
            <w:r w:rsidRPr="00FA1D49">
              <w:rPr>
                <w:sz w:val="28"/>
                <w:szCs w:val="28"/>
              </w:rPr>
              <w:t xml:space="preserve">5-сынып </w:t>
            </w:r>
          </w:p>
        </w:tc>
        <w:tc>
          <w:tcPr>
            <w:tcW w:w="1984" w:type="dxa"/>
            <w:tcBorders>
              <w:top w:val="nil"/>
              <w:left w:val="nil"/>
              <w:bottom w:val="single" w:sz="4" w:space="0" w:color="auto"/>
              <w:right w:val="single" w:sz="4" w:space="0" w:color="auto"/>
            </w:tcBorders>
          </w:tcPr>
          <w:p w14:paraId="0184A75C" w14:textId="77777777" w:rsidR="00FA1D49" w:rsidRPr="00FA1D49" w:rsidRDefault="00FA1D49" w:rsidP="00FA1D49">
            <w:pPr>
              <w:jc w:val="both"/>
              <w:rPr>
                <w:bCs/>
                <w:sz w:val="28"/>
                <w:szCs w:val="28"/>
                <w:lang w:val="kk-KZ"/>
              </w:rPr>
            </w:pPr>
            <w:r w:rsidRPr="00FA1D49">
              <w:rPr>
                <w:bCs/>
                <w:sz w:val="28"/>
                <w:szCs w:val="28"/>
                <w:lang w:val="kk-KZ"/>
              </w:rPr>
              <w:t>80</w:t>
            </w:r>
          </w:p>
        </w:tc>
        <w:tc>
          <w:tcPr>
            <w:tcW w:w="2835" w:type="dxa"/>
            <w:tcBorders>
              <w:top w:val="single" w:sz="4" w:space="0" w:color="auto"/>
              <w:left w:val="nil"/>
              <w:bottom w:val="single" w:sz="4" w:space="0" w:color="auto"/>
              <w:right w:val="single" w:sz="4" w:space="0" w:color="auto"/>
            </w:tcBorders>
          </w:tcPr>
          <w:p w14:paraId="5915274C" w14:textId="77777777" w:rsidR="00FA1D49" w:rsidRPr="00FA1D49" w:rsidRDefault="00FA1D49" w:rsidP="00FA1D49">
            <w:pPr>
              <w:jc w:val="both"/>
              <w:rPr>
                <w:bCs/>
                <w:sz w:val="28"/>
                <w:szCs w:val="28"/>
                <w:lang w:val="kk-KZ"/>
              </w:rPr>
            </w:pPr>
            <w:r w:rsidRPr="00FA1D49">
              <w:rPr>
                <w:bCs/>
                <w:sz w:val="28"/>
                <w:szCs w:val="28"/>
                <w:lang w:val="kk-KZ"/>
              </w:rPr>
              <w:t>80</w:t>
            </w:r>
          </w:p>
        </w:tc>
        <w:tc>
          <w:tcPr>
            <w:tcW w:w="2410" w:type="dxa"/>
            <w:tcBorders>
              <w:top w:val="single" w:sz="4" w:space="0" w:color="auto"/>
              <w:left w:val="nil"/>
              <w:bottom w:val="single" w:sz="4" w:space="0" w:color="auto"/>
              <w:right w:val="single" w:sz="4" w:space="0" w:color="auto"/>
            </w:tcBorders>
          </w:tcPr>
          <w:p w14:paraId="1B917544" w14:textId="77777777" w:rsidR="00FA1D49" w:rsidRPr="00FA1D49" w:rsidRDefault="00FA1D49" w:rsidP="00FA1D49">
            <w:pPr>
              <w:jc w:val="both"/>
              <w:rPr>
                <w:bCs/>
                <w:sz w:val="28"/>
                <w:szCs w:val="28"/>
                <w:lang w:val="kk-KZ"/>
              </w:rPr>
            </w:pPr>
            <w:r w:rsidRPr="00FA1D49">
              <w:rPr>
                <w:bCs/>
                <w:sz w:val="28"/>
                <w:szCs w:val="28"/>
                <w:lang w:val="kk-KZ"/>
              </w:rPr>
              <w:t>130</w:t>
            </w:r>
          </w:p>
        </w:tc>
      </w:tr>
      <w:tr w:rsidR="00FA1D49" w:rsidRPr="00FA1D49" w14:paraId="53789552" w14:textId="77777777" w:rsidTr="00FA1D49">
        <w:trPr>
          <w:trHeight w:val="285"/>
        </w:trPr>
        <w:tc>
          <w:tcPr>
            <w:tcW w:w="709" w:type="dxa"/>
            <w:tcBorders>
              <w:top w:val="nil"/>
              <w:left w:val="single" w:sz="4" w:space="0" w:color="auto"/>
              <w:bottom w:val="single" w:sz="4" w:space="0" w:color="auto"/>
              <w:right w:val="single" w:sz="4" w:space="0" w:color="auto"/>
            </w:tcBorders>
            <w:noWrap/>
          </w:tcPr>
          <w:p w14:paraId="2CA9FDAF" w14:textId="77777777" w:rsidR="00FA1D49" w:rsidRPr="00FA1D49" w:rsidRDefault="00FA1D49" w:rsidP="00FA1D49">
            <w:pPr>
              <w:jc w:val="both"/>
              <w:rPr>
                <w:color w:val="000000"/>
                <w:sz w:val="28"/>
                <w:szCs w:val="28"/>
              </w:rPr>
            </w:pPr>
            <w:r w:rsidRPr="00FA1D49">
              <w:rPr>
                <w:color w:val="000000"/>
                <w:sz w:val="28"/>
                <w:szCs w:val="28"/>
              </w:rPr>
              <w:t>6</w:t>
            </w:r>
          </w:p>
        </w:tc>
        <w:tc>
          <w:tcPr>
            <w:tcW w:w="2836" w:type="dxa"/>
            <w:tcBorders>
              <w:top w:val="nil"/>
              <w:left w:val="nil"/>
              <w:bottom w:val="single" w:sz="4" w:space="0" w:color="auto"/>
              <w:right w:val="single" w:sz="4" w:space="0" w:color="auto"/>
            </w:tcBorders>
            <w:hideMark/>
          </w:tcPr>
          <w:p w14:paraId="1075F9CB" w14:textId="77777777" w:rsidR="00FA1D49" w:rsidRPr="00FA1D49" w:rsidRDefault="00FA1D49" w:rsidP="00FA1D49">
            <w:pPr>
              <w:tabs>
                <w:tab w:val="left" w:pos="0"/>
              </w:tabs>
              <w:jc w:val="both"/>
              <w:rPr>
                <w:sz w:val="28"/>
                <w:szCs w:val="28"/>
                <w:lang w:val="kk-KZ"/>
              </w:rPr>
            </w:pPr>
            <w:r w:rsidRPr="00FA1D49">
              <w:rPr>
                <w:sz w:val="28"/>
                <w:szCs w:val="28"/>
              </w:rPr>
              <w:t xml:space="preserve">6-сынып </w:t>
            </w:r>
          </w:p>
        </w:tc>
        <w:tc>
          <w:tcPr>
            <w:tcW w:w="1984" w:type="dxa"/>
            <w:tcBorders>
              <w:top w:val="nil"/>
              <w:left w:val="nil"/>
              <w:bottom w:val="single" w:sz="4" w:space="0" w:color="auto"/>
              <w:right w:val="single" w:sz="4" w:space="0" w:color="auto"/>
            </w:tcBorders>
          </w:tcPr>
          <w:p w14:paraId="18FCA4B5" w14:textId="77777777" w:rsidR="00FA1D49" w:rsidRPr="00FA1D49" w:rsidRDefault="00FA1D49" w:rsidP="00FA1D49">
            <w:pPr>
              <w:jc w:val="both"/>
              <w:rPr>
                <w:bCs/>
                <w:sz w:val="28"/>
                <w:szCs w:val="28"/>
                <w:lang w:val="kk-KZ"/>
              </w:rPr>
            </w:pPr>
            <w:r w:rsidRPr="00FA1D49">
              <w:rPr>
                <w:bCs/>
                <w:sz w:val="28"/>
                <w:szCs w:val="28"/>
                <w:lang w:val="kk-KZ"/>
              </w:rPr>
              <w:t>83</w:t>
            </w:r>
          </w:p>
        </w:tc>
        <w:tc>
          <w:tcPr>
            <w:tcW w:w="2835" w:type="dxa"/>
            <w:tcBorders>
              <w:top w:val="single" w:sz="4" w:space="0" w:color="auto"/>
              <w:left w:val="nil"/>
              <w:bottom w:val="single" w:sz="4" w:space="0" w:color="auto"/>
              <w:right w:val="single" w:sz="4" w:space="0" w:color="auto"/>
            </w:tcBorders>
          </w:tcPr>
          <w:p w14:paraId="2F4783EE" w14:textId="77777777" w:rsidR="00FA1D49" w:rsidRPr="00FA1D49" w:rsidRDefault="00FA1D49" w:rsidP="00FA1D49">
            <w:pPr>
              <w:jc w:val="both"/>
              <w:rPr>
                <w:bCs/>
                <w:sz w:val="28"/>
                <w:szCs w:val="28"/>
                <w:lang w:val="kk-KZ"/>
              </w:rPr>
            </w:pPr>
            <w:r w:rsidRPr="00FA1D49">
              <w:rPr>
                <w:bCs/>
                <w:sz w:val="28"/>
                <w:szCs w:val="28"/>
                <w:lang w:val="kk-KZ"/>
              </w:rPr>
              <w:t>83</w:t>
            </w:r>
          </w:p>
        </w:tc>
        <w:tc>
          <w:tcPr>
            <w:tcW w:w="2410" w:type="dxa"/>
            <w:tcBorders>
              <w:top w:val="single" w:sz="4" w:space="0" w:color="auto"/>
              <w:left w:val="nil"/>
              <w:bottom w:val="single" w:sz="4" w:space="0" w:color="auto"/>
              <w:right w:val="single" w:sz="4" w:space="0" w:color="auto"/>
            </w:tcBorders>
          </w:tcPr>
          <w:p w14:paraId="659D0292" w14:textId="77777777" w:rsidR="00FA1D49" w:rsidRPr="00FA1D49" w:rsidRDefault="00FA1D49" w:rsidP="00FA1D49">
            <w:pPr>
              <w:jc w:val="both"/>
              <w:rPr>
                <w:bCs/>
                <w:sz w:val="28"/>
                <w:szCs w:val="28"/>
                <w:lang w:val="kk-KZ"/>
              </w:rPr>
            </w:pPr>
            <w:r w:rsidRPr="00FA1D49">
              <w:rPr>
                <w:bCs/>
                <w:sz w:val="28"/>
                <w:szCs w:val="28"/>
                <w:lang w:val="kk-KZ"/>
              </w:rPr>
              <w:t>105</w:t>
            </w:r>
          </w:p>
        </w:tc>
      </w:tr>
      <w:tr w:rsidR="00FA1D49" w:rsidRPr="00FA1D49" w14:paraId="52D1AEFD" w14:textId="77777777" w:rsidTr="00FA1D49">
        <w:trPr>
          <w:trHeight w:val="285"/>
        </w:trPr>
        <w:tc>
          <w:tcPr>
            <w:tcW w:w="709" w:type="dxa"/>
            <w:tcBorders>
              <w:top w:val="single" w:sz="4" w:space="0" w:color="auto"/>
              <w:left w:val="single" w:sz="4" w:space="0" w:color="auto"/>
              <w:bottom w:val="single" w:sz="4" w:space="0" w:color="auto"/>
              <w:right w:val="single" w:sz="4" w:space="0" w:color="auto"/>
            </w:tcBorders>
            <w:noWrap/>
          </w:tcPr>
          <w:p w14:paraId="54055569" w14:textId="77777777" w:rsidR="00FA1D49" w:rsidRPr="00FA1D49" w:rsidRDefault="00FA1D49" w:rsidP="00FA1D49">
            <w:pPr>
              <w:jc w:val="both"/>
              <w:rPr>
                <w:color w:val="000000"/>
                <w:sz w:val="28"/>
                <w:szCs w:val="28"/>
              </w:rPr>
            </w:pPr>
            <w:r w:rsidRPr="00FA1D49">
              <w:rPr>
                <w:color w:val="000000"/>
                <w:sz w:val="28"/>
                <w:szCs w:val="28"/>
              </w:rPr>
              <w:t>7</w:t>
            </w:r>
          </w:p>
        </w:tc>
        <w:tc>
          <w:tcPr>
            <w:tcW w:w="2836" w:type="dxa"/>
            <w:tcBorders>
              <w:top w:val="single" w:sz="4" w:space="0" w:color="auto"/>
              <w:left w:val="single" w:sz="4" w:space="0" w:color="auto"/>
              <w:bottom w:val="single" w:sz="4" w:space="0" w:color="auto"/>
              <w:right w:val="single" w:sz="4" w:space="0" w:color="auto"/>
            </w:tcBorders>
            <w:hideMark/>
          </w:tcPr>
          <w:p w14:paraId="6BAA8930" w14:textId="77777777" w:rsidR="00FA1D49" w:rsidRPr="00FA1D49" w:rsidRDefault="00FA1D49" w:rsidP="00FA1D49">
            <w:pPr>
              <w:tabs>
                <w:tab w:val="left" w:pos="0"/>
              </w:tabs>
              <w:jc w:val="both"/>
              <w:rPr>
                <w:sz w:val="28"/>
                <w:szCs w:val="28"/>
                <w:lang w:val="kk-KZ"/>
              </w:rPr>
            </w:pPr>
            <w:r w:rsidRPr="00FA1D49">
              <w:rPr>
                <w:sz w:val="28"/>
                <w:szCs w:val="28"/>
              </w:rPr>
              <w:t xml:space="preserve">7-сынып </w:t>
            </w:r>
          </w:p>
        </w:tc>
        <w:tc>
          <w:tcPr>
            <w:tcW w:w="1984" w:type="dxa"/>
            <w:tcBorders>
              <w:top w:val="single" w:sz="4" w:space="0" w:color="auto"/>
              <w:left w:val="single" w:sz="4" w:space="0" w:color="auto"/>
              <w:bottom w:val="single" w:sz="4" w:space="0" w:color="auto"/>
              <w:right w:val="single" w:sz="4" w:space="0" w:color="auto"/>
            </w:tcBorders>
          </w:tcPr>
          <w:p w14:paraId="085DF3CC" w14:textId="77777777" w:rsidR="00FA1D49" w:rsidRPr="00FA1D49" w:rsidRDefault="00FA1D49" w:rsidP="00FA1D49">
            <w:pPr>
              <w:jc w:val="both"/>
              <w:rPr>
                <w:bCs/>
                <w:sz w:val="28"/>
                <w:szCs w:val="28"/>
                <w:lang w:val="kk-KZ"/>
              </w:rPr>
            </w:pPr>
            <w:r w:rsidRPr="00FA1D49">
              <w:rPr>
                <w:bCs/>
                <w:sz w:val="28"/>
                <w:szCs w:val="28"/>
                <w:lang w:val="kk-KZ"/>
              </w:rPr>
              <w:t>96</w:t>
            </w:r>
          </w:p>
        </w:tc>
        <w:tc>
          <w:tcPr>
            <w:tcW w:w="2835" w:type="dxa"/>
            <w:tcBorders>
              <w:top w:val="single" w:sz="4" w:space="0" w:color="auto"/>
              <w:left w:val="single" w:sz="4" w:space="0" w:color="auto"/>
              <w:bottom w:val="single" w:sz="4" w:space="0" w:color="auto"/>
              <w:right w:val="single" w:sz="4" w:space="0" w:color="auto"/>
            </w:tcBorders>
          </w:tcPr>
          <w:p w14:paraId="175E883E" w14:textId="77777777" w:rsidR="00FA1D49" w:rsidRPr="00FA1D49" w:rsidRDefault="00FA1D49" w:rsidP="00FA1D49">
            <w:pPr>
              <w:jc w:val="both"/>
              <w:rPr>
                <w:bCs/>
                <w:sz w:val="28"/>
                <w:szCs w:val="28"/>
                <w:lang w:val="kk-KZ"/>
              </w:rPr>
            </w:pPr>
            <w:r w:rsidRPr="00FA1D49">
              <w:rPr>
                <w:bCs/>
                <w:sz w:val="28"/>
                <w:szCs w:val="28"/>
                <w:lang w:val="kk-KZ"/>
              </w:rPr>
              <w:t>96</w:t>
            </w:r>
          </w:p>
        </w:tc>
        <w:tc>
          <w:tcPr>
            <w:tcW w:w="2410" w:type="dxa"/>
            <w:tcBorders>
              <w:top w:val="single" w:sz="4" w:space="0" w:color="auto"/>
              <w:left w:val="single" w:sz="4" w:space="0" w:color="auto"/>
              <w:bottom w:val="single" w:sz="4" w:space="0" w:color="auto"/>
              <w:right w:val="single" w:sz="4" w:space="0" w:color="auto"/>
            </w:tcBorders>
          </w:tcPr>
          <w:p w14:paraId="209D6FAB" w14:textId="77777777" w:rsidR="00FA1D49" w:rsidRPr="00FA1D49" w:rsidRDefault="00FA1D49" w:rsidP="00FA1D49">
            <w:pPr>
              <w:jc w:val="both"/>
              <w:rPr>
                <w:bCs/>
                <w:sz w:val="28"/>
                <w:szCs w:val="28"/>
                <w:lang w:val="kk-KZ"/>
              </w:rPr>
            </w:pPr>
            <w:r w:rsidRPr="00FA1D49">
              <w:rPr>
                <w:bCs/>
                <w:sz w:val="28"/>
                <w:szCs w:val="28"/>
                <w:lang w:val="kk-KZ"/>
              </w:rPr>
              <w:t>100</w:t>
            </w:r>
          </w:p>
        </w:tc>
      </w:tr>
      <w:tr w:rsidR="00FA1D49" w:rsidRPr="00FA1D49" w14:paraId="6C39AEA2" w14:textId="77777777" w:rsidTr="00FA1D49">
        <w:trPr>
          <w:trHeight w:val="285"/>
        </w:trPr>
        <w:tc>
          <w:tcPr>
            <w:tcW w:w="709" w:type="dxa"/>
            <w:tcBorders>
              <w:top w:val="single" w:sz="4" w:space="0" w:color="auto"/>
              <w:left w:val="single" w:sz="4" w:space="0" w:color="auto"/>
              <w:bottom w:val="single" w:sz="4" w:space="0" w:color="auto"/>
              <w:right w:val="single" w:sz="4" w:space="0" w:color="auto"/>
            </w:tcBorders>
            <w:noWrap/>
          </w:tcPr>
          <w:p w14:paraId="5132FEC5" w14:textId="77777777" w:rsidR="00FA1D49" w:rsidRPr="00FA1D49" w:rsidRDefault="00FA1D49" w:rsidP="00FA1D49">
            <w:pPr>
              <w:jc w:val="both"/>
              <w:rPr>
                <w:color w:val="000000"/>
                <w:sz w:val="28"/>
                <w:szCs w:val="28"/>
              </w:rPr>
            </w:pPr>
            <w:r w:rsidRPr="00FA1D49">
              <w:rPr>
                <w:color w:val="000000"/>
                <w:sz w:val="28"/>
                <w:szCs w:val="28"/>
              </w:rPr>
              <w:t>8</w:t>
            </w:r>
          </w:p>
        </w:tc>
        <w:tc>
          <w:tcPr>
            <w:tcW w:w="2836" w:type="dxa"/>
            <w:tcBorders>
              <w:top w:val="single" w:sz="4" w:space="0" w:color="auto"/>
              <w:left w:val="single" w:sz="4" w:space="0" w:color="auto"/>
              <w:bottom w:val="single" w:sz="4" w:space="0" w:color="auto"/>
              <w:right w:val="single" w:sz="4" w:space="0" w:color="auto"/>
            </w:tcBorders>
            <w:hideMark/>
          </w:tcPr>
          <w:p w14:paraId="2C64A3C2" w14:textId="77777777" w:rsidR="00FA1D49" w:rsidRPr="00FA1D49" w:rsidRDefault="00FA1D49" w:rsidP="00FA1D49">
            <w:pPr>
              <w:tabs>
                <w:tab w:val="left" w:pos="0"/>
              </w:tabs>
              <w:jc w:val="both"/>
              <w:rPr>
                <w:sz w:val="28"/>
                <w:szCs w:val="28"/>
                <w:lang w:val="kk-KZ"/>
              </w:rPr>
            </w:pPr>
            <w:r w:rsidRPr="00FA1D49">
              <w:rPr>
                <w:sz w:val="28"/>
                <w:szCs w:val="28"/>
              </w:rPr>
              <w:t xml:space="preserve">8-сынып </w:t>
            </w:r>
          </w:p>
        </w:tc>
        <w:tc>
          <w:tcPr>
            <w:tcW w:w="1984" w:type="dxa"/>
            <w:tcBorders>
              <w:top w:val="single" w:sz="4" w:space="0" w:color="auto"/>
              <w:left w:val="single" w:sz="4" w:space="0" w:color="auto"/>
              <w:bottom w:val="single" w:sz="4" w:space="0" w:color="auto"/>
              <w:right w:val="single" w:sz="4" w:space="0" w:color="auto"/>
            </w:tcBorders>
          </w:tcPr>
          <w:p w14:paraId="2BEB1B4D" w14:textId="77777777" w:rsidR="00FA1D49" w:rsidRPr="00FA1D49" w:rsidRDefault="00FA1D49" w:rsidP="00FA1D49">
            <w:pPr>
              <w:jc w:val="both"/>
              <w:rPr>
                <w:bCs/>
                <w:sz w:val="28"/>
                <w:szCs w:val="28"/>
                <w:lang w:val="kk-KZ"/>
              </w:rPr>
            </w:pPr>
            <w:r w:rsidRPr="00FA1D49">
              <w:rPr>
                <w:bCs/>
                <w:sz w:val="28"/>
                <w:szCs w:val="28"/>
                <w:lang w:val="kk-KZ"/>
              </w:rPr>
              <w:t>74</w:t>
            </w:r>
          </w:p>
        </w:tc>
        <w:tc>
          <w:tcPr>
            <w:tcW w:w="2835" w:type="dxa"/>
            <w:tcBorders>
              <w:top w:val="single" w:sz="4" w:space="0" w:color="auto"/>
              <w:left w:val="single" w:sz="4" w:space="0" w:color="auto"/>
              <w:bottom w:val="single" w:sz="4" w:space="0" w:color="auto"/>
              <w:right w:val="single" w:sz="4" w:space="0" w:color="auto"/>
            </w:tcBorders>
          </w:tcPr>
          <w:p w14:paraId="758319EF" w14:textId="77777777" w:rsidR="00FA1D49" w:rsidRPr="00FA1D49" w:rsidRDefault="00FA1D49" w:rsidP="00FA1D49">
            <w:pPr>
              <w:jc w:val="both"/>
              <w:rPr>
                <w:bCs/>
                <w:sz w:val="28"/>
                <w:szCs w:val="28"/>
                <w:lang w:val="kk-KZ"/>
              </w:rPr>
            </w:pPr>
            <w:r w:rsidRPr="00FA1D49">
              <w:rPr>
                <w:bCs/>
                <w:sz w:val="28"/>
                <w:szCs w:val="28"/>
                <w:lang w:val="kk-KZ"/>
              </w:rPr>
              <w:t>74</w:t>
            </w:r>
          </w:p>
        </w:tc>
        <w:tc>
          <w:tcPr>
            <w:tcW w:w="2410" w:type="dxa"/>
            <w:tcBorders>
              <w:top w:val="single" w:sz="4" w:space="0" w:color="auto"/>
              <w:left w:val="single" w:sz="4" w:space="0" w:color="auto"/>
              <w:bottom w:val="single" w:sz="4" w:space="0" w:color="auto"/>
              <w:right w:val="single" w:sz="4" w:space="0" w:color="auto"/>
            </w:tcBorders>
          </w:tcPr>
          <w:p w14:paraId="4186D22C" w14:textId="77777777" w:rsidR="00FA1D49" w:rsidRPr="00FA1D49" w:rsidRDefault="00FA1D49" w:rsidP="00FA1D49">
            <w:pPr>
              <w:jc w:val="both"/>
              <w:rPr>
                <w:bCs/>
                <w:sz w:val="28"/>
                <w:szCs w:val="28"/>
                <w:lang w:val="kk-KZ"/>
              </w:rPr>
            </w:pPr>
            <w:r w:rsidRPr="00FA1D49">
              <w:rPr>
                <w:bCs/>
                <w:sz w:val="28"/>
                <w:szCs w:val="28"/>
                <w:lang w:val="kk-KZ"/>
              </w:rPr>
              <w:t>90</w:t>
            </w:r>
          </w:p>
        </w:tc>
      </w:tr>
      <w:tr w:rsidR="00FA1D49" w:rsidRPr="00FA1D49" w14:paraId="51007359" w14:textId="77777777" w:rsidTr="00FA1D49">
        <w:trPr>
          <w:trHeight w:val="285"/>
        </w:trPr>
        <w:tc>
          <w:tcPr>
            <w:tcW w:w="709" w:type="dxa"/>
            <w:tcBorders>
              <w:top w:val="single" w:sz="4" w:space="0" w:color="auto"/>
              <w:left w:val="single" w:sz="4" w:space="0" w:color="auto"/>
              <w:bottom w:val="single" w:sz="4" w:space="0" w:color="auto"/>
              <w:right w:val="single" w:sz="4" w:space="0" w:color="auto"/>
            </w:tcBorders>
            <w:noWrap/>
          </w:tcPr>
          <w:p w14:paraId="7BED7615" w14:textId="77777777" w:rsidR="00FA1D49" w:rsidRPr="00FA1D49" w:rsidRDefault="00FA1D49" w:rsidP="00FA1D49">
            <w:pPr>
              <w:jc w:val="both"/>
              <w:rPr>
                <w:color w:val="000000"/>
                <w:sz w:val="28"/>
                <w:szCs w:val="28"/>
              </w:rPr>
            </w:pPr>
            <w:r w:rsidRPr="00FA1D49">
              <w:rPr>
                <w:color w:val="000000"/>
                <w:sz w:val="28"/>
                <w:szCs w:val="28"/>
              </w:rPr>
              <w:t>9</w:t>
            </w:r>
          </w:p>
        </w:tc>
        <w:tc>
          <w:tcPr>
            <w:tcW w:w="2836" w:type="dxa"/>
            <w:tcBorders>
              <w:top w:val="single" w:sz="4" w:space="0" w:color="auto"/>
              <w:left w:val="single" w:sz="4" w:space="0" w:color="auto"/>
              <w:bottom w:val="single" w:sz="4" w:space="0" w:color="auto"/>
              <w:right w:val="single" w:sz="4" w:space="0" w:color="auto"/>
            </w:tcBorders>
            <w:hideMark/>
          </w:tcPr>
          <w:p w14:paraId="5FD7FFEF" w14:textId="77777777" w:rsidR="00FA1D49" w:rsidRPr="00FA1D49" w:rsidRDefault="00FA1D49" w:rsidP="00FA1D49">
            <w:pPr>
              <w:tabs>
                <w:tab w:val="left" w:pos="0"/>
              </w:tabs>
              <w:jc w:val="both"/>
              <w:rPr>
                <w:sz w:val="28"/>
                <w:szCs w:val="28"/>
                <w:lang w:val="kk-KZ"/>
              </w:rPr>
            </w:pPr>
            <w:r w:rsidRPr="00FA1D49">
              <w:rPr>
                <w:sz w:val="28"/>
                <w:szCs w:val="28"/>
              </w:rPr>
              <w:t xml:space="preserve">9-сынып </w:t>
            </w:r>
          </w:p>
        </w:tc>
        <w:tc>
          <w:tcPr>
            <w:tcW w:w="1984" w:type="dxa"/>
            <w:tcBorders>
              <w:top w:val="single" w:sz="4" w:space="0" w:color="auto"/>
              <w:left w:val="single" w:sz="4" w:space="0" w:color="auto"/>
              <w:bottom w:val="single" w:sz="4" w:space="0" w:color="auto"/>
              <w:right w:val="single" w:sz="4" w:space="0" w:color="auto"/>
            </w:tcBorders>
          </w:tcPr>
          <w:p w14:paraId="7C825AD9" w14:textId="77777777" w:rsidR="00FA1D49" w:rsidRPr="00FA1D49" w:rsidRDefault="00FA1D49" w:rsidP="00FA1D49">
            <w:pPr>
              <w:jc w:val="both"/>
              <w:rPr>
                <w:bCs/>
                <w:sz w:val="28"/>
                <w:szCs w:val="28"/>
                <w:lang w:val="kk-KZ"/>
              </w:rPr>
            </w:pPr>
            <w:r w:rsidRPr="00FA1D49">
              <w:rPr>
                <w:bCs/>
                <w:sz w:val="28"/>
                <w:szCs w:val="28"/>
                <w:lang w:val="kk-KZ"/>
              </w:rPr>
              <w:t>62</w:t>
            </w:r>
          </w:p>
        </w:tc>
        <w:tc>
          <w:tcPr>
            <w:tcW w:w="2835" w:type="dxa"/>
            <w:tcBorders>
              <w:top w:val="single" w:sz="4" w:space="0" w:color="auto"/>
              <w:left w:val="single" w:sz="4" w:space="0" w:color="auto"/>
              <w:bottom w:val="single" w:sz="4" w:space="0" w:color="auto"/>
              <w:right w:val="single" w:sz="4" w:space="0" w:color="auto"/>
            </w:tcBorders>
          </w:tcPr>
          <w:p w14:paraId="2FE42DAB" w14:textId="77777777" w:rsidR="00FA1D49" w:rsidRPr="00FA1D49" w:rsidRDefault="00FA1D49" w:rsidP="00FA1D49">
            <w:pPr>
              <w:jc w:val="both"/>
              <w:rPr>
                <w:bCs/>
                <w:sz w:val="28"/>
                <w:szCs w:val="28"/>
                <w:lang w:val="kk-KZ"/>
              </w:rPr>
            </w:pPr>
            <w:r w:rsidRPr="00FA1D49">
              <w:rPr>
                <w:bCs/>
                <w:sz w:val="28"/>
                <w:szCs w:val="28"/>
                <w:lang w:val="kk-KZ"/>
              </w:rPr>
              <w:t>62</w:t>
            </w:r>
          </w:p>
        </w:tc>
        <w:tc>
          <w:tcPr>
            <w:tcW w:w="2410" w:type="dxa"/>
            <w:tcBorders>
              <w:top w:val="single" w:sz="4" w:space="0" w:color="auto"/>
              <w:left w:val="single" w:sz="4" w:space="0" w:color="auto"/>
              <w:bottom w:val="single" w:sz="4" w:space="0" w:color="auto"/>
              <w:right w:val="single" w:sz="4" w:space="0" w:color="auto"/>
            </w:tcBorders>
          </w:tcPr>
          <w:p w14:paraId="5FB8D641" w14:textId="77777777" w:rsidR="00FA1D49" w:rsidRPr="00FA1D49" w:rsidRDefault="00FA1D49" w:rsidP="00FA1D49">
            <w:pPr>
              <w:jc w:val="both"/>
              <w:rPr>
                <w:bCs/>
                <w:sz w:val="28"/>
                <w:szCs w:val="28"/>
                <w:lang w:val="kk-KZ"/>
              </w:rPr>
            </w:pPr>
            <w:r w:rsidRPr="00FA1D49">
              <w:rPr>
                <w:bCs/>
                <w:sz w:val="28"/>
                <w:szCs w:val="28"/>
                <w:lang w:val="kk-KZ"/>
              </w:rPr>
              <w:t>110</w:t>
            </w:r>
          </w:p>
        </w:tc>
      </w:tr>
      <w:tr w:rsidR="00FA1D49" w:rsidRPr="00FA1D49" w14:paraId="04E51E35" w14:textId="77777777" w:rsidTr="00FA1D49">
        <w:trPr>
          <w:trHeight w:val="285"/>
        </w:trPr>
        <w:tc>
          <w:tcPr>
            <w:tcW w:w="709" w:type="dxa"/>
            <w:tcBorders>
              <w:top w:val="single" w:sz="4" w:space="0" w:color="auto"/>
              <w:left w:val="single" w:sz="4" w:space="0" w:color="auto"/>
              <w:bottom w:val="single" w:sz="4" w:space="0" w:color="auto"/>
              <w:right w:val="single" w:sz="4" w:space="0" w:color="auto"/>
            </w:tcBorders>
            <w:noWrap/>
          </w:tcPr>
          <w:p w14:paraId="19560137" w14:textId="77777777" w:rsidR="00FA1D49" w:rsidRPr="00FA1D49" w:rsidRDefault="00FA1D49" w:rsidP="00FA1D49">
            <w:pPr>
              <w:jc w:val="both"/>
              <w:rPr>
                <w:color w:val="000000"/>
                <w:sz w:val="28"/>
                <w:szCs w:val="28"/>
              </w:rPr>
            </w:pPr>
            <w:r w:rsidRPr="00FA1D49">
              <w:rPr>
                <w:color w:val="000000"/>
                <w:sz w:val="28"/>
                <w:szCs w:val="28"/>
              </w:rPr>
              <w:t>10</w:t>
            </w:r>
          </w:p>
        </w:tc>
        <w:tc>
          <w:tcPr>
            <w:tcW w:w="2836" w:type="dxa"/>
            <w:tcBorders>
              <w:top w:val="single" w:sz="4" w:space="0" w:color="auto"/>
              <w:left w:val="single" w:sz="4" w:space="0" w:color="auto"/>
              <w:bottom w:val="single" w:sz="4" w:space="0" w:color="auto"/>
              <w:right w:val="single" w:sz="4" w:space="0" w:color="auto"/>
            </w:tcBorders>
            <w:hideMark/>
          </w:tcPr>
          <w:p w14:paraId="13795354" w14:textId="77777777" w:rsidR="00FA1D49" w:rsidRPr="00FA1D49" w:rsidRDefault="00FA1D49" w:rsidP="00FA1D49">
            <w:pPr>
              <w:tabs>
                <w:tab w:val="left" w:pos="0"/>
              </w:tabs>
              <w:jc w:val="both"/>
              <w:rPr>
                <w:sz w:val="28"/>
                <w:szCs w:val="28"/>
                <w:lang w:val="kk-KZ"/>
              </w:rPr>
            </w:pPr>
            <w:r w:rsidRPr="00FA1D49">
              <w:rPr>
                <w:sz w:val="28"/>
                <w:szCs w:val="28"/>
              </w:rPr>
              <w:t xml:space="preserve">10-сынып </w:t>
            </w:r>
            <w:r w:rsidRPr="00FA1D49">
              <w:rPr>
                <w:sz w:val="28"/>
                <w:szCs w:val="28"/>
                <w:lang w:val="kk-KZ"/>
              </w:rPr>
              <w:t>ЖМБ</w:t>
            </w:r>
          </w:p>
        </w:tc>
        <w:tc>
          <w:tcPr>
            <w:tcW w:w="1984" w:type="dxa"/>
            <w:tcBorders>
              <w:top w:val="single" w:sz="4" w:space="0" w:color="auto"/>
              <w:left w:val="single" w:sz="4" w:space="0" w:color="auto"/>
              <w:bottom w:val="single" w:sz="4" w:space="0" w:color="auto"/>
              <w:right w:val="single" w:sz="4" w:space="0" w:color="auto"/>
            </w:tcBorders>
          </w:tcPr>
          <w:p w14:paraId="307E87C5" w14:textId="77777777" w:rsidR="00FA1D49" w:rsidRPr="00FA1D49" w:rsidRDefault="00FA1D49" w:rsidP="00FA1D49">
            <w:pPr>
              <w:jc w:val="both"/>
              <w:rPr>
                <w:bCs/>
                <w:sz w:val="28"/>
                <w:szCs w:val="28"/>
                <w:lang w:val="kk-KZ"/>
              </w:rPr>
            </w:pPr>
            <w:r w:rsidRPr="00FA1D49">
              <w:rPr>
                <w:bCs/>
                <w:sz w:val="28"/>
                <w:szCs w:val="28"/>
                <w:lang w:val="kk-KZ"/>
              </w:rPr>
              <w:t>28</w:t>
            </w:r>
          </w:p>
        </w:tc>
        <w:tc>
          <w:tcPr>
            <w:tcW w:w="2835" w:type="dxa"/>
            <w:tcBorders>
              <w:top w:val="single" w:sz="4" w:space="0" w:color="auto"/>
              <w:left w:val="single" w:sz="4" w:space="0" w:color="auto"/>
              <w:bottom w:val="single" w:sz="4" w:space="0" w:color="auto"/>
              <w:right w:val="single" w:sz="4" w:space="0" w:color="auto"/>
            </w:tcBorders>
          </w:tcPr>
          <w:p w14:paraId="012B6AA2" w14:textId="77777777" w:rsidR="00FA1D49" w:rsidRPr="00FA1D49" w:rsidRDefault="00FA1D49" w:rsidP="00FA1D49">
            <w:pPr>
              <w:jc w:val="both"/>
              <w:rPr>
                <w:bCs/>
                <w:sz w:val="28"/>
                <w:szCs w:val="28"/>
                <w:lang w:val="kk-KZ"/>
              </w:rPr>
            </w:pPr>
            <w:r w:rsidRPr="00FA1D49">
              <w:rPr>
                <w:bCs/>
                <w:sz w:val="28"/>
                <w:szCs w:val="28"/>
                <w:lang w:val="kk-KZ"/>
              </w:rPr>
              <w:t>28</w:t>
            </w:r>
          </w:p>
        </w:tc>
        <w:tc>
          <w:tcPr>
            <w:tcW w:w="2410" w:type="dxa"/>
            <w:tcBorders>
              <w:top w:val="single" w:sz="4" w:space="0" w:color="auto"/>
              <w:left w:val="single" w:sz="4" w:space="0" w:color="auto"/>
              <w:bottom w:val="single" w:sz="4" w:space="0" w:color="auto"/>
              <w:right w:val="single" w:sz="4" w:space="0" w:color="auto"/>
            </w:tcBorders>
          </w:tcPr>
          <w:p w14:paraId="79A68910" w14:textId="77777777" w:rsidR="00FA1D49" w:rsidRPr="00FA1D49" w:rsidRDefault="00FA1D49" w:rsidP="00FA1D49">
            <w:pPr>
              <w:jc w:val="both"/>
              <w:rPr>
                <w:bCs/>
                <w:sz w:val="28"/>
                <w:szCs w:val="28"/>
                <w:lang w:val="kk-KZ"/>
              </w:rPr>
            </w:pPr>
            <w:r w:rsidRPr="00FA1D49">
              <w:rPr>
                <w:bCs/>
                <w:sz w:val="28"/>
                <w:szCs w:val="28"/>
                <w:lang w:val="kk-KZ"/>
              </w:rPr>
              <w:t>35</w:t>
            </w:r>
          </w:p>
        </w:tc>
      </w:tr>
      <w:tr w:rsidR="00FA1D49" w:rsidRPr="00FA1D49" w14:paraId="38E360D1" w14:textId="77777777" w:rsidTr="00FA1D49">
        <w:trPr>
          <w:trHeight w:val="330"/>
        </w:trPr>
        <w:tc>
          <w:tcPr>
            <w:tcW w:w="709" w:type="dxa"/>
            <w:tcBorders>
              <w:top w:val="single" w:sz="4" w:space="0" w:color="auto"/>
              <w:left w:val="single" w:sz="4" w:space="0" w:color="auto"/>
              <w:bottom w:val="single" w:sz="4" w:space="0" w:color="auto"/>
              <w:right w:val="single" w:sz="4" w:space="0" w:color="auto"/>
            </w:tcBorders>
            <w:noWrap/>
            <w:hideMark/>
          </w:tcPr>
          <w:p w14:paraId="64C48BC7" w14:textId="77777777" w:rsidR="00FA1D49" w:rsidRPr="00FA1D49" w:rsidRDefault="00FA1D49" w:rsidP="00FA1D49">
            <w:pPr>
              <w:jc w:val="both"/>
              <w:rPr>
                <w:color w:val="000000"/>
                <w:sz w:val="28"/>
                <w:szCs w:val="28"/>
              </w:rPr>
            </w:pPr>
            <w:r w:rsidRPr="00FA1D49">
              <w:rPr>
                <w:color w:val="000000"/>
                <w:sz w:val="28"/>
                <w:szCs w:val="28"/>
              </w:rPr>
              <w:t>11</w:t>
            </w:r>
          </w:p>
        </w:tc>
        <w:tc>
          <w:tcPr>
            <w:tcW w:w="2836" w:type="dxa"/>
            <w:tcBorders>
              <w:top w:val="single" w:sz="4" w:space="0" w:color="auto"/>
              <w:left w:val="single" w:sz="4" w:space="0" w:color="auto"/>
              <w:bottom w:val="single" w:sz="4" w:space="0" w:color="auto"/>
              <w:right w:val="single" w:sz="4" w:space="0" w:color="auto"/>
            </w:tcBorders>
            <w:hideMark/>
          </w:tcPr>
          <w:p w14:paraId="633337CB" w14:textId="77777777" w:rsidR="00FA1D49" w:rsidRPr="00FA1D49" w:rsidRDefault="00FA1D49" w:rsidP="00FA1D49">
            <w:pPr>
              <w:tabs>
                <w:tab w:val="left" w:pos="0"/>
              </w:tabs>
              <w:jc w:val="both"/>
              <w:rPr>
                <w:sz w:val="28"/>
                <w:szCs w:val="28"/>
                <w:lang w:val="kk-KZ"/>
              </w:rPr>
            </w:pPr>
            <w:r w:rsidRPr="00FA1D49">
              <w:rPr>
                <w:sz w:val="28"/>
                <w:szCs w:val="28"/>
              </w:rPr>
              <w:t>1</w:t>
            </w:r>
            <w:r w:rsidRPr="00FA1D49">
              <w:rPr>
                <w:sz w:val="28"/>
                <w:szCs w:val="28"/>
                <w:lang w:val="kk-KZ"/>
              </w:rPr>
              <w:t>0</w:t>
            </w:r>
            <w:r w:rsidRPr="00FA1D49">
              <w:rPr>
                <w:sz w:val="28"/>
                <w:szCs w:val="28"/>
              </w:rPr>
              <w:t xml:space="preserve">-сынып </w:t>
            </w:r>
            <w:r w:rsidRPr="00FA1D49">
              <w:rPr>
                <w:sz w:val="28"/>
                <w:szCs w:val="28"/>
                <w:lang w:val="kk-KZ"/>
              </w:rPr>
              <w:t>ҚГБ</w:t>
            </w:r>
          </w:p>
        </w:tc>
        <w:tc>
          <w:tcPr>
            <w:tcW w:w="1984" w:type="dxa"/>
            <w:tcBorders>
              <w:top w:val="single" w:sz="4" w:space="0" w:color="auto"/>
              <w:left w:val="single" w:sz="4" w:space="0" w:color="auto"/>
              <w:bottom w:val="single" w:sz="4" w:space="0" w:color="auto"/>
              <w:right w:val="single" w:sz="4" w:space="0" w:color="auto"/>
            </w:tcBorders>
          </w:tcPr>
          <w:p w14:paraId="3EF0532B" w14:textId="77777777" w:rsidR="00FA1D49" w:rsidRPr="00FA1D49" w:rsidRDefault="00FA1D49" w:rsidP="00FA1D49">
            <w:pPr>
              <w:jc w:val="both"/>
              <w:rPr>
                <w:bCs/>
                <w:sz w:val="28"/>
                <w:szCs w:val="28"/>
                <w:lang w:val="kk-KZ"/>
              </w:rPr>
            </w:pPr>
            <w:r w:rsidRPr="00FA1D49">
              <w:rPr>
                <w:bCs/>
                <w:sz w:val="28"/>
                <w:szCs w:val="28"/>
                <w:lang w:val="kk-KZ"/>
              </w:rPr>
              <w:t>27</w:t>
            </w:r>
          </w:p>
        </w:tc>
        <w:tc>
          <w:tcPr>
            <w:tcW w:w="2835" w:type="dxa"/>
            <w:tcBorders>
              <w:top w:val="single" w:sz="4" w:space="0" w:color="auto"/>
              <w:left w:val="single" w:sz="4" w:space="0" w:color="auto"/>
              <w:bottom w:val="single" w:sz="4" w:space="0" w:color="auto"/>
              <w:right w:val="single" w:sz="4" w:space="0" w:color="auto"/>
            </w:tcBorders>
          </w:tcPr>
          <w:p w14:paraId="24B36C18" w14:textId="77777777" w:rsidR="00FA1D49" w:rsidRPr="00FA1D49" w:rsidRDefault="00FA1D49" w:rsidP="00FA1D49">
            <w:pPr>
              <w:jc w:val="both"/>
              <w:rPr>
                <w:bCs/>
                <w:sz w:val="28"/>
                <w:szCs w:val="28"/>
                <w:lang w:val="kk-KZ"/>
              </w:rPr>
            </w:pPr>
            <w:r w:rsidRPr="00FA1D49">
              <w:rPr>
                <w:bCs/>
                <w:sz w:val="28"/>
                <w:szCs w:val="28"/>
                <w:lang w:val="kk-KZ"/>
              </w:rPr>
              <w:t>27</w:t>
            </w:r>
          </w:p>
        </w:tc>
        <w:tc>
          <w:tcPr>
            <w:tcW w:w="2410" w:type="dxa"/>
            <w:tcBorders>
              <w:top w:val="single" w:sz="4" w:space="0" w:color="auto"/>
              <w:left w:val="single" w:sz="4" w:space="0" w:color="auto"/>
              <w:bottom w:val="single" w:sz="4" w:space="0" w:color="auto"/>
              <w:right w:val="single" w:sz="4" w:space="0" w:color="auto"/>
            </w:tcBorders>
          </w:tcPr>
          <w:p w14:paraId="12469589" w14:textId="77777777" w:rsidR="00FA1D49" w:rsidRPr="00FA1D49" w:rsidRDefault="00FA1D49" w:rsidP="00FA1D49">
            <w:pPr>
              <w:jc w:val="both"/>
              <w:rPr>
                <w:bCs/>
                <w:sz w:val="28"/>
                <w:szCs w:val="28"/>
                <w:lang w:val="kk-KZ"/>
              </w:rPr>
            </w:pPr>
            <w:r w:rsidRPr="00FA1D49">
              <w:rPr>
                <w:bCs/>
                <w:sz w:val="28"/>
                <w:szCs w:val="28"/>
                <w:lang w:val="kk-KZ"/>
              </w:rPr>
              <w:t>35</w:t>
            </w:r>
          </w:p>
        </w:tc>
      </w:tr>
      <w:tr w:rsidR="00FA1D49" w:rsidRPr="00FA1D49" w14:paraId="69A703D1" w14:textId="77777777" w:rsidTr="00FA1D49">
        <w:trPr>
          <w:trHeight w:val="255"/>
        </w:trPr>
        <w:tc>
          <w:tcPr>
            <w:tcW w:w="709" w:type="dxa"/>
            <w:tcBorders>
              <w:top w:val="single" w:sz="4" w:space="0" w:color="auto"/>
              <w:left w:val="single" w:sz="4" w:space="0" w:color="auto"/>
              <w:bottom w:val="single" w:sz="4" w:space="0" w:color="auto"/>
              <w:right w:val="single" w:sz="4" w:space="0" w:color="auto"/>
            </w:tcBorders>
            <w:noWrap/>
            <w:hideMark/>
          </w:tcPr>
          <w:p w14:paraId="060606AC" w14:textId="77777777" w:rsidR="00FA1D49" w:rsidRPr="00FA1D49" w:rsidRDefault="00FA1D49" w:rsidP="00FA1D49">
            <w:pPr>
              <w:jc w:val="both"/>
              <w:rPr>
                <w:sz w:val="28"/>
                <w:szCs w:val="28"/>
                <w:lang w:val="kk-KZ"/>
              </w:rPr>
            </w:pPr>
            <w:r w:rsidRPr="00FA1D49">
              <w:rPr>
                <w:sz w:val="28"/>
                <w:szCs w:val="28"/>
              </w:rPr>
              <w:t> </w:t>
            </w:r>
            <w:r w:rsidRPr="00FA1D49">
              <w:rPr>
                <w:sz w:val="28"/>
                <w:szCs w:val="28"/>
                <w:lang w:val="kk-KZ"/>
              </w:rPr>
              <w:t xml:space="preserve"> 12</w:t>
            </w:r>
          </w:p>
        </w:tc>
        <w:tc>
          <w:tcPr>
            <w:tcW w:w="2836" w:type="dxa"/>
            <w:tcBorders>
              <w:top w:val="single" w:sz="4" w:space="0" w:color="auto"/>
              <w:left w:val="single" w:sz="4" w:space="0" w:color="auto"/>
              <w:bottom w:val="single" w:sz="4" w:space="0" w:color="auto"/>
              <w:right w:val="single" w:sz="4" w:space="0" w:color="auto"/>
            </w:tcBorders>
            <w:noWrap/>
            <w:hideMark/>
          </w:tcPr>
          <w:p w14:paraId="303AB8AC" w14:textId="77777777" w:rsidR="00FA1D49" w:rsidRPr="00FA1D49" w:rsidRDefault="00FA1D49" w:rsidP="00FA1D49">
            <w:pPr>
              <w:jc w:val="both"/>
              <w:rPr>
                <w:sz w:val="28"/>
                <w:szCs w:val="28"/>
                <w:lang w:val="kk-KZ"/>
              </w:rPr>
            </w:pPr>
            <w:r w:rsidRPr="00FA1D49">
              <w:rPr>
                <w:sz w:val="28"/>
                <w:szCs w:val="28"/>
                <w:lang w:val="kk-KZ"/>
              </w:rPr>
              <w:t>11-сынып ЖМБ</w:t>
            </w:r>
          </w:p>
        </w:tc>
        <w:tc>
          <w:tcPr>
            <w:tcW w:w="1984" w:type="dxa"/>
            <w:tcBorders>
              <w:top w:val="single" w:sz="4" w:space="0" w:color="auto"/>
              <w:left w:val="single" w:sz="4" w:space="0" w:color="auto"/>
              <w:bottom w:val="single" w:sz="4" w:space="0" w:color="auto"/>
              <w:right w:val="single" w:sz="4" w:space="0" w:color="auto"/>
            </w:tcBorders>
            <w:noWrap/>
          </w:tcPr>
          <w:p w14:paraId="57CB5D33" w14:textId="77777777" w:rsidR="00FA1D49" w:rsidRPr="00FA1D49" w:rsidRDefault="00FA1D49" w:rsidP="00FA1D49">
            <w:pPr>
              <w:jc w:val="both"/>
              <w:rPr>
                <w:sz w:val="28"/>
                <w:szCs w:val="28"/>
                <w:lang w:val="kk-KZ"/>
              </w:rPr>
            </w:pPr>
            <w:r w:rsidRPr="00FA1D49">
              <w:rPr>
                <w:sz w:val="28"/>
                <w:szCs w:val="28"/>
                <w:lang w:val="kk-KZ"/>
              </w:rPr>
              <w:t>25</w:t>
            </w:r>
          </w:p>
        </w:tc>
        <w:tc>
          <w:tcPr>
            <w:tcW w:w="2835" w:type="dxa"/>
            <w:tcBorders>
              <w:top w:val="single" w:sz="4" w:space="0" w:color="auto"/>
              <w:left w:val="single" w:sz="4" w:space="0" w:color="auto"/>
              <w:bottom w:val="single" w:sz="4" w:space="0" w:color="auto"/>
              <w:right w:val="single" w:sz="4" w:space="0" w:color="auto"/>
            </w:tcBorders>
            <w:noWrap/>
          </w:tcPr>
          <w:p w14:paraId="2FC348A4" w14:textId="77777777" w:rsidR="00FA1D49" w:rsidRPr="00FA1D49" w:rsidRDefault="00FA1D49" w:rsidP="00FA1D49">
            <w:pPr>
              <w:jc w:val="both"/>
              <w:rPr>
                <w:sz w:val="28"/>
                <w:szCs w:val="28"/>
                <w:lang w:val="kk-KZ"/>
              </w:rPr>
            </w:pPr>
            <w:r w:rsidRPr="00FA1D49">
              <w:rPr>
                <w:sz w:val="28"/>
                <w:szCs w:val="28"/>
                <w:lang w:val="kk-KZ"/>
              </w:rPr>
              <w:t>25</w:t>
            </w:r>
          </w:p>
        </w:tc>
        <w:tc>
          <w:tcPr>
            <w:tcW w:w="2410" w:type="dxa"/>
            <w:tcBorders>
              <w:top w:val="single" w:sz="4" w:space="0" w:color="auto"/>
              <w:left w:val="single" w:sz="4" w:space="0" w:color="auto"/>
              <w:bottom w:val="single" w:sz="4" w:space="0" w:color="auto"/>
              <w:right w:val="single" w:sz="4" w:space="0" w:color="auto"/>
            </w:tcBorders>
          </w:tcPr>
          <w:p w14:paraId="71C6909E" w14:textId="77777777" w:rsidR="00FA1D49" w:rsidRPr="00FA1D49" w:rsidRDefault="00FA1D49" w:rsidP="00FA1D49">
            <w:pPr>
              <w:jc w:val="both"/>
              <w:rPr>
                <w:sz w:val="28"/>
                <w:szCs w:val="28"/>
                <w:lang w:val="kk-KZ"/>
              </w:rPr>
            </w:pPr>
            <w:r w:rsidRPr="00FA1D49">
              <w:rPr>
                <w:sz w:val="28"/>
                <w:szCs w:val="28"/>
                <w:lang w:val="kk-KZ"/>
              </w:rPr>
              <w:t>35</w:t>
            </w:r>
          </w:p>
        </w:tc>
      </w:tr>
      <w:tr w:rsidR="00FA1D49" w:rsidRPr="00FA1D49" w14:paraId="1CB7BEEC" w14:textId="77777777" w:rsidTr="00FA1D49">
        <w:trPr>
          <w:trHeight w:val="255"/>
        </w:trPr>
        <w:tc>
          <w:tcPr>
            <w:tcW w:w="709" w:type="dxa"/>
            <w:tcBorders>
              <w:top w:val="single" w:sz="4" w:space="0" w:color="auto"/>
              <w:left w:val="single" w:sz="4" w:space="0" w:color="auto"/>
              <w:bottom w:val="single" w:sz="4" w:space="0" w:color="auto"/>
              <w:right w:val="single" w:sz="4" w:space="0" w:color="auto"/>
            </w:tcBorders>
            <w:noWrap/>
          </w:tcPr>
          <w:p w14:paraId="474A6408" w14:textId="77777777" w:rsidR="00FA1D49" w:rsidRPr="00FA1D49" w:rsidRDefault="00FA1D49" w:rsidP="00FA1D49">
            <w:pPr>
              <w:jc w:val="both"/>
              <w:rPr>
                <w:sz w:val="28"/>
                <w:szCs w:val="28"/>
                <w:lang w:val="kk-KZ"/>
              </w:rPr>
            </w:pPr>
            <w:r w:rsidRPr="00FA1D49">
              <w:rPr>
                <w:sz w:val="28"/>
                <w:szCs w:val="28"/>
                <w:lang w:val="kk-KZ"/>
              </w:rPr>
              <w:t xml:space="preserve">  13</w:t>
            </w:r>
          </w:p>
        </w:tc>
        <w:tc>
          <w:tcPr>
            <w:tcW w:w="2836" w:type="dxa"/>
            <w:tcBorders>
              <w:top w:val="single" w:sz="4" w:space="0" w:color="auto"/>
              <w:left w:val="single" w:sz="4" w:space="0" w:color="auto"/>
              <w:bottom w:val="single" w:sz="4" w:space="0" w:color="auto"/>
              <w:right w:val="single" w:sz="4" w:space="0" w:color="auto"/>
            </w:tcBorders>
            <w:noWrap/>
          </w:tcPr>
          <w:p w14:paraId="0BEC7175" w14:textId="77777777" w:rsidR="00FA1D49" w:rsidRPr="00FA1D49" w:rsidRDefault="00FA1D49" w:rsidP="00FA1D49">
            <w:pPr>
              <w:jc w:val="both"/>
              <w:rPr>
                <w:sz w:val="28"/>
                <w:szCs w:val="28"/>
                <w:lang w:val="kk-KZ"/>
              </w:rPr>
            </w:pPr>
            <w:r w:rsidRPr="00FA1D49">
              <w:rPr>
                <w:sz w:val="28"/>
                <w:szCs w:val="28"/>
                <w:lang w:val="kk-KZ"/>
              </w:rPr>
              <w:t>11-сынып ҚГБ</w:t>
            </w:r>
          </w:p>
        </w:tc>
        <w:tc>
          <w:tcPr>
            <w:tcW w:w="1984" w:type="dxa"/>
            <w:tcBorders>
              <w:top w:val="single" w:sz="4" w:space="0" w:color="auto"/>
              <w:left w:val="single" w:sz="4" w:space="0" w:color="auto"/>
              <w:bottom w:val="single" w:sz="4" w:space="0" w:color="auto"/>
              <w:right w:val="single" w:sz="4" w:space="0" w:color="auto"/>
            </w:tcBorders>
            <w:noWrap/>
          </w:tcPr>
          <w:p w14:paraId="08C95439" w14:textId="77777777" w:rsidR="00FA1D49" w:rsidRPr="00FA1D49" w:rsidRDefault="00FA1D49" w:rsidP="00FA1D49">
            <w:pPr>
              <w:jc w:val="both"/>
              <w:rPr>
                <w:sz w:val="28"/>
                <w:szCs w:val="28"/>
                <w:lang w:val="kk-KZ"/>
              </w:rPr>
            </w:pPr>
            <w:r w:rsidRPr="00FA1D49">
              <w:rPr>
                <w:sz w:val="28"/>
                <w:szCs w:val="28"/>
                <w:lang w:val="kk-KZ"/>
              </w:rPr>
              <w:t>25</w:t>
            </w:r>
          </w:p>
        </w:tc>
        <w:tc>
          <w:tcPr>
            <w:tcW w:w="2835" w:type="dxa"/>
            <w:tcBorders>
              <w:top w:val="single" w:sz="4" w:space="0" w:color="auto"/>
              <w:left w:val="single" w:sz="4" w:space="0" w:color="auto"/>
              <w:bottom w:val="single" w:sz="4" w:space="0" w:color="auto"/>
              <w:right w:val="single" w:sz="4" w:space="0" w:color="auto"/>
            </w:tcBorders>
            <w:noWrap/>
          </w:tcPr>
          <w:p w14:paraId="2EB0C375" w14:textId="77777777" w:rsidR="00FA1D49" w:rsidRPr="00FA1D49" w:rsidRDefault="00FA1D49" w:rsidP="00FA1D49">
            <w:pPr>
              <w:jc w:val="both"/>
              <w:rPr>
                <w:sz w:val="28"/>
                <w:szCs w:val="28"/>
                <w:lang w:val="kk-KZ"/>
              </w:rPr>
            </w:pPr>
            <w:r w:rsidRPr="00FA1D49">
              <w:rPr>
                <w:sz w:val="28"/>
                <w:szCs w:val="28"/>
                <w:lang w:val="kk-KZ"/>
              </w:rPr>
              <w:t>25</w:t>
            </w:r>
          </w:p>
        </w:tc>
        <w:tc>
          <w:tcPr>
            <w:tcW w:w="2410" w:type="dxa"/>
            <w:tcBorders>
              <w:top w:val="single" w:sz="4" w:space="0" w:color="auto"/>
              <w:left w:val="single" w:sz="4" w:space="0" w:color="auto"/>
              <w:bottom w:val="single" w:sz="4" w:space="0" w:color="auto"/>
              <w:right w:val="single" w:sz="4" w:space="0" w:color="auto"/>
            </w:tcBorders>
          </w:tcPr>
          <w:p w14:paraId="4E47348C" w14:textId="77777777" w:rsidR="00FA1D49" w:rsidRPr="00FA1D49" w:rsidRDefault="00FA1D49" w:rsidP="00FA1D49">
            <w:pPr>
              <w:jc w:val="both"/>
              <w:rPr>
                <w:sz w:val="28"/>
                <w:szCs w:val="28"/>
                <w:lang w:val="kk-KZ"/>
              </w:rPr>
            </w:pPr>
            <w:r w:rsidRPr="00FA1D49">
              <w:rPr>
                <w:sz w:val="28"/>
                <w:szCs w:val="28"/>
                <w:lang w:val="kk-KZ"/>
              </w:rPr>
              <w:t>35</w:t>
            </w:r>
          </w:p>
        </w:tc>
      </w:tr>
      <w:tr w:rsidR="00FA1D49" w:rsidRPr="00FA1D49" w14:paraId="408ECE8C" w14:textId="77777777" w:rsidTr="00FA1D49">
        <w:trPr>
          <w:trHeight w:val="255"/>
        </w:trPr>
        <w:tc>
          <w:tcPr>
            <w:tcW w:w="709" w:type="dxa"/>
            <w:tcBorders>
              <w:top w:val="single" w:sz="4" w:space="0" w:color="auto"/>
              <w:left w:val="single" w:sz="4" w:space="0" w:color="auto"/>
              <w:bottom w:val="single" w:sz="4" w:space="0" w:color="auto"/>
              <w:right w:val="single" w:sz="4" w:space="0" w:color="auto"/>
            </w:tcBorders>
            <w:noWrap/>
          </w:tcPr>
          <w:p w14:paraId="502411F7" w14:textId="77777777" w:rsidR="00FA1D49" w:rsidRPr="00FA1D49" w:rsidRDefault="00FA1D49" w:rsidP="00FA1D49">
            <w:pPr>
              <w:jc w:val="both"/>
              <w:rPr>
                <w:b/>
                <w:sz w:val="28"/>
                <w:szCs w:val="28"/>
                <w:lang w:val="kk-KZ"/>
              </w:rPr>
            </w:pPr>
          </w:p>
        </w:tc>
        <w:tc>
          <w:tcPr>
            <w:tcW w:w="2836" w:type="dxa"/>
            <w:tcBorders>
              <w:top w:val="single" w:sz="4" w:space="0" w:color="auto"/>
              <w:left w:val="single" w:sz="4" w:space="0" w:color="auto"/>
              <w:bottom w:val="single" w:sz="4" w:space="0" w:color="auto"/>
              <w:right w:val="single" w:sz="4" w:space="0" w:color="auto"/>
            </w:tcBorders>
            <w:noWrap/>
          </w:tcPr>
          <w:p w14:paraId="12D20D58" w14:textId="77777777" w:rsidR="00FA1D49" w:rsidRPr="00FA1D49" w:rsidRDefault="00FA1D49" w:rsidP="00FA1D49">
            <w:pPr>
              <w:jc w:val="both"/>
              <w:rPr>
                <w:b/>
                <w:sz w:val="28"/>
                <w:szCs w:val="28"/>
                <w:lang w:val="kk-KZ"/>
              </w:rPr>
            </w:pPr>
          </w:p>
        </w:tc>
        <w:tc>
          <w:tcPr>
            <w:tcW w:w="1984" w:type="dxa"/>
            <w:tcBorders>
              <w:top w:val="single" w:sz="4" w:space="0" w:color="auto"/>
              <w:left w:val="single" w:sz="4" w:space="0" w:color="auto"/>
              <w:bottom w:val="single" w:sz="4" w:space="0" w:color="auto"/>
              <w:right w:val="single" w:sz="4" w:space="0" w:color="auto"/>
            </w:tcBorders>
            <w:noWrap/>
          </w:tcPr>
          <w:p w14:paraId="1F56AFEE" w14:textId="77777777" w:rsidR="00FA1D49" w:rsidRPr="00FA1D49" w:rsidRDefault="00FA1D49" w:rsidP="00FA1D49">
            <w:pPr>
              <w:jc w:val="both"/>
              <w:rPr>
                <w:b/>
                <w:sz w:val="28"/>
                <w:szCs w:val="28"/>
                <w:lang w:val="kk-KZ"/>
              </w:rPr>
            </w:pPr>
            <w:r w:rsidRPr="00FA1D49">
              <w:rPr>
                <w:b/>
                <w:sz w:val="28"/>
                <w:szCs w:val="28"/>
                <w:lang w:val="kk-KZ"/>
              </w:rPr>
              <w:t>990</w:t>
            </w:r>
          </w:p>
        </w:tc>
        <w:tc>
          <w:tcPr>
            <w:tcW w:w="2835" w:type="dxa"/>
            <w:tcBorders>
              <w:top w:val="single" w:sz="4" w:space="0" w:color="auto"/>
              <w:left w:val="single" w:sz="4" w:space="0" w:color="auto"/>
              <w:bottom w:val="single" w:sz="4" w:space="0" w:color="auto"/>
              <w:right w:val="single" w:sz="4" w:space="0" w:color="auto"/>
            </w:tcBorders>
            <w:noWrap/>
          </w:tcPr>
          <w:p w14:paraId="5BA7F176" w14:textId="77777777" w:rsidR="00FA1D49" w:rsidRPr="00FA1D49" w:rsidRDefault="00FA1D49" w:rsidP="00FA1D49">
            <w:pPr>
              <w:jc w:val="both"/>
              <w:rPr>
                <w:b/>
                <w:sz w:val="28"/>
                <w:szCs w:val="28"/>
                <w:lang w:val="kk-KZ"/>
              </w:rPr>
            </w:pPr>
            <w:r w:rsidRPr="00FA1D49">
              <w:rPr>
                <w:b/>
                <w:sz w:val="28"/>
                <w:szCs w:val="28"/>
                <w:lang w:val="kk-KZ"/>
              </w:rPr>
              <w:t>990</w:t>
            </w:r>
          </w:p>
        </w:tc>
        <w:tc>
          <w:tcPr>
            <w:tcW w:w="2410" w:type="dxa"/>
            <w:tcBorders>
              <w:top w:val="single" w:sz="4" w:space="0" w:color="auto"/>
              <w:left w:val="single" w:sz="4" w:space="0" w:color="auto"/>
              <w:bottom w:val="single" w:sz="4" w:space="0" w:color="auto"/>
              <w:right w:val="single" w:sz="4" w:space="0" w:color="auto"/>
            </w:tcBorders>
          </w:tcPr>
          <w:p w14:paraId="54E717F4" w14:textId="77777777" w:rsidR="00FA1D49" w:rsidRPr="00FA1D49" w:rsidRDefault="00FA1D49" w:rsidP="00FA1D49">
            <w:pPr>
              <w:jc w:val="both"/>
              <w:rPr>
                <w:b/>
                <w:sz w:val="28"/>
                <w:szCs w:val="28"/>
                <w:lang w:val="kk-KZ"/>
              </w:rPr>
            </w:pPr>
            <w:r w:rsidRPr="00FA1D49">
              <w:rPr>
                <w:b/>
                <w:sz w:val="28"/>
                <w:szCs w:val="28"/>
                <w:lang w:val="kk-KZ"/>
              </w:rPr>
              <w:t>1233</w:t>
            </w:r>
          </w:p>
        </w:tc>
      </w:tr>
    </w:tbl>
    <w:p w14:paraId="4196A1B5" w14:textId="77777777" w:rsidR="00FA1D49" w:rsidRPr="00FA1D49" w:rsidRDefault="00FA1D49" w:rsidP="00FA1D49">
      <w:pPr>
        <w:tabs>
          <w:tab w:val="left" w:pos="709"/>
        </w:tabs>
        <w:jc w:val="both"/>
        <w:rPr>
          <w:b/>
          <w:sz w:val="28"/>
          <w:szCs w:val="28"/>
          <w:lang w:val="kk-KZ"/>
        </w:rPr>
      </w:pPr>
      <w:r w:rsidRPr="00FA1D49">
        <w:rPr>
          <w:b/>
          <w:sz w:val="28"/>
          <w:szCs w:val="28"/>
        </w:rPr>
        <w:t xml:space="preserve">      </w:t>
      </w:r>
    </w:p>
    <w:p w14:paraId="4AC67638" w14:textId="77777777" w:rsidR="00FA1D49" w:rsidRPr="00FA1D49" w:rsidRDefault="00FA1D49" w:rsidP="00FA1D49">
      <w:pPr>
        <w:tabs>
          <w:tab w:val="left" w:pos="709"/>
        </w:tabs>
        <w:jc w:val="both"/>
        <w:rPr>
          <w:sz w:val="28"/>
          <w:szCs w:val="28"/>
          <w:lang w:val="kk-KZ"/>
        </w:rPr>
      </w:pPr>
    </w:p>
    <w:p w14:paraId="3AB2178A" w14:textId="77777777" w:rsidR="00FA1D49" w:rsidRPr="00FA1D49" w:rsidRDefault="00FA1D49" w:rsidP="00FA1D49">
      <w:pPr>
        <w:tabs>
          <w:tab w:val="left" w:pos="709"/>
        </w:tabs>
        <w:jc w:val="both"/>
        <w:rPr>
          <w:sz w:val="28"/>
          <w:szCs w:val="28"/>
          <w:lang w:val="kk-KZ"/>
        </w:rPr>
      </w:pPr>
      <w:r w:rsidRPr="00FA1D49">
        <w:rPr>
          <w:sz w:val="28"/>
          <w:szCs w:val="28"/>
          <w:lang w:val="kk-KZ"/>
        </w:rPr>
        <w:t xml:space="preserve"> Оқушыларды оқулықтармен қамтамасыз ету жөніндегі мәліметтер, негізгі бақылау көрсеткіштері Қазақстан Республикасының ҰБДБ (ұлттық білім беру деректер базасы), "Білімал" қаласының білім беру базасына "Оқулық" бағдарламасы автоматтандырылған республикалық "Кitaphana.edu.KZ" жүйесіне енгізіледі.</w:t>
      </w:r>
    </w:p>
    <w:p w14:paraId="5D3DD0C3" w14:textId="77777777" w:rsidR="00FA1D49" w:rsidRPr="00FA1D49" w:rsidRDefault="00FA1D49" w:rsidP="00FA1D49">
      <w:pPr>
        <w:tabs>
          <w:tab w:val="left" w:pos="709"/>
        </w:tabs>
        <w:jc w:val="both"/>
        <w:rPr>
          <w:sz w:val="28"/>
          <w:szCs w:val="28"/>
          <w:lang w:val="kk-KZ"/>
        </w:rPr>
      </w:pPr>
    </w:p>
    <w:p w14:paraId="277EBB8F" w14:textId="77777777" w:rsidR="00FA1D49" w:rsidRPr="00FA1D49" w:rsidRDefault="00FA1D49" w:rsidP="00FA1D49">
      <w:pPr>
        <w:jc w:val="both"/>
        <w:rPr>
          <w:bCs/>
          <w:sz w:val="28"/>
          <w:szCs w:val="28"/>
          <w:lang w:val="kk-KZ"/>
        </w:rPr>
      </w:pPr>
      <w:r w:rsidRPr="00FA1D49">
        <w:rPr>
          <w:b/>
          <w:sz w:val="28"/>
          <w:szCs w:val="28"/>
          <w:lang w:val="kk-KZ"/>
        </w:rPr>
        <w:t>Мектеп кітапханасының материалдық-техникалық базасы</w:t>
      </w:r>
    </w:p>
    <w:p w14:paraId="43EE13F2" w14:textId="77777777" w:rsidR="00FA1D49" w:rsidRPr="00FA1D49" w:rsidRDefault="00FA1D49" w:rsidP="00FA1D49">
      <w:pPr>
        <w:pStyle w:val="121"/>
        <w:keepNext/>
        <w:keepLines/>
        <w:shd w:val="clear" w:color="auto" w:fill="auto"/>
        <w:spacing w:after="0" w:line="240" w:lineRule="auto"/>
        <w:ind w:left="720"/>
        <w:jc w:val="both"/>
        <w:rPr>
          <w:b/>
          <w:sz w:val="28"/>
          <w:szCs w:val="28"/>
          <w:lang w:val="kk-KZ"/>
        </w:rPr>
      </w:pPr>
    </w:p>
    <w:p w14:paraId="1F801132" w14:textId="77777777" w:rsidR="00FA1D49" w:rsidRPr="00FA1D49" w:rsidRDefault="00FA1D49" w:rsidP="00C427A3">
      <w:pPr>
        <w:pStyle w:val="3a"/>
        <w:numPr>
          <w:ilvl w:val="0"/>
          <w:numId w:val="21"/>
        </w:numPr>
        <w:shd w:val="clear" w:color="auto" w:fill="auto"/>
        <w:tabs>
          <w:tab w:val="left" w:leader="underscore" w:pos="6255"/>
        </w:tabs>
        <w:spacing w:line="240" w:lineRule="auto"/>
        <w:rPr>
          <w:sz w:val="28"/>
          <w:szCs w:val="28"/>
          <w:lang w:val="kk-KZ"/>
        </w:rPr>
      </w:pPr>
      <w:r w:rsidRPr="00FA1D49">
        <w:rPr>
          <w:rFonts w:eastAsiaTheme="majorEastAsia"/>
          <w:sz w:val="28"/>
          <w:szCs w:val="28"/>
          <w:lang w:val="kk-KZ"/>
        </w:rPr>
        <w:t>Білім беру ұйымының ресми атауы: Қараганды қаласы «14мектеп-гимназиясы»КММ</w:t>
      </w:r>
    </w:p>
    <w:p w14:paraId="0F205C52" w14:textId="77777777" w:rsidR="00FA1D49" w:rsidRPr="00FA1D49" w:rsidRDefault="00FA1D49" w:rsidP="00C427A3">
      <w:pPr>
        <w:pStyle w:val="3a"/>
        <w:numPr>
          <w:ilvl w:val="0"/>
          <w:numId w:val="21"/>
        </w:numPr>
        <w:tabs>
          <w:tab w:val="left" w:pos="318"/>
          <w:tab w:val="left" w:leader="underscore" w:pos="6231"/>
          <w:tab w:val="left" w:leader="underscore" w:pos="6313"/>
        </w:tabs>
        <w:spacing w:line="240" w:lineRule="auto"/>
        <w:rPr>
          <w:sz w:val="28"/>
          <w:szCs w:val="28"/>
          <w:lang w:val="kk-KZ"/>
        </w:rPr>
      </w:pPr>
      <w:r w:rsidRPr="00FA1D49">
        <w:rPr>
          <w:sz w:val="28"/>
          <w:szCs w:val="28"/>
          <w:lang w:val="kk-KZ"/>
        </w:rPr>
        <w:t>Мекен-жайы: Қарағанды қаласы, Бирюзова 22 А көшесі</w:t>
      </w:r>
    </w:p>
    <w:p w14:paraId="67826F42" w14:textId="77777777" w:rsidR="00FA1D49" w:rsidRPr="00FA1D49" w:rsidRDefault="00FA1D49" w:rsidP="00C427A3">
      <w:pPr>
        <w:pStyle w:val="3a"/>
        <w:numPr>
          <w:ilvl w:val="0"/>
          <w:numId w:val="21"/>
        </w:numPr>
        <w:tabs>
          <w:tab w:val="left" w:pos="318"/>
          <w:tab w:val="left" w:leader="underscore" w:pos="6231"/>
          <w:tab w:val="left" w:leader="underscore" w:pos="6313"/>
        </w:tabs>
        <w:spacing w:line="240" w:lineRule="auto"/>
        <w:rPr>
          <w:sz w:val="28"/>
          <w:szCs w:val="28"/>
          <w:lang w:val="kk-KZ"/>
        </w:rPr>
      </w:pPr>
      <w:r w:rsidRPr="00FA1D49">
        <w:rPr>
          <w:sz w:val="28"/>
          <w:szCs w:val="28"/>
          <w:lang w:val="kk-KZ"/>
        </w:rPr>
        <w:t>телефон: 218159</w:t>
      </w:r>
    </w:p>
    <w:p w14:paraId="11F31D08" w14:textId="77777777" w:rsidR="00FA1D49" w:rsidRPr="00FA1D49" w:rsidRDefault="00FA1D49" w:rsidP="00C427A3">
      <w:pPr>
        <w:pStyle w:val="3a"/>
        <w:numPr>
          <w:ilvl w:val="0"/>
          <w:numId w:val="21"/>
        </w:numPr>
        <w:tabs>
          <w:tab w:val="left" w:pos="318"/>
          <w:tab w:val="left" w:leader="underscore" w:pos="6231"/>
          <w:tab w:val="left" w:leader="underscore" w:pos="6313"/>
        </w:tabs>
        <w:spacing w:line="240" w:lineRule="auto"/>
        <w:rPr>
          <w:sz w:val="28"/>
          <w:szCs w:val="28"/>
          <w:lang w:val="kk-KZ"/>
        </w:rPr>
      </w:pPr>
      <w:r w:rsidRPr="00FA1D49">
        <w:rPr>
          <w:sz w:val="28"/>
          <w:szCs w:val="28"/>
          <w:lang w:val="kk-KZ"/>
        </w:rPr>
        <w:t>Е-mail - sch14@ karqoo.kz</w:t>
      </w:r>
    </w:p>
    <w:p w14:paraId="36AD7E85" w14:textId="77777777" w:rsidR="00FA1D49" w:rsidRPr="00FA1D49" w:rsidRDefault="00FA1D49" w:rsidP="00C427A3">
      <w:pPr>
        <w:pStyle w:val="121"/>
        <w:keepNext/>
        <w:keepLines/>
        <w:numPr>
          <w:ilvl w:val="0"/>
          <w:numId w:val="21"/>
        </w:numPr>
        <w:shd w:val="clear" w:color="auto" w:fill="auto"/>
        <w:spacing w:after="0" w:line="240" w:lineRule="auto"/>
        <w:jc w:val="both"/>
        <w:rPr>
          <w:sz w:val="28"/>
          <w:szCs w:val="28"/>
          <w:lang w:val="kk-KZ"/>
        </w:rPr>
      </w:pPr>
      <w:r w:rsidRPr="00FA1D49">
        <w:rPr>
          <w:sz w:val="28"/>
          <w:szCs w:val="28"/>
          <w:lang w:val="kk-KZ"/>
        </w:rPr>
        <w:t>Мектеп-гимназия кітапханасының орналасқан жер:1 қабат, жалпы алаңы 87кв/м</w:t>
      </w:r>
    </w:p>
    <w:p w14:paraId="38DB7A26" w14:textId="77777777" w:rsidR="00FA1D49" w:rsidRPr="00FA1D49" w:rsidRDefault="00FA1D49" w:rsidP="00FA1D49">
      <w:pPr>
        <w:pStyle w:val="81"/>
        <w:shd w:val="clear" w:color="auto" w:fill="auto"/>
        <w:spacing w:line="240" w:lineRule="auto"/>
        <w:ind w:firstLine="0"/>
        <w:rPr>
          <w:rFonts w:eastAsiaTheme="majorEastAsia"/>
          <w:b/>
          <w:sz w:val="28"/>
          <w:szCs w:val="28"/>
          <w:lang w:val="kk-KZ"/>
        </w:rPr>
      </w:pPr>
    </w:p>
    <w:p w14:paraId="56E9E8BB" w14:textId="77777777" w:rsidR="00FA1D49" w:rsidRPr="00FA1D49" w:rsidRDefault="00FA1D49" w:rsidP="00FA1D49">
      <w:pPr>
        <w:pStyle w:val="ac"/>
        <w:shd w:val="clear" w:color="auto" w:fill="FFFFFF"/>
        <w:tabs>
          <w:tab w:val="left" w:pos="540"/>
        </w:tabs>
        <w:adjustRightInd w:val="0"/>
        <w:ind w:left="360"/>
        <w:jc w:val="both"/>
        <w:rPr>
          <w:rFonts w:ascii="Times New Roman" w:hAnsi="Times New Roman" w:cs="Times New Roman"/>
          <w:b/>
          <w:sz w:val="28"/>
          <w:szCs w:val="28"/>
          <w:lang w:val="kk-KZ"/>
        </w:rPr>
      </w:pPr>
      <w:r w:rsidRPr="00FA1D49">
        <w:rPr>
          <w:rFonts w:ascii="Times New Roman" w:hAnsi="Times New Roman" w:cs="Times New Roman"/>
          <w:b/>
          <w:sz w:val="28"/>
          <w:szCs w:val="28"/>
          <w:lang w:val="kk-KZ"/>
        </w:rPr>
        <w:t xml:space="preserve">2. Біліктілік талаптарына сәйкес білім беру үдерісінде </w:t>
      </w:r>
    </w:p>
    <w:p w14:paraId="66924179" w14:textId="77777777" w:rsidR="00FA1D49" w:rsidRPr="00FA1D49" w:rsidRDefault="00FA1D49" w:rsidP="00FA1D49">
      <w:pPr>
        <w:pStyle w:val="ac"/>
        <w:shd w:val="clear" w:color="auto" w:fill="FFFFFF"/>
        <w:tabs>
          <w:tab w:val="left" w:pos="540"/>
        </w:tabs>
        <w:adjustRightInd w:val="0"/>
        <w:ind w:left="360"/>
        <w:jc w:val="both"/>
        <w:rPr>
          <w:rFonts w:ascii="Times New Roman" w:hAnsi="Times New Roman" w:cs="Times New Roman"/>
          <w:b/>
          <w:sz w:val="28"/>
          <w:szCs w:val="28"/>
          <w:lang w:val="kk-KZ"/>
        </w:rPr>
      </w:pPr>
      <w:r w:rsidRPr="00FA1D49">
        <w:rPr>
          <w:rFonts w:ascii="Times New Roman" w:hAnsi="Times New Roman" w:cs="Times New Roman"/>
          <w:b/>
          <w:sz w:val="28"/>
          <w:szCs w:val="28"/>
          <w:lang w:val="kk-KZ"/>
        </w:rPr>
        <w:lastRenderedPageBreak/>
        <w:t xml:space="preserve">ақпараттық-коммуникациялық технологиялардың қамтамасыз етілуі және қолданылуы.  </w:t>
      </w:r>
    </w:p>
    <w:p w14:paraId="13E69C3F" w14:textId="77777777" w:rsidR="00FA1D49" w:rsidRPr="00FA1D49" w:rsidRDefault="00FA1D49" w:rsidP="00FA1D49">
      <w:pPr>
        <w:pStyle w:val="81"/>
        <w:shd w:val="clear" w:color="auto" w:fill="auto"/>
        <w:spacing w:line="240" w:lineRule="auto"/>
        <w:ind w:firstLine="0"/>
        <w:rPr>
          <w:rFonts w:eastAsiaTheme="majorEastAsia"/>
          <w:b/>
          <w:sz w:val="28"/>
          <w:szCs w:val="28"/>
          <w:lang w:val="kk-KZ"/>
        </w:rPr>
      </w:pPr>
    </w:p>
    <w:p w14:paraId="1104D5D6" w14:textId="77777777" w:rsidR="00FA1D49" w:rsidRPr="00FA1D49" w:rsidRDefault="00FA1D49" w:rsidP="00FA1D49">
      <w:pPr>
        <w:pStyle w:val="81"/>
        <w:shd w:val="clear" w:color="auto" w:fill="auto"/>
        <w:spacing w:line="240" w:lineRule="auto"/>
        <w:ind w:firstLine="0"/>
        <w:rPr>
          <w:rFonts w:eastAsiaTheme="majorEastAsia"/>
          <w:sz w:val="28"/>
          <w:szCs w:val="28"/>
          <w:lang w:val="kk-KZ"/>
        </w:rPr>
      </w:pPr>
      <w:r w:rsidRPr="00FA1D49">
        <w:rPr>
          <w:rFonts w:eastAsiaTheme="majorEastAsia"/>
          <w:sz w:val="28"/>
          <w:szCs w:val="28"/>
          <w:lang w:val="kk-KZ"/>
        </w:rPr>
        <w:t xml:space="preserve">        Мектеп-гимназия кітапханасы 1 қабатта орналасқан, кітапхана заманауй жиһаздарымен, кітап сөрелерімен, оқырмандарға арналған жаңа 23 дана үстелдер мен 23 дана  орындық,  4 дана компьютер орындығы, 2 дана кітапханашының жұмыс орнына  арналған кафедра каталог мен орындықтары  қарастырылған. Кітаптарды жүйелі түрде орналастыруға және оқырмандардың қажетті әдебиеттірін еркін таңдауға жағдай жасалған. Оқулықтар сақтау бөлмесі, жеке оқу залы, оқырмандар үшін комфорт зоналары бар. Кітапханада оқушылардың кітап оқуына, өздігінен ізденуі және шығармашылық жұмыстарымен айналасуына қолайлы жағдай қарастырылған. Заманауи ақпараттық – коммуникациялық технологияларды пайдалану арқылы білім алушылардың ақпараттық сауаттылық арттыруға мүмкүндік берілген: 6 дана компьютер МФУ, қосымша сканер, ксерокс, принтері бар,  8 дана кітап көрмесіне арналған стелаждар,  оқулықтар сақтау қорына арналған 16 дана стелаж, 11 дана  шкаф, 4 дана компьтер үстелдері, 6 дана  үш полкалық шкаф. Бастауыш сынып оқушыларына  арналған оқу залы да толық жабдықталған: пуфиктерімен, қабырға стендтерімен, шкаф, үстел, орындықтарымен. Сонымен қатар кітапхана қорының негізгі қор есебі ОТАН-books порталына еңгізілген. Көркем әдебиет кітаптары толығымен порталға еңгізіліп, оқырмандарға электронды түрде де қызмет көрсетілуде.</w:t>
      </w:r>
    </w:p>
    <w:p w14:paraId="018C2805" w14:textId="77777777" w:rsidR="00FA1D49" w:rsidRPr="00FA1D49" w:rsidRDefault="00FA1D49" w:rsidP="00FA1D49">
      <w:pPr>
        <w:pStyle w:val="81"/>
        <w:shd w:val="clear" w:color="auto" w:fill="auto"/>
        <w:spacing w:line="240" w:lineRule="auto"/>
        <w:ind w:firstLine="0"/>
        <w:rPr>
          <w:rFonts w:eastAsiaTheme="majorEastAsia"/>
          <w:sz w:val="28"/>
          <w:szCs w:val="28"/>
          <w:lang w:val="kk-KZ"/>
        </w:rPr>
      </w:pPr>
      <w:r w:rsidRPr="00FA1D49">
        <w:rPr>
          <w:rFonts w:eastAsiaTheme="majorEastAsia"/>
          <w:sz w:val="28"/>
          <w:szCs w:val="28"/>
          <w:lang w:val="kk-KZ"/>
        </w:rPr>
        <w:t xml:space="preserve">      Мектеп - гимназиямыздың оқырмандары үшін жаңа заманауи жабдықталған кітапханамыз – оқушылардың білім алуына, кітап оқуына деген қызығушылығын арттырып, бос уақыттарын тиімді өткізуіне ықпал ететін маңызды білім беру ортасы болып табылуда.</w:t>
      </w:r>
    </w:p>
    <w:p w14:paraId="78E800E9" w14:textId="77777777" w:rsidR="00FA1D49" w:rsidRPr="00FA1D49" w:rsidRDefault="00FA1D49" w:rsidP="00FA1D49">
      <w:pPr>
        <w:tabs>
          <w:tab w:val="left" w:pos="709"/>
        </w:tabs>
        <w:jc w:val="both"/>
        <w:rPr>
          <w:sz w:val="28"/>
          <w:szCs w:val="28"/>
          <w:lang w:val="kk-KZ"/>
        </w:rPr>
      </w:pPr>
    </w:p>
    <w:p w14:paraId="7777D437" w14:textId="77777777" w:rsidR="00FA1D49" w:rsidRPr="00FA1D49" w:rsidRDefault="00FA1D49" w:rsidP="00FA1D49">
      <w:pPr>
        <w:ind w:firstLine="567"/>
        <w:jc w:val="both"/>
        <w:rPr>
          <w:color w:val="000000"/>
          <w:sz w:val="28"/>
          <w:szCs w:val="28"/>
          <w:lang w:val="kk-KZ"/>
        </w:rPr>
      </w:pPr>
      <w:r w:rsidRPr="00FA1D49">
        <w:rPr>
          <w:b/>
          <w:color w:val="000000"/>
          <w:sz w:val="28"/>
          <w:szCs w:val="28"/>
          <w:lang w:val="kk-KZ"/>
        </w:rPr>
        <w:t>Мектеп кітапханасының кадрлары туралы мәліметтер</w:t>
      </w:r>
      <w:r w:rsidRPr="00FA1D49">
        <w:rPr>
          <w:color w:val="000000"/>
          <w:sz w:val="28"/>
          <w:szCs w:val="28"/>
          <w:lang w:val="kk-KZ"/>
        </w:rPr>
        <w:t>.</w:t>
      </w:r>
    </w:p>
    <w:p w14:paraId="4B154B2C" w14:textId="77777777" w:rsidR="00FA1D49" w:rsidRPr="00FA1D49" w:rsidRDefault="00FA1D49" w:rsidP="00FA1D49">
      <w:pPr>
        <w:jc w:val="both"/>
        <w:rPr>
          <w:color w:val="000000"/>
          <w:sz w:val="28"/>
          <w:szCs w:val="28"/>
          <w:lang w:val="kk-KZ"/>
        </w:rPr>
      </w:pPr>
      <w:r w:rsidRPr="00FA1D49">
        <w:rPr>
          <w:color w:val="000000"/>
          <w:sz w:val="28"/>
          <w:szCs w:val="28"/>
          <w:lang w:val="kk-KZ"/>
        </w:rPr>
        <w:t xml:space="preserve">         Кітапхана меңгерушісі – Рахманова Еркежан Нұрланқызы, мамандығы Қарағанды қаласы, Тәттімбет атындағы өнер колледжінің  арнайы орта білімі бар «Кітапхана ісі», лауазымындағы еңбек өтілімі 14 жыл. </w:t>
      </w:r>
    </w:p>
    <w:p w14:paraId="0AF1C74E" w14:textId="77777777" w:rsidR="00FA1D49" w:rsidRPr="00FA1D49" w:rsidRDefault="00FA1D49" w:rsidP="00FA1D49">
      <w:pPr>
        <w:ind w:firstLine="567"/>
        <w:jc w:val="both"/>
        <w:rPr>
          <w:color w:val="000000"/>
          <w:sz w:val="28"/>
          <w:szCs w:val="28"/>
          <w:lang w:val="kk-KZ"/>
        </w:rPr>
      </w:pPr>
      <w:r w:rsidRPr="00FA1D49">
        <w:rPr>
          <w:color w:val="000000"/>
          <w:sz w:val="28"/>
          <w:szCs w:val="28"/>
          <w:lang w:val="kk-KZ"/>
        </w:rPr>
        <w:t xml:space="preserve">Кітапханашы – Абдугалиева Фарида Дауытовна, Қарағанды қаласы, Тәттімбет атындағы өнер колледжінің  арнайы орта білімі бар «Кітапхана ісі», лауазымындағы еңбек өтілімі 20 жыл. </w:t>
      </w:r>
    </w:p>
    <w:p w14:paraId="7877B986" w14:textId="77777777" w:rsidR="00FA1D49" w:rsidRPr="00FA1D49" w:rsidRDefault="00FA1D49" w:rsidP="00FA1D49">
      <w:pPr>
        <w:ind w:firstLine="567"/>
        <w:jc w:val="both"/>
        <w:rPr>
          <w:color w:val="000000"/>
          <w:sz w:val="28"/>
          <w:szCs w:val="28"/>
          <w:lang w:val="kk-KZ"/>
        </w:rPr>
      </w:pPr>
    </w:p>
    <w:p w14:paraId="241540BE" w14:textId="77777777" w:rsidR="00FA1D49" w:rsidRPr="00FA1D49" w:rsidRDefault="00FA1D49" w:rsidP="00FA1D49">
      <w:pPr>
        <w:jc w:val="both"/>
        <w:rPr>
          <w:b/>
          <w:sz w:val="28"/>
          <w:szCs w:val="28"/>
          <w:lang w:val="kk-KZ"/>
        </w:rPr>
      </w:pPr>
      <w:r w:rsidRPr="00FA1D49">
        <w:rPr>
          <w:b/>
          <w:sz w:val="28"/>
          <w:szCs w:val="28"/>
          <w:lang w:val="kk-KZ"/>
        </w:rPr>
        <w:t xml:space="preserve">     Нормативтік құжаттардың болуы. </w:t>
      </w:r>
    </w:p>
    <w:p w14:paraId="5E6184A0" w14:textId="77777777" w:rsidR="00FA1D49" w:rsidRPr="00FA1D49" w:rsidRDefault="00FA1D49" w:rsidP="00FA1D49">
      <w:pPr>
        <w:jc w:val="both"/>
        <w:rPr>
          <w:sz w:val="28"/>
          <w:szCs w:val="28"/>
          <w:lang w:val="kk-KZ"/>
        </w:rPr>
      </w:pPr>
      <w:r w:rsidRPr="00FA1D49">
        <w:rPr>
          <w:sz w:val="28"/>
          <w:szCs w:val="28"/>
          <w:lang w:val="kk-KZ"/>
        </w:rPr>
        <w:t xml:space="preserve">         Кітапханалық қызмет көрсету оқу орны кітапханасының жұмысын регламенттейтін құжаттарға сәйкес жүзеге асырылады: "Білім туралы Заң"; "білім беру кітапханасы туралы ереже", "кітапхананы пайдалану ережесі"; Қазақстан Республикасы Білім және ғылым министрлігінің 2021.05.13 №211 "ҚР БҒМ 2016.01.19 №44 "Қазақстан Республикасы Білім және ғылым министрлігінің 2016.01.19. № 44 бұйрығына өзгерістер енгізу туралы" бұйрығы. мемлекеттік білім беру ұйымдары кітапханаларының қорын қалыптастыру, пайдалану және сақтау жөніндегі қағидаларды бекіту туралы"; "Мемлекеттік білім беру ұйымдарының білім алушылары мен тәрбиеленушілерін оқулықтармен және оқу-әдістемелік кешендермен қамтамасыз ету қағидаларын бекіту туралы" ҚР БҒМ 2016.01.28 №91 </w:t>
      </w:r>
      <w:r w:rsidRPr="00FA1D49">
        <w:rPr>
          <w:sz w:val="28"/>
          <w:szCs w:val="28"/>
          <w:lang w:val="kk-KZ"/>
        </w:rPr>
        <w:lastRenderedPageBreak/>
        <w:t xml:space="preserve">бұйрығына өзгерістер енгізу туралы " Қазақстан Республикасы Білім Министрінің 03.07.2023 №194 бұйрығы; Білім және ғылым министрлігінің "Білім беру ұйымдары кітапханаларының кітап қорларының сақталуы туралы"Қазақстан Республикасының 2000.08.17 №827 қаулысымен бекітілген. </w:t>
      </w:r>
    </w:p>
    <w:p w14:paraId="5E29D287" w14:textId="77777777" w:rsidR="00FA1D49" w:rsidRPr="00FA1D49" w:rsidRDefault="00FA1D49" w:rsidP="00FA1D49">
      <w:pPr>
        <w:jc w:val="both"/>
        <w:rPr>
          <w:sz w:val="28"/>
          <w:szCs w:val="28"/>
          <w:lang w:val="kk-KZ"/>
        </w:rPr>
      </w:pPr>
      <w:r w:rsidRPr="00FA1D49">
        <w:rPr>
          <w:color w:val="000000"/>
          <w:sz w:val="28"/>
          <w:szCs w:val="28"/>
          <w:lang w:val="kk-KZ"/>
        </w:rPr>
        <w:t>Мектеп-гимназия кітапханасы О. С. Аринов  директоры бекіткен жоспар бойынша жұмыс жасайды. Мектеп-гимназия кітапханасында кітапханалық-библиографиялық қызмет көрсетудің мектеп кітапханаларының қызметін реттейтін нормативтік-құқықтық құжаттардың ережелеріне, сондай-ақ № 14 мектеп-гимназиясы  КММ жалпы жұмыс жоспарына, даму режиміне сәйкестігін ескере отырып, кітапхана қызметіне жан-жақты талдау жүргізіледі</w:t>
      </w:r>
    </w:p>
    <w:p w14:paraId="057E6E2C" w14:textId="77777777" w:rsidR="00FA1D49" w:rsidRPr="00FA1D49" w:rsidRDefault="00FA1D49" w:rsidP="00FA1D49">
      <w:pPr>
        <w:jc w:val="both"/>
        <w:rPr>
          <w:b/>
          <w:sz w:val="28"/>
          <w:szCs w:val="28"/>
          <w:lang w:val="kk-KZ"/>
        </w:rPr>
      </w:pPr>
    </w:p>
    <w:p w14:paraId="5E553B64" w14:textId="77777777" w:rsidR="00FA1D49" w:rsidRPr="00FA1D49" w:rsidRDefault="00FA1D49" w:rsidP="00FA1D49">
      <w:pPr>
        <w:jc w:val="both"/>
        <w:rPr>
          <w:b/>
          <w:sz w:val="28"/>
          <w:szCs w:val="28"/>
          <w:lang w:val="kk-KZ"/>
        </w:rPr>
      </w:pPr>
    </w:p>
    <w:p w14:paraId="06D44805" w14:textId="77777777" w:rsidR="00FA1D49" w:rsidRPr="00FA1D49" w:rsidRDefault="00FA1D49" w:rsidP="00FA1D49">
      <w:pPr>
        <w:jc w:val="both"/>
        <w:rPr>
          <w:color w:val="000000"/>
          <w:sz w:val="28"/>
          <w:szCs w:val="28"/>
          <w:lang w:val="kk-KZ"/>
        </w:rPr>
      </w:pPr>
      <w:r w:rsidRPr="00FA1D49">
        <w:rPr>
          <w:b/>
          <w:color w:val="000000"/>
          <w:sz w:val="28"/>
          <w:szCs w:val="28"/>
          <w:lang w:val="kk-KZ"/>
        </w:rPr>
        <w:t>Есеп құжаттамасының болуы.</w:t>
      </w:r>
      <w:r w:rsidRPr="00FA1D49">
        <w:rPr>
          <w:color w:val="000000"/>
          <w:sz w:val="28"/>
          <w:szCs w:val="28"/>
          <w:lang w:val="kk-KZ"/>
        </w:rPr>
        <w:t xml:space="preserve"> Қормен жұмыс істеу кезінде есепке алуды қамтамасыз ету үшін мынадай құжаттама жүргізіледі:</w:t>
      </w:r>
    </w:p>
    <w:p w14:paraId="18DB8F62" w14:textId="77777777" w:rsidR="00FA1D49" w:rsidRPr="00FA1D49" w:rsidRDefault="00FA1D49" w:rsidP="00FA1D49">
      <w:pPr>
        <w:jc w:val="both"/>
        <w:rPr>
          <w:color w:val="000000"/>
          <w:sz w:val="28"/>
          <w:szCs w:val="28"/>
          <w:lang w:val="kk-KZ"/>
        </w:rPr>
      </w:pPr>
      <w:r w:rsidRPr="00FA1D49">
        <w:rPr>
          <w:color w:val="000000"/>
          <w:sz w:val="28"/>
          <w:szCs w:val="28"/>
          <w:lang w:val="kk-KZ"/>
        </w:rPr>
        <w:t xml:space="preserve"> - салалық, көркем әдебиет қорының жиынтық есебі кітабы;</w:t>
      </w:r>
    </w:p>
    <w:p w14:paraId="3A18527B" w14:textId="77777777" w:rsidR="00FA1D49" w:rsidRPr="00FA1D49" w:rsidRDefault="00FA1D49" w:rsidP="00FA1D49">
      <w:pPr>
        <w:jc w:val="both"/>
        <w:rPr>
          <w:color w:val="000000"/>
          <w:sz w:val="28"/>
          <w:szCs w:val="28"/>
          <w:lang w:val="kk-KZ"/>
        </w:rPr>
      </w:pPr>
      <w:r w:rsidRPr="00FA1D49">
        <w:rPr>
          <w:color w:val="000000"/>
          <w:sz w:val="28"/>
          <w:szCs w:val="28"/>
          <w:lang w:val="kk-KZ"/>
        </w:rPr>
        <w:t xml:space="preserve"> - оқу және әдістемелік басылымдарға жиынтық есепке алу кітабы;</w:t>
      </w:r>
    </w:p>
    <w:p w14:paraId="52211525" w14:textId="77777777" w:rsidR="00FA1D49" w:rsidRPr="00FA1D49" w:rsidRDefault="00FA1D49" w:rsidP="00FA1D49">
      <w:pPr>
        <w:jc w:val="both"/>
        <w:rPr>
          <w:b/>
          <w:sz w:val="28"/>
          <w:szCs w:val="28"/>
          <w:lang w:val="kk-KZ"/>
        </w:rPr>
      </w:pPr>
      <w:r w:rsidRPr="00FA1D49">
        <w:rPr>
          <w:color w:val="000000"/>
          <w:sz w:val="28"/>
          <w:szCs w:val="28"/>
          <w:lang w:val="kk-KZ"/>
        </w:rPr>
        <w:t xml:space="preserve"> - түгендеу кітаптары;</w:t>
      </w:r>
    </w:p>
    <w:p w14:paraId="5A350BD3" w14:textId="77777777" w:rsidR="00FA1D49" w:rsidRPr="00FA1D49" w:rsidRDefault="00FA1D49" w:rsidP="00FA1D49">
      <w:pPr>
        <w:jc w:val="both"/>
        <w:rPr>
          <w:b/>
          <w:sz w:val="28"/>
          <w:szCs w:val="28"/>
          <w:lang w:val="kk-KZ"/>
        </w:rPr>
      </w:pPr>
    </w:p>
    <w:p w14:paraId="40138042" w14:textId="77777777" w:rsidR="00FA1D49" w:rsidRPr="00FA1D49" w:rsidRDefault="00FA1D49" w:rsidP="00FA1D49">
      <w:pPr>
        <w:shd w:val="clear" w:color="auto" w:fill="FFFFFF"/>
        <w:tabs>
          <w:tab w:val="left" w:pos="540"/>
        </w:tabs>
        <w:adjustRightInd w:val="0"/>
        <w:ind w:left="720"/>
        <w:jc w:val="both"/>
        <w:rPr>
          <w:color w:val="000000"/>
          <w:sz w:val="28"/>
          <w:szCs w:val="28"/>
          <w:lang w:val="kk-KZ"/>
        </w:rPr>
      </w:pPr>
      <w:r w:rsidRPr="00FA1D49">
        <w:rPr>
          <w:b/>
          <w:color w:val="000000"/>
          <w:sz w:val="28"/>
          <w:szCs w:val="28"/>
          <w:lang w:val="kk-KZ"/>
        </w:rPr>
        <w:t>Есеп құжаттамасының болуы</w:t>
      </w:r>
      <w:r w:rsidRPr="00FA1D49">
        <w:rPr>
          <w:color w:val="000000"/>
          <w:sz w:val="28"/>
          <w:szCs w:val="28"/>
          <w:lang w:val="kk-KZ"/>
        </w:rPr>
        <w:t xml:space="preserve">: </w:t>
      </w:r>
    </w:p>
    <w:p w14:paraId="472C3F50" w14:textId="77777777" w:rsidR="00FA1D49" w:rsidRPr="00FA1D49" w:rsidRDefault="00FA1D49" w:rsidP="00FA1D49">
      <w:pPr>
        <w:shd w:val="clear" w:color="auto" w:fill="FFFFFF"/>
        <w:tabs>
          <w:tab w:val="left" w:pos="540"/>
        </w:tabs>
        <w:adjustRightInd w:val="0"/>
        <w:jc w:val="both"/>
        <w:rPr>
          <w:color w:val="000000"/>
          <w:sz w:val="28"/>
          <w:szCs w:val="28"/>
          <w:lang w:val="kk-KZ"/>
        </w:rPr>
      </w:pPr>
      <w:r w:rsidRPr="00FA1D49">
        <w:rPr>
          <w:color w:val="000000"/>
          <w:sz w:val="28"/>
          <w:szCs w:val="28"/>
          <w:lang w:val="kk-KZ"/>
        </w:rPr>
        <w:t xml:space="preserve">Қормен жұмыс істеу кезінде есепке алуды қамтамасыз ету үшін мынадай құжаттама жүргізіледі: </w:t>
      </w:r>
    </w:p>
    <w:p w14:paraId="0785CA04" w14:textId="77777777" w:rsidR="00FA1D49" w:rsidRPr="00FA1D49" w:rsidRDefault="00FA1D49" w:rsidP="00FA1D49">
      <w:pPr>
        <w:shd w:val="clear" w:color="auto" w:fill="FFFFFF"/>
        <w:tabs>
          <w:tab w:val="left" w:pos="540"/>
        </w:tabs>
        <w:adjustRightInd w:val="0"/>
        <w:jc w:val="both"/>
        <w:rPr>
          <w:color w:val="000000"/>
          <w:sz w:val="28"/>
          <w:szCs w:val="28"/>
          <w:lang w:val="kk-KZ"/>
        </w:rPr>
      </w:pPr>
      <w:r w:rsidRPr="00FA1D49">
        <w:rPr>
          <w:color w:val="000000"/>
          <w:sz w:val="28"/>
          <w:szCs w:val="28"/>
          <w:lang w:val="kk-KZ"/>
        </w:rPr>
        <w:t xml:space="preserve">- Салалық, көркем әдебиет қорының жиынтық есебі кітабы; </w:t>
      </w:r>
    </w:p>
    <w:p w14:paraId="32A3A8C9" w14:textId="77777777" w:rsidR="00FA1D49" w:rsidRPr="00FA1D49" w:rsidRDefault="00FA1D49" w:rsidP="00FA1D49">
      <w:pPr>
        <w:shd w:val="clear" w:color="auto" w:fill="FFFFFF"/>
        <w:tabs>
          <w:tab w:val="left" w:pos="540"/>
        </w:tabs>
        <w:adjustRightInd w:val="0"/>
        <w:jc w:val="both"/>
        <w:rPr>
          <w:color w:val="000000"/>
          <w:sz w:val="28"/>
          <w:szCs w:val="28"/>
          <w:lang w:val="kk-KZ"/>
        </w:rPr>
      </w:pPr>
      <w:r w:rsidRPr="00FA1D49">
        <w:rPr>
          <w:color w:val="000000"/>
          <w:sz w:val="28"/>
          <w:szCs w:val="28"/>
          <w:lang w:val="kk-KZ"/>
        </w:rPr>
        <w:t>- Оқу және әдістемелік басылымдарға жиынтық есепке алу кітабы;</w:t>
      </w:r>
    </w:p>
    <w:p w14:paraId="4B8EFCBD" w14:textId="77777777" w:rsidR="00FA1D49" w:rsidRPr="00FA1D49" w:rsidRDefault="00FA1D49" w:rsidP="00FA1D49">
      <w:pPr>
        <w:shd w:val="clear" w:color="auto" w:fill="FFFFFF"/>
        <w:tabs>
          <w:tab w:val="left" w:pos="540"/>
        </w:tabs>
        <w:adjustRightInd w:val="0"/>
        <w:jc w:val="both"/>
        <w:rPr>
          <w:sz w:val="28"/>
          <w:szCs w:val="28"/>
          <w:lang w:val="kk-KZ"/>
        </w:rPr>
      </w:pPr>
      <w:r w:rsidRPr="00FA1D49">
        <w:rPr>
          <w:color w:val="000000"/>
          <w:sz w:val="28"/>
          <w:szCs w:val="28"/>
          <w:lang w:val="kk-KZ"/>
        </w:rPr>
        <w:t>- Түгендеу кітаптары;</w:t>
      </w:r>
    </w:p>
    <w:p w14:paraId="4782B0B5" w14:textId="77777777" w:rsidR="00FA1D49" w:rsidRPr="00FA1D49" w:rsidRDefault="00FA1D49" w:rsidP="00FA1D49">
      <w:pPr>
        <w:shd w:val="clear" w:color="auto" w:fill="FFFFFF"/>
        <w:jc w:val="both"/>
        <w:rPr>
          <w:spacing w:val="-1"/>
          <w:sz w:val="28"/>
          <w:szCs w:val="28"/>
          <w:lang w:val="kk-KZ"/>
        </w:rPr>
      </w:pPr>
      <w:r w:rsidRPr="00FA1D49">
        <w:rPr>
          <w:sz w:val="28"/>
          <w:szCs w:val="28"/>
          <w:lang w:val="kk-KZ"/>
        </w:rPr>
        <w:t xml:space="preserve">- </w:t>
      </w:r>
      <w:r w:rsidRPr="00FA1D49">
        <w:rPr>
          <w:spacing w:val="-1"/>
          <w:sz w:val="28"/>
          <w:szCs w:val="28"/>
          <w:lang w:val="kk-KZ"/>
        </w:rPr>
        <w:t>Қордың қозғалысына арналған "актілер" папкасы (есептен шығару, беру және т. б.);</w:t>
      </w:r>
    </w:p>
    <w:p w14:paraId="7BC1E59E" w14:textId="77777777" w:rsidR="00FA1D49" w:rsidRPr="00FA1D49" w:rsidRDefault="00FA1D49" w:rsidP="00FA1D49">
      <w:pPr>
        <w:shd w:val="clear" w:color="auto" w:fill="FFFFFF"/>
        <w:jc w:val="both"/>
        <w:rPr>
          <w:spacing w:val="-1"/>
          <w:sz w:val="28"/>
          <w:szCs w:val="28"/>
          <w:lang w:val="kk-KZ"/>
        </w:rPr>
      </w:pPr>
      <w:r w:rsidRPr="00FA1D49">
        <w:rPr>
          <w:spacing w:val="-1"/>
          <w:sz w:val="28"/>
          <w:szCs w:val="28"/>
          <w:lang w:val="kk-KZ"/>
        </w:rPr>
        <w:t xml:space="preserve">    - Оқулықтарды есепке алу картотекасы; - мерзімді басылымдарды есепке алу картотекасы;</w:t>
      </w:r>
    </w:p>
    <w:p w14:paraId="5892E4BE" w14:textId="77777777" w:rsidR="00FA1D49" w:rsidRPr="00FA1D49" w:rsidRDefault="00FA1D49" w:rsidP="00FA1D49">
      <w:pPr>
        <w:shd w:val="clear" w:color="auto" w:fill="FFFFFF"/>
        <w:jc w:val="both"/>
        <w:rPr>
          <w:spacing w:val="-1"/>
          <w:sz w:val="28"/>
          <w:szCs w:val="28"/>
          <w:lang w:val="kk-KZ"/>
        </w:rPr>
      </w:pPr>
      <w:r w:rsidRPr="00FA1D49">
        <w:rPr>
          <w:spacing w:val="-1"/>
          <w:sz w:val="28"/>
          <w:szCs w:val="28"/>
          <w:lang w:val="kk-KZ"/>
        </w:rPr>
        <w:t xml:space="preserve">     -Жоғалған басылымдардың орнына оқырмандардан қабылданған басылымдарды есепке алу дәптері;</w:t>
      </w:r>
    </w:p>
    <w:p w14:paraId="165E4117" w14:textId="77777777" w:rsidR="00FA1D49" w:rsidRPr="00FA1D49" w:rsidRDefault="00FA1D49" w:rsidP="00FA1D49">
      <w:pPr>
        <w:shd w:val="clear" w:color="auto" w:fill="FFFFFF"/>
        <w:jc w:val="both"/>
        <w:rPr>
          <w:spacing w:val="-1"/>
          <w:sz w:val="28"/>
          <w:szCs w:val="28"/>
          <w:lang w:val="kk-KZ"/>
        </w:rPr>
      </w:pPr>
      <w:r w:rsidRPr="00FA1D49">
        <w:rPr>
          <w:spacing w:val="-1"/>
          <w:sz w:val="28"/>
          <w:szCs w:val="28"/>
          <w:lang w:val="kk-KZ"/>
        </w:rPr>
        <w:t xml:space="preserve">     - Түскен әдебиеттерге ілеспе құжаттар: салалық және </w:t>
      </w:r>
    </w:p>
    <w:p w14:paraId="38F3D0B2" w14:textId="77777777" w:rsidR="00FA1D49" w:rsidRPr="00FA1D49" w:rsidRDefault="00FA1D49" w:rsidP="00FA1D49">
      <w:pPr>
        <w:shd w:val="clear" w:color="auto" w:fill="FFFFFF"/>
        <w:jc w:val="both"/>
        <w:rPr>
          <w:spacing w:val="-1"/>
          <w:sz w:val="28"/>
          <w:szCs w:val="28"/>
          <w:lang w:val="kk-KZ"/>
        </w:rPr>
      </w:pPr>
      <w:r w:rsidRPr="00FA1D49">
        <w:rPr>
          <w:spacing w:val="-1"/>
          <w:sz w:val="28"/>
          <w:szCs w:val="28"/>
          <w:lang w:val="kk-KZ"/>
        </w:rPr>
        <w:t xml:space="preserve"> көркемөнер қоры; оқу және әдістемелік басылымдарға;</w:t>
      </w:r>
    </w:p>
    <w:p w14:paraId="7C99FF1F" w14:textId="77777777" w:rsidR="00FA1D49" w:rsidRPr="00FA1D49" w:rsidRDefault="00FA1D49" w:rsidP="00FA1D49">
      <w:pPr>
        <w:shd w:val="clear" w:color="auto" w:fill="FFFFFF"/>
        <w:jc w:val="both"/>
        <w:rPr>
          <w:spacing w:val="-1"/>
          <w:sz w:val="28"/>
          <w:szCs w:val="28"/>
          <w:lang w:val="kk-KZ"/>
        </w:rPr>
      </w:pPr>
      <w:r w:rsidRPr="00FA1D49">
        <w:rPr>
          <w:spacing w:val="-1"/>
          <w:sz w:val="28"/>
          <w:szCs w:val="28"/>
          <w:lang w:val="kk-KZ"/>
        </w:rPr>
        <w:t xml:space="preserve">     - Оқырман формулярлары;</w:t>
      </w:r>
    </w:p>
    <w:p w14:paraId="3ADD4CE3" w14:textId="77777777" w:rsidR="00FA1D49" w:rsidRPr="00FA1D49" w:rsidRDefault="00FA1D49" w:rsidP="00FA1D49">
      <w:pPr>
        <w:shd w:val="clear" w:color="auto" w:fill="FFFFFF"/>
        <w:jc w:val="both"/>
        <w:rPr>
          <w:spacing w:val="-1"/>
          <w:sz w:val="28"/>
          <w:szCs w:val="28"/>
          <w:lang w:val="kk-KZ"/>
        </w:rPr>
      </w:pPr>
      <w:r w:rsidRPr="00FA1D49">
        <w:rPr>
          <w:spacing w:val="-1"/>
          <w:sz w:val="28"/>
          <w:szCs w:val="28"/>
          <w:lang w:val="kk-KZ"/>
        </w:rPr>
        <w:t xml:space="preserve">     - Оқулықтар алуға оқушылардың абонементтік карточкалары</w:t>
      </w:r>
    </w:p>
    <w:p w14:paraId="56DB676C" w14:textId="77777777" w:rsidR="00FA1D49" w:rsidRPr="00FA1D49" w:rsidRDefault="00FA1D49" w:rsidP="00FA1D49">
      <w:pPr>
        <w:shd w:val="clear" w:color="auto" w:fill="FFFFFF"/>
        <w:tabs>
          <w:tab w:val="left" w:pos="540"/>
        </w:tabs>
        <w:adjustRightInd w:val="0"/>
        <w:jc w:val="both"/>
        <w:rPr>
          <w:color w:val="000000"/>
          <w:sz w:val="28"/>
          <w:szCs w:val="28"/>
          <w:lang w:val="kk-KZ"/>
        </w:rPr>
      </w:pPr>
      <w:r w:rsidRPr="00FA1D49">
        <w:rPr>
          <w:spacing w:val="-1"/>
          <w:sz w:val="28"/>
          <w:szCs w:val="28"/>
          <w:lang w:val="kk-KZ"/>
        </w:rPr>
        <w:t xml:space="preserve">    </w:t>
      </w:r>
      <w:r w:rsidRPr="00FA1D49">
        <w:rPr>
          <w:color w:val="000000"/>
          <w:sz w:val="28"/>
          <w:szCs w:val="28"/>
          <w:lang w:val="kk-KZ"/>
        </w:rPr>
        <w:t xml:space="preserve"> - Сыныптар бойынша оқулықтар беру журналы; </w:t>
      </w:r>
    </w:p>
    <w:p w14:paraId="3A1B7499" w14:textId="77777777" w:rsidR="00FA1D49" w:rsidRPr="00FA1D49" w:rsidRDefault="00FA1D49" w:rsidP="00FA1D49">
      <w:pPr>
        <w:shd w:val="clear" w:color="auto" w:fill="FFFFFF"/>
        <w:tabs>
          <w:tab w:val="left" w:pos="540"/>
        </w:tabs>
        <w:adjustRightInd w:val="0"/>
        <w:ind w:left="360"/>
        <w:jc w:val="both"/>
        <w:rPr>
          <w:color w:val="000000"/>
          <w:sz w:val="28"/>
          <w:szCs w:val="28"/>
          <w:lang w:val="kk-KZ"/>
        </w:rPr>
      </w:pPr>
      <w:r w:rsidRPr="00FA1D49">
        <w:rPr>
          <w:color w:val="000000"/>
          <w:sz w:val="28"/>
          <w:szCs w:val="28"/>
          <w:lang w:val="kk-KZ"/>
        </w:rPr>
        <w:t xml:space="preserve">- Мектеп кітапханасының жұмыс күнделігі; </w:t>
      </w:r>
    </w:p>
    <w:p w14:paraId="4A54EDAB" w14:textId="77777777" w:rsidR="00FA1D49" w:rsidRPr="00FA1D49" w:rsidRDefault="00FA1D49" w:rsidP="00FA1D49">
      <w:pPr>
        <w:shd w:val="clear" w:color="auto" w:fill="FFFFFF"/>
        <w:tabs>
          <w:tab w:val="left" w:pos="540"/>
        </w:tabs>
        <w:adjustRightInd w:val="0"/>
        <w:ind w:left="360"/>
        <w:jc w:val="both"/>
        <w:rPr>
          <w:sz w:val="28"/>
          <w:szCs w:val="28"/>
          <w:lang w:val="kk-KZ"/>
        </w:rPr>
      </w:pPr>
      <w:r w:rsidRPr="00FA1D49">
        <w:rPr>
          <w:color w:val="000000"/>
          <w:sz w:val="28"/>
          <w:szCs w:val="28"/>
          <w:lang w:val="kk-KZ"/>
        </w:rPr>
        <w:t>- Күрделі библиографиялық анықтамаларды есепке алу дәптері (бағанды жүргізе отырып: қор жинақталмаған әдебиеттер көрсетілген бас тарту себебі).</w:t>
      </w:r>
    </w:p>
    <w:p w14:paraId="372E9C07" w14:textId="77777777" w:rsidR="00FA1D49" w:rsidRPr="00FA1D49" w:rsidRDefault="00FA1D49" w:rsidP="00FA1D49">
      <w:pPr>
        <w:shd w:val="clear" w:color="auto" w:fill="FFFFFF"/>
        <w:tabs>
          <w:tab w:val="left" w:pos="540"/>
        </w:tabs>
        <w:adjustRightInd w:val="0"/>
        <w:jc w:val="both"/>
        <w:rPr>
          <w:color w:val="000000"/>
          <w:sz w:val="28"/>
          <w:szCs w:val="28"/>
          <w:lang w:val="kk-KZ"/>
        </w:rPr>
      </w:pPr>
      <w:r w:rsidRPr="00FA1D49">
        <w:rPr>
          <w:color w:val="000000"/>
          <w:sz w:val="28"/>
          <w:szCs w:val="28"/>
          <w:lang w:val="kk-KZ"/>
        </w:rPr>
        <w:t>Құжаттардағы жазбалар уақтылы және ұқыпты жүргізіледі. Қор ББК кестелері бойынша орналастырылады (кітапханалық-библиографиялық жіктеу). Қордың сақталу режимі сақталады. Барлық басылымдар техникалық өңделген, кітапханада мөрі қойылған.</w:t>
      </w:r>
    </w:p>
    <w:p w14:paraId="12248965" w14:textId="77777777" w:rsidR="00FA1D49" w:rsidRPr="00FA1D49" w:rsidRDefault="00FA1D49" w:rsidP="00FA1D49">
      <w:pPr>
        <w:shd w:val="clear" w:color="auto" w:fill="FFFFFF"/>
        <w:tabs>
          <w:tab w:val="left" w:pos="540"/>
        </w:tabs>
        <w:adjustRightInd w:val="0"/>
        <w:jc w:val="both"/>
        <w:rPr>
          <w:sz w:val="28"/>
          <w:szCs w:val="28"/>
          <w:lang w:val="kk-KZ"/>
        </w:rPr>
      </w:pPr>
    </w:p>
    <w:p w14:paraId="1EB79ACB" w14:textId="77777777" w:rsidR="00FA1D49" w:rsidRPr="00FA1D49" w:rsidRDefault="00FA1D49" w:rsidP="00FA1D49">
      <w:pPr>
        <w:shd w:val="clear" w:color="auto" w:fill="FFFFFF"/>
        <w:jc w:val="both"/>
        <w:rPr>
          <w:b/>
          <w:spacing w:val="-1"/>
          <w:sz w:val="28"/>
          <w:szCs w:val="28"/>
          <w:lang w:val="kk-KZ"/>
        </w:rPr>
      </w:pPr>
      <w:r w:rsidRPr="00FA1D49">
        <w:rPr>
          <w:b/>
          <w:spacing w:val="-1"/>
          <w:sz w:val="28"/>
          <w:szCs w:val="28"/>
          <w:lang w:val="kk-KZ"/>
        </w:rPr>
        <w:t xml:space="preserve">Қор туралы мәліметтер. </w:t>
      </w:r>
    </w:p>
    <w:p w14:paraId="04BA32F2" w14:textId="77777777" w:rsidR="00FA1D49" w:rsidRPr="00FA1D49" w:rsidRDefault="00FA1D49" w:rsidP="00FA1D49">
      <w:pPr>
        <w:shd w:val="clear" w:color="auto" w:fill="FFFFFF"/>
        <w:jc w:val="both"/>
        <w:rPr>
          <w:b/>
          <w:spacing w:val="-1"/>
          <w:sz w:val="28"/>
          <w:szCs w:val="28"/>
          <w:lang w:val="kk-KZ"/>
        </w:rPr>
      </w:pPr>
      <w:r w:rsidRPr="00FA1D49">
        <w:rPr>
          <w:spacing w:val="-1"/>
          <w:sz w:val="28"/>
          <w:szCs w:val="28"/>
          <w:lang w:val="kk-KZ"/>
        </w:rPr>
        <w:t xml:space="preserve"> </w:t>
      </w:r>
      <w:r w:rsidRPr="00FA1D49">
        <w:rPr>
          <w:b/>
          <w:spacing w:val="-1"/>
          <w:sz w:val="28"/>
          <w:szCs w:val="28"/>
          <w:lang w:val="kk-KZ"/>
        </w:rPr>
        <w:t xml:space="preserve">        </w:t>
      </w:r>
      <w:r w:rsidRPr="00FA1D49">
        <w:rPr>
          <w:spacing w:val="-1"/>
          <w:sz w:val="28"/>
          <w:szCs w:val="28"/>
          <w:lang w:val="kk-KZ"/>
        </w:rPr>
        <w:t xml:space="preserve">Балаларға, жасөспірімдерге,  балалар оқу жетекшілеріне арналған ғылыми-танымал, анықтамалық, салалық, көркем әдебиеттермен; оқу-тәрбие процесінің қазіргі заманғы міндеттерін ескере отырып мерзімді басылымдармен, сондай-ақ мұғалімдерге </w:t>
      </w:r>
      <w:r w:rsidRPr="00FA1D49">
        <w:rPr>
          <w:spacing w:val="-1"/>
          <w:sz w:val="28"/>
          <w:szCs w:val="28"/>
          <w:lang w:val="kk-KZ"/>
        </w:rPr>
        <w:lastRenderedPageBreak/>
        <w:t xml:space="preserve">арналған оқулықтармен, оқу құралдарымен, педагогикалық, әдістемелік әдебиеттермен жасақталған. </w:t>
      </w:r>
    </w:p>
    <w:p w14:paraId="76410F2E" w14:textId="77777777" w:rsidR="00FA1D49" w:rsidRPr="00FA1D49" w:rsidRDefault="00FA1D49" w:rsidP="00FA1D49">
      <w:pPr>
        <w:shd w:val="clear" w:color="auto" w:fill="FFFFFF"/>
        <w:jc w:val="both"/>
        <w:rPr>
          <w:spacing w:val="-1"/>
          <w:sz w:val="28"/>
          <w:szCs w:val="28"/>
          <w:lang w:val="kk-KZ"/>
        </w:rPr>
      </w:pPr>
      <w:r w:rsidRPr="00FA1D49">
        <w:rPr>
          <w:spacing w:val="-1"/>
          <w:sz w:val="28"/>
          <w:szCs w:val="28"/>
          <w:lang w:val="kk-KZ"/>
        </w:rPr>
        <w:t>Оқу әдебиеті қорын, кітапхананың негізгі кітап қорын жарақтандырудың сапасы мен дәрежесін оны пайдалану дәрежесін сипаттайтын көрсеткіштер, мысалы, оқылым (орташа 17) және айналым (0,9-дан төмен емес) куәландырады. Кітаппен қамтамасыз ету сияқты көрсеткіш оқырмандар санына қатысты кітап қорының көлемін, яғни оның сандық жеткіліктілігін сипаттайды. Мектеп-гимназия  кітапхана жұмысының көрсеткіштері:</w:t>
      </w:r>
    </w:p>
    <w:p w14:paraId="38F04A6D" w14:textId="77777777" w:rsidR="00FA1D49" w:rsidRPr="00FA1D49" w:rsidRDefault="00FA1D49" w:rsidP="00FA1D49">
      <w:pPr>
        <w:shd w:val="clear" w:color="auto" w:fill="FFFFFF"/>
        <w:jc w:val="both"/>
        <w:rPr>
          <w:color w:val="000000"/>
          <w:sz w:val="28"/>
          <w:szCs w:val="28"/>
          <w:lang w:val="kk-KZ"/>
        </w:rPr>
      </w:pPr>
      <w:r w:rsidRPr="00FA1D49">
        <w:rPr>
          <w:color w:val="000000"/>
          <w:sz w:val="28"/>
          <w:szCs w:val="28"/>
          <w:lang w:val="kk-KZ"/>
        </w:rPr>
        <w:t>Оқырмандар саны-534</w:t>
      </w:r>
    </w:p>
    <w:p w14:paraId="75641508" w14:textId="77777777" w:rsidR="00FA1D49" w:rsidRPr="00FA1D49" w:rsidRDefault="00FA1D49" w:rsidP="00FA1D49">
      <w:pPr>
        <w:shd w:val="clear" w:color="auto" w:fill="FFFFFF"/>
        <w:jc w:val="both"/>
        <w:rPr>
          <w:color w:val="000000"/>
          <w:sz w:val="28"/>
          <w:szCs w:val="28"/>
          <w:lang w:val="kk-KZ"/>
        </w:rPr>
      </w:pPr>
      <w:r w:rsidRPr="00FA1D49">
        <w:rPr>
          <w:color w:val="000000"/>
          <w:sz w:val="28"/>
          <w:szCs w:val="28"/>
          <w:lang w:val="kk-KZ"/>
        </w:rPr>
        <w:t xml:space="preserve">Келушілер саны-6408 </w:t>
      </w:r>
    </w:p>
    <w:p w14:paraId="1B87C127" w14:textId="77777777" w:rsidR="00FA1D49" w:rsidRPr="00FA1D49" w:rsidRDefault="00FA1D49" w:rsidP="00FA1D49">
      <w:pPr>
        <w:shd w:val="clear" w:color="auto" w:fill="FFFFFF"/>
        <w:jc w:val="both"/>
        <w:rPr>
          <w:color w:val="000000"/>
          <w:sz w:val="28"/>
          <w:szCs w:val="28"/>
          <w:lang w:val="kk-KZ"/>
        </w:rPr>
      </w:pPr>
      <w:r w:rsidRPr="00FA1D49">
        <w:rPr>
          <w:color w:val="000000"/>
          <w:sz w:val="28"/>
          <w:szCs w:val="28"/>
          <w:lang w:val="kk-KZ"/>
        </w:rPr>
        <w:t xml:space="preserve">Кітап беру саны-9078 </w:t>
      </w:r>
    </w:p>
    <w:p w14:paraId="4209C8B7" w14:textId="77777777" w:rsidR="00FA1D49" w:rsidRPr="00FA1D49" w:rsidRDefault="00FA1D49" w:rsidP="00FA1D49">
      <w:pPr>
        <w:shd w:val="clear" w:color="auto" w:fill="FFFFFF"/>
        <w:jc w:val="both"/>
        <w:rPr>
          <w:color w:val="000000"/>
          <w:sz w:val="28"/>
          <w:szCs w:val="28"/>
          <w:lang w:val="kk-KZ"/>
        </w:rPr>
      </w:pPr>
      <w:r w:rsidRPr="00FA1D49">
        <w:rPr>
          <w:color w:val="000000"/>
          <w:sz w:val="28"/>
          <w:szCs w:val="28"/>
          <w:lang w:val="kk-KZ"/>
        </w:rPr>
        <w:t xml:space="preserve">Іс-шаралар, кітап көрмелерінің саны-35 </w:t>
      </w:r>
    </w:p>
    <w:p w14:paraId="0C65DC44" w14:textId="77777777" w:rsidR="00FA1D49" w:rsidRPr="00FA1D49" w:rsidRDefault="00FA1D49" w:rsidP="00FA1D49">
      <w:pPr>
        <w:shd w:val="clear" w:color="auto" w:fill="FFFFFF"/>
        <w:jc w:val="both"/>
        <w:rPr>
          <w:color w:val="000000"/>
          <w:sz w:val="28"/>
          <w:szCs w:val="28"/>
          <w:lang w:val="kk-KZ"/>
        </w:rPr>
      </w:pPr>
      <w:r w:rsidRPr="00FA1D49">
        <w:rPr>
          <w:color w:val="000000"/>
          <w:sz w:val="28"/>
          <w:szCs w:val="28"/>
          <w:lang w:val="kk-KZ"/>
        </w:rPr>
        <w:t>Келушілер – 12</w:t>
      </w:r>
    </w:p>
    <w:p w14:paraId="3ABFD0A1" w14:textId="77777777" w:rsidR="00FA1D49" w:rsidRPr="00FA1D49" w:rsidRDefault="00FA1D49" w:rsidP="00FA1D49">
      <w:pPr>
        <w:shd w:val="clear" w:color="auto" w:fill="FFFFFF"/>
        <w:jc w:val="both"/>
        <w:rPr>
          <w:color w:val="000000"/>
          <w:sz w:val="28"/>
          <w:szCs w:val="28"/>
          <w:lang w:val="kk-KZ"/>
        </w:rPr>
      </w:pPr>
      <w:r w:rsidRPr="00FA1D49">
        <w:rPr>
          <w:color w:val="000000"/>
          <w:sz w:val="28"/>
          <w:szCs w:val="28"/>
          <w:lang w:val="kk-KZ"/>
        </w:rPr>
        <w:t>Оқылым – 17</w:t>
      </w:r>
    </w:p>
    <w:p w14:paraId="6BB3859B" w14:textId="77777777" w:rsidR="00FA1D49" w:rsidRPr="00FA1D49" w:rsidRDefault="00FA1D49" w:rsidP="00FA1D49">
      <w:pPr>
        <w:shd w:val="clear" w:color="auto" w:fill="FFFFFF"/>
        <w:jc w:val="both"/>
        <w:rPr>
          <w:color w:val="000000"/>
          <w:sz w:val="28"/>
          <w:szCs w:val="28"/>
          <w:lang w:val="kk-KZ"/>
        </w:rPr>
      </w:pPr>
      <w:r w:rsidRPr="00FA1D49">
        <w:rPr>
          <w:color w:val="000000"/>
          <w:sz w:val="28"/>
          <w:szCs w:val="28"/>
          <w:lang w:val="kk-KZ"/>
        </w:rPr>
        <w:t xml:space="preserve">Кітап айналымы-3,03 </w:t>
      </w:r>
    </w:p>
    <w:p w14:paraId="61197255" w14:textId="77777777" w:rsidR="00FA1D49" w:rsidRPr="00FA1D49" w:rsidRDefault="00FA1D49" w:rsidP="00FA1D49">
      <w:pPr>
        <w:shd w:val="clear" w:color="auto" w:fill="FFFFFF"/>
        <w:jc w:val="both"/>
        <w:rPr>
          <w:spacing w:val="-1"/>
          <w:sz w:val="28"/>
          <w:szCs w:val="28"/>
          <w:lang w:val="kk-KZ"/>
        </w:rPr>
      </w:pPr>
      <w:r w:rsidRPr="00FA1D49">
        <w:rPr>
          <w:color w:val="000000"/>
          <w:sz w:val="28"/>
          <w:szCs w:val="28"/>
          <w:lang w:val="kk-KZ"/>
        </w:rPr>
        <w:t>Кітаптың орташа қамтамасыз етілуі-17,2</w:t>
      </w:r>
    </w:p>
    <w:p w14:paraId="28441DCB" w14:textId="77777777" w:rsidR="00FA1D49" w:rsidRPr="00FA1D49" w:rsidRDefault="00FA1D49" w:rsidP="00FA1D49">
      <w:pPr>
        <w:shd w:val="clear" w:color="auto" w:fill="FFFFFF"/>
        <w:jc w:val="both"/>
        <w:rPr>
          <w:spacing w:val="-1"/>
          <w:sz w:val="28"/>
          <w:szCs w:val="28"/>
          <w:lang w:val="kk-KZ"/>
        </w:rPr>
      </w:pPr>
      <w:r w:rsidRPr="00FA1D49">
        <w:rPr>
          <w:color w:val="000000"/>
          <w:sz w:val="28"/>
          <w:szCs w:val="28"/>
          <w:lang w:val="kk-KZ"/>
        </w:rPr>
        <w:t>«№14 мектеп-гимназиясы» КММ бойынша орташа кітаппен қамтамасыз ету әр сатыдағы оқушы 23,4 бірлікті құрайды (1-9 сыныптар – 15 бірлік; 10-11 сыныптар – 25 бірлік), бұл сандық жеткіліктілікті сипаттайды және жалпы көрсеткіштерге сәйкес келеді. Бір білім алушыға "білім беру қызметін лицензиялау қағидаларын бекіту туралы" Қазақстан Республикасы Үкіметінің 2000 жылғы 18 сәуірдегі №596 Қаулысы негізінде кітаппен қамтудың жалпы көрсеткіші: - бастауыш және негізгі білім беру сатысында (1-9 сынып): 15 бірлік (негізгі Ұсынылатын оқу әдебиетінің үлесі 7 бірлік; қосымша ұсынылатын әдебиеттің үлесі – 5 бірлік; тұлғаның өзін – өзі дамытуы үшін әдебиеттің үлесі-3 бірлік). - жоғары білім сатысында (10-11 сынып): 25 бірлік (негізгі Ұсынылатын оқу әдебиетінің үлесі-12 бірлік; қосымша ұсынылатын әдебиеттің үлесі-7 бірлік; тұлғаның өзін – өзі дамытуы үшін әдебиеттің үлесі-6 бірлік</w:t>
      </w:r>
    </w:p>
    <w:p w14:paraId="5837B256" w14:textId="77777777" w:rsidR="00FA1D49" w:rsidRPr="00FA1D49" w:rsidRDefault="00FA1D49" w:rsidP="00FA1D49">
      <w:pPr>
        <w:jc w:val="both"/>
        <w:rPr>
          <w:sz w:val="28"/>
          <w:szCs w:val="28"/>
          <w:lang w:val="kk-KZ"/>
        </w:rPr>
      </w:pPr>
      <w:r w:rsidRPr="00FA1D49">
        <w:rPr>
          <w:b/>
          <w:sz w:val="28"/>
          <w:szCs w:val="28"/>
          <w:lang w:val="kk-KZ"/>
        </w:rPr>
        <w:t xml:space="preserve">        </w:t>
      </w:r>
      <w:r w:rsidRPr="00FA1D49">
        <w:rPr>
          <w:color w:val="000000"/>
          <w:sz w:val="28"/>
          <w:szCs w:val="28"/>
          <w:lang w:val="kk-KZ"/>
        </w:rPr>
        <w:t>Мектеп кітапханасы қорының сапасы келесі деректермен сипатталады, бұл олардың шыққан жылы бойынша кітаптармен толықтыру дәрежесін көрсетеді және тек оқу құралдарымен ғана емес, сонымен қатар салалық, энциклопедиялық, анықтамалық, публицистикалық, балалар, көркем әдебиеттің негізгі қорының басылымдарымен үнемі жаңару қажеттілігін көрсетеді. Басылым жылдары бойынша мектеп кітапханасы қорының сапалық құрамы: - оқу әдебиеті (оқулықты пайдалану мерзімі оның тез тозуына байланысты бес-төрт жылдан аспауы керек):</w:t>
      </w:r>
    </w:p>
    <w:p w14:paraId="6BC172EB" w14:textId="77777777" w:rsidR="00FA1D49" w:rsidRPr="00FA1D49" w:rsidRDefault="00FA1D49" w:rsidP="00FA1D49">
      <w:pPr>
        <w:jc w:val="both"/>
        <w:rPr>
          <w:sz w:val="28"/>
          <w:szCs w:val="28"/>
          <w:lang w:val="kk-KZ"/>
        </w:rPr>
      </w:pPr>
      <w:r w:rsidRPr="00FA1D49">
        <w:rPr>
          <w:sz w:val="28"/>
          <w:szCs w:val="28"/>
          <w:lang w:val="kk-KZ"/>
        </w:rPr>
        <w:t xml:space="preserve">      </w:t>
      </w:r>
    </w:p>
    <w:p w14:paraId="77628DDD" w14:textId="77777777" w:rsidR="00FA1D49" w:rsidRPr="00FA1D49" w:rsidRDefault="00FA1D49" w:rsidP="00FA1D49">
      <w:pPr>
        <w:jc w:val="both"/>
        <w:rPr>
          <w:b/>
          <w:color w:val="000000"/>
          <w:sz w:val="28"/>
          <w:szCs w:val="28"/>
          <w:lang w:val="kk-KZ"/>
        </w:rPr>
      </w:pPr>
      <w:r w:rsidRPr="00FA1D49">
        <w:rPr>
          <w:b/>
          <w:color w:val="000000"/>
          <w:sz w:val="28"/>
          <w:szCs w:val="28"/>
          <w:lang w:val="kk-KZ"/>
        </w:rPr>
        <w:t>Кітапхана қорының бақылаулық көрсеткіштері:</w:t>
      </w:r>
    </w:p>
    <w:p w14:paraId="1AE95817" w14:textId="77777777" w:rsidR="00FA1D49" w:rsidRPr="00FA1D49" w:rsidRDefault="00FA1D49" w:rsidP="00FA1D49">
      <w:pPr>
        <w:jc w:val="both"/>
        <w:rPr>
          <w:b/>
          <w:color w:val="000000"/>
          <w:sz w:val="28"/>
          <w:szCs w:val="28"/>
          <w:lang w:val="kk-KZ"/>
        </w:rPr>
      </w:pPr>
    </w:p>
    <w:tbl>
      <w:tblPr>
        <w:tblStyle w:val="a7"/>
        <w:tblW w:w="0" w:type="auto"/>
        <w:tblLook w:val="04A0" w:firstRow="1" w:lastRow="0" w:firstColumn="1" w:lastColumn="0" w:noHBand="0" w:noVBand="1"/>
      </w:tblPr>
      <w:tblGrid>
        <w:gridCol w:w="5070"/>
        <w:gridCol w:w="5244"/>
      </w:tblGrid>
      <w:tr w:rsidR="00FA1D49" w:rsidRPr="00FA1D49" w14:paraId="29C5848E" w14:textId="77777777" w:rsidTr="00FA1D49">
        <w:tc>
          <w:tcPr>
            <w:tcW w:w="5070" w:type="dxa"/>
          </w:tcPr>
          <w:p w14:paraId="04E52720" w14:textId="77777777" w:rsidR="00FA1D49" w:rsidRPr="00FA1D49" w:rsidRDefault="00FA1D49" w:rsidP="00FA1D49">
            <w:pPr>
              <w:jc w:val="both"/>
              <w:rPr>
                <w:color w:val="1F1F1F"/>
                <w:sz w:val="28"/>
                <w:szCs w:val="28"/>
                <w:lang w:val="kk-KZ" w:eastAsia="ru-RU"/>
              </w:rPr>
            </w:pPr>
          </w:p>
        </w:tc>
        <w:tc>
          <w:tcPr>
            <w:tcW w:w="5244" w:type="dxa"/>
          </w:tcPr>
          <w:p w14:paraId="661AB603" w14:textId="77777777" w:rsidR="00FA1D49" w:rsidRPr="00FA1D49" w:rsidRDefault="00FA1D49" w:rsidP="00FA1D49">
            <w:pPr>
              <w:jc w:val="both"/>
              <w:rPr>
                <w:b/>
                <w:color w:val="1F1F1F"/>
                <w:sz w:val="28"/>
                <w:szCs w:val="28"/>
                <w:lang w:val="kk-KZ" w:eastAsia="ru-RU"/>
              </w:rPr>
            </w:pPr>
            <w:r w:rsidRPr="00FA1D49">
              <w:rPr>
                <w:b/>
                <w:color w:val="1F1F1F"/>
                <w:sz w:val="28"/>
                <w:szCs w:val="28"/>
                <w:lang w:val="kk-KZ" w:eastAsia="ru-RU"/>
              </w:rPr>
              <w:t>2025-2026жж</w:t>
            </w:r>
          </w:p>
        </w:tc>
      </w:tr>
      <w:tr w:rsidR="00FA1D49" w:rsidRPr="00FA1D49" w14:paraId="14AF6799" w14:textId="77777777" w:rsidTr="00FA1D49">
        <w:tc>
          <w:tcPr>
            <w:tcW w:w="5070" w:type="dxa"/>
          </w:tcPr>
          <w:p w14:paraId="197B11E8" w14:textId="77777777" w:rsidR="00FA1D49" w:rsidRPr="00FA1D49" w:rsidRDefault="00FA1D49" w:rsidP="00FA1D49">
            <w:pPr>
              <w:jc w:val="both"/>
              <w:rPr>
                <w:color w:val="1F1F1F"/>
                <w:sz w:val="28"/>
                <w:szCs w:val="28"/>
                <w:lang w:val="kk-KZ" w:eastAsia="ru-RU"/>
              </w:rPr>
            </w:pPr>
            <w:r w:rsidRPr="00FA1D49">
              <w:rPr>
                <w:color w:val="1F1F1F"/>
                <w:sz w:val="28"/>
                <w:szCs w:val="28"/>
                <w:lang w:val="kk-KZ" w:eastAsia="ru-RU"/>
              </w:rPr>
              <w:t>Кітап қоры</w:t>
            </w:r>
          </w:p>
        </w:tc>
        <w:tc>
          <w:tcPr>
            <w:tcW w:w="5244" w:type="dxa"/>
          </w:tcPr>
          <w:p w14:paraId="216AAE5A" w14:textId="77777777" w:rsidR="00FA1D49" w:rsidRPr="00FA1D49" w:rsidRDefault="00FA1D49" w:rsidP="00FA1D49">
            <w:pPr>
              <w:jc w:val="both"/>
              <w:rPr>
                <w:b/>
                <w:color w:val="1F1F1F"/>
                <w:sz w:val="28"/>
                <w:szCs w:val="28"/>
                <w:lang w:val="kk-KZ" w:eastAsia="ru-RU"/>
              </w:rPr>
            </w:pPr>
            <w:r w:rsidRPr="00FA1D49">
              <w:rPr>
                <w:b/>
                <w:color w:val="1F1F1F"/>
                <w:sz w:val="28"/>
                <w:szCs w:val="28"/>
                <w:lang w:val="kk-KZ" w:eastAsia="ru-RU"/>
              </w:rPr>
              <w:t>32338</w:t>
            </w:r>
          </w:p>
        </w:tc>
      </w:tr>
      <w:tr w:rsidR="00FA1D49" w:rsidRPr="00FA1D49" w14:paraId="4A5A8E50" w14:textId="77777777" w:rsidTr="00FA1D49">
        <w:tc>
          <w:tcPr>
            <w:tcW w:w="5070" w:type="dxa"/>
          </w:tcPr>
          <w:p w14:paraId="28261533" w14:textId="77777777" w:rsidR="00FA1D49" w:rsidRPr="00FA1D49" w:rsidRDefault="00FA1D49" w:rsidP="00FA1D49">
            <w:pPr>
              <w:jc w:val="both"/>
              <w:rPr>
                <w:color w:val="1F1F1F"/>
                <w:sz w:val="28"/>
                <w:szCs w:val="28"/>
                <w:lang w:val="kk-KZ" w:eastAsia="ru-RU"/>
              </w:rPr>
            </w:pPr>
            <w:r w:rsidRPr="00FA1D49">
              <w:rPr>
                <w:color w:val="1F1F1F"/>
                <w:sz w:val="28"/>
                <w:szCs w:val="28"/>
                <w:lang w:val="kk-KZ" w:eastAsia="ru-RU"/>
              </w:rPr>
              <w:t xml:space="preserve">Оқулықтар </w:t>
            </w:r>
          </w:p>
        </w:tc>
        <w:tc>
          <w:tcPr>
            <w:tcW w:w="5244" w:type="dxa"/>
          </w:tcPr>
          <w:p w14:paraId="58081D58" w14:textId="77777777" w:rsidR="00FA1D49" w:rsidRPr="00FA1D49" w:rsidRDefault="00FA1D49" w:rsidP="00FA1D49">
            <w:pPr>
              <w:jc w:val="both"/>
              <w:rPr>
                <w:b/>
                <w:color w:val="1F1F1F"/>
                <w:sz w:val="28"/>
                <w:szCs w:val="28"/>
                <w:lang w:val="kk-KZ" w:eastAsia="ru-RU"/>
              </w:rPr>
            </w:pPr>
            <w:r w:rsidRPr="00FA1D49">
              <w:rPr>
                <w:b/>
                <w:color w:val="1F1F1F"/>
                <w:sz w:val="28"/>
                <w:szCs w:val="28"/>
                <w:lang w:val="kk-KZ" w:eastAsia="ru-RU"/>
              </w:rPr>
              <w:t>30548</w:t>
            </w:r>
          </w:p>
        </w:tc>
      </w:tr>
      <w:tr w:rsidR="00FA1D49" w:rsidRPr="00FA1D49" w14:paraId="7B5E0579" w14:textId="77777777" w:rsidTr="00FA1D49">
        <w:tc>
          <w:tcPr>
            <w:tcW w:w="5070" w:type="dxa"/>
          </w:tcPr>
          <w:p w14:paraId="0F1268A2" w14:textId="77777777" w:rsidR="00FA1D49" w:rsidRPr="00FA1D49" w:rsidRDefault="00FA1D49" w:rsidP="00FA1D49">
            <w:pPr>
              <w:jc w:val="both"/>
              <w:rPr>
                <w:color w:val="1F1F1F"/>
                <w:sz w:val="28"/>
                <w:szCs w:val="28"/>
                <w:lang w:val="kk-KZ" w:eastAsia="ru-RU"/>
              </w:rPr>
            </w:pPr>
            <w:r w:rsidRPr="00FA1D49">
              <w:rPr>
                <w:color w:val="1F1F1F"/>
                <w:sz w:val="28"/>
                <w:szCs w:val="28"/>
                <w:lang w:val="kk-KZ" w:eastAsia="ru-RU"/>
              </w:rPr>
              <w:t>Негізгі қор</w:t>
            </w:r>
          </w:p>
        </w:tc>
        <w:tc>
          <w:tcPr>
            <w:tcW w:w="5244" w:type="dxa"/>
          </w:tcPr>
          <w:p w14:paraId="5044D2F6" w14:textId="77777777" w:rsidR="00FA1D49" w:rsidRPr="00FA1D49" w:rsidRDefault="00FA1D49" w:rsidP="00FA1D49">
            <w:pPr>
              <w:jc w:val="both"/>
              <w:rPr>
                <w:b/>
                <w:color w:val="1F1F1F"/>
                <w:sz w:val="28"/>
                <w:szCs w:val="28"/>
                <w:lang w:val="kk-KZ" w:eastAsia="ru-RU"/>
              </w:rPr>
            </w:pPr>
            <w:r w:rsidRPr="00FA1D49">
              <w:rPr>
                <w:b/>
                <w:color w:val="1F1F1F"/>
                <w:sz w:val="28"/>
                <w:szCs w:val="28"/>
                <w:lang w:val="kk-KZ" w:eastAsia="ru-RU"/>
              </w:rPr>
              <w:t>1790</w:t>
            </w:r>
          </w:p>
        </w:tc>
      </w:tr>
      <w:tr w:rsidR="00FA1D49" w:rsidRPr="00FA1D49" w14:paraId="66A46510" w14:textId="77777777" w:rsidTr="00FA1D49">
        <w:tc>
          <w:tcPr>
            <w:tcW w:w="5070" w:type="dxa"/>
          </w:tcPr>
          <w:p w14:paraId="6104F88D" w14:textId="77777777" w:rsidR="00FA1D49" w:rsidRPr="00FA1D49" w:rsidRDefault="00FA1D49" w:rsidP="00FA1D49">
            <w:pPr>
              <w:jc w:val="both"/>
              <w:rPr>
                <w:color w:val="1F1F1F"/>
                <w:sz w:val="28"/>
                <w:szCs w:val="28"/>
                <w:lang w:val="kk-KZ" w:eastAsia="ru-RU"/>
              </w:rPr>
            </w:pPr>
            <w:r w:rsidRPr="00FA1D49">
              <w:rPr>
                <w:color w:val="1F1F1F"/>
                <w:sz w:val="28"/>
                <w:szCs w:val="28"/>
                <w:lang w:val="kk-KZ" w:eastAsia="ru-RU"/>
              </w:rPr>
              <w:t>Оқырмандар саны</w:t>
            </w:r>
          </w:p>
        </w:tc>
        <w:tc>
          <w:tcPr>
            <w:tcW w:w="5244" w:type="dxa"/>
          </w:tcPr>
          <w:p w14:paraId="16C03455" w14:textId="77777777" w:rsidR="00FA1D49" w:rsidRPr="00FA1D49" w:rsidRDefault="00FA1D49" w:rsidP="00FA1D49">
            <w:pPr>
              <w:jc w:val="both"/>
              <w:rPr>
                <w:color w:val="1F1F1F"/>
                <w:sz w:val="28"/>
                <w:szCs w:val="28"/>
                <w:lang w:val="kk-KZ" w:eastAsia="ru-RU"/>
              </w:rPr>
            </w:pPr>
            <w:r w:rsidRPr="00FA1D49">
              <w:rPr>
                <w:color w:val="1F1F1F"/>
                <w:sz w:val="28"/>
                <w:szCs w:val="28"/>
                <w:lang w:val="kk-KZ" w:eastAsia="ru-RU"/>
              </w:rPr>
              <w:t>534</w:t>
            </w:r>
          </w:p>
        </w:tc>
      </w:tr>
      <w:tr w:rsidR="00FA1D49" w:rsidRPr="00FA1D49" w14:paraId="63C4D698" w14:textId="77777777" w:rsidTr="00FA1D49">
        <w:tc>
          <w:tcPr>
            <w:tcW w:w="5070" w:type="dxa"/>
          </w:tcPr>
          <w:p w14:paraId="4BC5FBE4" w14:textId="77777777" w:rsidR="00FA1D49" w:rsidRPr="00FA1D49" w:rsidRDefault="00FA1D49" w:rsidP="00FA1D49">
            <w:pPr>
              <w:jc w:val="both"/>
              <w:rPr>
                <w:color w:val="1F1F1F"/>
                <w:sz w:val="28"/>
                <w:szCs w:val="28"/>
                <w:lang w:val="kk-KZ" w:eastAsia="ru-RU"/>
              </w:rPr>
            </w:pPr>
            <w:r w:rsidRPr="00FA1D49">
              <w:rPr>
                <w:color w:val="1F1F1F"/>
                <w:sz w:val="28"/>
                <w:szCs w:val="28"/>
                <w:lang w:val="kk-KZ" w:eastAsia="ru-RU"/>
              </w:rPr>
              <w:t>Келушілер саны</w:t>
            </w:r>
          </w:p>
        </w:tc>
        <w:tc>
          <w:tcPr>
            <w:tcW w:w="5244" w:type="dxa"/>
          </w:tcPr>
          <w:p w14:paraId="055D34F2" w14:textId="77777777" w:rsidR="00FA1D49" w:rsidRPr="00FA1D49" w:rsidRDefault="00FA1D49" w:rsidP="00FA1D49">
            <w:pPr>
              <w:jc w:val="both"/>
              <w:rPr>
                <w:color w:val="1F1F1F"/>
                <w:sz w:val="28"/>
                <w:szCs w:val="28"/>
                <w:lang w:val="kk-KZ" w:eastAsia="ru-RU"/>
              </w:rPr>
            </w:pPr>
            <w:r w:rsidRPr="00FA1D49">
              <w:rPr>
                <w:color w:val="1F1F1F"/>
                <w:sz w:val="28"/>
                <w:szCs w:val="28"/>
                <w:lang w:val="kk-KZ" w:eastAsia="ru-RU"/>
              </w:rPr>
              <w:t>6408</w:t>
            </w:r>
          </w:p>
        </w:tc>
      </w:tr>
      <w:tr w:rsidR="00FA1D49" w:rsidRPr="00FA1D49" w14:paraId="44C39794" w14:textId="77777777" w:rsidTr="00FA1D49">
        <w:tc>
          <w:tcPr>
            <w:tcW w:w="5070" w:type="dxa"/>
          </w:tcPr>
          <w:p w14:paraId="11696548" w14:textId="77777777" w:rsidR="00FA1D49" w:rsidRPr="00FA1D49" w:rsidRDefault="00FA1D49" w:rsidP="00FA1D49">
            <w:pPr>
              <w:jc w:val="both"/>
              <w:rPr>
                <w:color w:val="1F1F1F"/>
                <w:sz w:val="28"/>
                <w:szCs w:val="28"/>
                <w:lang w:val="kk-KZ" w:eastAsia="ru-RU"/>
              </w:rPr>
            </w:pPr>
            <w:r w:rsidRPr="00FA1D49">
              <w:rPr>
                <w:color w:val="1F1F1F"/>
                <w:sz w:val="28"/>
                <w:szCs w:val="28"/>
                <w:lang w:val="kk-KZ" w:eastAsia="ru-RU"/>
              </w:rPr>
              <w:t>Кітап берілімдер саны</w:t>
            </w:r>
          </w:p>
        </w:tc>
        <w:tc>
          <w:tcPr>
            <w:tcW w:w="5244" w:type="dxa"/>
          </w:tcPr>
          <w:p w14:paraId="135F2964" w14:textId="77777777" w:rsidR="00FA1D49" w:rsidRPr="00FA1D49" w:rsidRDefault="00FA1D49" w:rsidP="00FA1D49">
            <w:pPr>
              <w:jc w:val="both"/>
              <w:rPr>
                <w:color w:val="1F1F1F"/>
                <w:sz w:val="28"/>
                <w:szCs w:val="28"/>
                <w:lang w:val="kk-KZ" w:eastAsia="ru-RU"/>
              </w:rPr>
            </w:pPr>
            <w:r w:rsidRPr="00FA1D49">
              <w:rPr>
                <w:color w:val="1F1F1F"/>
                <w:sz w:val="28"/>
                <w:szCs w:val="28"/>
                <w:lang w:val="kk-KZ" w:eastAsia="ru-RU"/>
              </w:rPr>
              <w:t>9078</w:t>
            </w:r>
          </w:p>
        </w:tc>
      </w:tr>
    </w:tbl>
    <w:p w14:paraId="4211AB20" w14:textId="1B23B38A" w:rsidR="00FA1D49" w:rsidRPr="00FA1D49" w:rsidRDefault="00FA1D49" w:rsidP="00FA1D49">
      <w:pPr>
        <w:tabs>
          <w:tab w:val="left" w:pos="709"/>
        </w:tabs>
        <w:jc w:val="both"/>
        <w:rPr>
          <w:sz w:val="28"/>
          <w:szCs w:val="28"/>
          <w:lang w:val="kk-KZ"/>
        </w:rPr>
      </w:pPr>
    </w:p>
    <w:p w14:paraId="3ADECD88" w14:textId="77777777" w:rsidR="00FA1D49" w:rsidRPr="00FA1D49" w:rsidRDefault="00FA1D49" w:rsidP="00FA1D49">
      <w:pPr>
        <w:tabs>
          <w:tab w:val="left" w:pos="709"/>
        </w:tabs>
        <w:jc w:val="both"/>
        <w:rPr>
          <w:color w:val="000000"/>
          <w:sz w:val="28"/>
          <w:szCs w:val="28"/>
          <w:lang w:val="kk-KZ"/>
        </w:rPr>
      </w:pPr>
      <w:r w:rsidRPr="00FA1D49">
        <w:rPr>
          <w:sz w:val="28"/>
          <w:szCs w:val="28"/>
          <w:lang w:val="kk-KZ"/>
        </w:rPr>
        <w:lastRenderedPageBreak/>
        <w:t>Негізгі қор 1790 дана:</w:t>
      </w:r>
      <w:r w:rsidRPr="00FA1D49">
        <w:rPr>
          <w:bCs/>
          <w:sz w:val="28"/>
          <w:szCs w:val="28"/>
          <w:lang w:val="kk-KZ"/>
        </w:rPr>
        <w:t>«Қасым» баспасы  2022жылы шыққан - 1361дана;</w:t>
      </w:r>
    </w:p>
    <w:p w14:paraId="107FAB42" w14:textId="77777777" w:rsidR="00FA1D49" w:rsidRPr="00FA1D49" w:rsidRDefault="00FA1D49" w:rsidP="00FA1D49">
      <w:pPr>
        <w:jc w:val="both"/>
        <w:rPr>
          <w:bCs/>
          <w:sz w:val="28"/>
          <w:szCs w:val="28"/>
          <w:lang w:val="kk-KZ"/>
        </w:rPr>
      </w:pPr>
      <w:r w:rsidRPr="00FA1D49">
        <w:rPr>
          <w:bCs/>
          <w:sz w:val="28"/>
          <w:szCs w:val="28"/>
          <w:lang w:val="kk-KZ"/>
        </w:rPr>
        <w:t xml:space="preserve">                                     «Алматыкітап» баспасы 2022 жылы шыққан - 301дана;</w:t>
      </w:r>
    </w:p>
    <w:p w14:paraId="0CD9B615" w14:textId="77777777" w:rsidR="00FA1D49" w:rsidRPr="00FA1D49" w:rsidRDefault="00FA1D49" w:rsidP="00FA1D49">
      <w:pPr>
        <w:ind w:left="2694"/>
        <w:jc w:val="both"/>
        <w:rPr>
          <w:bCs/>
          <w:sz w:val="28"/>
          <w:szCs w:val="28"/>
          <w:lang w:val="kk-KZ"/>
        </w:rPr>
      </w:pPr>
      <w:r w:rsidRPr="00FA1D49">
        <w:rPr>
          <w:bCs/>
          <w:sz w:val="28"/>
          <w:szCs w:val="28"/>
          <w:lang w:val="kk-KZ"/>
        </w:rPr>
        <w:t>«Мазмұндама» баспаса» 2022жылы шыққан -128дана.</w:t>
      </w:r>
      <w:r w:rsidRPr="00FA1D49">
        <w:rPr>
          <w:bCs/>
          <w:sz w:val="28"/>
          <w:szCs w:val="28"/>
        </w:rPr>
        <w:t xml:space="preserve"> </w:t>
      </w:r>
    </w:p>
    <w:p w14:paraId="172AF276" w14:textId="77777777" w:rsidR="00FA1D49" w:rsidRPr="00FA1D49" w:rsidRDefault="00FA1D49" w:rsidP="00FA1D49">
      <w:pPr>
        <w:jc w:val="both"/>
        <w:rPr>
          <w:b/>
          <w:sz w:val="28"/>
          <w:szCs w:val="28"/>
          <w:u w:val="single"/>
        </w:rPr>
      </w:pPr>
      <w:r w:rsidRPr="00FA1D49">
        <w:rPr>
          <w:b/>
          <w:sz w:val="28"/>
          <w:szCs w:val="28"/>
        </w:rPr>
        <w:t xml:space="preserve">          Қордың сандық сипаттамасы:</w:t>
      </w:r>
    </w:p>
    <w:p w14:paraId="65A4607F" w14:textId="77777777" w:rsidR="00FA1D49" w:rsidRPr="00FA1D49" w:rsidRDefault="00FA1D49" w:rsidP="00FA1D49">
      <w:pPr>
        <w:jc w:val="both"/>
        <w:rPr>
          <w:color w:val="000000"/>
          <w:sz w:val="28"/>
          <w:szCs w:val="28"/>
          <w:lang w:val="kk-KZ"/>
        </w:rPr>
      </w:pPr>
      <w:r w:rsidRPr="00FA1D49">
        <w:rPr>
          <w:color w:val="000000"/>
          <w:sz w:val="28"/>
          <w:szCs w:val="28"/>
          <w:lang w:val="kk-KZ"/>
        </w:rPr>
        <w:t>Жалпы к</w:t>
      </w:r>
      <w:r w:rsidRPr="00FA1D49">
        <w:rPr>
          <w:color w:val="000000"/>
          <w:sz w:val="28"/>
          <w:szCs w:val="28"/>
        </w:rPr>
        <w:t xml:space="preserve">ітап қоры барлығы – 32338 дана </w:t>
      </w:r>
    </w:p>
    <w:p w14:paraId="6E16DAD9" w14:textId="77777777" w:rsidR="00FA1D49" w:rsidRPr="00FA1D49" w:rsidRDefault="00FA1D49" w:rsidP="00FA1D49">
      <w:pPr>
        <w:jc w:val="both"/>
        <w:rPr>
          <w:color w:val="000000"/>
          <w:sz w:val="28"/>
          <w:szCs w:val="28"/>
          <w:lang w:val="kk-KZ"/>
        </w:rPr>
      </w:pPr>
      <w:r w:rsidRPr="00FA1D49">
        <w:rPr>
          <w:color w:val="000000"/>
          <w:sz w:val="28"/>
          <w:szCs w:val="28"/>
          <w:lang w:val="kk-KZ"/>
        </w:rPr>
        <w:t>Оқулықтар қоры: 30548 дана (20548+10 000 дана жұмыс дәптерлері, жазбалар), Көркем әдебиеттің негізгі қоры 1790 дананы құрайды, оның ішінде сала бойынша:  /84Қаз/ көркем әдебиет 1489 дана орыс тілінде /84Русс/-25 дана, /85/ өнер – 8 дана, /63.3/ тарих – 25 даңа, /84/ Балалар әдебиеті 48 бет -165 дана, журнал - брошюралар - 35, оқыту-әдістемелік құралдар - 43</w:t>
      </w:r>
    </w:p>
    <w:p w14:paraId="7DD6BA8D" w14:textId="77777777" w:rsidR="00FA1D49" w:rsidRPr="00FA1D49" w:rsidRDefault="00FA1D49" w:rsidP="00FA1D49">
      <w:pPr>
        <w:pStyle w:val="81"/>
        <w:spacing w:line="240" w:lineRule="auto"/>
        <w:rPr>
          <w:rFonts w:eastAsiaTheme="majorEastAsia"/>
          <w:b/>
          <w:sz w:val="28"/>
          <w:szCs w:val="28"/>
          <w:lang w:val="kk-KZ"/>
        </w:rPr>
      </w:pPr>
      <w:r w:rsidRPr="00FA1D49">
        <w:rPr>
          <w:rFonts w:eastAsiaTheme="majorEastAsia"/>
          <w:b/>
          <w:sz w:val="28"/>
          <w:szCs w:val="28"/>
          <w:lang w:val="kk-KZ"/>
        </w:rPr>
        <w:t xml:space="preserve">            Баспамен жұмыс: </w:t>
      </w:r>
    </w:p>
    <w:p w14:paraId="31BFC004" w14:textId="77777777" w:rsidR="00FA1D49" w:rsidRPr="00FA1D49" w:rsidRDefault="00FA1D49" w:rsidP="00FA1D49">
      <w:pPr>
        <w:pStyle w:val="81"/>
        <w:spacing w:line="240" w:lineRule="auto"/>
        <w:rPr>
          <w:rFonts w:eastAsiaTheme="majorEastAsia"/>
          <w:sz w:val="28"/>
          <w:szCs w:val="28"/>
          <w:lang w:val="kk-KZ"/>
        </w:rPr>
      </w:pPr>
      <w:r w:rsidRPr="00FA1D49">
        <w:rPr>
          <w:rFonts w:eastAsiaTheme="majorEastAsia"/>
          <w:sz w:val="28"/>
          <w:szCs w:val="28"/>
          <w:lang w:val="kk-KZ"/>
        </w:rPr>
        <w:t xml:space="preserve">                   Ведомствалық баспа бойынша кітапхана 12 атауы бар  басылымға жылда жазылуда. Оның ішінде: мұғалімдерге арналған педагогокалық әдістемелік журналдар: «Мектептегі мерекелер»(6-айға), «Ашық сабақ-факультативті сабақтар» (6-айға) т.б. облыстық, қалалық газет баспалары:«Егемен Қазақстан» (6-айға), «Орталық Қазақстан» (6-айға), «Білімді ел» (6-айға), «Ізденіс» (6-айға) және оқушыларға арналған балалар журналдары: «Айгөлек» (6-айға), «Мөлдір бұлақ»(6-айға), «Ертегілер елінде»(6-айға). Республикалық журналдарға «Ашық сабақтар факультативті сабақтар»(6-айға), «Математика және физика»(6-айға), «Қазақстан ұстазы»(6-айға), «Бастауыш мектеп»(6-айға), «Қазақ тілі әдебиеті» (6-ай,а) журналдарына жеке жазылып, мақалалары жарыққа шыққан болатын. Барлық аталған баспа атаулары педагогикалық ұжымға сабақ барысында көмекші әдістемелік құрал ретінде пайдаланылады, балалар журналдыры оқу сағаттарында, топтық жұмыстарында, бояу терапия сабақ барыстарында пайдасы тиюде.</w:t>
      </w:r>
    </w:p>
    <w:p w14:paraId="2436189F" w14:textId="77777777" w:rsidR="00FA1D49" w:rsidRPr="00FA1D49" w:rsidRDefault="00FA1D49" w:rsidP="00FA1D49">
      <w:pPr>
        <w:pStyle w:val="81"/>
        <w:spacing w:line="240" w:lineRule="auto"/>
        <w:rPr>
          <w:rFonts w:eastAsiaTheme="majorEastAsia"/>
          <w:sz w:val="28"/>
          <w:szCs w:val="28"/>
          <w:lang w:val="kk-KZ"/>
        </w:rPr>
      </w:pPr>
      <w:r w:rsidRPr="00FA1D49">
        <w:rPr>
          <w:rFonts w:eastAsiaTheme="majorEastAsia"/>
          <w:sz w:val="28"/>
          <w:szCs w:val="28"/>
          <w:lang w:val="kk-KZ"/>
        </w:rPr>
        <w:t xml:space="preserve">                     </w:t>
      </w:r>
    </w:p>
    <w:p w14:paraId="4A5B43F5" w14:textId="77777777" w:rsidR="00FA1D49" w:rsidRPr="00FA1D49" w:rsidRDefault="00FA1D49" w:rsidP="00FA1D49">
      <w:pPr>
        <w:jc w:val="both"/>
        <w:rPr>
          <w:b/>
          <w:sz w:val="28"/>
          <w:szCs w:val="28"/>
          <w:lang w:val="kk-KZ"/>
        </w:rPr>
      </w:pPr>
      <w:r w:rsidRPr="00FA1D49">
        <w:rPr>
          <w:b/>
          <w:sz w:val="28"/>
          <w:szCs w:val="28"/>
          <w:lang w:val="kk-KZ"/>
        </w:rPr>
        <w:t xml:space="preserve">           Ведомствалық баспаға жазылу көрсеткіші:</w:t>
      </w:r>
    </w:p>
    <w:tbl>
      <w:tblPr>
        <w:tblW w:w="4855"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
        <w:gridCol w:w="776"/>
        <w:gridCol w:w="3823"/>
        <w:gridCol w:w="5064"/>
      </w:tblGrid>
      <w:tr w:rsidR="00FA1D49" w:rsidRPr="00FA1D49" w14:paraId="52EA0F02" w14:textId="77777777" w:rsidTr="00FA1D49">
        <w:trPr>
          <w:trHeight w:val="330"/>
        </w:trPr>
        <w:tc>
          <w:tcPr>
            <w:tcW w:w="280" w:type="pct"/>
          </w:tcPr>
          <w:p w14:paraId="2A4AF0B0" w14:textId="77777777" w:rsidR="00FA1D49" w:rsidRPr="00FA1D49" w:rsidRDefault="00FA1D49" w:rsidP="00FA1D49">
            <w:pPr>
              <w:jc w:val="both"/>
              <w:rPr>
                <w:b/>
                <w:sz w:val="28"/>
                <w:szCs w:val="28"/>
              </w:rPr>
            </w:pPr>
            <w:r w:rsidRPr="00FA1D49">
              <w:rPr>
                <w:sz w:val="28"/>
                <w:szCs w:val="28"/>
              </w:rPr>
              <w:t>№ п/п</w:t>
            </w:r>
          </w:p>
        </w:tc>
        <w:tc>
          <w:tcPr>
            <w:tcW w:w="362" w:type="pct"/>
          </w:tcPr>
          <w:p w14:paraId="18004BE2" w14:textId="77777777" w:rsidR="00FA1D49" w:rsidRPr="00FA1D49" w:rsidRDefault="00FA1D49" w:rsidP="00FA1D49">
            <w:pPr>
              <w:jc w:val="both"/>
              <w:rPr>
                <w:sz w:val="28"/>
                <w:szCs w:val="28"/>
                <w:lang w:val="kk-KZ"/>
              </w:rPr>
            </w:pPr>
            <w:r w:rsidRPr="00FA1D49">
              <w:rPr>
                <w:sz w:val="28"/>
                <w:szCs w:val="28"/>
              </w:rPr>
              <w:t xml:space="preserve"> </w:t>
            </w:r>
            <w:r w:rsidRPr="00FA1D49">
              <w:rPr>
                <w:sz w:val="28"/>
                <w:szCs w:val="28"/>
                <w:lang w:val="kk-KZ"/>
              </w:rPr>
              <w:t>жыл</w:t>
            </w:r>
          </w:p>
        </w:tc>
        <w:tc>
          <w:tcPr>
            <w:tcW w:w="1877" w:type="pct"/>
          </w:tcPr>
          <w:p w14:paraId="5E6BDC90" w14:textId="77777777" w:rsidR="00FA1D49" w:rsidRPr="00FA1D49" w:rsidRDefault="00FA1D49" w:rsidP="00FA1D49">
            <w:pPr>
              <w:jc w:val="both"/>
              <w:rPr>
                <w:sz w:val="28"/>
                <w:szCs w:val="28"/>
                <w:lang w:val="kk-KZ"/>
              </w:rPr>
            </w:pPr>
            <w:r w:rsidRPr="00FA1D49">
              <w:rPr>
                <w:sz w:val="28"/>
                <w:szCs w:val="28"/>
                <w:lang w:val="kk-KZ"/>
              </w:rPr>
              <w:t>Бөлінген қаражат</w:t>
            </w:r>
          </w:p>
          <w:p w14:paraId="6AF97ABE" w14:textId="77777777" w:rsidR="00FA1D49" w:rsidRPr="00FA1D49" w:rsidRDefault="00FA1D49" w:rsidP="00FA1D49">
            <w:pPr>
              <w:jc w:val="both"/>
              <w:rPr>
                <w:sz w:val="28"/>
                <w:szCs w:val="28"/>
              </w:rPr>
            </w:pPr>
            <w:r w:rsidRPr="00FA1D49">
              <w:rPr>
                <w:sz w:val="28"/>
                <w:szCs w:val="28"/>
              </w:rPr>
              <w:t>(сумма в тенге,</w:t>
            </w:r>
            <w:r w:rsidRPr="00FA1D49">
              <w:rPr>
                <w:sz w:val="28"/>
                <w:szCs w:val="28"/>
                <w:lang w:val="kk-KZ"/>
              </w:rPr>
              <w:t xml:space="preserve"> </w:t>
            </w:r>
            <w:r w:rsidRPr="00FA1D49">
              <w:rPr>
                <w:sz w:val="28"/>
                <w:szCs w:val="28"/>
              </w:rPr>
              <w:t>тиын)</w:t>
            </w:r>
          </w:p>
        </w:tc>
        <w:tc>
          <w:tcPr>
            <w:tcW w:w="2481" w:type="pct"/>
          </w:tcPr>
          <w:p w14:paraId="7FE6C394" w14:textId="77777777" w:rsidR="00FA1D49" w:rsidRPr="00FA1D49" w:rsidRDefault="00FA1D49" w:rsidP="00FA1D49">
            <w:pPr>
              <w:jc w:val="both"/>
              <w:rPr>
                <w:sz w:val="28"/>
                <w:szCs w:val="28"/>
                <w:lang w:val="kk-KZ"/>
              </w:rPr>
            </w:pPr>
            <w:r w:rsidRPr="00FA1D49">
              <w:rPr>
                <w:sz w:val="28"/>
                <w:szCs w:val="28"/>
                <w:lang w:val="kk-KZ"/>
              </w:rPr>
              <w:t>Баспа саны</w:t>
            </w:r>
          </w:p>
        </w:tc>
      </w:tr>
      <w:tr w:rsidR="00FA1D49" w:rsidRPr="00FA1D49" w14:paraId="40636B4D" w14:textId="77777777" w:rsidTr="00FA1D49">
        <w:trPr>
          <w:trHeight w:val="330"/>
        </w:trPr>
        <w:tc>
          <w:tcPr>
            <w:tcW w:w="280" w:type="pct"/>
          </w:tcPr>
          <w:p w14:paraId="784E9E82" w14:textId="77777777" w:rsidR="00FA1D49" w:rsidRPr="00FA1D49" w:rsidRDefault="00FA1D49" w:rsidP="00FA1D49">
            <w:pPr>
              <w:jc w:val="both"/>
              <w:rPr>
                <w:sz w:val="28"/>
                <w:szCs w:val="28"/>
                <w:lang w:val="kk-KZ"/>
              </w:rPr>
            </w:pPr>
            <w:r w:rsidRPr="00FA1D49">
              <w:rPr>
                <w:sz w:val="28"/>
                <w:szCs w:val="28"/>
                <w:lang w:val="kk-KZ"/>
              </w:rPr>
              <w:t>1</w:t>
            </w:r>
          </w:p>
        </w:tc>
        <w:tc>
          <w:tcPr>
            <w:tcW w:w="362" w:type="pct"/>
          </w:tcPr>
          <w:p w14:paraId="7B23D8CF" w14:textId="77777777" w:rsidR="00FA1D49" w:rsidRPr="00FA1D49" w:rsidRDefault="00FA1D49" w:rsidP="00FA1D49">
            <w:pPr>
              <w:jc w:val="both"/>
              <w:rPr>
                <w:sz w:val="28"/>
                <w:szCs w:val="28"/>
                <w:lang w:val="kk-KZ"/>
              </w:rPr>
            </w:pPr>
            <w:r w:rsidRPr="00FA1D49">
              <w:rPr>
                <w:sz w:val="28"/>
                <w:szCs w:val="28"/>
                <w:lang w:val="kk-KZ"/>
              </w:rPr>
              <w:t>2025</w:t>
            </w:r>
          </w:p>
        </w:tc>
        <w:tc>
          <w:tcPr>
            <w:tcW w:w="1877" w:type="pct"/>
          </w:tcPr>
          <w:p w14:paraId="29417982" w14:textId="77777777" w:rsidR="00FA1D49" w:rsidRPr="00FA1D49" w:rsidRDefault="00FA1D49" w:rsidP="00FA1D49">
            <w:pPr>
              <w:jc w:val="both"/>
              <w:rPr>
                <w:sz w:val="28"/>
                <w:szCs w:val="28"/>
                <w:lang w:val="kk-KZ"/>
              </w:rPr>
            </w:pPr>
            <w:r w:rsidRPr="00FA1D49">
              <w:rPr>
                <w:sz w:val="28"/>
                <w:szCs w:val="28"/>
                <w:lang w:val="kk-KZ"/>
              </w:rPr>
              <w:t>53 868,11</w:t>
            </w:r>
          </w:p>
        </w:tc>
        <w:tc>
          <w:tcPr>
            <w:tcW w:w="2481" w:type="pct"/>
          </w:tcPr>
          <w:p w14:paraId="4FDF30E4" w14:textId="77777777" w:rsidR="00FA1D49" w:rsidRPr="00FA1D49" w:rsidRDefault="00FA1D49" w:rsidP="00FA1D49">
            <w:pPr>
              <w:jc w:val="both"/>
              <w:rPr>
                <w:sz w:val="28"/>
                <w:szCs w:val="28"/>
                <w:lang w:val="kk-KZ"/>
              </w:rPr>
            </w:pPr>
            <w:r w:rsidRPr="00FA1D49">
              <w:rPr>
                <w:sz w:val="28"/>
                <w:szCs w:val="28"/>
                <w:lang w:val="kk-KZ"/>
              </w:rPr>
              <w:t>12</w:t>
            </w:r>
          </w:p>
        </w:tc>
      </w:tr>
      <w:tr w:rsidR="00FA1D49" w:rsidRPr="00FA1D49" w14:paraId="6067E002" w14:textId="77777777" w:rsidTr="00FA1D49">
        <w:trPr>
          <w:trHeight w:val="330"/>
        </w:trPr>
        <w:tc>
          <w:tcPr>
            <w:tcW w:w="280" w:type="pct"/>
          </w:tcPr>
          <w:p w14:paraId="411845F5" w14:textId="77777777" w:rsidR="00FA1D49" w:rsidRPr="00FA1D49" w:rsidRDefault="00FA1D49" w:rsidP="00FA1D49">
            <w:pPr>
              <w:jc w:val="both"/>
              <w:rPr>
                <w:sz w:val="28"/>
                <w:szCs w:val="28"/>
                <w:lang w:val="kk-KZ"/>
              </w:rPr>
            </w:pPr>
            <w:r w:rsidRPr="00FA1D49">
              <w:rPr>
                <w:sz w:val="28"/>
                <w:szCs w:val="28"/>
                <w:lang w:val="kk-KZ"/>
              </w:rPr>
              <w:t>2</w:t>
            </w:r>
          </w:p>
        </w:tc>
        <w:tc>
          <w:tcPr>
            <w:tcW w:w="362" w:type="pct"/>
          </w:tcPr>
          <w:p w14:paraId="5B40B1CD" w14:textId="77777777" w:rsidR="00FA1D49" w:rsidRPr="00FA1D49" w:rsidRDefault="00FA1D49" w:rsidP="00FA1D49">
            <w:pPr>
              <w:jc w:val="both"/>
              <w:rPr>
                <w:sz w:val="28"/>
                <w:szCs w:val="28"/>
                <w:lang w:val="kk-KZ"/>
              </w:rPr>
            </w:pPr>
            <w:r w:rsidRPr="00FA1D49">
              <w:rPr>
                <w:sz w:val="28"/>
                <w:szCs w:val="28"/>
                <w:lang w:val="kk-KZ"/>
              </w:rPr>
              <w:t>2026</w:t>
            </w:r>
          </w:p>
        </w:tc>
        <w:tc>
          <w:tcPr>
            <w:tcW w:w="1877" w:type="pct"/>
          </w:tcPr>
          <w:p w14:paraId="5BF1F198" w14:textId="77777777" w:rsidR="00FA1D49" w:rsidRPr="00FA1D49" w:rsidRDefault="00FA1D49" w:rsidP="00FA1D49">
            <w:pPr>
              <w:jc w:val="both"/>
              <w:rPr>
                <w:sz w:val="28"/>
                <w:szCs w:val="28"/>
                <w:lang w:val="kk-KZ"/>
              </w:rPr>
            </w:pPr>
            <w:r w:rsidRPr="00FA1D49">
              <w:rPr>
                <w:sz w:val="28"/>
                <w:szCs w:val="28"/>
                <w:lang w:val="kk-KZ"/>
              </w:rPr>
              <w:t>53 635,32</w:t>
            </w:r>
          </w:p>
        </w:tc>
        <w:tc>
          <w:tcPr>
            <w:tcW w:w="2481" w:type="pct"/>
          </w:tcPr>
          <w:p w14:paraId="6BCE322D" w14:textId="77777777" w:rsidR="00FA1D49" w:rsidRPr="00FA1D49" w:rsidRDefault="00FA1D49" w:rsidP="00FA1D49">
            <w:pPr>
              <w:jc w:val="both"/>
              <w:rPr>
                <w:sz w:val="28"/>
                <w:szCs w:val="28"/>
                <w:lang w:val="kk-KZ"/>
              </w:rPr>
            </w:pPr>
            <w:r w:rsidRPr="00FA1D49">
              <w:rPr>
                <w:sz w:val="28"/>
                <w:szCs w:val="28"/>
                <w:lang w:val="kk-KZ"/>
              </w:rPr>
              <w:t>8</w:t>
            </w:r>
          </w:p>
        </w:tc>
      </w:tr>
    </w:tbl>
    <w:p w14:paraId="0C0989B7" w14:textId="77777777" w:rsidR="00FA1D49" w:rsidRPr="00FA1D49" w:rsidRDefault="00FA1D49" w:rsidP="00FA1D49">
      <w:pPr>
        <w:tabs>
          <w:tab w:val="left" w:pos="2184"/>
        </w:tabs>
        <w:jc w:val="both"/>
        <w:rPr>
          <w:color w:val="000000"/>
          <w:sz w:val="28"/>
          <w:szCs w:val="28"/>
          <w:lang w:val="kk-KZ"/>
        </w:rPr>
      </w:pPr>
      <w:r w:rsidRPr="00FA1D49">
        <w:rPr>
          <w:sz w:val="28"/>
          <w:szCs w:val="28"/>
          <w:lang w:val="kk-KZ"/>
        </w:rPr>
        <w:t xml:space="preserve">    </w:t>
      </w:r>
      <w:r w:rsidRPr="00FA1D49">
        <w:rPr>
          <w:b/>
          <w:color w:val="000000"/>
          <w:sz w:val="28"/>
          <w:szCs w:val="28"/>
          <w:lang w:val="kk-KZ"/>
        </w:rPr>
        <w:t>Кітапхананың анықтамалық-библиографиялық аппараты. Кітапхана процестерін автоматтандыру бойынша жұмыс.</w:t>
      </w:r>
      <w:r w:rsidRPr="00FA1D49">
        <w:rPr>
          <w:color w:val="000000"/>
          <w:sz w:val="28"/>
          <w:szCs w:val="28"/>
          <w:lang w:val="kk-KZ"/>
        </w:rPr>
        <w:t xml:space="preserve"> Кітапхананың анықтамалық-библиографиялық аппараты: </w:t>
      </w:r>
    </w:p>
    <w:p w14:paraId="64F4F4EA" w14:textId="77777777" w:rsidR="00FA1D49" w:rsidRPr="00FA1D49" w:rsidRDefault="00FA1D49" w:rsidP="00FA1D49">
      <w:pPr>
        <w:tabs>
          <w:tab w:val="left" w:pos="2184"/>
        </w:tabs>
        <w:jc w:val="both"/>
        <w:rPr>
          <w:color w:val="000000"/>
          <w:sz w:val="28"/>
          <w:szCs w:val="28"/>
          <w:lang w:val="kk-KZ"/>
        </w:rPr>
      </w:pPr>
      <w:r w:rsidRPr="00FA1D49">
        <w:rPr>
          <w:color w:val="000000"/>
          <w:sz w:val="28"/>
          <w:szCs w:val="28"/>
          <w:lang w:val="kk-KZ"/>
        </w:rPr>
        <w:t>- каталогтар: жүйелі, алфавиттік;</w:t>
      </w:r>
    </w:p>
    <w:p w14:paraId="2464A122" w14:textId="77777777" w:rsidR="00FA1D49" w:rsidRPr="00FA1D49" w:rsidRDefault="00FA1D49" w:rsidP="00FA1D49">
      <w:pPr>
        <w:tabs>
          <w:tab w:val="left" w:pos="2184"/>
        </w:tabs>
        <w:jc w:val="both"/>
        <w:rPr>
          <w:color w:val="000000"/>
          <w:sz w:val="28"/>
          <w:szCs w:val="28"/>
          <w:lang w:val="kk-KZ"/>
        </w:rPr>
      </w:pPr>
      <w:r w:rsidRPr="00FA1D49">
        <w:rPr>
          <w:color w:val="000000"/>
          <w:sz w:val="28"/>
          <w:szCs w:val="28"/>
          <w:lang w:val="kk-KZ"/>
        </w:rPr>
        <w:t xml:space="preserve"> - әдістемелік және педагогикалық материалдардың картотекасы; </w:t>
      </w:r>
    </w:p>
    <w:p w14:paraId="43864CF3" w14:textId="77777777" w:rsidR="00FA1D49" w:rsidRPr="00FA1D49" w:rsidRDefault="00FA1D49" w:rsidP="00FA1D49">
      <w:pPr>
        <w:tabs>
          <w:tab w:val="left" w:pos="2184"/>
        </w:tabs>
        <w:jc w:val="both"/>
        <w:rPr>
          <w:color w:val="000000"/>
          <w:sz w:val="28"/>
          <w:szCs w:val="28"/>
          <w:lang w:val="kk-KZ"/>
        </w:rPr>
      </w:pPr>
      <w:r w:rsidRPr="00FA1D49">
        <w:rPr>
          <w:color w:val="000000"/>
          <w:sz w:val="28"/>
          <w:szCs w:val="28"/>
          <w:lang w:val="kk-KZ"/>
        </w:rPr>
        <w:t>- мерзімді басылымдарды есепке алу картотекасы;</w:t>
      </w:r>
    </w:p>
    <w:p w14:paraId="1242D794" w14:textId="77777777" w:rsidR="00FA1D49" w:rsidRPr="00FA1D49" w:rsidRDefault="00FA1D49" w:rsidP="00FA1D49">
      <w:pPr>
        <w:tabs>
          <w:tab w:val="left" w:pos="2184"/>
        </w:tabs>
        <w:jc w:val="both"/>
        <w:rPr>
          <w:color w:val="000000"/>
          <w:sz w:val="28"/>
          <w:szCs w:val="28"/>
          <w:lang w:val="kk-KZ"/>
        </w:rPr>
      </w:pPr>
      <w:r w:rsidRPr="00FA1D49">
        <w:rPr>
          <w:color w:val="000000"/>
          <w:sz w:val="28"/>
          <w:szCs w:val="28"/>
          <w:lang w:val="kk-KZ"/>
        </w:rPr>
        <w:t xml:space="preserve"> - оқулықтарды есепке алу және тіркеу картотекасы. Каталогтар мен картотекаларды редакциялауды толықтыру бойынша жұмыстар үнемі жүргізілуде.</w:t>
      </w:r>
    </w:p>
    <w:p w14:paraId="3CD382E5" w14:textId="0A33C323" w:rsidR="00FA1D49" w:rsidRPr="00FA1D49" w:rsidRDefault="00FA1D49" w:rsidP="00FA1D49">
      <w:pPr>
        <w:tabs>
          <w:tab w:val="left" w:pos="2184"/>
        </w:tabs>
        <w:jc w:val="both"/>
        <w:rPr>
          <w:color w:val="000000"/>
          <w:sz w:val="28"/>
          <w:szCs w:val="28"/>
          <w:lang w:val="kk-KZ"/>
        </w:rPr>
      </w:pPr>
      <w:r w:rsidRPr="00FA1D49">
        <w:rPr>
          <w:color w:val="000000"/>
          <w:sz w:val="28"/>
          <w:szCs w:val="28"/>
          <w:lang w:val="kk-KZ"/>
        </w:rPr>
        <w:t xml:space="preserve"> </w:t>
      </w:r>
      <w:r w:rsidRPr="00FA1D49">
        <w:rPr>
          <w:sz w:val="28"/>
          <w:szCs w:val="28"/>
          <w:lang w:val="kk-KZ"/>
        </w:rPr>
        <w:t xml:space="preserve">«ОТАN  МЕКТЕP  BOOKS» </w:t>
      </w:r>
      <w:r w:rsidRPr="00FA1D49">
        <w:rPr>
          <w:color w:val="000000"/>
          <w:sz w:val="28"/>
          <w:szCs w:val="28"/>
          <w:lang w:val="kk-KZ"/>
        </w:rPr>
        <w:t xml:space="preserve"> автоматтандырылған ақпараттық кітапхана жүйесінің бағдарламасында электрондық анықтамалық-библиографиялық каталог құру бойынша көп еңбекті қажет ететін және қажырлы жұмыс жүргізілуде. Кітапхана қорының негізгі қоры арнайы тармақтары бойынша жыл, жылымен, атау, баспасымен еңгізіледі. Тиімдісі оқырмандар сұранысы бойынша электронды қызмет етіп қолға кітап беріледі. </w:t>
      </w:r>
    </w:p>
    <w:p w14:paraId="19515513" w14:textId="77777777" w:rsidR="00FA1D49" w:rsidRPr="00FA1D49" w:rsidRDefault="00FA1D49" w:rsidP="00FA1D49">
      <w:pPr>
        <w:ind w:firstLine="567"/>
        <w:jc w:val="both"/>
        <w:rPr>
          <w:b/>
          <w:color w:val="4472C4" w:themeColor="accent1"/>
          <w:sz w:val="28"/>
          <w:szCs w:val="28"/>
          <w:lang w:val="kk-KZ"/>
        </w:rPr>
      </w:pPr>
      <w:r w:rsidRPr="00FA1D49">
        <w:rPr>
          <w:color w:val="000000"/>
          <w:sz w:val="28"/>
          <w:szCs w:val="28"/>
          <w:lang w:val="kk-KZ"/>
        </w:rPr>
        <w:t xml:space="preserve">Саит «14 мектеп-гимназиясы»КММ: </w:t>
      </w:r>
      <w:r w:rsidRPr="00FA1D49">
        <w:rPr>
          <w:color w:val="4472C4" w:themeColor="accent1"/>
          <w:sz w:val="28"/>
          <w:szCs w:val="28"/>
          <w:lang w:val="kk-KZ"/>
        </w:rPr>
        <w:t>https://kargoo.kz/loader/fromorq/231/3111</w:t>
      </w:r>
    </w:p>
    <w:p w14:paraId="6039711F" w14:textId="77777777" w:rsidR="00FA1D49" w:rsidRPr="00FA1D49" w:rsidRDefault="00FA1D49" w:rsidP="00FA1D49">
      <w:pPr>
        <w:jc w:val="both"/>
        <w:rPr>
          <w:sz w:val="28"/>
          <w:szCs w:val="28"/>
          <w:lang w:val="kk-KZ"/>
        </w:rPr>
      </w:pPr>
      <w:r w:rsidRPr="00FA1D49">
        <w:rPr>
          <w:sz w:val="28"/>
          <w:szCs w:val="28"/>
          <w:lang w:val="en-US"/>
        </w:rPr>
        <w:lastRenderedPageBreak/>
        <w:t xml:space="preserve">E-mail: </w:t>
      </w:r>
      <w:hyperlink r:id="rId866" w:history="1">
        <w:r w:rsidRPr="00FA1D49">
          <w:rPr>
            <w:rStyle w:val="ae"/>
            <w:sz w:val="28"/>
            <w:szCs w:val="28"/>
            <w:lang w:val="en-US"/>
          </w:rPr>
          <w:t>kargoo.kz</w:t>
        </w:r>
      </w:hyperlink>
      <w:r w:rsidRPr="00FA1D49">
        <w:rPr>
          <w:sz w:val="28"/>
          <w:szCs w:val="28"/>
          <w:lang w:val="en-US"/>
        </w:rPr>
        <w:t xml:space="preserve"> </w:t>
      </w:r>
    </w:p>
    <w:p w14:paraId="16B5AD72" w14:textId="77777777" w:rsidR="00FA1D49" w:rsidRPr="00FA1D49" w:rsidRDefault="00FA1D49" w:rsidP="00FA1D49">
      <w:pPr>
        <w:jc w:val="both"/>
        <w:rPr>
          <w:sz w:val="28"/>
          <w:szCs w:val="28"/>
          <w:lang w:val="en-US"/>
        </w:rPr>
      </w:pPr>
      <w:r w:rsidRPr="00FA1D49">
        <w:rPr>
          <w:sz w:val="28"/>
          <w:szCs w:val="28"/>
          <w:lang w:val="en-US"/>
        </w:rPr>
        <w:t>Facebook: https: Mektep Gimnasiasy</w:t>
      </w:r>
    </w:p>
    <w:p w14:paraId="52CBB991" w14:textId="77777777" w:rsidR="00FA1D49" w:rsidRPr="00FA1D49" w:rsidRDefault="00FA1D49" w:rsidP="00FA1D49">
      <w:pPr>
        <w:pStyle w:val="21"/>
        <w:shd w:val="clear" w:color="auto" w:fill="FAFAFA"/>
        <w:spacing w:before="0"/>
        <w:jc w:val="both"/>
        <w:textAlignment w:val="baseline"/>
        <w:rPr>
          <w:rFonts w:ascii="Times New Roman" w:hAnsi="Times New Roman" w:cs="Times New Roman"/>
          <w:b/>
          <w:bCs/>
          <w:i/>
          <w:iCs/>
          <w:sz w:val="28"/>
          <w:szCs w:val="28"/>
          <w:lang w:val="en-US"/>
        </w:rPr>
      </w:pPr>
      <w:r w:rsidRPr="00FA1D49">
        <w:rPr>
          <w:rFonts w:ascii="Times New Roman" w:hAnsi="Times New Roman" w:cs="Times New Roman"/>
          <w:sz w:val="28"/>
          <w:szCs w:val="28"/>
          <w:lang w:val="en-US"/>
        </w:rPr>
        <w:t xml:space="preserve">Instagram: </w:t>
      </w:r>
      <w:r w:rsidRPr="00FA1D49">
        <w:rPr>
          <w:rFonts w:ascii="Times New Roman" w:hAnsi="Times New Roman" w:cs="Times New Roman"/>
          <w:sz w:val="28"/>
          <w:szCs w:val="28"/>
          <w:lang w:val="kk-KZ"/>
        </w:rPr>
        <w:t>14</w:t>
      </w:r>
      <w:r w:rsidRPr="00FA1D49">
        <w:rPr>
          <w:rFonts w:ascii="Times New Roman" w:hAnsi="Times New Roman" w:cs="Times New Roman"/>
          <w:sz w:val="28"/>
          <w:szCs w:val="28"/>
          <w:lang w:val="en-US"/>
        </w:rPr>
        <w:t>mektep-qimnaziasy</w:t>
      </w:r>
    </w:p>
    <w:p w14:paraId="6C9AD0A1" w14:textId="77777777" w:rsidR="00FA1D49" w:rsidRPr="00FA1D49" w:rsidRDefault="00FA1D49" w:rsidP="00FA1D49">
      <w:pPr>
        <w:pStyle w:val="21"/>
        <w:shd w:val="clear" w:color="auto" w:fill="FAFAFA"/>
        <w:spacing w:before="0"/>
        <w:jc w:val="both"/>
        <w:textAlignment w:val="baseline"/>
        <w:rPr>
          <w:rFonts w:ascii="Times New Roman" w:hAnsi="Times New Roman" w:cs="Times New Roman"/>
          <w:sz w:val="28"/>
          <w:szCs w:val="28"/>
          <w:lang w:val="kk-KZ"/>
        </w:rPr>
      </w:pPr>
      <w:r w:rsidRPr="00FA1D49">
        <w:rPr>
          <w:rFonts w:ascii="Times New Roman" w:hAnsi="Times New Roman" w:cs="Times New Roman"/>
          <w:sz w:val="28"/>
          <w:szCs w:val="28"/>
          <w:lang w:val="kk-KZ"/>
        </w:rPr>
        <w:t xml:space="preserve">хэштэк: </w:t>
      </w:r>
      <w:r w:rsidRPr="00FA1D49">
        <w:rPr>
          <w:rFonts w:ascii="Times New Roman" w:hAnsi="Times New Roman" w:cs="Times New Roman"/>
          <w:sz w:val="28"/>
          <w:szCs w:val="28"/>
          <w:lang w:val="en-US"/>
        </w:rPr>
        <w:t>#</w:t>
      </w:r>
      <w:r w:rsidRPr="00FA1D49">
        <w:rPr>
          <w:rFonts w:ascii="Times New Roman" w:hAnsi="Times New Roman" w:cs="Times New Roman"/>
          <w:sz w:val="28"/>
          <w:szCs w:val="28"/>
          <w:lang w:val="kk-KZ"/>
        </w:rPr>
        <w:t>14</w:t>
      </w:r>
      <w:r w:rsidRPr="00FA1D49">
        <w:rPr>
          <w:rFonts w:ascii="Times New Roman" w:hAnsi="Times New Roman" w:cs="Times New Roman"/>
          <w:sz w:val="28"/>
          <w:szCs w:val="28"/>
          <w:lang w:val="en-US"/>
        </w:rPr>
        <w:t>KITAPHANA</w:t>
      </w:r>
    </w:p>
    <w:p w14:paraId="0A42B258" w14:textId="77777777" w:rsidR="00FA1D49" w:rsidRPr="00FA1D49" w:rsidRDefault="008D1D0B" w:rsidP="00FA1D49">
      <w:pPr>
        <w:jc w:val="both"/>
        <w:rPr>
          <w:sz w:val="28"/>
          <w:szCs w:val="28"/>
          <w:lang w:val="kk-KZ"/>
        </w:rPr>
      </w:pPr>
      <w:hyperlink r:id="rId867" w:history="1">
        <w:r w:rsidR="00FA1D49" w:rsidRPr="00FA1D49">
          <w:rPr>
            <w:rStyle w:val="ae"/>
            <w:sz w:val="28"/>
            <w:szCs w:val="28"/>
            <w:lang w:val="kk-KZ"/>
          </w:rPr>
          <w:t>https://kargoo.kz/content/view/5/321326939?lang=ru</w:t>
        </w:r>
      </w:hyperlink>
      <w:r w:rsidR="00FA1D49" w:rsidRPr="00FA1D49">
        <w:rPr>
          <w:sz w:val="28"/>
          <w:szCs w:val="28"/>
          <w:lang w:val="kk-KZ"/>
        </w:rPr>
        <w:t xml:space="preserve"> </w:t>
      </w:r>
    </w:p>
    <w:p w14:paraId="3BC08534" w14:textId="77777777" w:rsidR="00FA1D49" w:rsidRPr="00FA1D49" w:rsidRDefault="00FA1D49" w:rsidP="00FA1D49">
      <w:pPr>
        <w:pStyle w:val="31"/>
        <w:jc w:val="both"/>
        <w:rPr>
          <w:rFonts w:ascii="Times New Roman" w:hAnsi="Times New Roman" w:cs="Times New Roman"/>
          <w:bCs/>
          <w:color w:val="auto"/>
          <w:sz w:val="28"/>
          <w:szCs w:val="28"/>
          <w:lang w:val="kk-KZ"/>
        </w:rPr>
      </w:pPr>
      <w:r w:rsidRPr="00FA1D49">
        <w:rPr>
          <w:rFonts w:ascii="Times New Roman" w:hAnsi="Times New Roman" w:cs="Times New Roman"/>
          <w:color w:val="auto"/>
          <w:sz w:val="28"/>
          <w:szCs w:val="28"/>
          <w:lang w:val="kk-KZ"/>
        </w:rPr>
        <w:t xml:space="preserve">- QR-кодтар </w:t>
      </w:r>
      <w:r w:rsidRPr="00FA1D49">
        <w:rPr>
          <w:rFonts w:ascii="Times New Roman" w:hAnsi="Times New Roman" w:cs="Times New Roman"/>
          <w:bCs/>
          <w:color w:val="auto"/>
          <w:sz w:val="28"/>
          <w:szCs w:val="28"/>
          <w:lang w:val="kk-KZ"/>
        </w:rPr>
        <w:t xml:space="preserve">Кітаптар қазақ тілінде  </w:t>
      </w:r>
    </w:p>
    <w:p w14:paraId="63C2EE4F" w14:textId="77777777" w:rsidR="00FA1D49" w:rsidRPr="00FA1D49" w:rsidRDefault="008D1D0B" w:rsidP="00FA1D49">
      <w:pPr>
        <w:jc w:val="both"/>
        <w:rPr>
          <w:sz w:val="28"/>
          <w:szCs w:val="28"/>
          <w:lang w:val="kk-KZ"/>
        </w:rPr>
      </w:pPr>
      <w:hyperlink r:id="rId868" w:history="1">
        <w:r w:rsidR="00FA1D49" w:rsidRPr="00FA1D49">
          <w:rPr>
            <w:rStyle w:val="ae"/>
            <w:sz w:val="28"/>
            <w:szCs w:val="28"/>
            <w:lang w:val="kk-KZ"/>
          </w:rPr>
          <w:t>https://kargoo.kz/content/view/5/321326936</w:t>
        </w:r>
      </w:hyperlink>
      <w:r w:rsidR="00FA1D49" w:rsidRPr="00FA1D49">
        <w:rPr>
          <w:sz w:val="28"/>
          <w:szCs w:val="28"/>
          <w:lang w:val="kk-KZ"/>
        </w:rPr>
        <w:t xml:space="preserve"> </w:t>
      </w:r>
    </w:p>
    <w:p w14:paraId="483D4569" w14:textId="77777777" w:rsidR="00FA1D49" w:rsidRPr="00FA1D49" w:rsidRDefault="00FA1D49" w:rsidP="00FA1D49">
      <w:pPr>
        <w:jc w:val="both"/>
        <w:rPr>
          <w:color w:val="000000"/>
          <w:sz w:val="28"/>
          <w:szCs w:val="28"/>
          <w:lang w:val="kk-KZ"/>
        </w:rPr>
      </w:pPr>
      <w:r w:rsidRPr="00FA1D49">
        <w:rPr>
          <w:sz w:val="28"/>
          <w:szCs w:val="28"/>
          <w:lang w:val="en-US"/>
        </w:rPr>
        <w:t xml:space="preserve">- Book Trailer Video – Bibliographer   </w:t>
      </w:r>
    </w:p>
    <w:p w14:paraId="719C9885" w14:textId="77777777" w:rsidR="00FA1D49" w:rsidRPr="00FA1D49" w:rsidRDefault="00FA1D49" w:rsidP="00FA1D49">
      <w:pPr>
        <w:jc w:val="both"/>
        <w:rPr>
          <w:sz w:val="28"/>
          <w:szCs w:val="28"/>
          <w:lang w:val="kk-KZ"/>
        </w:rPr>
      </w:pPr>
      <w:r w:rsidRPr="00FA1D49">
        <w:rPr>
          <w:sz w:val="28"/>
          <w:szCs w:val="28"/>
          <w:lang w:val="kk-KZ"/>
        </w:rPr>
        <w:t xml:space="preserve">  </w:t>
      </w:r>
      <w:hyperlink r:id="rId869" w:history="1">
        <w:r w:rsidRPr="00FA1D49">
          <w:rPr>
            <w:rStyle w:val="ae"/>
            <w:sz w:val="28"/>
            <w:szCs w:val="28"/>
            <w:lang w:val="kk-KZ"/>
          </w:rPr>
          <w:t>https://kargoo.kz/content/view/5/321326935?lang=ru</w:t>
        </w:r>
      </w:hyperlink>
      <w:r w:rsidRPr="00FA1D49">
        <w:rPr>
          <w:sz w:val="28"/>
          <w:szCs w:val="28"/>
          <w:lang w:val="kk-KZ"/>
        </w:rPr>
        <w:t xml:space="preserve">      </w:t>
      </w:r>
    </w:p>
    <w:p w14:paraId="1F941C2E" w14:textId="77777777" w:rsidR="00FA1D49" w:rsidRPr="00FA1D49" w:rsidRDefault="00FA1D49" w:rsidP="00FA1D49">
      <w:pPr>
        <w:jc w:val="both"/>
        <w:rPr>
          <w:sz w:val="28"/>
          <w:szCs w:val="28"/>
          <w:lang w:val="kk-KZ"/>
        </w:rPr>
      </w:pPr>
      <w:r w:rsidRPr="00FA1D49">
        <w:rPr>
          <w:sz w:val="28"/>
          <w:szCs w:val="28"/>
          <w:lang w:val="kk-KZ"/>
        </w:rPr>
        <w:t>- Қазақстан каталог сайтты</w:t>
      </w:r>
    </w:p>
    <w:p w14:paraId="1009DFEA" w14:textId="77777777" w:rsidR="00FA1D49" w:rsidRPr="00FA1D49" w:rsidRDefault="00FA1D49" w:rsidP="00FA1D49">
      <w:pPr>
        <w:jc w:val="both"/>
        <w:rPr>
          <w:sz w:val="28"/>
          <w:szCs w:val="28"/>
          <w:lang w:val="kk-KZ"/>
        </w:rPr>
      </w:pPr>
      <w:r w:rsidRPr="00FA1D49">
        <w:rPr>
          <w:color w:val="000000"/>
          <w:sz w:val="28"/>
          <w:szCs w:val="28"/>
          <w:lang w:val="kk-KZ"/>
        </w:rPr>
        <w:t xml:space="preserve"> Барлық мектеп-гимназия кітапханасының жұмысы мектептің сайтында, Facebook мектептің instagram-да көрсетіледі, мерзімді басылымдарда жарияланады.</w:t>
      </w:r>
    </w:p>
    <w:p w14:paraId="65DFC742" w14:textId="77777777" w:rsidR="00FA1D49" w:rsidRPr="00FA1D49" w:rsidRDefault="00FA1D49" w:rsidP="00FA1D49">
      <w:pPr>
        <w:jc w:val="both"/>
        <w:rPr>
          <w:sz w:val="28"/>
          <w:szCs w:val="28"/>
          <w:lang w:val="kk-KZ"/>
        </w:rPr>
      </w:pPr>
      <w:r w:rsidRPr="00FA1D49">
        <w:rPr>
          <w:sz w:val="28"/>
          <w:szCs w:val="28"/>
          <w:lang w:val="kk-KZ"/>
        </w:rPr>
        <w:t xml:space="preserve">             </w:t>
      </w:r>
      <w:r w:rsidRPr="00FA1D49">
        <w:rPr>
          <w:b/>
          <w:color w:val="000000"/>
          <w:sz w:val="28"/>
          <w:szCs w:val="28"/>
          <w:lang w:val="kk-KZ"/>
        </w:rPr>
        <w:t>Кітапхана жұмысы туралы  мәліметтер</w:t>
      </w:r>
    </w:p>
    <w:p w14:paraId="54EC121B" w14:textId="77777777" w:rsidR="00FA1D49" w:rsidRPr="00FA1D49" w:rsidRDefault="00FA1D49" w:rsidP="00FA1D49">
      <w:pPr>
        <w:jc w:val="both"/>
        <w:rPr>
          <w:color w:val="1F1F1F"/>
          <w:sz w:val="28"/>
          <w:szCs w:val="28"/>
          <w:lang w:val="kk-KZ" w:eastAsia="ru-RU"/>
        </w:rPr>
      </w:pPr>
      <w:r w:rsidRPr="00FA1D49">
        <w:rPr>
          <w:color w:val="1F1F1F"/>
          <w:sz w:val="28"/>
          <w:szCs w:val="28"/>
          <w:lang w:val="kk-KZ" w:eastAsia="ru-RU"/>
        </w:rPr>
        <w:t>Бүгінгі таңда жас ұрпаққа берілер білім мен тәрбиенің өз мәнінде сапалы болуы бірінші кезекте тұрғаны анық. Осыған орай, еліміздегі бірден-бір рухани қазына ордасы – мектеп кітапханасы болып табылады.</w:t>
      </w:r>
    </w:p>
    <w:p w14:paraId="7F7F7B8F" w14:textId="77777777" w:rsidR="00FA1D49" w:rsidRPr="00FA1D49" w:rsidRDefault="00FA1D49" w:rsidP="00FA1D49">
      <w:pPr>
        <w:jc w:val="both"/>
        <w:rPr>
          <w:color w:val="1F1F1F"/>
          <w:sz w:val="28"/>
          <w:szCs w:val="28"/>
          <w:lang w:val="kk-KZ" w:eastAsia="ru-RU"/>
        </w:rPr>
      </w:pPr>
      <w:r w:rsidRPr="00FA1D49">
        <w:rPr>
          <w:color w:val="1F1F1F"/>
          <w:sz w:val="28"/>
          <w:szCs w:val="28"/>
          <w:lang w:val="kk-KZ" w:eastAsia="ru-RU"/>
        </w:rPr>
        <w:t>«№14 мектеп-гимназиясы» КММ мектеп кітапханасы – кітап арқылы оқушылардың жан-жақты білім алуымен қатар, олардың патриоттық рухта тәрбиеленуіне, саяси сапасын қалыптастырып, ғылыми, кәсіби, мәдени дәрежесінің дамуына әсер ететін бірден-бір әлеуметтік орын. Кітапханаға оқушылар үнемі келіп, қажетті әдебиеттерін жазғызып алып отырады, сол арқылы өз білімдерін толықтырады. Біздің жауапкершілікті міндетіміз: кітаптарды насихаттаудың түрлі формалары мен әдістерін ұйымдастыру арқылы оқырмандардың кітап оқуға қызығушылығын арттыру, жан-жақты дамыған тұлғаны тәрбиелеуге жәрдемдесу.</w:t>
      </w:r>
    </w:p>
    <w:p w14:paraId="58B4106A" w14:textId="77777777" w:rsidR="00FA1D49" w:rsidRPr="00FA1D49" w:rsidRDefault="00FA1D49" w:rsidP="00FA1D49">
      <w:pPr>
        <w:autoSpaceDE/>
        <w:autoSpaceDN/>
        <w:spacing w:line="276" w:lineRule="auto"/>
        <w:jc w:val="both"/>
        <w:rPr>
          <w:sz w:val="28"/>
          <w:szCs w:val="28"/>
          <w:lang w:val="kk-KZ"/>
        </w:rPr>
      </w:pPr>
      <w:r w:rsidRPr="00FA1D49">
        <w:rPr>
          <w:sz w:val="28"/>
          <w:szCs w:val="28"/>
          <w:lang w:val="kk-KZ"/>
        </w:rPr>
        <w:t xml:space="preserve">   Оқу жылының  жылдық жоспарына сәйкес «Ата Заңым – айбыным», «Білімге ұмтылу, еңбексүйгіштік және патриотизм»1 қыркуйек білім күніне, «Ұлтын ұлы ұстазы» Қазақстан халқы тілдер күніне,  «Мемлекеттік рәміздер, ұлттық мақтанышы», «Қазақстан – ұлы дала елі»,  «Тәуелсіздік- елімнің ерлік жолы», </w:t>
      </w:r>
      <w:r w:rsidRPr="00FA1D49">
        <w:rPr>
          <w:color w:val="333333"/>
          <w:sz w:val="28"/>
          <w:szCs w:val="28"/>
          <w:lang w:val="kk-KZ"/>
        </w:rPr>
        <w:t xml:space="preserve">«Туған өлкем – қандай көркем» Қарағандының  90жылдығына арнай </w:t>
      </w:r>
      <w:r w:rsidRPr="00FA1D49">
        <w:rPr>
          <w:sz w:val="28"/>
          <w:szCs w:val="28"/>
          <w:lang w:val="kk-KZ"/>
        </w:rPr>
        <w:t xml:space="preserve"> атты көрмелері ұйымдастырылды. Оқырмандар назарына кітап көрмелеріне шолу жасалып, ақпараттар беріліп отырылды. </w:t>
      </w:r>
    </w:p>
    <w:p w14:paraId="0EE688E7" w14:textId="77777777" w:rsidR="00FA1D49" w:rsidRPr="00FA1D49" w:rsidRDefault="00FA1D49" w:rsidP="00FA1D49">
      <w:pPr>
        <w:jc w:val="both"/>
        <w:rPr>
          <w:color w:val="1F1F1F"/>
          <w:sz w:val="28"/>
          <w:szCs w:val="28"/>
          <w:lang w:val="kk-KZ" w:eastAsia="ru-RU"/>
        </w:rPr>
      </w:pPr>
    </w:p>
    <w:p w14:paraId="3D1EC9F4" w14:textId="77777777" w:rsidR="00FA1D49" w:rsidRPr="00FA1D49" w:rsidRDefault="00FA1D49" w:rsidP="00FA1D49">
      <w:pPr>
        <w:jc w:val="both"/>
        <w:rPr>
          <w:color w:val="1F1F1F"/>
          <w:sz w:val="28"/>
          <w:szCs w:val="28"/>
          <w:lang w:val="kk-KZ" w:eastAsia="ru-RU"/>
        </w:rPr>
      </w:pPr>
      <w:r w:rsidRPr="00FA1D49">
        <w:rPr>
          <w:noProof/>
          <w:sz w:val="28"/>
          <w:szCs w:val="28"/>
          <w:lang w:eastAsia="ru-RU"/>
        </w:rPr>
        <w:drawing>
          <wp:anchor distT="0" distB="0" distL="114300" distR="114300" simplePos="0" relativeHeight="251668992" behindDoc="1" locked="0" layoutInCell="1" allowOverlap="1" wp14:anchorId="1131ED6E" wp14:editId="436E4DFB">
            <wp:simplePos x="0" y="0"/>
            <wp:positionH relativeFrom="column">
              <wp:posOffset>1842770</wp:posOffset>
            </wp:positionH>
            <wp:positionV relativeFrom="paragraph">
              <wp:posOffset>81280</wp:posOffset>
            </wp:positionV>
            <wp:extent cx="525780" cy="373380"/>
            <wp:effectExtent l="0" t="0" r="7620" b="7620"/>
            <wp:wrapThrough wrapText="bothSides">
              <wp:wrapPolygon edited="0">
                <wp:start x="0" y="0"/>
                <wp:lineTo x="0" y="20939"/>
                <wp:lineTo x="21130" y="20939"/>
                <wp:lineTo x="21130" y="0"/>
                <wp:lineTo x="0" y="0"/>
              </wp:wrapPolygon>
            </wp:wrapThrough>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70" cstate="print">
                      <a:extLst>
                        <a:ext uri="{28A0092B-C50C-407E-A947-70E740481C1C}">
                          <a14:useLocalDpi xmlns:a14="http://schemas.microsoft.com/office/drawing/2010/main" val="0"/>
                        </a:ext>
                      </a:extLst>
                    </a:blip>
                    <a:srcRect/>
                    <a:stretch>
                      <a:fillRect/>
                    </a:stretch>
                  </pic:blipFill>
                  <pic:spPr bwMode="auto">
                    <a:xfrm flipH="1">
                      <a:off x="0" y="0"/>
                      <a:ext cx="525780" cy="373380"/>
                    </a:xfrm>
                    <a:prstGeom prst="rect">
                      <a:avLst/>
                    </a:prstGeom>
                    <a:noFill/>
                  </pic:spPr>
                </pic:pic>
              </a:graphicData>
            </a:graphic>
            <wp14:sizeRelH relativeFrom="page">
              <wp14:pctWidth>0</wp14:pctWidth>
            </wp14:sizeRelH>
            <wp14:sizeRelV relativeFrom="page">
              <wp14:pctHeight>0</wp14:pctHeight>
            </wp14:sizeRelV>
          </wp:anchor>
        </w:drawing>
      </w:r>
      <w:r w:rsidRPr="00FA1D49">
        <w:rPr>
          <w:noProof/>
          <w:sz w:val="28"/>
          <w:szCs w:val="28"/>
          <w:lang w:eastAsia="ru-RU"/>
        </w:rPr>
        <w:drawing>
          <wp:anchor distT="0" distB="0" distL="114300" distR="114300" simplePos="0" relativeHeight="251663872" behindDoc="0" locked="0" layoutInCell="1" allowOverlap="1" wp14:anchorId="79B278C9" wp14:editId="4ED0B8B8">
            <wp:simplePos x="0" y="0"/>
            <wp:positionH relativeFrom="margin">
              <wp:posOffset>1316990</wp:posOffset>
            </wp:positionH>
            <wp:positionV relativeFrom="paragraph">
              <wp:posOffset>81280</wp:posOffset>
            </wp:positionV>
            <wp:extent cx="434340" cy="373380"/>
            <wp:effectExtent l="0" t="0" r="3810" b="7620"/>
            <wp:wrapThrough wrapText="bothSides">
              <wp:wrapPolygon edited="0">
                <wp:start x="0" y="0"/>
                <wp:lineTo x="0" y="20939"/>
                <wp:lineTo x="20842" y="20939"/>
                <wp:lineTo x="20842" y="0"/>
                <wp:lineTo x="0" y="0"/>
              </wp:wrapPolygon>
            </wp:wrapThrough>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71" cstate="print">
                      <a:extLst>
                        <a:ext uri="{28A0092B-C50C-407E-A947-70E740481C1C}">
                          <a14:useLocalDpi xmlns:a14="http://schemas.microsoft.com/office/drawing/2010/main" val="0"/>
                        </a:ext>
                      </a:extLst>
                    </a:blip>
                    <a:srcRect/>
                    <a:stretch>
                      <a:fillRect/>
                    </a:stretch>
                  </pic:blipFill>
                  <pic:spPr bwMode="auto">
                    <a:xfrm>
                      <a:off x="0" y="0"/>
                      <a:ext cx="434340" cy="3733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A1D49">
        <w:rPr>
          <w:noProof/>
          <w:sz w:val="28"/>
          <w:szCs w:val="28"/>
          <w:lang w:eastAsia="ru-RU"/>
        </w:rPr>
        <w:drawing>
          <wp:anchor distT="0" distB="0" distL="114300" distR="114300" simplePos="0" relativeHeight="251653632" behindDoc="0" locked="0" layoutInCell="1" allowOverlap="1" wp14:anchorId="384B54DE" wp14:editId="3D03A350">
            <wp:simplePos x="0" y="0"/>
            <wp:positionH relativeFrom="column">
              <wp:posOffset>806450</wp:posOffset>
            </wp:positionH>
            <wp:positionV relativeFrom="paragraph">
              <wp:posOffset>73660</wp:posOffset>
            </wp:positionV>
            <wp:extent cx="403860" cy="381000"/>
            <wp:effectExtent l="0" t="0" r="0" b="0"/>
            <wp:wrapThrough wrapText="bothSides">
              <wp:wrapPolygon edited="0">
                <wp:start x="0" y="0"/>
                <wp:lineTo x="0" y="20520"/>
                <wp:lineTo x="20377" y="20520"/>
                <wp:lineTo x="20377" y="0"/>
                <wp:lineTo x="0" y="0"/>
              </wp:wrapPolygon>
            </wp:wrapThrough>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72" cstate="print">
                      <a:extLst>
                        <a:ext uri="{28A0092B-C50C-407E-A947-70E740481C1C}">
                          <a14:useLocalDpi xmlns:a14="http://schemas.microsoft.com/office/drawing/2010/main" val="0"/>
                        </a:ext>
                      </a:extLst>
                    </a:blip>
                    <a:srcRect/>
                    <a:stretch>
                      <a:fillRect/>
                    </a:stretch>
                  </pic:blipFill>
                  <pic:spPr bwMode="auto">
                    <a:xfrm>
                      <a:off x="0" y="0"/>
                      <a:ext cx="403860" cy="381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A1D49">
        <w:rPr>
          <w:noProof/>
          <w:sz w:val="28"/>
          <w:szCs w:val="28"/>
          <w:lang w:eastAsia="ru-RU"/>
        </w:rPr>
        <w:drawing>
          <wp:anchor distT="0" distB="0" distL="114300" distR="114300" simplePos="0" relativeHeight="251658752" behindDoc="0" locked="0" layoutInCell="1" allowOverlap="1" wp14:anchorId="4F9D05A9" wp14:editId="55EEF6D1">
            <wp:simplePos x="0" y="0"/>
            <wp:positionH relativeFrom="margin">
              <wp:posOffset>242570</wp:posOffset>
            </wp:positionH>
            <wp:positionV relativeFrom="paragraph">
              <wp:posOffset>73660</wp:posOffset>
            </wp:positionV>
            <wp:extent cx="449580" cy="381000"/>
            <wp:effectExtent l="0" t="0" r="7620" b="0"/>
            <wp:wrapThrough wrapText="bothSides">
              <wp:wrapPolygon edited="0">
                <wp:start x="0" y="0"/>
                <wp:lineTo x="0" y="20520"/>
                <wp:lineTo x="21051" y="20520"/>
                <wp:lineTo x="21051" y="0"/>
                <wp:lineTo x="0" y="0"/>
              </wp:wrapPolygon>
            </wp:wrapThrough>
            <wp:docPr id="448" name="Рисунок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73" cstate="print">
                      <a:extLst>
                        <a:ext uri="{28A0092B-C50C-407E-A947-70E740481C1C}">
                          <a14:useLocalDpi xmlns:a14="http://schemas.microsoft.com/office/drawing/2010/main" val="0"/>
                        </a:ext>
                      </a:extLst>
                    </a:blip>
                    <a:srcRect/>
                    <a:stretch>
                      <a:fillRect/>
                    </a:stretch>
                  </pic:blipFill>
                  <pic:spPr bwMode="auto">
                    <a:xfrm>
                      <a:off x="0" y="0"/>
                      <a:ext cx="449580" cy="381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366CC8" w14:textId="77777777" w:rsidR="00FA1D49" w:rsidRPr="00FA1D49" w:rsidRDefault="00FA1D49" w:rsidP="00FA1D49">
      <w:pPr>
        <w:jc w:val="both"/>
        <w:rPr>
          <w:sz w:val="28"/>
          <w:szCs w:val="28"/>
          <w:lang w:val="kk-KZ"/>
        </w:rPr>
      </w:pPr>
    </w:p>
    <w:p w14:paraId="7FF81802" w14:textId="77777777" w:rsidR="00FA1D49" w:rsidRPr="00FA1D49" w:rsidRDefault="00FA1D49" w:rsidP="00FA1D49">
      <w:pPr>
        <w:jc w:val="both"/>
        <w:rPr>
          <w:sz w:val="28"/>
          <w:szCs w:val="28"/>
          <w:lang w:val="kk-KZ"/>
        </w:rPr>
      </w:pPr>
    </w:p>
    <w:p w14:paraId="6BBDFF62" w14:textId="77777777" w:rsidR="00FA1D49" w:rsidRPr="00FA1D49" w:rsidRDefault="00FA1D49" w:rsidP="00FA1D49">
      <w:pPr>
        <w:jc w:val="both"/>
        <w:rPr>
          <w:sz w:val="28"/>
          <w:szCs w:val="28"/>
          <w:lang w:val="kk-KZ"/>
        </w:rPr>
      </w:pPr>
      <w:r w:rsidRPr="00FA1D49">
        <w:rPr>
          <w:sz w:val="28"/>
          <w:szCs w:val="28"/>
          <w:lang w:val="kk-KZ"/>
        </w:rPr>
        <w:t xml:space="preserve">Көркем – эстетика бірлестігінің оңкүндігінің «Өнер білім және салауат – болашаққа бағдар» атты  мектеп - гимназия кітапханасы «Кітап сыйла!» акциясын үйыдастырды. Үйымдастыру мақсаты: Кітап қорын молайту,  кітапхана жұмысын жандандыру. 1-11 сынып арасында өткен акция барысында жүзге жуық кітап сыйға тартылды.  Оқушылар кітап сыйға тартып тәтті сыйлықтарға ие болды. Акция барысында оқушыларға құнды қазынаға бай кітапхана үшін үлкен сыйлық – кітаптар сыйлаудың маңызы түсіндіріліп, игілікті іске үлес қосу – сауапты іс екендігі айтылды. Кітап оқу арқылы адам рухани дами түсетіндігі, кітапхананың кітап қорын әдебиеттермен толықтыру, оқырман мен кітапхана арасын нығайтудың маңызы сөз болды. Сонымен </w:t>
      </w:r>
      <w:r w:rsidRPr="00FA1D49">
        <w:rPr>
          <w:sz w:val="28"/>
          <w:szCs w:val="28"/>
          <w:lang w:val="kk-KZ"/>
        </w:rPr>
        <w:lastRenderedPageBreak/>
        <w:t xml:space="preserve">қатар, кітапханаға тарту етілген кітаптарды қарап шығуға арналған көрме ұйымдастырылып, шараға ат салысқан оқушыларға құрмет көрсетіліп алғыс хаттармен марапатталды. Сыйға тартылған кітаптар: балалар әдебиеті, ертгілер, авторлық кітаптар, туған жер, Отан жайлы кітаптар, тарихы кітаптар. Барлығы  530 дана кітап. </w:t>
      </w:r>
    </w:p>
    <w:p w14:paraId="72FB39C6" w14:textId="77777777" w:rsidR="00FA1D49" w:rsidRPr="00FA1D49" w:rsidRDefault="00FA1D49" w:rsidP="00FA1D49">
      <w:pPr>
        <w:jc w:val="both"/>
        <w:rPr>
          <w:sz w:val="28"/>
          <w:szCs w:val="28"/>
          <w:lang w:val="kk-KZ"/>
        </w:rPr>
      </w:pPr>
      <w:r w:rsidRPr="00FA1D49">
        <w:rPr>
          <w:sz w:val="28"/>
          <w:szCs w:val="28"/>
          <w:lang w:val="kk-KZ"/>
        </w:rPr>
        <w:t xml:space="preserve">25 Қазан Республика күні қарсаныңда мектеп-гимназия оқырмандары Қарағанды облысының мідениет, архивтер және құжаттама басқармасының «Ж. Бектуров атындағы облыстық, жасөспірімдер кітапханасы» КММ кітапханасының «Туған елім-ұлы өлкем» атты интелектуалды-танымдық шарасына қатысып келді. Топтық сайыс барысында оқырмандар өз белсенділіктерін көрсетіп  дипломмен  марапатталды. Сонымен қатар мектеп-гимназия кітапханасының  7 сынып оқырмандары: Дүйсен Жансая, Дүйсенғали Ақжан, Битенова Фатима «Ж. Бектуров атындағы облыстық жасөспірім кітапханасы ұйымдастырған Қазақтың көрнекті қоғам қайраткері, ақын, жазушы Міржақып Дулатұлының туғанына 140 жыл толуына арналған «Ұлт мақтанышы және көсемі» атты челленджге қатысып алғыс хатпен марапатталды. </w:t>
      </w:r>
    </w:p>
    <w:p w14:paraId="2AE465C7" w14:textId="77777777" w:rsidR="00FA1D49" w:rsidRPr="00FA1D49" w:rsidRDefault="00FA1D49" w:rsidP="00FA1D49">
      <w:pPr>
        <w:jc w:val="both"/>
        <w:rPr>
          <w:sz w:val="28"/>
          <w:szCs w:val="28"/>
          <w:lang w:val="kk-KZ"/>
        </w:rPr>
      </w:pPr>
      <w:r w:rsidRPr="00FA1D49">
        <w:rPr>
          <w:sz w:val="28"/>
          <w:szCs w:val="28"/>
          <w:lang w:val="kk-KZ"/>
        </w:rPr>
        <w:t xml:space="preserve">«Кітап оқитын ұлт» облыстық байқауға мектебіміздің  оқушылары, мектеп педагогтері, ата-аналары бекітілген ережелерімен,  шығармалармен толықтай танысып 15 көркем шығарманы оқуға дайындық үстінде. Соның ішінде ұжым арасында Мағжан Жұмабаевтың «Педагогика» еңбегін оқыған Мағжан педагогикасын Батыстың заманауй технологияларымен ұштастыра отырып, ұлттық кодты сақтаудың жолы деп, ойларын ортаға салды. </w:t>
      </w:r>
    </w:p>
    <w:p w14:paraId="17215F15" w14:textId="77777777" w:rsidR="00FA1D49" w:rsidRPr="00FA1D49" w:rsidRDefault="00FA1D49" w:rsidP="00FA1D49">
      <w:pPr>
        <w:jc w:val="both"/>
        <w:rPr>
          <w:sz w:val="28"/>
          <w:szCs w:val="28"/>
          <w:lang w:val="kk-KZ"/>
        </w:rPr>
      </w:pPr>
      <w:r w:rsidRPr="00FA1D49">
        <w:rPr>
          <w:sz w:val="28"/>
          <w:szCs w:val="28"/>
          <w:lang w:val="kk-KZ"/>
        </w:rPr>
        <w:t xml:space="preserve"> </w:t>
      </w:r>
      <w:r w:rsidRPr="00FA1D49">
        <w:rPr>
          <w:color w:val="0070C0"/>
          <w:sz w:val="28"/>
          <w:szCs w:val="28"/>
          <w:lang w:val="kk-KZ"/>
        </w:rPr>
        <w:t>https://www.instagram.com/p/DTZrtMnisyn/?stkn=MXR5cmdrNDFuZHBtYQ==</w:t>
      </w:r>
    </w:p>
    <w:p w14:paraId="76496FA8" w14:textId="77777777" w:rsidR="00FA1D49" w:rsidRPr="00FA1D49" w:rsidRDefault="00FA1D49" w:rsidP="00FA1D49">
      <w:pPr>
        <w:jc w:val="both"/>
        <w:rPr>
          <w:sz w:val="28"/>
          <w:szCs w:val="28"/>
          <w:lang w:val="kk-KZ"/>
        </w:rPr>
      </w:pPr>
      <w:r w:rsidRPr="00FA1D49">
        <w:rPr>
          <w:sz w:val="28"/>
          <w:szCs w:val="28"/>
          <w:lang w:val="kk-KZ"/>
        </w:rPr>
        <w:t xml:space="preserve">Санжан Керімбайдың «Өзбекәлі Жәнібек және мәдени майдан» кітабын Quiz тест форматында мектеп мұғалімдерімен талдау жүргізілді. Мемлекет қайраткері Өзбекәлі Жәнібектің қызметі мен болмысына экзистенциялық талдау жасалынды. Өзбекәлі жайлы естеліктер мен оқиғаларды сараптай отырып, оның мәдениет саласындағы жанқиярлық күресі баяндалды. </w:t>
      </w:r>
    </w:p>
    <w:p w14:paraId="7A4D87B9" w14:textId="77777777" w:rsidR="00FA1D49" w:rsidRPr="00FA1D49" w:rsidRDefault="00FA1D49" w:rsidP="00FA1D49">
      <w:pPr>
        <w:jc w:val="both"/>
        <w:rPr>
          <w:color w:val="0070C0"/>
          <w:sz w:val="28"/>
          <w:szCs w:val="28"/>
          <w:lang w:val="kk-KZ"/>
        </w:rPr>
      </w:pPr>
      <w:r w:rsidRPr="00FA1D49">
        <w:rPr>
          <w:color w:val="0070C0"/>
          <w:sz w:val="28"/>
          <w:szCs w:val="28"/>
          <w:lang w:val="kk-KZ"/>
        </w:rPr>
        <w:t>https://www.instagram.com/p/DTwmGS8Cqbq/?stkn=MWdzZnNpN2tlZDdsOA==</w:t>
      </w:r>
    </w:p>
    <w:p w14:paraId="0B5CC29D" w14:textId="77777777" w:rsidR="00FA1D49" w:rsidRPr="00FA1D49" w:rsidRDefault="00FA1D49" w:rsidP="00FA1D49">
      <w:pPr>
        <w:jc w:val="both"/>
        <w:rPr>
          <w:sz w:val="28"/>
          <w:szCs w:val="28"/>
          <w:lang w:val="kk-KZ"/>
        </w:rPr>
      </w:pPr>
      <w:r w:rsidRPr="00FA1D49">
        <w:rPr>
          <w:sz w:val="28"/>
          <w:szCs w:val="28"/>
          <w:lang w:val="kk-KZ"/>
        </w:rPr>
        <w:t xml:space="preserve">7 «Б» сынып оқушылар «Кітап оқитын ұлт» жобасын қолдап, кітап оқуға белсене қатысып, «Оқитын ұрпақ – жарқын олашақтың кепілі» атты бейнематериал түсірді. </w:t>
      </w:r>
    </w:p>
    <w:p w14:paraId="00A2C500" w14:textId="77777777" w:rsidR="00FA1D49" w:rsidRPr="00FA1D49" w:rsidRDefault="008D1D0B" w:rsidP="00FA1D49">
      <w:pPr>
        <w:jc w:val="both"/>
        <w:rPr>
          <w:sz w:val="28"/>
          <w:szCs w:val="28"/>
          <w:lang w:val="kk-KZ"/>
        </w:rPr>
      </w:pPr>
      <w:hyperlink r:id="rId874" w:history="1">
        <w:r w:rsidR="00FA1D49" w:rsidRPr="00FA1D49">
          <w:rPr>
            <w:rStyle w:val="ae"/>
            <w:sz w:val="28"/>
            <w:szCs w:val="28"/>
            <w:lang w:val="kk-KZ"/>
          </w:rPr>
          <w:t>https://www.instagram.com/reel/DT3xnrSinr5/?stkn=OW93cmV5MTExOXM5</w:t>
        </w:r>
      </w:hyperlink>
    </w:p>
    <w:p w14:paraId="7F6C3ACE" w14:textId="77777777" w:rsidR="00FA1D49" w:rsidRPr="00FA1D49" w:rsidRDefault="008D1D0B" w:rsidP="00FA1D49">
      <w:pPr>
        <w:jc w:val="both"/>
        <w:rPr>
          <w:sz w:val="28"/>
          <w:szCs w:val="28"/>
          <w:lang w:val="kk-KZ"/>
        </w:rPr>
      </w:pPr>
      <w:hyperlink r:id="rId875" w:history="1">
        <w:r w:rsidR="00FA1D49" w:rsidRPr="00FA1D49">
          <w:rPr>
            <w:rStyle w:val="ae"/>
            <w:sz w:val="28"/>
            <w:szCs w:val="28"/>
            <w:lang w:val="kk-KZ"/>
          </w:rPr>
          <w:t>https://www.instagram.com/reel/DTzjKKPisxJ/?stkn=enlkdXZwMjhoMm91</w:t>
        </w:r>
      </w:hyperlink>
    </w:p>
    <w:p w14:paraId="7618FEAC" w14:textId="77777777" w:rsidR="00FA1D49" w:rsidRPr="00FA1D49" w:rsidRDefault="008D1D0B" w:rsidP="00FA1D49">
      <w:pPr>
        <w:jc w:val="both"/>
        <w:rPr>
          <w:sz w:val="28"/>
          <w:szCs w:val="28"/>
          <w:lang w:val="kk-KZ"/>
        </w:rPr>
      </w:pPr>
      <w:hyperlink r:id="rId876" w:history="1">
        <w:r w:rsidR="00FA1D49" w:rsidRPr="00FA1D49">
          <w:rPr>
            <w:rStyle w:val="ae"/>
            <w:sz w:val="28"/>
            <w:szCs w:val="28"/>
            <w:lang w:val="kk-KZ"/>
          </w:rPr>
          <w:t>https://www.instagram.com/reel/DUIg7pYCp7r/?stkn=dHByODg4eXczNmQy</w:t>
        </w:r>
      </w:hyperlink>
    </w:p>
    <w:p w14:paraId="37EF1262" w14:textId="77777777" w:rsidR="00FA1D49" w:rsidRPr="00FA1D49" w:rsidRDefault="008D1D0B" w:rsidP="00FA1D49">
      <w:pPr>
        <w:jc w:val="both"/>
        <w:rPr>
          <w:sz w:val="28"/>
          <w:szCs w:val="28"/>
          <w:lang w:val="kk-KZ"/>
        </w:rPr>
      </w:pPr>
      <w:hyperlink r:id="rId877" w:history="1">
        <w:r w:rsidR="00FA1D49" w:rsidRPr="00FA1D49">
          <w:rPr>
            <w:rStyle w:val="ae"/>
            <w:sz w:val="28"/>
            <w:szCs w:val="28"/>
            <w:lang w:val="kk-KZ"/>
          </w:rPr>
          <w:t>https://www.instagram.com/p/DUqTuI3Csfp/?stkn=MWpqM2huanVrMTg5cw</w:t>
        </w:r>
      </w:hyperlink>
      <w:r w:rsidR="00FA1D49" w:rsidRPr="00FA1D49">
        <w:rPr>
          <w:sz w:val="28"/>
          <w:szCs w:val="28"/>
          <w:lang w:val="kk-KZ"/>
        </w:rPr>
        <w:t>==</w:t>
      </w:r>
    </w:p>
    <w:p w14:paraId="69A103DA" w14:textId="77777777" w:rsidR="00FA1D49" w:rsidRPr="00FA1D49" w:rsidRDefault="00FA1D49" w:rsidP="00FA1D49">
      <w:pPr>
        <w:jc w:val="both"/>
        <w:rPr>
          <w:sz w:val="28"/>
          <w:szCs w:val="28"/>
          <w:lang w:val="kk-KZ"/>
        </w:rPr>
      </w:pPr>
    </w:p>
    <w:p w14:paraId="611DC29F" w14:textId="77777777" w:rsidR="00FA1D49" w:rsidRPr="00FA1D49" w:rsidRDefault="00FA1D49" w:rsidP="00FA1D49">
      <w:pPr>
        <w:jc w:val="both"/>
        <w:rPr>
          <w:sz w:val="28"/>
          <w:szCs w:val="28"/>
          <w:lang w:val="kk-KZ"/>
        </w:rPr>
      </w:pPr>
      <w:r w:rsidRPr="00FA1D49">
        <w:rPr>
          <w:sz w:val="28"/>
          <w:szCs w:val="28"/>
          <w:lang w:val="kk-KZ"/>
        </w:rPr>
        <w:t xml:space="preserve">6«Б» сынып оқушылары Б.Соқпақбаевтың «Балалық шаққа саяхат» шығармасын оқып, талдауын жүргізді. Оқушылар кітап кейіпкерлерінің мінезін ашып, балалық шақтын қуанышы мен қиындығын сезіне білді. Ір оқушы өз ойымен бөлісіп, шығармадағы өмірлік сабақтарды талқылады. Кітап – ойды өсіреді, сөзді байытады, жүректі тәрбиелейді. </w:t>
      </w:r>
    </w:p>
    <w:p w14:paraId="4DC03457" w14:textId="77777777" w:rsidR="00FA1D49" w:rsidRPr="00FA1D49" w:rsidRDefault="008D1D0B" w:rsidP="00FA1D49">
      <w:pPr>
        <w:jc w:val="both"/>
        <w:rPr>
          <w:sz w:val="28"/>
          <w:szCs w:val="28"/>
          <w:lang w:val="kk-KZ"/>
        </w:rPr>
      </w:pPr>
      <w:hyperlink r:id="rId878" w:history="1">
        <w:r w:rsidR="00FA1D49" w:rsidRPr="00FA1D49">
          <w:rPr>
            <w:rStyle w:val="ae"/>
            <w:sz w:val="28"/>
            <w:szCs w:val="28"/>
            <w:lang w:val="kk-KZ"/>
          </w:rPr>
          <w:t>https://www.instagram.com/p/DT3xthaCqFo/?stkn=ODVtcnVneHgyNGJz</w:t>
        </w:r>
      </w:hyperlink>
    </w:p>
    <w:p w14:paraId="61A4BAA1" w14:textId="77777777" w:rsidR="00FA1D49" w:rsidRPr="00FA1D49" w:rsidRDefault="00FA1D49" w:rsidP="00FA1D49">
      <w:pPr>
        <w:jc w:val="both"/>
        <w:rPr>
          <w:sz w:val="28"/>
          <w:szCs w:val="28"/>
          <w:lang w:val="kk-KZ"/>
        </w:rPr>
      </w:pPr>
      <w:r w:rsidRPr="00FA1D49">
        <w:rPr>
          <w:sz w:val="28"/>
          <w:szCs w:val="28"/>
          <w:lang w:val="kk-KZ"/>
        </w:rPr>
        <w:t xml:space="preserve"> 2 «В» сынып ата-аналары «Бәр атаның балалары» М.Мағауйннің повесін талдап, өз ойларын ортаға салды. </w:t>
      </w:r>
    </w:p>
    <w:p w14:paraId="0798A834" w14:textId="77777777" w:rsidR="00FA1D49" w:rsidRPr="00FA1D49" w:rsidRDefault="008D1D0B" w:rsidP="00FA1D49">
      <w:pPr>
        <w:jc w:val="both"/>
        <w:rPr>
          <w:color w:val="0070C0"/>
          <w:sz w:val="28"/>
          <w:szCs w:val="28"/>
          <w:lang w:val="kk-KZ"/>
        </w:rPr>
      </w:pPr>
      <w:hyperlink r:id="rId879" w:history="1">
        <w:r w:rsidR="00FA1D49" w:rsidRPr="00FA1D49">
          <w:rPr>
            <w:rStyle w:val="ae"/>
            <w:sz w:val="28"/>
            <w:szCs w:val="28"/>
            <w:lang w:val="kk-KZ"/>
          </w:rPr>
          <w:t>https://www.instagram.com/reel/DSEwbKPiuti/?stkn=YnVsN3RkYm9tdDNp</w:t>
        </w:r>
      </w:hyperlink>
    </w:p>
    <w:p w14:paraId="06799415" w14:textId="77777777" w:rsidR="00FA1D49" w:rsidRPr="00FA1D49" w:rsidRDefault="00FA1D49" w:rsidP="00FA1D49">
      <w:pPr>
        <w:jc w:val="both"/>
        <w:rPr>
          <w:sz w:val="28"/>
          <w:szCs w:val="28"/>
          <w:lang w:val="kk-KZ"/>
        </w:rPr>
      </w:pPr>
      <w:r w:rsidRPr="00FA1D49">
        <w:rPr>
          <w:sz w:val="28"/>
          <w:szCs w:val="28"/>
          <w:lang w:val="kk-KZ"/>
        </w:rPr>
        <w:t xml:space="preserve">8 «А», 8 «Б» сынып оқушылары Қазақстан Жазушылар одағының Қарағанды облысы филиалының төрағасы, белгілі ақын Жанқашүлымен кездесу өтті. Кездесудің басты </w:t>
      </w:r>
      <w:r w:rsidRPr="00FA1D49">
        <w:rPr>
          <w:sz w:val="28"/>
          <w:szCs w:val="28"/>
          <w:lang w:val="kk-KZ"/>
        </w:rPr>
        <w:lastRenderedPageBreak/>
        <w:t>мақсаты: Жас ұрпақтың әдебиетке деген қызығушылығын арттыру, ұлттық руханият пен қазақ әдебиетінің бүгінгі жай-күйі түралы түсінік беру. Оқушылар ақынның шығармашылық жолымен, ақындық өмірбаянымен таныс болды.</w:t>
      </w:r>
    </w:p>
    <w:p w14:paraId="01329E28" w14:textId="77777777" w:rsidR="00FA1D49" w:rsidRPr="00FA1D49" w:rsidRDefault="008D1D0B" w:rsidP="00FA1D49">
      <w:pPr>
        <w:jc w:val="both"/>
        <w:rPr>
          <w:sz w:val="28"/>
          <w:szCs w:val="28"/>
          <w:lang w:val="kk-KZ"/>
        </w:rPr>
      </w:pPr>
      <w:hyperlink r:id="rId880" w:history="1">
        <w:r w:rsidR="00FA1D49" w:rsidRPr="00FA1D49">
          <w:rPr>
            <w:rStyle w:val="ae"/>
            <w:sz w:val="28"/>
            <w:szCs w:val="28"/>
            <w:lang w:val="kk-KZ"/>
          </w:rPr>
          <w:t>https://www.instagram.com/p/DSFT-lKCjSn/?stkn=MXE2aHo1d2o0MThmdA</w:t>
        </w:r>
      </w:hyperlink>
      <w:r w:rsidR="00FA1D49" w:rsidRPr="00FA1D49">
        <w:rPr>
          <w:sz w:val="28"/>
          <w:szCs w:val="28"/>
          <w:lang w:val="kk-KZ"/>
        </w:rPr>
        <w:t>==</w:t>
      </w:r>
    </w:p>
    <w:p w14:paraId="0DEA24AC" w14:textId="77777777" w:rsidR="00FA1D49" w:rsidRPr="00FA1D49" w:rsidRDefault="00FA1D49" w:rsidP="00FA1D49">
      <w:pPr>
        <w:jc w:val="both"/>
        <w:rPr>
          <w:sz w:val="28"/>
          <w:szCs w:val="28"/>
          <w:lang w:val="kk-KZ"/>
        </w:rPr>
      </w:pPr>
    </w:p>
    <w:p w14:paraId="6A8DA08B" w14:textId="77777777" w:rsidR="00FA1D49" w:rsidRPr="00FA1D49" w:rsidRDefault="00FA1D49" w:rsidP="00FA1D49">
      <w:pPr>
        <w:jc w:val="both"/>
        <w:rPr>
          <w:sz w:val="28"/>
          <w:szCs w:val="28"/>
          <w:lang w:val="kk-KZ"/>
        </w:rPr>
      </w:pPr>
    </w:p>
    <w:p w14:paraId="5654D377" w14:textId="77777777" w:rsidR="00FA1D49" w:rsidRPr="00FA1D49" w:rsidRDefault="00FA1D49" w:rsidP="00FA1D49">
      <w:pPr>
        <w:jc w:val="both"/>
        <w:rPr>
          <w:sz w:val="28"/>
          <w:szCs w:val="28"/>
          <w:lang w:val="kk-KZ"/>
        </w:rPr>
      </w:pPr>
    </w:p>
    <w:tbl>
      <w:tblPr>
        <w:tblStyle w:val="a7"/>
        <w:tblW w:w="10064" w:type="dxa"/>
        <w:tblInd w:w="250" w:type="dxa"/>
        <w:tblLayout w:type="fixed"/>
        <w:tblLook w:val="04A0" w:firstRow="1" w:lastRow="0" w:firstColumn="1" w:lastColumn="0" w:noHBand="0" w:noVBand="1"/>
      </w:tblPr>
      <w:tblGrid>
        <w:gridCol w:w="3544"/>
        <w:gridCol w:w="2268"/>
        <w:gridCol w:w="4252"/>
      </w:tblGrid>
      <w:tr w:rsidR="00FA1D49" w:rsidRPr="00FA1D49" w14:paraId="44B8D595" w14:textId="77777777" w:rsidTr="00FA1D49">
        <w:tc>
          <w:tcPr>
            <w:tcW w:w="3544" w:type="dxa"/>
          </w:tcPr>
          <w:p w14:paraId="0F417205" w14:textId="77777777" w:rsidR="00FA1D49" w:rsidRPr="00FA1D49" w:rsidRDefault="00FA1D49" w:rsidP="00FA1D49">
            <w:pPr>
              <w:jc w:val="both"/>
              <w:rPr>
                <w:bCs/>
                <w:sz w:val="28"/>
                <w:szCs w:val="28"/>
                <w:lang w:val="kk-KZ"/>
              </w:rPr>
            </w:pPr>
            <w:r w:rsidRPr="00FA1D49">
              <w:rPr>
                <w:bCs/>
                <w:sz w:val="28"/>
                <w:szCs w:val="28"/>
                <w:lang w:val="kk-KZ"/>
              </w:rPr>
              <w:t>Тақырып</w:t>
            </w:r>
          </w:p>
        </w:tc>
        <w:tc>
          <w:tcPr>
            <w:tcW w:w="2268" w:type="dxa"/>
          </w:tcPr>
          <w:p w14:paraId="5CBFF1F9" w14:textId="77777777" w:rsidR="00FA1D49" w:rsidRPr="00FA1D49" w:rsidRDefault="00FA1D49" w:rsidP="00FA1D49">
            <w:pPr>
              <w:jc w:val="both"/>
              <w:rPr>
                <w:sz w:val="28"/>
                <w:szCs w:val="28"/>
                <w:lang w:val="kk-KZ"/>
              </w:rPr>
            </w:pPr>
            <w:r w:rsidRPr="00FA1D49">
              <w:rPr>
                <w:sz w:val="28"/>
                <w:szCs w:val="28"/>
                <w:lang w:val="kk-KZ"/>
              </w:rPr>
              <w:t>Өткізілген күн</w:t>
            </w:r>
          </w:p>
        </w:tc>
        <w:tc>
          <w:tcPr>
            <w:tcW w:w="4252" w:type="dxa"/>
          </w:tcPr>
          <w:p w14:paraId="4AB2B439" w14:textId="77777777" w:rsidR="00FA1D49" w:rsidRPr="00FA1D49" w:rsidRDefault="00FA1D49" w:rsidP="00FA1D49">
            <w:pPr>
              <w:jc w:val="both"/>
              <w:rPr>
                <w:sz w:val="28"/>
                <w:szCs w:val="28"/>
                <w:lang w:val="kk-KZ"/>
              </w:rPr>
            </w:pPr>
            <w:r w:rsidRPr="00FA1D49">
              <w:rPr>
                <w:sz w:val="28"/>
                <w:szCs w:val="28"/>
                <w:lang w:val="kk-KZ"/>
              </w:rPr>
              <w:t>сілтемелер</w:t>
            </w:r>
          </w:p>
        </w:tc>
      </w:tr>
      <w:tr w:rsidR="00FA1D49" w:rsidRPr="00F060A1" w14:paraId="6B86CF01" w14:textId="77777777" w:rsidTr="00FA1D49">
        <w:trPr>
          <w:trHeight w:val="890"/>
        </w:trPr>
        <w:tc>
          <w:tcPr>
            <w:tcW w:w="3544" w:type="dxa"/>
          </w:tcPr>
          <w:p w14:paraId="01E69E08" w14:textId="77777777" w:rsidR="00FA1D49" w:rsidRPr="00FA1D49" w:rsidRDefault="00FA1D49" w:rsidP="00FA1D49">
            <w:pPr>
              <w:jc w:val="both"/>
              <w:rPr>
                <w:rFonts w:eastAsia="Calibri"/>
                <w:bCs/>
                <w:color w:val="000000" w:themeColor="text1"/>
                <w:sz w:val="28"/>
                <w:szCs w:val="28"/>
                <w:lang w:val="kk-KZ"/>
              </w:rPr>
            </w:pPr>
            <w:r w:rsidRPr="00FA1D49">
              <w:rPr>
                <w:rFonts w:eastAsia="Calibri"/>
                <w:bCs/>
                <w:color w:val="000000" w:themeColor="text1"/>
                <w:sz w:val="28"/>
                <w:szCs w:val="28"/>
                <w:lang w:val="kk-KZ"/>
              </w:rPr>
              <w:t>«Кітап оқитын ұлт» облыстық байқау ережесімен мектеп оқушыларын, педагогикалық ұжымды, ата-аналарды таныстыру</w:t>
            </w:r>
          </w:p>
          <w:p w14:paraId="074957C6" w14:textId="77777777" w:rsidR="00FA1D49" w:rsidRPr="00FA1D49" w:rsidRDefault="00FA1D49" w:rsidP="00FA1D49">
            <w:pPr>
              <w:jc w:val="both"/>
              <w:rPr>
                <w:color w:val="000000" w:themeColor="text1"/>
                <w:sz w:val="28"/>
                <w:szCs w:val="28"/>
                <w:lang w:val="kk-KZ"/>
              </w:rPr>
            </w:pPr>
            <w:r w:rsidRPr="00FA1D49">
              <w:rPr>
                <w:color w:val="000000" w:themeColor="text1"/>
                <w:sz w:val="28"/>
                <w:szCs w:val="28"/>
                <w:lang w:val="kk-KZ"/>
              </w:rPr>
              <w:t>#адалазамат, #14KITAPHANA, #кітапоқитынұлт</w:t>
            </w:r>
          </w:p>
        </w:tc>
        <w:tc>
          <w:tcPr>
            <w:tcW w:w="2268" w:type="dxa"/>
          </w:tcPr>
          <w:p w14:paraId="23B9099F" w14:textId="77777777" w:rsidR="00FA1D49" w:rsidRPr="00FA1D49" w:rsidRDefault="00FA1D49" w:rsidP="00FA1D49">
            <w:pPr>
              <w:jc w:val="both"/>
              <w:rPr>
                <w:sz w:val="28"/>
                <w:szCs w:val="28"/>
                <w:lang w:val="kk-KZ"/>
              </w:rPr>
            </w:pPr>
            <w:r w:rsidRPr="00FA1D49">
              <w:rPr>
                <w:sz w:val="28"/>
                <w:szCs w:val="28"/>
                <w:lang w:val="kk-KZ"/>
              </w:rPr>
              <w:t>11.11.2025</w:t>
            </w:r>
          </w:p>
        </w:tc>
        <w:tc>
          <w:tcPr>
            <w:tcW w:w="4252" w:type="dxa"/>
          </w:tcPr>
          <w:p w14:paraId="0CB2D632" w14:textId="77777777" w:rsidR="00FA1D49" w:rsidRPr="00FA1D49" w:rsidRDefault="00FA1D49" w:rsidP="00FA1D49">
            <w:pPr>
              <w:jc w:val="both"/>
              <w:rPr>
                <w:color w:val="0070C0"/>
                <w:sz w:val="28"/>
                <w:szCs w:val="28"/>
                <w:lang w:val="kk-KZ"/>
              </w:rPr>
            </w:pPr>
          </w:p>
          <w:p w14:paraId="43D004A8" w14:textId="77777777" w:rsidR="00FA1D49" w:rsidRPr="00FA1D49" w:rsidRDefault="00FA1D49" w:rsidP="00FA1D49">
            <w:pPr>
              <w:jc w:val="both"/>
              <w:rPr>
                <w:color w:val="0070C0"/>
                <w:sz w:val="28"/>
                <w:szCs w:val="28"/>
                <w:lang w:val="kk-KZ"/>
              </w:rPr>
            </w:pPr>
            <w:r w:rsidRPr="00FA1D49">
              <w:rPr>
                <w:color w:val="0070C0"/>
                <w:sz w:val="28"/>
                <w:szCs w:val="28"/>
                <w:lang w:val="kk-KZ"/>
              </w:rPr>
              <w:t>https://www.instagram.com/p/DQqsN88iqnQ/?stkn=Zmo1MTF4MmxwdnQ0</w:t>
            </w:r>
          </w:p>
          <w:p w14:paraId="1E4F83FA" w14:textId="77777777" w:rsidR="00FA1D49" w:rsidRPr="00FA1D49" w:rsidRDefault="00FA1D49" w:rsidP="00FA1D49">
            <w:pPr>
              <w:jc w:val="both"/>
              <w:rPr>
                <w:color w:val="0070C0"/>
                <w:sz w:val="28"/>
                <w:szCs w:val="28"/>
                <w:lang w:val="kk-KZ"/>
              </w:rPr>
            </w:pPr>
          </w:p>
        </w:tc>
      </w:tr>
      <w:tr w:rsidR="00FA1D49" w:rsidRPr="00F060A1" w14:paraId="511EDC85" w14:textId="77777777" w:rsidTr="00FA1D49">
        <w:tc>
          <w:tcPr>
            <w:tcW w:w="3544" w:type="dxa"/>
          </w:tcPr>
          <w:p w14:paraId="2DC05A9E" w14:textId="77777777" w:rsidR="00FA1D49" w:rsidRPr="00FA1D49" w:rsidRDefault="00FA1D49" w:rsidP="00FA1D49">
            <w:pPr>
              <w:jc w:val="both"/>
              <w:rPr>
                <w:rFonts w:eastAsia="Calibri"/>
                <w:bCs/>
                <w:color w:val="000000" w:themeColor="text1"/>
                <w:sz w:val="28"/>
                <w:szCs w:val="28"/>
                <w:lang w:val="kk-KZ"/>
              </w:rPr>
            </w:pPr>
            <w:r w:rsidRPr="00FA1D49">
              <w:rPr>
                <w:rFonts w:eastAsia="Calibri"/>
                <w:bCs/>
                <w:color w:val="000000" w:themeColor="text1"/>
                <w:sz w:val="28"/>
                <w:szCs w:val="28"/>
                <w:lang w:val="kk-KZ"/>
              </w:rPr>
              <w:t xml:space="preserve">Педагогикалық ұжым арасында Абайдың қара сөздерін талқылауы </w:t>
            </w:r>
          </w:p>
          <w:p w14:paraId="47611F9D" w14:textId="77777777" w:rsidR="00FA1D49" w:rsidRPr="00FA1D49" w:rsidRDefault="00FA1D49" w:rsidP="00FA1D49">
            <w:pPr>
              <w:jc w:val="both"/>
              <w:rPr>
                <w:rFonts w:eastAsia="Calibri"/>
                <w:bCs/>
                <w:color w:val="000000" w:themeColor="text1"/>
                <w:sz w:val="28"/>
                <w:szCs w:val="28"/>
                <w:lang w:val="kk-KZ"/>
              </w:rPr>
            </w:pPr>
            <w:r w:rsidRPr="00FA1D49">
              <w:rPr>
                <w:color w:val="000000" w:themeColor="text1"/>
                <w:sz w:val="28"/>
                <w:szCs w:val="28"/>
                <w:lang w:val="kk-KZ"/>
              </w:rPr>
              <w:t>#адалазамат, #14KITAPHANA, #кітапоқитынұлт</w:t>
            </w:r>
          </w:p>
        </w:tc>
        <w:tc>
          <w:tcPr>
            <w:tcW w:w="2268" w:type="dxa"/>
          </w:tcPr>
          <w:p w14:paraId="7406970F" w14:textId="77777777" w:rsidR="00FA1D49" w:rsidRPr="00FA1D49" w:rsidRDefault="00FA1D49" w:rsidP="00FA1D49">
            <w:pPr>
              <w:jc w:val="both"/>
              <w:rPr>
                <w:sz w:val="28"/>
                <w:szCs w:val="28"/>
                <w:lang w:val="kk-KZ"/>
              </w:rPr>
            </w:pPr>
            <w:r w:rsidRPr="00FA1D49">
              <w:rPr>
                <w:sz w:val="28"/>
                <w:szCs w:val="28"/>
                <w:lang w:val="kk-KZ"/>
              </w:rPr>
              <w:t>24.11.2025</w:t>
            </w:r>
          </w:p>
        </w:tc>
        <w:tc>
          <w:tcPr>
            <w:tcW w:w="4252" w:type="dxa"/>
          </w:tcPr>
          <w:p w14:paraId="3BDE102A" w14:textId="77777777" w:rsidR="00FA1D49" w:rsidRPr="00FA1D49" w:rsidRDefault="00FA1D49" w:rsidP="00FA1D49">
            <w:pPr>
              <w:jc w:val="both"/>
              <w:rPr>
                <w:color w:val="0070C0"/>
                <w:sz w:val="28"/>
                <w:szCs w:val="28"/>
                <w:lang w:val="kk-KZ"/>
              </w:rPr>
            </w:pPr>
            <w:r w:rsidRPr="00FA1D49">
              <w:rPr>
                <w:color w:val="0070C0"/>
                <w:sz w:val="28"/>
                <w:szCs w:val="28"/>
                <w:lang w:val="kk-KZ"/>
              </w:rPr>
              <w:t>https://www.instagram.com/reel/DSo9sXaitY-/?stkn=MWc3ajBtOXhvNTlieA==</w:t>
            </w:r>
          </w:p>
        </w:tc>
      </w:tr>
      <w:tr w:rsidR="00FA1D49" w:rsidRPr="00F060A1" w14:paraId="708770AD" w14:textId="77777777" w:rsidTr="00FA1D49">
        <w:tc>
          <w:tcPr>
            <w:tcW w:w="3544" w:type="dxa"/>
          </w:tcPr>
          <w:p w14:paraId="27FEBC2D" w14:textId="77777777" w:rsidR="00FA1D49" w:rsidRPr="00FA1D49" w:rsidRDefault="00FA1D49" w:rsidP="00FA1D49">
            <w:pPr>
              <w:jc w:val="both"/>
              <w:rPr>
                <w:rFonts w:eastAsia="Calibri"/>
                <w:bCs/>
                <w:color w:val="000000" w:themeColor="text1"/>
                <w:sz w:val="28"/>
                <w:szCs w:val="28"/>
                <w:lang w:val="kk-KZ"/>
              </w:rPr>
            </w:pPr>
            <w:r w:rsidRPr="00FA1D49">
              <w:rPr>
                <w:rFonts w:eastAsia="Calibri"/>
                <w:bCs/>
                <w:color w:val="000000" w:themeColor="text1"/>
                <w:sz w:val="28"/>
                <w:szCs w:val="28"/>
                <w:lang w:val="kk-KZ"/>
              </w:rPr>
              <w:t>Ақындармен кездесу Жанат Жанқашұлымен</w:t>
            </w:r>
          </w:p>
          <w:p w14:paraId="7285C65D" w14:textId="77777777" w:rsidR="00FA1D49" w:rsidRPr="00FA1D49" w:rsidRDefault="00FA1D49" w:rsidP="00FA1D49">
            <w:pPr>
              <w:jc w:val="both"/>
              <w:rPr>
                <w:rFonts w:eastAsia="Calibri"/>
                <w:bCs/>
                <w:color w:val="000000" w:themeColor="text1"/>
                <w:sz w:val="28"/>
                <w:szCs w:val="28"/>
                <w:lang w:val="kk-KZ"/>
              </w:rPr>
            </w:pPr>
            <w:r w:rsidRPr="00FA1D49">
              <w:rPr>
                <w:color w:val="000000" w:themeColor="text1"/>
                <w:sz w:val="28"/>
                <w:szCs w:val="28"/>
                <w:lang w:val="kk-KZ"/>
              </w:rPr>
              <w:t>#адалазамат, #14KITAPHANA, #кітапоқитынұлт</w:t>
            </w:r>
          </w:p>
        </w:tc>
        <w:tc>
          <w:tcPr>
            <w:tcW w:w="2268" w:type="dxa"/>
          </w:tcPr>
          <w:p w14:paraId="1117CA96" w14:textId="77777777" w:rsidR="00FA1D49" w:rsidRPr="00FA1D49" w:rsidRDefault="00FA1D49" w:rsidP="00FA1D49">
            <w:pPr>
              <w:jc w:val="both"/>
              <w:rPr>
                <w:sz w:val="28"/>
                <w:szCs w:val="28"/>
                <w:lang w:val="kk-KZ"/>
              </w:rPr>
            </w:pPr>
            <w:r w:rsidRPr="00FA1D49">
              <w:rPr>
                <w:sz w:val="28"/>
                <w:szCs w:val="28"/>
                <w:lang w:val="kk-KZ"/>
              </w:rPr>
              <w:t>10.12.2025</w:t>
            </w:r>
          </w:p>
        </w:tc>
        <w:tc>
          <w:tcPr>
            <w:tcW w:w="4252" w:type="dxa"/>
          </w:tcPr>
          <w:p w14:paraId="58C38614" w14:textId="77777777" w:rsidR="00FA1D49" w:rsidRPr="00FA1D49" w:rsidRDefault="008D1D0B" w:rsidP="00FA1D49">
            <w:pPr>
              <w:jc w:val="both"/>
              <w:rPr>
                <w:sz w:val="28"/>
                <w:szCs w:val="28"/>
                <w:lang w:val="kk-KZ"/>
              </w:rPr>
            </w:pPr>
            <w:hyperlink r:id="rId881" w:history="1">
              <w:r w:rsidR="00FA1D49" w:rsidRPr="00FA1D49">
                <w:rPr>
                  <w:rStyle w:val="ae"/>
                  <w:sz w:val="28"/>
                  <w:szCs w:val="28"/>
                  <w:lang w:val="kk-KZ"/>
                </w:rPr>
                <w:t>https://www.instagram.com/p/DSFT-lKCjSn/?stkn=MXE2aHo1d2o0MThmdA</w:t>
              </w:r>
            </w:hyperlink>
            <w:r w:rsidR="00FA1D49" w:rsidRPr="00FA1D49">
              <w:rPr>
                <w:sz w:val="28"/>
                <w:szCs w:val="28"/>
                <w:lang w:val="kk-KZ"/>
              </w:rPr>
              <w:t>==</w:t>
            </w:r>
          </w:p>
          <w:p w14:paraId="5FFB7FD6" w14:textId="77777777" w:rsidR="00FA1D49" w:rsidRPr="00FA1D49" w:rsidRDefault="00FA1D49" w:rsidP="00FA1D49">
            <w:pPr>
              <w:jc w:val="both"/>
              <w:rPr>
                <w:sz w:val="28"/>
                <w:szCs w:val="28"/>
                <w:lang w:val="kk-KZ"/>
              </w:rPr>
            </w:pPr>
          </w:p>
          <w:p w14:paraId="4E641506" w14:textId="77777777" w:rsidR="00FA1D49" w:rsidRPr="00FA1D49" w:rsidRDefault="00FA1D49" w:rsidP="00FA1D49">
            <w:pPr>
              <w:jc w:val="both"/>
              <w:rPr>
                <w:color w:val="0070C0"/>
                <w:sz w:val="28"/>
                <w:szCs w:val="28"/>
                <w:lang w:val="kk-KZ"/>
              </w:rPr>
            </w:pPr>
          </w:p>
        </w:tc>
      </w:tr>
      <w:tr w:rsidR="00FA1D49" w:rsidRPr="00F060A1" w14:paraId="0E0A4963" w14:textId="77777777" w:rsidTr="00FA1D49">
        <w:tc>
          <w:tcPr>
            <w:tcW w:w="3544" w:type="dxa"/>
          </w:tcPr>
          <w:p w14:paraId="16FA9376" w14:textId="77777777" w:rsidR="00FA1D49" w:rsidRPr="00FA1D49" w:rsidRDefault="00FA1D49" w:rsidP="00FA1D49">
            <w:pPr>
              <w:jc w:val="both"/>
              <w:rPr>
                <w:rFonts w:eastAsia="Calibri"/>
                <w:bCs/>
                <w:color w:val="000000" w:themeColor="text1"/>
                <w:sz w:val="28"/>
                <w:szCs w:val="28"/>
                <w:lang w:val="kk-KZ"/>
              </w:rPr>
            </w:pPr>
            <w:r w:rsidRPr="00FA1D49">
              <w:rPr>
                <w:rFonts w:eastAsia="Calibri"/>
                <w:bCs/>
                <w:color w:val="000000" w:themeColor="text1"/>
                <w:sz w:val="28"/>
                <w:szCs w:val="28"/>
                <w:lang w:val="kk-KZ"/>
              </w:rPr>
              <w:t>М.Мағауйн «Бір атаның балалары» повесін ата-аналар талдауда</w:t>
            </w:r>
          </w:p>
          <w:p w14:paraId="25F7DE06" w14:textId="77777777" w:rsidR="00FA1D49" w:rsidRPr="00FA1D49" w:rsidRDefault="00FA1D49" w:rsidP="00FA1D49">
            <w:pPr>
              <w:contextualSpacing/>
              <w:jc w:val="both"/>
              <w:rPr>
                <w:color w:val="000000" w:themeColor="text1"/>
                <w:sz w:val="28"/>
                <w:szCs w:val="28"/>
                <w:lang w:val="kk-KZ"/>
              </w:rPr>
            </w:pPr>
            <w:r w:rsidRPr="00FA1D49">
              <w:rPr>
                <w:color w:val="000000" w:themeColor="text1"/>
                <w:sz w:val="28"/>
                <w:szCs w:val="28"/>
                <w:lang w:val="kk-KZ"/>
              </w:rPr>
              <w:t>#адалазамат, #14KITAPHANA,</w:t>
            </w:r>
          </w:p>
          <w:p w14:paraId="310D62F3" w14:textId="77777777" w:rsidR="00FA1D49" w:rsidRPr="00FA1D49" w:rsidRDefault="00FA1D49" w:rsidP="00FA1D49">
            <w:pPr>
              <w:jc w:val="both"/>
              <w:rPr>
                <w:rFonts w:eastAsia="Calibri"/>
                <w:bCs/>
                <w:color w:val="000000" w:themeColor="text1"/>
                <w:sz w:val="28"/>
                <w:szCs w:val="28"/>
                <w:lang w:val="kk-KZ"/>
              </w:rPr>
            </w:pPr>
            <w:r w:rsidRPr="00FA1D49">
              <w:rPr>
                <w:color w:val="000000" w:themeColor="text1"/>
                <w:sz w:val="28"/>
                <w:szCs w:val="28"/>
                <w:lang w:val="kk-KZ"/>
              </w:rPr>
              <w:t>#Балаларкітапханасы,</w:t>
            </w:r>
            <w:r w:rsidRPr="00FA1D49">
              <w:rPr>
                <w:sz w:val="28"/>
                <w:szCs w:val="28"/>
                <w:lang w:val="kk-KZ"/>
              </w:rPr>
              <w:t xml:space="preserve"> </w:t>
            </w:r>
            <w:r w:rsidRPr="00FA1D49">
              <w:rPr>
                <w:color w:val="000000" w:themeColor="text1"/>
                <w:sz w:val="28"/>
                <w:szCs w:val="28"/>
                <w:lang w:val="kk-KZ"/>
              </w:rPr>
              <w:t>#кітапоқитынұлт</w:t>
            </w:r>
          </w:p>
        </w:tc>
        <w:tc>
          <w:tcPr>
            <w:tcW w:w="2268" w:type="dxa"/>
          </w:tcPr>
          <w:p w14:paraId="6999C4CA" w14:textId="77777777" w:rsidR="00FA1D49" w:rsidRPr="00FA1D49" w:rsidRDefault="00FA1D49" w:rsidP="00FA1D49">
            <w:pPr>
              <w:jc w:val="both"/>
              <w:rPr>
                <w:sz w:val="28"/>
                <w:szCs w:val="28"/>
                <w:lang w:val="kk-KZ"/>
              </w:rPr>
            </w:pPr>
            <w:r w:rsidRPr="00FA1D49">
              <w:rPr>
                <w:sz w:val="28"/>
                <w:szCs w:val="28"/>
                <w:lang w:val="kk-KZ"/>
              </w:rPr>
              <w:t>10.12.2025</w:t>
            </w:r>
          </w:p>
        </w:tc>
        <w:tc>
          <w:tcPr>
            <w:tcW w:w="4252" w:type="dxa"/>
          </w:tcPr>
          <w:p w14:paraId="4B1F6248" w14:textId="77777777" w:rsidR="00FA1D49" w:rsidRPr="00FA1D49" w:rsidRDefault="00FA1D49" w:rsidP="00FA1D49">
            <w:pPr>
              <w:jc w:val="both"/>
              <w:rPr>
                <w:color w:val="0070C0"/>
                <w:sz w:val="28"/>
                <w:szCs w:val="28"/>
                <w:lang w:val="kk-KZ"/>
              </w:rPr>
            </w:pPr>
            <w:r w:rsidRPr="00FA1D49">
              <w:rPr>
                <w:color w:val="0070C0"/>
                <w:sz w:val="28"/>
                <w:szCs w:val="28"/>
                <w:lang w:val="kk-KZ"/>
              </w:rPr>
              <w:t>https://www.instagram.com/reel/DSEwbKPiuti/?stkn=YnVsN3RkYm9tdDNp</w:t>
            </w:r>
          </w:p>
        </w:tc>
      </w:tr>
      <w:tr w:rsidR="00FA1D49" w:rsidRPr="00F060A1" w14:paraId="4C9A5B11" w14:textId="77777777" w:rsidTr="00FA1D49">
        <w:tc>
          <w:tcPr>
            <w:tcW w:w="3544" w:type="dxa"/>
          </w:tcPr>
          <w:p w14:paraId="3BAE1DA7" w14:textId="77777777" w:rsidR="00FA1D49" w:rsidRPr="00FA1D49" w:rsidRDefault="00FA1D49" w:rsidP="00FA1D49">
            <w:pPr>
              <w:contextualSpacing/>
              <w:jc w:val="both"/>
              <w:rPr>
                <w:rFonts w:eastAsia="Calibri"/>
                <w:bCs/>
                <w:color w:val="000000" w:themeColor="text1"/>
                <w:sz w:val="28"/>
                <w:szCs w:val="28"/>
                <w:lang w:val="kk-KZ"/>
              </w:rPr>
            </w:pPr>
            <w:r w:rsidRPr="00FA1D49">
              <w:rPr>
                <w:rFonts w:eastAsia="Calibri"/>
                <w:bCs/>
                <w:color w:val="000000" w:themeColor="text1"/>
                <w:sz w:val="28"/>
                <w:szCs w:val="28"/>
                <w:lang w:val="kk-KZ"/>
              </w:rPr>
              <w:t>С.Керімбайдың «Өзбекәлі Жәнібек  және мәдени майдан» кітабын Quiz форматында.</w:t>
            </w:r>
          </w:p>
          <w:p w14:paraId="21B45C79" w14:textId="77777777" w:rsidR="00FA1D49" w:rsidRPr="00FA1D49" w:rsidRDefault="00FA1D49" w:rsidP="00FA1D49">
            <w:pPr>
              <w:contextualSpacing/>
              <w:jc w:val="both"/>
              <w:rPr>
                <w:color w:val="000000" w:themeColor="text1"/>
                <w:sz w:val="28"/>
                <w:szCs w:val="28"/>
                <w:lang w:val="kk-KZ"/>
              </w:rPr>
            </w:pPr>
            <w:r w:rsidRPr="00FA1D49">
              <w:rPr>
                <w:color w:val="000000" w:themeColor="text1"/>
                <w:sz w:val="28"/>
                <w:szCs w:val="28"/>
                <w:lang w:val="kk-KZ"/>
              </w:rPr>
              <w:t>#адалазамат, #14KITAPHANA,</w:t>
            </w:r>
          </w:p>
          <w:p w14:paraId="1F4C4867" w14:textId="77777777" w:rsidR="00FA1D49" w:rsidRPr="00FA1D49" w:rsidRDefault="00FA1D49" w:rsidP="00FA1D49">
            <w:pPr>
              <w:contextualSpacing/>
              <w:jc w:val="both"/>
              <w:rPr>
                <w:rFonts w:eastAsia="Calibri"/>
                <w:bCs/>
                <w:color w:val="000000" w:themeColor="text1"/>
                <w:sz w:val="28"/>
                <w:szCs w:val="28"/>
                <w:lang w:val="kk-KZ"/>
              </w:rPr>
            </w:pPr>
            <w:r w:rsidRPr="00FA1D49">
              <w:rPr>
                <w:color w:val="000000" w:themeColor="text1"/>
                <w:sz w:val="28"/>
                <w:szCs w:val="28"/>
                <w:lang w:val="kk-KZ"/>
              </w:rPr>
              <w:t>#Балаларкітапханасы,</w:t>
            </w:r>
            <w:r w:rsidRPr="00FA1D49">
              <w:rPr>
                <w:sz w:val="28"/>
                <w:szCs w:val="28"/>
                <w:lang w:val="kk-KZ"/>
              </w:rPr>
              <w:t xml:space="preserve"> </w:t>
            </w:r>
            <w:r w:rsidRPr="00FA1D49">
              <w:rPr>
                <w:color w:val="000000" w:themeColor="text1"/>
                <w:sz w:val="28"/>
                <w:szCs w:val="28"/>
                <w:lang w:val="kk-KZ"/>
              </w:rPr>
              <w:t xml:space="preserve">#кітапоқитынұлт </w:t>
            </w:r>
          </w:p>
        </w:tc>
        <w:tc>
          <w:tcPr>
            <w:tcW w:w="2268" w:type="dxa"/>
          </w:tcPr>
          <w:p w14:paraId="4C8264F8" w14:textId="77777777" w:rsidR="00FA1D49" w:rsidRPr="00FA1D49" w:rsidRDefault="00FA1D49" w:rsidP="00FA1D49">
            <w:pPr>
              <w:jc w:val="both"/>
              <w:rPr>
                <w:sz w:val="28"/>
                <w:szCs w:val="28"/>
                <w:lang w:val="kk-KZ"/>
              </w:rPr>
            </w:pPr>
            <w:r w:rsidRPr="00FA1D49">
              <w:rPr>
                <w:sz w:val="28"/>
                <w:szCs w:val="28"/>
                <w:lang w:val="kk-KZ"/>
              </w:rPr>
              <w:t>21.01.2026</w:t>
            </w:r>
          </w:p>
        </w:tc>
        <w:tc>
          <w:tcPr>
            <w:tcW w:w="4252" w:type="dxa"/>
          </w:tcPr>
          <w:p w14:paraId="416857DC" w14:textId="77777777" w:rsidR="00FA1D49" w:rsidRPr="00FA1D49" w:rsidRDefault="00FA1D49" w:rsidP="00FA1D49">
            <w:pPr>
              <w:jc w:val="both"/>
              <w:rPr>
                <w:color w:val="0070C0"/>
                <w:sz w:val="28"/>
                <w:szCs w:val="28"/>
                <w:lang w:val="kk-KZ"/>
              </w:rPr>
            </w:pPr>
          </w:p>
          <w:p w14:paraId="5AFF5DA0" w14:textId="77777777" w:rsidR="00FA1D49" w:rsidRPr="00FA1D49" w:rsidRDefault="00FA1D49" w:rsidP="00FA1D49">
            <w:pPr>
              <w:jc w:val="both"/>
              <w:rPr>
                <w:color w:val="0070C0"/>
                <w:sz w:val="28"/>
                <w:szCs w:val="28"/>
                <w:lang w:val="kk-KZ"/>
              </w:rPr>
            </w:pPr>
            <w:r w:rsidRPr="00FA1D49">
              <w:rPr>
                <w:color w:val="0070C0"/>
                <w:sz w:val="28"/>
                <w:szCs w:val="28"/>
                <w:lang w:val="kk-KZ"/>
              </w:rPr>
              <w:t>https://www.instagram.com/p/DTwmGS8Cqbq/?stkn=MWdzZnNpN2tlZDdsOA==</w:t>
            </w:r>
          </w:p>
          <w:p w14:paraId="11B7A0A3" w14:textId="77777777" w:rsidR="00FA1D49" w:rsidRPr="00FA1D49" w:rsidRDefault="00FA1D49" w:rsidP="00FA1D49">
            <w:pPr>
              <w:jc w:val="both"/>
              <w:rPr>
                <w:color w:val="0070C0"/>
                <w:sz w:val="28"/>
                <w:szCs w:val="28"/>
                <w:lang w:val="kk-KZ"/>
              </w:rPr>
            </w:pPr>
          </w:p>
        </w:tc>
      </w:tr>
      <w:tr w:rsidR="00FA1D49" w:rsidRPr="00F060A1" w14:paraId="5FF33FC5" w14:textId="77777777" w:rsidTr="00FA1D49">
        <w:tc>
          <w:tcPr>
            <w:tcW w:w="3544" w:type="dxa"/>
          </w:tcPr>
          <w:p w14:paraId="58A46A73" w14:textId="77777777" w:rsidR="00FA1D49" w:rsidRPr="00FA1D49" w:rsidRDefault="00FA1D49" w:rsidP="00FA1D49">
            <w:pPr>
              <w:jc w:val="both"/>
              <w:rPr>
                <w:rFonts w:eastAsia="Calibri"/>
                <w:bCs/>
                <w:sz w:val="28"/>
                <w:szCs w:val="28"/>
                <w:lang w:val="kk-KZ"/>
              </w:rPr>
            </w:pPr>
            <w:r w:rsidRPr="00FA1D49">
              <w:rPr>
                <w:rFonts w:eastAsia="Calibri"/>
                <w:bCs/>
                <w:sz w:val="28"/>
                <w:szCs w:val="28"/>
                <w:lang w:val="kk-KZ"/>
              </w:rPr>
              <w:t xml:space="preserve">Педагогикалық ұжым </w:t>
            </w:r>
            <w:r w:rsidRPr="00FA1D49">
              <w:rPr>
                <w:rFonts w:eastAsia="Calibri"/>
                <w:bCs/>
                <w:sz w:val="28"/>
                <w:szCs w:val="28"/>
                <w:lang w:val="kk-KZ"/>
              </w:rPr>
              <w:lastRenderedPageBreak/>
              <w:t>арасында М.Жұмабаевтың «Педагогика» кітабы талқыланды</w:t>
            </w:r>
          </w:p>
          <w:p w14:paraId="36949E5C" w14:textId="77777777" w:rsidR="00FA1D49" w:rsidRPr="00FA1D49" w:rsidRDefault="00FA1D49" w:rsidP="00FA1D49">
            <w:pPr>
              <w:contextualSpacing/>
              <w:jc w:val="both"/>
              <w:rPr>
                <w:color w:val="000000" w:themeColor="text1"/>
                <w:sz w:val="28"/>
                <w:szCs w:val="28"/>
                <w:lang w:val="kk-KZ"/>
              </w:rPr>
            </w:pPr>
            <w:r w:rsidRPr="00FA1D49">
              <w:rPr>
                <w:color w:val="000000" w:themeColor="text1"/>
                <w:sz w:val="28"/>
                <w:szCs w:val="28"/>
                <w:lang w:val="kk-KZ"/>
              </w:rPr>
              <w:t xml:space="preserve"> #14KITAPHANA,</w:t>
            </w:r>
          </w:p>
          <w:p w14:paraId="7E8C0E6D" w14:textId="77777777" w:rsidR="00FA1D49" w:rsidRPr="00FA1D49" w:rsidRDefault="00FA1D49" w:rsidP="00FA1D49">
            <w:pPr>
              <w:jc w:val="both"/>
              <w:rPr>
                <w:rFonts w:eastAsia="Calibri"/>
                <w:bCs/>
                <w:sz w:val="28"/>
                <w:szCs w:val="28"/>
                <w:lang w:val="kk-KZ"/>
              </w:rPr>
            </w:pPr>
            <w:r w:rsidRPr="00FA1D49">
              <w:rPr>
                <w:color w:val="000000" w:themeColor="text1"/>
                <w:sz w:val="28"/>
                <w:szCs w:val="28"/>
                <w:lang w:val="kk-KZ"/>
              </w:rPr>
              <w:t xml:space="preserve">#Балаларкітапханасы, #адалазамат, #кітапоқитынұлт </w:t>
            </w:r>
          </w:p>
        </w:tc>
        <w:tc>
          <w:tcPr>
            <w:tcW w:w="2268" w:type="dxa"/>
          </w:tcPr>
          <w:p w14:paraId="5E127816" w14:textId="77777777" w:rsidR="00FA1D49" w:rsidRPr="00FA1D49" w:rsidRDefault="00FA1D49" w:rsidP="00FA1D49">
            <w:pPr>
              <w:jc w:val="both"/>
              <w:rPr>
                <w:sz w:val="28"/>
                <w:szCs w:val="28"/>
                <w:lang w:val="kk-KZ"/>
              </w:rPr>
            </w:pPr>
            <w:r w:rsidRPr="00FA1D49">
              <w:rPr>
                <w:sz w:val="28"/>
                <w:szCs w:val="28"/>
                <w:lang w:val="kk-KZ"/>
              </w:rPr>
              <w:lastRenderedPageBreak/>
              <w:t>25.01.2026</w:t>
            </w:r>
          </w:p>
        </w:tc>
        <w:tc>
          <w:tcPr>
            <w:tcW w:w="4252" w:type="dxa"/>
          </w:tcPr>
          <w:p w14:paraId="0595D404" w14:textId="77777777" w:rsidR="00FA1D49" w:rsidRPr="00FA1D49" w:rsidRDefault="00FA1D49" w:rsidP="00FA1D49">
            <w:pPr>
              <w:jc w:val="both"/>
              <w:rPr>
                <w:color w:val="0070C0"/>
                <w:sz w:val="28"/>
                <w:szCs w:val="28"/>
                <w:lang w:val="kk-KZ"/>
              </w:rPr>
            </w:pPr>
            <w:r w:rsidRPr="00FA1D49">
              <w:rPr>
                <w:color w:val="0070C0"/>
                <w:sz w:val="28"/>
                <w:szCs w:val="28"/>
                <w:lang w:val="kk-KZ"/>
              </w:rPr>
              <w:t>https://www.instagram.com/p/DTZ</w:t>
            </w:r>
            <w:r w:rsidRPr="00FA1D49">
              <w:rPr>
                <w:color w:val="0070C0"/>
                <w:sz w:val="28"/>
                <w:szCs w:val="28"/>
                <w:lang w:val="kk-KZ"/>
              </w:rPr>
              <w:lastRenderedPageBreak/>
              <w:t>rtMnisyn/?stkn=MXR5cmdrNDFuZHBtYQ==</w:t>
            </w:r>
          </w:p>
        </w:tc>
      </w:tr>
      <w:tr w:rsidR="00FA1D49" w:rsidRPr="00F060A1" w14:paraId="566D6C1E" w14:textId="77777777" w:rsidTr="00FA1D49">
        <w:tc>
          <w:tcPr>
            <w:tcW w:w="3544" w:type="dxa"/>
          </w:tcPr>
          <w:p w14:paraId="11E249C0" w14:textId="77777777" w:rsidR="00FA1D49" w:rsidRPr="00FA1D49" w:rsidRDefault="00FA1D49" w:rsidP="00FA1D49">
            <w:pPr>
              <w:jc w:val="both"/>
              <w:rPr>
                <w:rFonts w:eastAsia="Calibri"/>
                <w:bCs/>
                <w:sz w:val="28"/>
                <w:szCs w:val="28"/>
                <w:lang w:val="kk-KZ"/>
              </w:rPr>
            </w:pPr>
            <w:r w:rsidRPr="00FA1D49">
              <w:rPr>
                <w:rFonts w:eastAsia="Calibri"/>
                <w:bCs/>
                <w:sz w:val="28"/>
                <w:szCs w:val="28"/>
                <w:lang w:val="kk-KZ"/>
              </w:rPr>
              <w:lastRenderedPageBreak/>
              <w:t>«Кітап оқитын оқушы» оқушылардың кітап талдауы</w:t>
            </w:r>
          </w:p>
          <w:p w14:paraId="313414C8" w14:textId="77777777" w:rsidR="00FA1D49" w:rsidRPr="00FA1D49" w:rsidRDefault="00FA1D49" w:rsidP="00FA1D49">
            <w:pPr>
              <w:jc w:val="both"/>
              <w:rPr>
                <w:rFonts w:eastAsia="Calibri"/>
                <w:bCs/>
                <w:sz w:val="28"/>
                <w:szCs w:val="28"/>
                <w:lang w:val="kk-KZ"/>
              </w:rPr>
            </w:pPr>
            <w:r w:rsidRPr="00FA1D49">
              <w:rPr>
                <w:rFonts w:eastAsia="Calibri"/>
                <w:bCs/>
                <w:sz w:val="28"/>
                <w:szCs w:val="28"/>
                <w:lang w:val="kk-KZ"/>
              </w:rPr>
              <w:t>#14KITAPHANA,</w:t>
            </w:r>
          </w:p>
          <w:p w14:paraId="360E01D1" w14:textId="77777777" w:rsidR="00FA1D49" w:rsidRPr="00FA1D49" w:rsidRDefault="00FA1D49" w:rsidP="00FA1D49">
            <w:pPr>
              <w:jc w:val="both"/>
              <w:rPr>
                <w:rFonts w:eastAsia="Calibri"/>
                <w:bCs/>
                <w:sz w:val="28"/>
                <w:szCs w:val="28"/>
                <w:lang w:val="kk-KZ"/>
              </w:rPr>
            </w:pPr>
            <w:r w:rsidRPr="00FA1D49">
              <w:rPr>
                <w:rFonts w:eastAsia="Calibri"/>
                <w:bCs/>
                <w:sz w:val="28"/>
                <w:szCs w:val="28"/>
                <w:lang w:val="kk-KZ"/>
              </w:rPr>
              <w:t>#Балаларкітапханасы, #адалазамат, #кітапоқитынұлт</w:t>
            </w:r>
          </w:p>
        </w:tc>
        <w:tc>
          <w:tcPr>
            <w:tcW w:w="2268" w:type="dxa"/>
          </w:tcPr>
          <w:p w14:paraId="52687B80" w14:textId="77777777" w:rsidR="00FA1D49" w:rsidRPr="00FA1D49" w:rsidRDefault="00FA1D49" w:rsidP="00FA1D49">
            <w:pPr>
              <w:jc w:val="both"/>
              <w:rPr>
                <w:sz w:val="28"/>
                <w:szCs w:val="28"/>
                <w:lang w:val="kk-KZ"/>
              </w:rPr>
            </w:pPr>
            <w:r w:rsidRPr="00FA1D49">
              <w:rPr>
                <w:sz w:val="28"/>
                <w:szCs w:val="28"/>
                <w:lang w:val="kk-KZ"/>
              </w:rPr>
              <w:t>12.02.2026</w:t>
            </w:r>
          </w:p>
        </w:tc>
        <w:tc>
          <w:tcPr>
            <w:tcW w:w="4252" w:type="dxa"/>
          </w:tcPr>
          <w:p w14:paraId="0D56CFC5" w14:textId="77777777" w:rsidR="00FA1D49" w:rsidRPr="00FA1D49" w:rsidRDefault="00FA1D49" w:rsidP="00FA1D49">
            <w:pPr>
              <w:jc w:val="both"/>
              <w:rPr>
                <w:color w:val="0070C0"/>
                <w:sz w:val="28"/>
                <w:szCs w:val="28"/>
                <w:lang w:val="kk-KZ"/>
              </w:rPr>
            </w:pPr>
            <w:r w:rsidRPr="00FA1D49">
              <w:rPr>
                <w:color w:val="0070C0"/>
                <w:sz w:val="28"/>
                <w:szCs w:val="28"/>
                <w:lang w:val="kk-KZ"/>
              </w:rPr>
              <w:t>https://www.instagram.com/p/DUqTuI3Csfp/?stkn=MWpqM2huanVrMTg5cw==</w:t>
            </w:r>
          </w:p>
        </w:tc>
      </w:tr>
      <w:tr w:rsidR="00FA1D49" w:rsidRPr="00F060A1" w14:paraId="65174579" w14:textId="77777777" w:rsidTr="00FA1D49">
        <w:tc>
          <w:tcPr>
            <w:tcW w:w="3544" w:type="dxa"/>
          </w:tcPr>
          <w:p w14:paraId="3ED9938A" w14:textId="77777777" w:rsidR="00FA1D49" w:rsidRPr="00FA1D49" w:rsidRDefault="00FA1D49" w:rsidP="00FA1D49">
            <w:pPr>
              <w:jc w:val="both"/>
              <w:rPr>
                <w:rFonts w:eastAsia="Calibri"/>
                <w:bCs/>
                <w:sz w:val="28"/>
                <w:szCs w:val="28"/>
                <w:lang w:val="kk-KZ"/>
              </w:rPr>
            </w:pPr>
            <w:r w:rsidRPr="00FA1D49">
              <w:rPr>
                <w:rFonts w:eastAsia="Calibri"/>
                <w:bCs/>
                <w:sz w:val="28"/>
                <w:szCs w:val="28"/>
                <w:lang w:val="kk-KZ"/>
              </w:rPr>
              <w:t>М.Әуезовтың «Қорғансыздың күні» шығармасын 10 сынып оқушылары командамен талдауы жүргізілді</w:t>
            </w:r>
          </w:p>
          <w:p w14:paraId="3BFDEA67" w14:textId="77777777" w:rsidR="00FA1D49" w:rsidRPr="00FA1D49" w:rsidRDefault="00FA1D49" w:rsidP="00FA1D49">
            <w:pPr>
              <w:jc w:val="both"/>
              <w:rPr>
                <w:rFonts w:eastAsia="Calibri"/>
                <w:bCs/>
                <w:sz w:val="28"/>
                <w:szCs w:val="28"/>
                <w:lang w:val="kk-KZ"/>
              </w:rPr>
            </w:pPr>
            <w:r w:rsidRPr="00FA1D49">
              <w:rPr>
                <w:rFonts w:eastAsia="Calibri"/>
                <w:bCs/>
                <w:sz w:val="28"/>
                <w:szCs w:val="28"/>
                <w:lang w:val="kk-KZ"/>
              </w:rPr>
              <w:t>#14KITAPHANA,</w:t>
            </w:r>
          </w:p>
          <w:p w14:paraId="17164005" w14:textId="77777777" w:rsidR="00FA1D49" w:rsidRPr="00FA1D49" w:rsidRDefault="00FA1D49" w:rsidP="00FA1D49">
            <w:pPr>
              <w:jc w:val="both"/>
              <w:rPr>
                <w:rFonts w:eastAsia="Calibri"/>
                <w:bCs/>
                <w:sz w:val="28"/>
                <w:szCs w:val="28"/>
                <w:lang w:val="kk-KZ"/>
              </w:rPr>
            </w:pPr>
            <w:r w:rsidRPr="00FA1D49">
              <w:rPr>
                <w:rFonts w:eastAsia="Calibri"/>
                <w:bCs/>
                <w:sz w:val="28"/>
                <w:szCs w:val="28"/>
                <w:lang w:val="kk-KZ"/>
              </w:rPr>
              <w:t>#Балаларкітапханасы, #адалазамат, #кітапоқитынұлт</w:t>
            </w:r>
          </w:p>
        </w:tc>
        <w:tc>
          <w:tcPr>
            <w:tcW w:w="2268" w:type="dxa"/>
          </w:tcPr>
          <w:p w14:paraId="4BA2C80C" w14:textId="77777777" w:rsidR="00FA1D49" w:rsidRPr="00FA1D49" w:rsidRDefault="00FA1D49" w:rsidP="00FA1D49">
            <w:pPr>
              <w:jc w:val="both"/>
              <w:rPr>
                <w:sz w:val="28"/>
                <w:szCs w:val="28"/>
                <w:lang w:val="kk-KZ"/>
              </w:rPr>
            </w:pPr>
            <w:r w:rsidRPr="00FA1D49">
              <w:rPr>
                <w:sz w:val="28"/>
                <w:szCs w:val="28"/>
                <w:lang w:val="kk-KZ"/>
              </w:rPr>
              <w:t>14.02.2026</w:t>
            </w:r>
          </w:p>
        </w:tc>
        <w:tc>
          <w:tcPr>
            <w:tcW w:w="4252" w:type="dxa"/>
          </w:tcPr>
          <w:p w14:paraId="3EE15218" w14:textId="77777777" w:rsidR="00FA1D49" w:rsidRPr="00FA1D49" w:rsidRDefault="00FA1D49" w:rsidP="00FA1D49">
            <w:pPr>
              <w:jc w:val="both"/>
              <w:rPr>
                <w:color w:val="0070C0"/>
                <w:sz w:val="28"/>
                <w:szCs w:val="28"/>
                <w:lang w:val="kk-KZ"/>
              </w:rPr>
            </w:pPr>
            <w:r w:rsidRPr="00FA1D49">
              <w:rPr>
                <w:color w:val="0070C0"/>
                <w:sz w:val="28"/>
                <w:szCs w:val="28"/>
                <w:lang w:val="kk-KZ"/>
              </w:rPr>
              <w:t>https://www.instagram.com/p/DVLN9Z8CkM7/?stkn=enk3b2pqenRqZzlx</w:t>
            </w:r>
          </w:p>
        </w:tc>
      </w:tr>
    </w:tbl>
    <w:p w14:paraId="48D11C3B" w14:textId="77777777" w:rsidR="00FA1D49" w:rsidRPr="00FA1D49" w:rsidRDefault="00FA1D49" w:rsidP="00FA1D49">
      <w:pPr>
        <w:jc w:val="both"/>
        <w:rPr>
          <w:color w:val="1F1F1F"/>
          <w:sz w:val="28"/>
          <w:szCs w:val="28"/>
          <w:lang w:val="kk-KZ" w:eastAsia="ru-RU"/>
        </w:rPr>
      </w:pPr>
      <w:r w:rsidRPr="00FA1D49">
        <w:rPr>
          <w:color w:val="1F1F1F"/>
          <w:sz w:val="28"/>
          <w:szCs w:val="28"/>
          <w:lang w:val="kk-KZ" w:eastAsia="ru-RU"/>
        </w:rPr>
        <w:t xml:space="preserve">Оқушылардың демалыс уақытын тиімді ұйымдастыру, кітап оқуға деген қызығушылын арттыру, көркем әдебиетті насихаттау және тұрақты оқу дағдығын қалыптастыру мақсатында мектеп оқырмандары «Демалыста кітап оқимыз!» яғни күз, қыс, көктем тоқсандық демалыстарда кітап оқиды. Оқушылар аудандық кітапханаларымен тығыз байланыс жасап, оқыған кітаптары бойынша пікір алмасып, сүйікті шығармалары мен кейіпкерлері жайлы пікір алмасады. </w:t>
      </w:r>
    </w:p>
    <w:p w14:paraId="1934E525" w14:textId="77777777" w:rsidR="00FA1D49" w:rsidRPr="00FA1D49" w:rsidRDefault="00FA1D49" w:rsidP="00FA1D49">
      <w:pPr>
        <w:jc w:val="both"/>
        <w:rPr>
          <w:color w:val="1F1F1F"/>
          <w:sz w:val="28"/>
          <w:szCs w:val="28"/>
          <w:lang w:val="kk-KZ" w:eastAsia="ru-RU"/>
        </w:rPr>
      </w:pPr>
    </w:p>
    <w:p w14:paraId="1D476A86" w14:textId="77777777" w:rsidR="00FA1D49" w:rsidRPr="00FA1D49" w:rsidRDefault="00FA1D49" w:rsidP="00FA1D49">
      <w:pPr>
        <w:jc w:val="both"/>
        <w:rPr>
          <w:color w:val="1F1F1F"/>
          <w:sz w:val="28"/>
          <w:szCs w:val="28"/>
          <w:lang w:val="kk-KZ" w:eastAsia="ru-RU"/>
        </w:rPr>
      </w:pPr>
      <w:r w:rsidRPr="00FA1D49">
        <w:rPr>
          <w:noProof/>
          <w:color w:val="1F1F1F"/>
          <w:sz w:val="28"/>
          <w:szCs w:val="28"/>
          <w:lang w:eastAsia="ru-RU"/>
        </w:rPr>
        <w:drawing>
          <wp:anchor distT="0" distB="0" distL="114300" distR="114300" simplePos="0" relativeHeight="251679232" behindDoc="1" locked="0" layoutInCell="1" allowOverlap="1" wp14:anchorId="4B7F8246" wp14:editId="75B582CE">
            <wp:simplePos x="0" y="0"/>
            <wp:positionH relativeFrom="column">
              <wp:posOffset>4387850</wp:posOffset>
            </wp:positionH>
            <wp:positionV relativeFrom="paragraph">
              <wp:posOffset>107950</wp:posOffset>
            </wp:positionV>
            <wp:extent cx="731520" cy="754380"/>
            <wp:effectExtent l="0" t="0" r="0" b="7620"/>
            <wp:wrapThrough wrapText="bothSides">
              <wp:wrapPolygon edited="0">
                <wp:start x="0" y="0"/>
                <wp:lineTo x="0" y="21273"/>
                <wp:lineTo x="20813" y="21273"/>
                <wp:lineTo x="20813" y="0"/>
                <wp:lineTo x="0" y="0"/>
              </wp:wrapPolygon>
            </wp:wrapThrough>
            <wp:docPr id="449" name="Рисунок 449" descr="C:\Users\3\AppData\Local\Microsoft\Windows\INetCache\Content.Word\Снимок экрана 2026-10-06 1620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3\AppData\Local\Microsoft\Windows\INetCache\Content.Word\Снимок экрана 2026-10-06 162041.png"/>
                    <pic:cNvPicPr>
                      <a:picLocks noChangeAspect="1" noChangeArrowheads="1"/>
                    </pic:cNvPicPr>
                  </pic:nvPicPr>
                  <pic:blipFill>
                    <a:blip r:embed="rId882" cstate="print">
                      <a:extLst>
                        <a:ext uri="{28A0092B-C50C-407E-A947-70E740481C1C}">
                          <a14:useLocalDpi xmlns:a14="http://schemas.microsoft.com/office/drawing/2010/main" val="0"/>
                        </a:ext>
                      </a:extLst>
                    </a:blip>
                    <a:srcRect l="33873" t="13614" r="35176" b="2113"/>
                    <a:stretch>
                      <a:fillRect/>
                    </a:stretch>
                  </pic:blipFill>
                  <pic:spPr bwMode="auto">
                    <a:xfrm>
                      <a:off x="0" y="0"/>
                      <a:ext cx="731520" cy="7543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A1D49">
        <w:rPr>
          <w:noProof/>
          <w:color w:val="1F1F1F"/>
          <w:sz w:val="28"/>
          <w:szCs w:val="28"/>
          <w:lang w:eastAsia="ru-RU"/>
        </w:rPr>
        <w:drawing>
          <wp:anchor distT="0" distB="0" distL="114300" distR="114300" simplePos="0" relativeHeight="251699712" behindDoc="1" locked="0" layoutInCell="1" allowOverlap="1" wp14:anchorId="4F680EB3" wp14:editId="6608B839">
            <wp:simplePos x="0" y="0"/>
            <wp:positionH relativeFrom="column">
              <wp:posOffset>3671570</wp:posOffset>
            </wp:positionH>
            <wp:positionV relativeFrom="paragraph">
              <wp:posOffset>123190</wp:posOffset>
            </wp:positionV>
            <wp:extent cx="670560" cy="739140"/>
            <wp:effectExtent l="0" t="0" r="0" b="3810"/>
            <wp:wrapThrough wrapText="bothSides">
              <wp:wrapPolygon edited="0">
                <wp:start x="0" y="0"/>
                <wp:lineTo x="0" y="21155"/>
                <wp:lineTo x="20864" y="21155"/>
                <wp:lineTo x="20864" y="0"/>
                <wp:lineTo x="0" y="0"/>
              </wp:wrapPolygon>
            </wp:wrapThrough>
            <wp:docPr id="450" name="Рисунок 450" descr="C:\Users\3\Desktop\Снимок экрана 2026-10-06 1620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3\Desktop\Снимок экрана 2026-10-06 162032.png"/>
                    <pic:cNvPicPr>
                      <a:picLocks noChangeAspect="1" noChangeArrowheads="1"/>
                    </pic:cNvPicPr>
                  </pic:nvPicPr>
                  <pic:blipFill>
                    <a:blip r:embed="rId883" cstate="print">
                      <a:extLst>
                        <a:ext uri="{28A0092B-C50C-407E-A947-70E740481C1C}">
                          <a14:useLocalDpi xmlns:a14="http://schemas.microsoft.com/office/drawing/2010/main" val="0"/>
                        </a:ext>
                      </a:extLst>
                    </a:blip>
                    <a:srcRect/>
                    <a:stretch>
                      <a:fillRect/>
                    </a:stretch>
                  </pic:blipFill>
                  <pic:spPr bwMode="auto">
                    <a:xfrm>
                      <a:off x="0" y="0"/>
                      <a:ext cx="670560" cy="739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A1D49">
        <w:rPr>
          <w:noProof/>
          <w:color w:val="1F1F1F"/>
          <w:sz w:val="28"/>
          <w:szCs w:val="28"/>
          <w:lang w:eastAsia="ru-RU"/>
        </w:rPr>
        <w:drawing>
          <wp:anchor distT="0" distB="0" distL="114300" distR="114300" simplePos="0" relativeHeight="251694592" behindDoc="1" locked="0" layoutInCell="1" allowOverlap="1" wp14:anchorId="779062AE" wp14:editId="7926B6B4">
            <wp:simplePos x="0" y="0"/>
            <wp:positionH relativeFrom="column">
              <wp:posOffset>2940050</wp:posOffset>
            </wp:positionH>
            <wp:positionV relativeFrom="paragraph">
              <wp:posOffset>107950</wp:posOffset>
            </wp:positionV>
            <wp:extent cx="655320" cy="754380"/>
            <wp:effectExtent l="0" t="0" r="0" b="7620"/>
            <wp:wrapThrough wrapText="bothSides">
              <wp:wrapPolygon edited="0">
                <wp:start x="0" y="0"/>
                <wp:lineTo x="0" y="21273"/>
                <wp:lineTo x="20721" y="21273"/>
                <wp:lineTo x="20721" y="0"/>
                <wp:lineTo x="0" y="0"/>
              </wp:wrapPolygon>
            </wp:wrapThrough>
            <wp:docPr id="451" name="Рисунок 451" descr="C:\Users\3\Desktop\Снимок экрана 2026-10-06 1620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3\Desktop\Снимок экрана 2026-10-06 162036.png"/>
                    <pic:cNvPicPr>
                      <a:picLocks noChangeAspect="1" noChangeArrowheads="1"/>
                    </pic:cNvPicPr>
                  </pic:nvPicPr>
                  <pic:blipFill>
                    <a:blip r:embed="rId884" cstate="print">
                      <a:extLst>
                        <a:ext uri="{28A0092B-C50C-407E-A947-70E740481C1C}">
                          <a14:useLocalDpi xmlns:a14="http://schemas.microsoft.com/office/drawing/2010/main" val="0"/>
                        </a:ext>
                      </a:extLst>
                    </a:blip>
                    <a:srcRect/>
                    <a:stretch>
                      <a:fillRect/>
                    </a:stretch>
                  </pic:blipFill>
                  <pic:spPr bwMode="auto">
                    <a:xfrm>
                      <a:off x="0" y="0"/>
                      <a:ext cx="655320" cy="7543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A1D49">
        <w:rPr>
          <w:noProof/>
          <w:color w:val="1F1F1F"/>
          <w:sz w:val="28"/>
          <w:szCs w:val="28"/>
          <w:lang w:eastAsia="ru-RU"/>
        </w:rPr>
        <w:drawing>
          <wp:anchor distT="0" distB="0" distL="114300" distR="114300" simplePos="0" relativeHeight="251689472" behindDoc="1" locked="0" layoutInCell="1" allowOverlap="1" wp14:anchorId="5D3BFD37" wp14:editId="616E217D">
            <wp:simplePos x="0" y="0"/>
            <wp:positionH relativeFrom="column">
              <wp:posOffset>2178050</wp:posOffset>
            </wp:positionH>
            <wp:positionV relativeFrom="paragraph">
              <wp:posOffset>107950</wp:posOffset>
            </wp:positionV>
            <wp:extent cx="655320" cy="754380"/>
            <wp:effectExtent l="0" t="0" r="0" b="7620"/>
            <wp:wrapThrough wrapText="bothSides">
              <wp:wrapPolygon edited="0">
                <wp:start x="0" y="0"/>
                <wp:lineTo x="0" y="21273"/>
                <wp:lineTo x="20721" y="21273"/>
                <wp:lineTo x="20721" y="0"/>
                <wp:lineTo x="0" y="0"/>
              </wp:wrapPolygon>
            </wp:wrapThrough>
            <wp:docPr id="452" name="Рисунок 452" descr="C:\Users\3\Desktop\Снимок экрана 2026-10-06 1620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3\Desktop\Снимок экрана 2026-10-06 162032.png"/>
                    <pic:cNvPicPr>
                      <a:picLocks noChangeAspect="1" noChangeArrowheads="1"/>
                    </pic:cNvPicPr>
                  </pic:nvPicPr>
                  <pic:blipFill>
                    <a:blip r:embed="rId885" cstate="print">
                      <a:extLst>
                        <a:ext uri="{28A0092B-C50C-407E-A947-70E740481C1C}">
                          <a14:useLocalDpi xmlns:a14="http://schemas.microsoft.com/office/drawing/2010/main" val="0"/>
                        </a:ext>
                      </a:extLst>
                    </a:blip>
                    <a:srcRect/>
                    <a:stretch>
                      <a:fillRect/>
                    </a:stretch>
                  </pic:blipFill>
                  <pic:spPr bwMode="auto">
                    <a:xfrm>
                      <a:off x="0" y="0"/>
                      <a:ext cx="655320" cy="7543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A1D49">
        <w:rPr>
          <w:noProof/>
          <w:sz w:val="28"/>
          <w:szCs w:val="28"/>
          <w:lang w:eastAsia="ru-RU"/>
        </w:rPr>
        <w:drawing>
          <wp:anchor distT="0" distB="0" distL="114300" distR="114300" simplePos="0" relativeHeight="251684352" behindDoc="1" locked="0" layoutInCell="1" allowOverlap="1" wp14:anchorId="59079193" wp14:editId="12689417">
            <wp:simplePos x="0" y="0"/>
            <wp:positionH relativeFrom="column">
              <wp:posOffset>1393190</wp:posOffset>
            </wp:positionH>
            <wp:positionV relativeFrom="paragraph">
              <wp:posOffset>107950</wp:posOffset>
            </wp:positionV>
            <wp:extent cx="685800" cy="769620"/>
            <wp:effectExtent l="0" t="0" r="0" b="0"/>
            <wp:wrapThrough wrapText="bothSides">
              <wp:wrapPolygon edited="0">
                <wp:start x="0" y="0"/>
                <wp:lineTo x="0" y="20851"/>
                <wp:lineTo x="21000" y="20851"/>
                <wp:lineTo x="21000" y="0"/>
                <wp:lineTo x="0" y="0"/>
              </wp:wrapPolygon>
            </wp:wrapThrough>
            <wp:docPr id="20" name="Рисунок 20" descr="C:\Users\3\Desktop\Снимок экрана 2026-10-06 162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3\Desktop\Снимок экрана 2026-10-06 162024.png"/>
                    <pic:cNvPicPr>
                      <a:picLocks noChangeAspect="1" noChangeArrowheads="1"/>
                    </pic:cNvPicPr>
                  </pic:nvPicPr>
                  <pic:blipFill>
                    <a:blip r:embed="rId886" cstate="print">
                      <a:extLst>
                        <a:ext uri="{28A0092B-C50C-407E-A947-70E740481C1C}">
                          <a14:useLocalDpi xmlns:a14="http://schemas.microsoft.com/office/drawing/2010/main" val="0"/>
                        </a:ext>
                      </a:extLst>
                    </a:blip>
                    <a:srcRect/>
                    <a:stretch>
                      <a:fillRect/>
                    </a:stretch>
                  </pic:blipFill>
                  <pic:spPr bwMode="auto">
                    <a:xfrm>
                      <a:off x="0" y="0"/>
                      <a:ext cx="685800" cy="769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A1D49">
        <w:rPr>
          <w:noProof/>
          <w:color w:val="1F1F1F"/>
          <w:sz w:val="28"/>
          <w:szCs w:val="28"/>
          <w:lang w:eastAsia="ru-RU"/>
        </w:rPr>
        <w:drawing>
          <wp:anchor distT="0" distB="0" distL="114300" distR="114300" simplePos="0" relativeHeight="251674112" behindDoc="1" locked="0" layoutInCell="1" allowOverlap="1" wp14:anchorId="5105E81B" wp14:editId="6AA64506">
            <wp:simplePos x="0" y="0"/>
            <wp:positionH relativeFrom="column">
              <wp:posOffset>684530</wp:posOffset>
            </wp:positionH>
            <wp:positionV relativeFrom="paragraph">
              <wp:posOffset>107950</wp:posOffset>
            </wp:positionV>
            <wp:extent cx="655320" cy="769620"/>
            <wp:effectExtent l="0" t="0" r="0" b="0"/>
            <wp:wrapThrough wrapText="bothSides">
              <wp:wrapPolygon edited="0">
                <wp:start x="0" y="0"/>
                <wp:lineTo x="0" y="20851"/>
                <wp:lineTo x="20721" y="20851"/>
                <wp:lineTo x="20721" y="0"/>
                <wp:lineTo x="0" y="0"/>
              </wp:wrapPolygon>
            </wp:wrapThrough>
            <wp:docPr id="453" name="Рисунок 453" descr="C:\Users\3\AppData\Local\Microsoft\Windows\INetCache\Content.Word\Снимок экрана 2026-10-06 1620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3\AppData\Local\Microsoft\Windows\INetCache\Content.Word\Снимок экрана 2026-10-06 162013.png"/>
                    <pic:cNvPicPr>
                      <a:picLocks noChangeAspect="1" noChangeArrowheads="1"/>
                    </pic:cNvPicPr>
                  </pic:nvPicPr>
                  <pic:blipFill>
                    <a:blip r:embed="rId887" cstate="print">
                      <a:extLst>
                        <a:ext uri="{28A0092B-C50C-407E-A947-70E740481C1C}">
                          <a14:useLocalDpi xmlns:a14="http://schemas.microsoft.com/office/drawing/2010/main" val="0"/>
                        </a:ext>
                      </a:extLst>
                    </a:blip>
                    <a:srcRect l="34122" t="13704" r="34579"/>
                    <a:stretch>
                      <a:fillRect/>
                    </a:stretch>
                  </pic:blipFill>
                  <pic:spPr bwMode="auto">
                    <a:xfrm>
                      <a:off x="0" y="0"/>
                      <a:ext cx="655320" cy="769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CE655A" w14:textId="77777777" w:rsidR="00FA1D49" w:rsidRPr="00FA1D49" w:rsidRDefault="00FA1D49" w:rsidP="00FA1D49">
      <w:pPr>
        <w:jc w:val="both"/>
        <w:rPr>
          <w:color w:val="1F1F1F"/>
          <w:sz w:val="28"/>
          <w:szCs w:val="28"/>
          <w:lang w:val="kk-KZ" w:eastAsia="ru-RU"/>
        </w:rPr>
      </w:pPr>
    </w:p>
    <w:p w14:paraId="24132343" w14:textId="77777777" w:rsidR="00FA1D49" w:rsidRPr="00FA1D49" w:rsidRDefault="00FA1D49" w:rsidP="00FA1D49">
      <w:pPr>
        <w:jc w:val="both"/>
        <w:rPr>
          <w:color w:val="1F1F1F"/>
          <w:sz w:val="28"/>
          <w:szCs w:val="28"/>
          <w:lang w:val="kk-KZ" w:eastAsia="ru-RU"/>
        </w:rPr>
      </w:pPr>
    </w:p>
    <w:p w14:paraId="0D3C7498" w14:textId="77777777" w:rsidR="00FA1D49" w:rsidRPr="00FA1D49" w:rsidRDefault="00FA1D49" w:rsidP="00FA1D49">
      <w:pPr>
        <w:jc w:val="both"/>
        <w:rPr>
          <w:color w:val="1F1F1F"/>
          <w:sz w:val="28"/>
          <w:szCs w:val="28"/>
          <w:lang w:val="kk-KZ" w:eastAsia="ru-RU"/>
        </w:rPr>
      </w:pPr>
    </w:p>
    <w:p w14:paraId="6351A7FC" w14:textId="77777777" w:rsidR="00FA1D49" w:rsidRPr="00FA1D49" w:rsidRDefault="00FA1D49" w:rsidP="00FA1D49">
      <w:pPr>
        <w:jc w:val="both"/>
        <w:rPr>
          <w:color w:val="1F1F1F"/>
          <w:sz w:val="28"/>
          <w:szCs w:val="28"/>
          <w:lang w:val="kk-KZ" w:eastAsia="ru-RU"/>
        </w:rPr>
      </w:pPr>
    </w:p>
    <w:p w14:paraId="4EA6544D" w14:textId="77777777" w:rsidR="00FA1D49" w:rsidRPr="00FA1D49" w:rsidRDefault="008D1D0B" w:rsidP="00FA1D49">
      <w:pPr>
        <w:widowControl/>
        <w:autoSpaceDE/>
        <w:autoSpaceDN/>
        <w:spacing w:before="100" w:beforeAutospacing="1" w:after="100" w:afterAutospacing="1"/>
        <w:jc w:val="both"/>
        <w:rPr>
          <w:sz w:val="28"/>
          <w:szCs w:val="28"/>
          <w:lang w:val="kk-KZ" w:eastAsia="ru-RU"/>
        </w:rPr>
      </w:pPr>
      <w:hyperlink r:id="rId888" w:history="1">
        <w:r w:rsidR="00FA1D49" w:rsidRPr="00FA1D49">
          <w:rPr>
            <w:rStyle w:val="ae"/>
            <w:sz w:val="28"/>
            <w:szCs w:val="28"/>
            <w:lang w:val="kk-KZ" w:eastAsia="ru-RU"/>
          </w:rPr>
          <w:t>https://www.instagram.com/p/DTZrg1wimGu/?stkn=MTJhNHVzdW9wMGxqNA</w:t>
        </w:r>
      </w:hyperlink>
      <w:r w:rsidR="00FA1D49" w:rsidRPr="00FA1D49">
        <w:rPr>
          <w:sz w:val="28"/>
          <w:szCs w:val="28"/>
          <w:lang w:val="kk-KZ" w:eastAsia="ru-RU"/>
        </w:rPr>
        <w:t>==</w:t>
      </w:r>
    </w:p>
    <w:p w14:paraId="5DFCDB13" w14:textId="77777777" w:rsidR="00FA1D49" w:rsidRPr="00FA1D49" w:rsidRDefault="00FA1D49" w:rsidP="00FA1D49">
      <w:pPr>
        <w:widowControl/>
        <w:autoSpaceDE/>
        <w:autoSpaceDN/>
        <w:spacing w:before="100" w:beforeAutospacing="1" w:after="100" w:afterAutospacing="1"/>
        <w:jc w:val="both"/>
        <w:rPr>
          <w:sz w:val="28"/>
          <w:szCs w:val="28"/>
          <w:lang w:val="kk-KZ" w:eastAsia="ru-RU"/>
        </w:rPr>
      </w:pPr>
      <w:r w:rsidRPr="00FA1D49">
        <w:rPr>
          <w:sz w:val="28"/>
          <w:szCs w:val="28"/>
          <w:lang w:val="kk-KZ" w:eastAsia="ru-RU"/>
        </w:rPr>
        <w:t>«Отбасымызбен кітап оқимын – рухани бай боламын» 4 «А» сынып оқушылары және ата-аналары қысқы демалыста. /05.01.2026/</w:t>
      </w:r>
    </w:p>
    <w:p w14:paraId="486D3E38" w14:textId="77777777" w:rsidR="00FA1D49" w:rsidRPr="00FA1D49" w:rsidRDefault="008D1D0B" w:rsidP="00FA1D49">
      <w:pPr>
        <w:widowControl/>
        <w:autoSpaceDE/>
        <w:autoSpaceDN/>
        <w:spacing w:before="100" w:beforeAutospacing="1" w:after="100" w:afterAutospacing="1"/>
        <w:jc w:val="both"/>
        <w:rPr>
          <w:sz w:val="28"/>
          <w:szCs w:val="28"/>
          <w:lang w:val="kk-KZ" w:eastAsia="ru-RU"/>
        </w:rPr>
      </w:pPr>
      <w:hyperlink r:id="rId889" w:history="1">
        <w:r w:rsidR="00FA1D49" w:rsidRPr="00FA1D49">
          <w:rPr>
            <w:rStyle w:val="ae"/>
            <w:sz w:val="28"/>
            <w:szCs w:val="28"/>
            <w:lang w:val="kk-KZ" w:eastAsia="ru-RU"/>
          </w:rPr>
          <w:t>https://www.instagram.com/p/DTZrg1wimGu/?stkn=MTJhNHVzdW9wMGxqNA</w:t>
        </w:r>
      </w:hyperlink>
      <w:r w:rsidR="00FA1D49" w:rsidRPr="00FA1D49">
        <w:rPr>
          <w:sz w:val="28"/>
          <w:szCs w:val="28"/>
          <w:lang w:val="kk-KZ" w:eastAsia="ru-RU"/>
        </w:rPr>
        <w:t xml:space="preserve">==1 «Г» сынып оқушысы Крюков арсен қысқы демалыста анасымен бірге кітап оқып, жаңа ертегілерімен танысты. /12.01.2026/ </w:t>
      </w:r>
    </w:p>
    <w:p w14:paraId="21F8CDC7" w14:textId="77777777" w:rsidR="00FA1D49" w:rsidRPr="00FA1D49" w:rsidRDefault="00FA1D49" w:rsidP="00FA1D49">
      <w:pPr>
        <w:jc w:val="both"/>
        <w:rPr>
          <w:color w:val="1F1F1F"/>
          <w:sz w:val="28"/>
          <w:szCs w:val="28"/>
          <w:lang w:val="kk-KZ" w:eastAsia="ru-RU"/>
        </w:rPr>
      </w:pPr>
      <w:r w:rsidRPr="00FA1D49">
        <w:rPr>
          <w:color w:val="1F1F1F"/>
          <w:sz w:val="28"/>
          <w:szCs w:val="28"/>
          <w:lang w:val="kk-KZ" w:eastAsia="ru-RU"/>
        </w:rPr>
        <w:t xml:space="preserve">Мектеп-гимназиямыздың екінші жыл дәстүрге айналған </w:t>
      </w:r>
      <w:r w:rsidRPr="00FA1D49">
        <w:rPr>
          <w:bCs/>
          <w:color w:val="1F1F1F"/>
          <w:sz w:val="28"/>
          <w:szCs w:val="28"/>
          <w:bdr w:val="none" w:sz="0" w:space="0" w:color="auto" w:frame="1"/>
          <w:lang w:val="kk-KZ" w:eastAsia="ru-RU"/>
        </w:rPr>
        <w:t>«Оқу сағаты»</w:t>
      </w:r>
      <w:r w:rsidRPr="00FA1D49">
        <w:rPr>
          <w:color w:val="1F1F1F"/>
          <w:sz w:val="28"/>
          <w:szCs w:val="28"/>
          <w:lang w:val="kk-KZ" w:eastAsia="ru-RU"/>
        </w:rPr>
        <w:t xml:space="preserve"> бекітіліп, өз </w:t>
      </w:r>
      <w:r w:rsidRPr="00FA1D49">
        <w:rPr>
          <w:color w:val="1F1F1F"/>
          <w:sz w:val="28"/>
          <w:szCs w:val="28"/>
          <w:lang w:val="kk-KZ" w:eastAsia="ru-RU"/>
        </w:rPr>
        <w:lastRenderedPageBreak/>
        <w:t>жұмысын жалғастыруда. Әр сыныптың жас ерекшелігіне қарай оқуға тиісті көркем шығармалардың нақты тізімі енгізілді. Оқушылардың оқыған шығармалары бойынша сынып сағаттарында талдау жұмыстары жүргізіліп, эссе жазу және тест тапсырмаларын орындау үрдісі жолға қойылды.</w:t>
      </w:r>
    </w:p>
    <w:p w14:paraId="60FB0031" w14:textId="77777777" w:rsidR="00FA1D49" w:rsidRPr="00FA1D49" w:rsidRDefault="00FA1D49" w:rsidP="00FA1D49">
      <w:pPr>
        <w:jc w:val="both"/>
        <w:rPr>
          <w:color w:val="1F1F1F"/>
          <w:sz w:val="28"/>
          <w:szCs w:val="28"/>
          <w:lang w:val="kk-KZ" w:eastAsia="ru-RU"/>
        </w:rPr>
      </w:pPr>
      <w:r w:rsidRPr="00FA1D49">
        <w:rPr>
          <w:color w:val="1F1F1F"/>
          <w:sz w:val="28"/>
          <w:szCs w:val="28"/>
          <w:lang w:val="kk-KZ" w:eastAsia="ru-RU"/>
        </w:rPr>
        <w:t xml:space="preserve">3 «А» сынып оқушылары оқу сағатында  «Ай астындағы Айбарша» ертегісімен таныс болды. Оқыған ертегі бойынша, өз қиялдарын оятын сурет салды. Салған суреттер бойынша сынып оқушыларына талдауын жүргізді.  </w:t>
      </w:r>
    </w:p>
    <w:p w14:paraId="18433AC9" w14:textId="77777777" w:rsidR="00FA1D49" w:rsidRPr="00FA1D49" w:rsidRDefault="008D1D0B" w:rsidP="00FA1D49">
      <w:pPr>
        <w:jc w:val="both"/>
        <w:rPr>
          <w:color w:val="1F1F1F"/>
          <w:sz w:val="28"/>
          <w:szCs w:val="28"/>
          <w:lang w:val="kk-KZ" w:eastAsia="ru-RU"/>
        </w:rPr>
      </w:pPr>
      <w:hyperlink r:id="rId890" w:history="1">
        <w:r w:rsidR="00FA1D49" w:rsidRPr="00FA1D49">
          <w:rPr>
            <w:rStyle w:val="ae"/>
            <w:sz w:val="28"/>
            <w:szCs w:val="28"/>
            <w:lang w:val="kk-KZ" w:eastAsia="ru-RU"/>
          </w:rPr>
          <w:t>https://www.instagram.com/reel/DUDgDp1ise5/?stkn=MTFnaTE2eXQzNHZxMg</w:t>
        </w:r>
      </w:hyperlink>
      <w:r w:rsidR="00FA1D49" w:rsidRPr="00FA1D49">
        <w:rPr>
          <w:color w:val="1F1F1F"/>
          <w:sz w:val="28"/>
          <w:szCs w:val="28"/>
          <w:lang w:val="kk-KZ" w:eastAsia="ru-RU"/>
        </w:rPr>
        <w:t>=</w:t>
      </w:r>
    </w:p>
    <w:p w14:paraId="6632E278" w14:textId="77777777" w:rsidR="00FA1D49" w:rsidRPr="00FA1D49" w:rsidRDefault="00FA1D49" w:rsidP="00FA1D49">
      <w:pPr>
        <w:jc w:val="both"/>
        <w:rPr>
          <w:color w:val="000000"/>
          <w:sz w:val="28"/>
          <w:szCs w:val="28"/>
          <w:lang w:val="kk-KZ"/>
        </w:rPr>
      </w:pPr>
      <w:r w:rsidRPr="00FA1D49">
        <w:rPr>
          <w:color w:val="000000"/>
          <w:sz w:val="28"/>
          <w:szCs w:val="28"/>
          <w:lang w:val="kk-KZ"/>
        </w:rPr>
        <w:t>8-9 сынып оқушылары кітап оқу сағатында оқыған шығармаларға ілеуметтік желіде кітап оқуды трендке айналдыруда.</w:t>
      </w:r>
    </w:p>
    <w:p w14:paraId="4927114D" w14:textId="77777777" w:rsidR="00FA1D49" w:rsidRPr="00FA1D49" w:rsidRDefault="008D1D0B" w:rsidP="00FA1D49">
      <w:pPr>
        <w:jc w:val="both"/>
        <w:rPr>
          <w:color w:val="1F1F1F"/>
          <w:sz w:val="28"/>
          <w:szCs w:val="28"/>
          <w:lang w:val="kk-KZ" w:eastAsia="ru-RU"/>
        </w:rPr>
      </w:pPr>
      <w:hyperlink r:id="rId891" w:history="1">
        <w:r w:rsidR="00FA1D49" w:rsidRPr="00FA1D49">
          <w:rPr>
            <w:rStyle w:val="ae"/>
            <w:sz w:val="28"/>
            <w:szCs w:val="28"/>
            <w:lang w:val="kk-KZ" w:eastAsia="ru-RU"/>
          </w:rPr>
          <w:t>https://www.instagram.com/reel/DVfppc5ilWe/?stkn=MTZ6MDRxdWg3dHF2Zg</w:t>
        </w:r>
      </w:hyperlink>
      <w:r w:rsidR="00FA1D49" w:rsidRPr="00FA1D49">
        <w:rPr>
          <w:color w:val="1F1F1F"/>
          <w:sz w:val="28"/>
          <w:szCs w:val="28"/>
          <w:lang w:val="kk-KZ" w:eastAsia="ru-RU"/>
        </w:rPr>
        <w:t>==</w:t>
      </w:r>
    </w:p>
    <w:p w14:paraId="7ACF8C8A" w14:textId="77777777" w:rsidR="00FA1D49" w:rsidRPr="00FA1D49" w:rsidRDefault="00FA1D49" w:rsidP="00FA1D49">
      <w:pPr>
        <w:jc w:val="both"/>
        <w:rPr>
          <w:b/>
          <w:color w:val="000000"/>
          <w:sz w:val="28"/>
          <w:szCs w:val="28"/>
          <w:lang w:val="kk-KZ"/>
        </w:rPr>
      </w:pPr>
    </w:p>
    <w:p w14:paraId="074F749C" w14:textId="77777777" w:rsidR="00FA1D49" w:rsidRPr="00FA1D49" w:rsidRDefault="00FA1D49" w:rsidP="00FA1D49">
      <w:pPr>
        <w:jc w:val="both"/>
        <w:rPr>
          <w:b/>
          <w:sz w:val="28"/>
          <w:szCs w:val="28"/>
          <w:lang w:val="kk-KZ"/>
        </w:rPr>
      </w:pPr>
      <w:r w:rsidRPr="00FA1D49">
        <w:rPr>
          <w:b/>
          <w:sz w:val="28"/>
          <w:szCs w:val="28"/>
          <w:lang w:val="kk-KZ"/>
        </w:rPr>
        <w:t>Оқушыларды оқумен қамту:</w:t>
      </w:r>
    </w:p>
    <w:tbl>
      <w:tblPr>
        <w:tblW w:w="100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18"/>
        <w:gridCol w:w="1289"/>
        <w:gridCol w:w="895"/>
        <w:gridCol w:w="1010"/>
        <w:gridCol w:w="822"/>
        <w:gridCol w:w="850"/>
        <w:gridCol w:w="1815"/>
        <w:gridCol w:w="672"/>
        <w:gridCol w:w="1482"/>
      </w:tblGrid>
      <w:tr w:rsidR="00FA1D49" w:rsidRPr="00FA1D49" w14:paraId="4BA93499" w14:textId="77777777" w:rsidTr="00FA1D49">
        <w:trPr>
          <w:trHeight w:val="315"/>
        </w:trPr>
        <w:tc>
          <w:tcPr>
            <w:tcW w:w="1218" w:type="dxa"/>
            <w:vMerge w:val="restart"/>
          </w:tcPr>
          <w:p w14:paraId="0E393C7F" w14:textId="77777777" w:rsidR="00FA1D49" w:rsidRPr="00FA1D49" w:rsidRDefault="00FA1D49" w:rsidP="00FA1D49">
            <w:pPr>
              <w:jc w:val="both"/>
              <w:rPr>
                <w:sz w:val="28"/>
                <w:szCs w:val="28"/>
                <w:lang w:val="kk-KZ"/>
              </w:rPr>
            </w:pPr>
            <w:r w:rsidRPr="00FA1D49">
              <w:rPr>
                <w:sz w:val="28"/>
                <w:szCs w:val="28"/>
                <w:lang w:val="kk-KZ"/>
              </w:rPr>
              <w:t>Оқу жылы</w:t>
            </w:r>
          </w:p>
        </w:tc>
        <w:tc>
          <w:tcPr>
            <w:tcW w:w="1289" w:type="dxa"/>
            <w:vMerge w:val="restart"/>
          </w:tcPr>
          <w:p w14:paraId="44D293FA" w14:textId="77777777" w:rsidR="00FA1D49" w:rsidRPr="00FA1D49" w:rsidRDefault="00FA1D49" w:rsidP="00FA1D49">
            <w:pPr>
              <w:jc w:val="both"/>
              <w:rPr>
                <w:sz w:val="28"/>
                <w:szCs w:val="28"/>
                <w:lang w:val="kk-KZ"/>
              </w:rPr>
            </w:pPr>
            <w:r w:rsidRPr="00FA1D49">
              <w:rPr>
                <w:sz w:val="28"/>
                <w:szCs w:val="28"/>
                <w:lang w:val="kk-KZ"/>
              </w:rPr>
              <w:t>Оқушылар саны</w:t>
            </w:r>
          </w:p>
          <w:p w14:paraId="5D83AE5E" w14:textId="77777777" w:rsidR="00FA1D49" w:rsidRPr="00FA1D49" w:rsidRDefault="00FA1D49" w:rsidP="00FA1D49">
            <w:pPr>
              <w:jc w:val="both"/>
              <w:rPr>
                <w:sz w:val="28"/>
                <w:szCs w:val="28"/>
                <w:lang w:val="kk-KZ"/>
              </w:rPr>
            </w:pPr>
          </w:p>
        </w:tc>
        <w:tc>
          <w:tcPr>
            <w:tcW w:w="895" w:type="dxa"/>
            <w:vMerge w:val="restart"/>
          </w:tcPr>
          <w:p w14:paraId="1FC5301B" w14:textId="77777777" w:rsidR="00FA1D49" w:rsidRPr="00FA1D49" w:rsidRDefault="00FA1D49" w:rsidP="00FA1D49">
            <w:pPr>
              <w:jc w:val="both"/>
              <w:rPr>
                <w:sz w:val="28"/>
                <w:szCs w:val="28"/>
                <w:lang w:val="kk-KZ"/>
              </w:rPr>
            </w:pPr>
            <w:r w:rsidRPr="00FA1D49">
              <w:rPr>
                <w:sz w:val="28"/>
                <w:szCs w:val="28"/>
                <w:lang w:val="kk-KZ"/>
              </w:rPr>
              <w:t>Оқырмандар саны</w:t>
            </w:r>
          </w:p>
        </w:tc>
        <w:tc>
          <w:tcPr>
            <w:tcW w:w="2682" w:type="dxa"/>
            <w:gridSpan w:val="3"/>
          </w:tcPr>
          <w:p w14:paraId="6AD33B1F" w14:textId="77777777" w:rsidR="00FA1D49" w:rsidRPr="00FA1D49" w:rsidRDefault="00FA1D49" w:rsidP="00FA1D49">
            <w:pPr>
              <w:jc w:val="both"/>
              <w:rPr>
                <w:sz w:val="28"/>
                <w:szCs w:val="28"/>
                <w:lang w:val="kk-KZ"/>
              </w:rPr>
            </w:pPr>
            <w:r w:rsidRPr="00FA1D49">
              <w:rPr>
                <w:sz w:val="28"/>
                <w:szCs w:val="28"/>
                <w:lang w:val="kk-KZ"/>
              </w:rPr>
              <w:t>сыныптар</w:t>
            </w:r>
          </w:p>
        </w:tc>
        <w:tc>
          <w:tcPr>
            <w:tcW w:w="1815" w:type="dxa"/>
            <w:vMerge w:val="restart"/>
          </w:tcPr>
          <w:p w14:paraId="449000C2" w14:textId="77777777" w:rsidR="00FA1D49" w:rsidRPr="00FA1D49" w:rsidRDefault="00FA1D49" w:rsidP="00FA1D49">
            <w:pPr>
              <w:jc w:val="both"/>
              <w:rPr>
                <w:sz w:val="28"/>
                <w:szCs w:val="28"/>
                <w:lang w:val="kk-KZ"/>
              </w:rPr>
            </w:pPr>
            <w:r w:rsidRPr="00FA1D49">
              <w:rPr>
                <w:sz w:val="28"/>
                <w:szCs w:val="28"/>
                <w:lang w:val="kk-KZ"/>
              </w:rPr>
              <w:t>Педагогикалық ұжым</w:t>
            </w:r>
          </w:p>
        </w:tc>
        <w:tc>
          <w:tcPr>
            <w:tcW w:w="672" w:type="dxa"/>
            <w:vMerge w:val="restart"/>
          </w:tcPr>
          <w:p w14:paraId="6379ECEA" w14:textId="77777777" w:rsidR="00FA1D49" w:rsidRPr="00FA1D49" w:rsidRDefault="00FA1D49" w:rsidP="00FA1D49">
            <w:pPr>
              <w:jc w:val="both"/>
              <w:rPr>
                <w:sz w:val="28"/>
                <w:szCs w:val="28"/>
                <w:lang w:val="kk-KZ"/>
              </w:rPr>
            </w:pPr>
            <w:r w:rsidRPr="00FA1D49">
              <w:rPr>
                <w:sz w:val="28"/>
                <w:szCs w:val="28"/>
                <w:lang w:val="kk-KZ"/>
              </w:rPr>
              <w:t>басқалары</w:t>
            </w:r>
          </w:p>
        </w:tc>
        <w:tc>
          <w:tcPr>
            <w:tcW w:w="1482" w:type="dxa"/>
            <w:vMerge w:val="restart"/>
          </w:tcPr>
          <w:p w14:paraId="5782B010" w14:textId="77777777" w:rsidR="00FA1D49" w:rsidRPr="00FA1D49" w:rsidRDefault="00FA1D49" w:rsidP="00FA1D49">
            <w:pPr>
              <w:jc w:val="both"/>
              <w:rPr>
                <w:sz w:val="28"/>
                <w:szCs w:val="28"/>
                <w:lang w:val="kk-KZ"/>
              </w:rPr>
            </w:pPr>
            <w:r w:rsidRPr="00FA1D49">
              <w:rPr>
                <w:sz w:val="28"/>
                <w:szCs w:val="28"/>
              </w:rPr>
              <w:t xml:space="preserve">% </w:t>
            </w:r>
            <w:r w:rsidRPr="00FA1D49">
              <w:rPr>
                <w:sz w:val="28"/>
                <w:szCs w:val="28"/>
                <w:lang w:val="kk-KZ"/>
              </w:rPr>
              <w:t>оқуға тарту 1 - 11 сыныптар</w:t>
            </w:r>
          </w:p>
        </w:tc>
      </w:tr>
      <w:tr w:rsidR="00FA1D49" w:rsidRPr="00FA1D49" w14:paraId="7C344365" w14:textId="77777777" w:rsidTr="00FA1D49">
        <w:trPr>
          <w:trHeight w:val="1065"/>
        </w:trPr>
        <w:tc>
          <w:tcPr>
            <w:tcW w:w="1218" w:type="dxa"/>
            <w:vMerge/>
          </w:tcPr>
          <w:p w14:paraId="3553A2CE" w14:textId="77777777" w:rsidR="00FA1D49" w:rsidRPr="00FA1D49" w:rsidRDefault="00FA1D49" w:rsidP="00FA1D49">
            <w:pPr>
              <w:jc w:val="both"/>
              <w:rPr>
                <w:sz w:val="28"/>
                <w:szCs w:val="28"/>
                <w:lang w:val="kk-KZ"/>
              </w:rPr>
            </w:pPr>
          </w:p>
        </w:tc>
        <w:tc>
          <w:tcPr>
            <w:tcW w:w="1289" w:type="dxa"/>
            <w:vMerge/>
          </w:tcPr>
          <w:p w14:paraId="64998EC7" w14:textId="77777777" w:rsidR="00FA1D49" w:rsidRPr="00FA1D49" w:rsidRDefault="00FA1D49" w:rsidP="00FA1D49">
            <w:pPr>
              <w:jc w:val="both"/>
              <w:rPr>
                <w:sz w:val="28"/>
                <w:szCs w:val="28"/>
                <w:lang w:val="kk-KZ"/>
              </w:rPr>
            </w:pPr>
          </w:p>
        </w:tc>
        <w:tc>
          <w:tcPr>
            <w:tcW w:w="895" w:type="dxa"/>
            <w:vMerge/>
          </w:tcPr>
          <w:p w14:paraId="72074F3E" w14:textId="77777777" w:rsidR="00FA1D49" w:rsidRPr="00FA1D49" w:rsidRDefault="00FA1D49" w:rsidP="00FA1D49">
            <w:pPr>
              <w:jc w:val="both"/>
              <w:rPr>
                <w:sz w:val="28"/>
                <w:szCs w:val="28"/>
                <w:lang w:val="kk-KZ"/>
              </w:rPr>
            </w:pPr>
          </w:p>
        </w:tc>
        <w:tc>
          <w:tcPr>
            <w:tcW w:w="1010" w:type="dxa"/>
          </w:tcPr>
          <w:p w14:paraId="1D77ED65" w14:textId="77777777" w:rsidR="00FA1D49" w:rsidRPr="00FA1D49" w:rsidRDefault="00FA1D49" w:rsidP="00FA1D49">
            <w:pPr>
              <w:jc w:val="both"/>
              <w:rPr>
                <w:sz w:val="28"/>
                <w:szCs w:val="28"/>
                <w:lang w:val="kk-KZ"/>
              </w:rPr>
            </w:pPr>
            <w:r w:rsidRPr="00FA1D49">
              <w:rPr>
                <w:sz w:val="28"/>
                <w:szCs w:val="28"/>
                <w:lang w:val="kk-KZ"/>
              </w:rPr>
              <w:t xml:space="preserve">1-4 </w:t>
            </w:r>
          </w:p>
          <w:p w14:paraId="1CDAF683" w14:textId="77777777" w:rsidR="00FA1D49" w:rsidRPr="00FA1D49" w:rsidRDefault="00FA1D49" w:rsidP="00FA1D49">
            <w:pPr>
              <w:jc w:val="both"/>
              <w:rPr>
                <w:sz w:val="28"/>
                <w:szCs w:val="28"/>
                <w:lang w:val="kk-KZ"/>
              </w:rPr>
            </w:pPr>
          </w:p>
        </w:tc>
        <w:tc>
          <w:tcPr>
            <w:tcW w:w="822" w:type="dxa"/>
          </w:tcPr>
          <w:p w14:paraId="172FC99F" w14:textId="77777777" w:rsidR="00FA1D49" w:rsidRPr="00FA1D49" w:rsidRDefault="00FA1D49" w:rsidP="00FA1D49">
            <w:pPr>
              <w:jc w:val="both"/>
              <w:rPr>
                <w:sz w:val="28"/>
                <w:szCs w:val="28"/>
                <w:lang w:val="kk-KZ"/>
              </w:rPr>
            </w:pPr>
            <w:r w:rsidRPr="00FA1D49">
              <w:rPr>
                <w:sz w:val="28"/>
                <w:szCs w:val="28"/>
                <w:lang w:val="kk-KZ"/>
              </w:rPr>
              <w:t xml:space="preserve">5-8 </w:t>
            </w:r>
          </w:p>
          <w:p w14:paraId="1F569DEC" w14:textId="77777777" w:rsidR="00FA1D49" w:rsidRPr="00FA1D49" w:rsidRDefault="00FA1D49" w:rsidP="00FA1D49">
            <w:pPr>
              <w:jc w:val="both"/>
              <w:rPr>
                <w:sz w:val="28"/>
                <w:szCs w:val="28"/>
                <w:lang w:val="kk-KZ"/>
              </w:rPr>
            </w:pPr>
          </w:p>
        </w:tc>
        <w:tc>
          <w:tcPr>
            <w:tcW w:w="850" w:type="dxa"/>
          </w:tcPr>
          <w:p w14:paraId="58F5334F" w14:textId="77777777" w:rsidR="00FA1D49" w:rsidRPr="00FA1D49" w:rsidRDefault="00FA1D49" w:rsidP="00FA1D49">
            <w:pPr>
              <w:jc w:val="both"/>
              <w:rPr>
                <w:sz w:val="28"/>
                <w:szCs w:val="28"/>
                <w:lang w:val="kk-KZ"/>
              </w:rPr>
            </w:pPr>
            <w:r w:rsidRPr="00FA1D49">
              <w:rPr>
                <w:sz w:val="28"/>
                <w:szCs w:val="28"/>
                <w:lang w:val="kk-KZ"/>
              </w:rPr>
              <w:t>9-11</w:t>
            </w:r>
          </w:p>
        </w:tc>
        <w:tc>
          <w:tcPr>
            <w:tcW w:w="1815" w:type="dxa"/>
            <w:vMerge/>
          </w:tcPr>
          <w:p w14:paraId="51BE4FF7" w14:textId="77777777" w:rsidR="00FA1D49" w:rsidRPr="00FA1D49" w:rsidRDefault="00FA1D49" w:rsidP="00FA1D49">
            <w:pPr>
              <w:jc w:val="both"/>
              <w:rPr>
                <w:sz w:val="28"/>
                <w:szCs w:val="28"/>
                <w:lang w:val="kk-KZ"/>
              </w:rPr>
            </w:pPr>
          </w:p>
        </w:tc>
        <w:tc>
          <w:tcPr>
            <w:tcW w:w="672" w:type="dxa"/>
            <w:vMerge/>
          </w:tcPr>
          <w:p w14:paraId="0D0E90A6" w14:textId="77777777" w:rsidR="00FA1D49" w:rsidRPr="00FA1D49" w:rsidRDefault="00FA1D49" w:rsidP="00FA1D49">
            <w:pPr>
              <w:jc w:val="both"/>
              <w:rPr>
                <w:sz w:val="28"/>
                <w:szCs w:val="28"/>
                <w:lang w:val="kk-KZ"/>
              </w:rPr>
            </w:pPr>
          </w:p>
        </w:tc>
        <w:tc>
          <w:tcPr>
            <w:tcW w:w="1482" w:type="dxa"/>
            <w:vMerge/>
          </w:tcPr>
          <w:p w14:paraId="02CFE296" w14:textId="77777777" w:rsidR="00FA1D49" w:rsidRPr="00FA1D49" w:rsidRDefault="00FA1D49" w:rsidP="00FA1D49">
            <w:pPr>
              <w:jc w:val="both"/>
              <w:rPr>
                <w:sz w:val="28"/>
                <w:szCs w:val="28"/>
              </w:rPr>
            </w:pPr>
          </w:p>
        </w:tc>
      </w:tr>
      <w:tr w:rsidR="00FA1D49" w:rsidRPr="00FA1D49" w14:paraId="23811A69" w14:textId="77777777" w:rsidTr="00FA1D49">
        <w:tc>
          <w:tcPr>
            <w:tcW w:w="1218" w:type="dxa"/>
          </w:tcPr>
          <w:p w14:paraId="7C0A6EA7" w14:textId="77777777" w:rsidR="00FA1D49" w:rsidRPr="00FA1D49" w:rsidRDefault="00FA1D49" w:rsidP="00FA1D49">
            <w:pPr>
              <w:jc w:val="both"/>
              <w:rPr>
                <w:sz w:val="28"/>
                <w:szCs w:val="28"/>
                <w:lang w:val="kk-KZ"/>
              </w:rPr>
            </w:pPr>
            <w:r w:rsidRPr="00FA1D49">
              <w:rPr>
                <w:sz w:val="28"/>
                <w:szCs w:val="28"/>
              </w:rPr>
              <w:t>202</w:t>
            </w:r>
            <w:r w:rsidRPr="00FA1D49">
              <w:rPr>
                <w:sz w:val="28"/>
                <w:szCs w:val="28"/>
                <w:lang w:val="kk-KZ"/>
              </w:rPr>
              <w:t>3</w:t>
            </w:r>
            <w:r w:rsidRPr="00FA1D49">
              <w:rPr>
                <w:sz w:val="28"/>
                <w:szCs w:val="28"/>
              </w:rPr>
              <w:t>-202</w:t>
            </w:r>
            <w:r w:rsidRPr="00FA1D49">
              <w:rPr>
                <w:sz w:val="28"/>
                <w:szCs w:val="28"/>
                <w:lang w:val="kk-KZ"/>
              </w:rPr>
              <w:t>4</w:t>
            </w:r>
          </w:p>
        </w:tc>
        <w:tc>
          <w:tcPr>
            <w:tcW w:w="1289" w:type="dxa"/>
          </w:tcPr>
          <w:p w14:paraId="37440244" w14:textId="77777777" w:rsidR="00FA1D49" w:rsidRPr="00FA1D49" w:rsidRDefault="00FA1D49" w:rsidP="00FA1D49">
            <w:pPr>
              <w:jc w:val="both"/>
              <w:rPr>
                <w:sz w:val="28"/>
                <w:szCs w:val="28"/>
                <w:lang w:val="kk-KZ"/>
              </w:rPr>
            </w:pPr>
            <w:r w:rsidRPr="00FA1D49">
              <w:rPr>
                <w:sz w:val="28"/>
                <w:szCs w:val="28"/>
                <w:lang w:val="kk-KZ"/>
              </w:rPr>
              <w:t>895</w:t>
            </w:r>
          </w:p>
        </w:tc>
        <w:tc>
          <w:tcPr>
            <w:tcW w:w="895" w:type="dxa"/>
          </w:tcPr>
          <w:p w14:paraId="4717BF72" w14:textId="77777777" w:rsidR="00FA1D49" w:rsidRPr="00FA1D49" w:rsidRDefault="00FA1D49" w:rsidP="00FA1D49">
            <w:pPr>
              <w:jc w:val="both"/>
              <w:rPr>
                <w:sz w:val="28"/>
                <w:szCs w:val="28"/>
                <w:lang w:val="kk-KZ"/>
              </w:rPr>
            </w:pPr>
            <w:r w:rsidRPr="00FA1D49">
              <w:rPr>
                <w:sz w:val="28"/>
                <w:szCs w:val="28"/>
                <w:lang w:val="kk-KZ"/>
              </w:rPr>
              <w:t>520</w:t>
            </w:r>
          </w:p>
        </w:tc>
        <w:tc>
          <w:tcPr>
            <w:tcW w:w="1010" w:type="dxa"/>
          </w:tcPr>
          <w:p w14:paraId="751862F6" w14:textId="77777777" w:rsidR="00FA1D49" w:rsidRPr="00FA1D49" w:rsidRDefault="00FA1D49" w:rsidP="00FA1D49">
            <w:pPr>
              <w:jc w:val="both"/>
              <w:rPr>
                <w:sz w:val="28"/>
                <w:szCs w:val="28"/>
                <w:lang w:val="kk-KZ"/>
              </w:rPr>
            </w:pPr>
            <w:r w:rsidRPr="00FA1D49">
              <w:rPr>
                <w:sz w:val="28"/>
                <w:szCs w:val="28"/>
                <w:lang w:val="kk-KZ"/>
              </w:rPr>
              <w:t>243</w:t>
            </w:r>
          </w:p>
        </w:tc>
        <w:tc>
          <w:tcPr>
            <w:tcW w:w="822" w:type="dxa"/>
          </w:tcPr>
          <w:p w14:paraId="43995C72" w14:textId="77777777" w:rsidR="00FA1D49" w:rsidRPr="00FA1D49" w:rsidRDefault="00FA1D49" w:rsidP="00FA1D49">
            <w:pPr>
              <w:jc w:val="both"/>
              <w:rPr>
                <w:sz w:val="28"/>
                <w:szCs w:val="28"/>
                <w:lang w:val="kk-KZ"/>
              </w:rPr>
            </w:pPr>
            <w:r w:rsidRPr="00FA1D49">
              <w:rPr>
                <w:sz w:val="28"/>
                <w:szCs w:val="28"/>
                <w:lang w:val="kk-KZ"/>
              </w:rPr>
              <w:t>146</w:t>
            </w:r>
          </w:p>
        </w:tc>
        <w:tc>
          <w:tcPr>
            <w:tcW w:w="850" w:type="dxa"/>
          </w:tcPr>
          <w:p w14:paraId="6D7C5C99" w14:textId="77777777" w:rsidR="00FA1D49" w:rsidRPr="00FA1D49" w:rsidRDefault="00FA1D49" w:rsidP="00FA1D49">
            <w:pPr>
              <w:jc w:val="both"/>
              <w:rPr>
                <w:sz w:val="28"/>
                <w:szCs w:val="28"/>
                <w:lang w:val="kk-KZ"/>
              </w:rPr>
            </w:pPr>
            <w:r w:rsidRPr="00FA1D49">
              <w:rPr>
                <w:sz w:val="28"/>
                <w:szCs w:val="28"/>
                <w:lang w:val="kk-KZ"/>
              </w:rPr>
              <w:t>51</w:t>
            </w:r>
          </w:p>
        </w:tc>
        <w:tc>
          <w:tcPr>
            <w:tcW w:w="1815" w:type="dxa"/>
          </w:tcPr>
          <w:p w14:paraId="56F95BF5" w14:textId="77777777" w:rsidR="00FA1D49" w:rsidRPr="00FA1D49" w:rsidRDefault="00FA1D49" w:rsidP="00FA1D49">
            <w:pPr>
              <w:jc w:val="both"/>
              <w:rPr>
                <w:sz w:val="28"/>
                <w:szCs w:val="28"/>
                <w:lang w:val="kk-KZ"/>
              </w:rPr>
            </w:pPr>
            <w:r w:rsidRPr="00FA1D49">
              <w:rPr>
                <w:sz w:val="28"/>
                <w:szCs w:val="28"/>
                <w:lang w:val="kk-KZ"/>
              </w:rPr>
              <w:t>78</w:t>
            </w:r>
          </w:p>
        </w:tc>
        <w:tc>
          <w:tcPr>
            <w:tcW w:w="672" w:type="dxa"/>
          </w:tcPr>
          <w:p w14:paraId="3749A1F1" w14:textId="77777777" w:rsidR="00FA1D49" w:rsidRPr="00FA1D49" w:rsidRDefault="00FA1D49" w:rsidP="00FA1D49">
            <w:pPr>
              <w:jc w:val="both"/>
              <w:rPr>
                <w:sz w:val="28"/>
                <w:szCs w:val="28"/>
                <w:lang w:val="kk-KZ"/>
              </w:rPr>
            </w:pPr>
            <w:r w:rsidRPr="00FA1D49">
              <w:rPr>
                <w:sz w:val="28"/>
                <w:szCs w:val="28"/>
                <w:lang w:val="kk-KZ"/>
              </w:rPr>
              <w:t>2</w:t>
            </w:r>
          </w:p>
        </w:tc>
        <w:tc>
          <w:tcPr>
            <w:tcW w:w="1482" w:type="dxa"/>
          </w:tcPr>
          <w:p w14:paraId="1ED66F86" w14:textId="77777777" w:rsidR="00FA1D49" w:rsidRPr="00FA1D49" w:rsidRDefault="00FA1D49" w:rsidP="00FA1D49">
            <w:pPr>
              <w:jc w:val="both"/>
              <w:rPr>
                <w:sz w:val="28"/>
                <w:szCs w:val="28"/>
                <w:lang w:val="kk-KZ"/>
              </w:rPr>
            </w:pPr>
            <w:r w:rsidRPr="00FA1D49">
              <w:rPr>
                <w:sz w:val="28"/>
                <w:szCs w:val="28"/>
                <w:lang w:val="kk-KZ"/>
              </w:rPr>
              <w:t>97</w:t>
            </w:r>
          </w:p>
        </w:tc>
      </w:tr>
      <w:tr w:rsidR="00FA1D49" w:rsidRPr="00FA1D49" w14:paraId="291CEC2F" w14:textId="77777777" w:rsidTr="00FA1D49">
        <w:tc>
          <w:tcPr>
            <w:tcW w:w="1218" w:type="dxa"/>
          </w:tcPr>
          <w:p w14:paraId="2ADEE07F" w14:textId="77777777" w:rsidR="00FA1D49" w:rsidRPr="00FA1D49" w:rsidRDefault="00FA1D49" w:rsidP="00FA1D49">
            <w:pPr>
              <w:jc w:val="both"/>
              <w:rPr>
                <w:sz w:val="28"/>
                <w:szCs w:val="28"/>
                <w:lang w:val="kk-KZ"/>
              </w:rPr>
            </w:pPr>
            <w:r w:rsidRPr="00FA1D49">
              <w:rPr>
                <w:sz w:val="28"/>
                <w:szCs w:val="28"/>
              </w:rPr>
              <w:t>202</w:t>
            </w:r>
            <w:r w:rsidRPr="00FA1D49">
              <w:rPr>
                <w:sz w:val="28"/>
                <w:szCs w:val="28"/>
                <w:lang w:val="kk-KZ"/>
              </w:rPr>
              <w:t>4</w:t>
            </w:r>
            <w:r w:rsidRPr="00FA1D49">
              <w:rPr>
                <w:sz w:val="28"/>
                <w:szCs w:val="28"/>
              </w:rPr>
              <w:t>-202</w:t>
            </w:r>
            <w:r w:rsidRPr="00FA1D49">
              <w:rPr>
                <w:sz w:val="28"/>
                <w:szCs w:val="28"/>
                <w:lang w:val="kk-KZ"/>
              </w:rPr>
              <w:t>5</w:t>
            </w:r>
          </w:p>
        </w:tc>
        <w:tc>
          <w:tcPr>
            <w:tcW w:w="1289" w:type="dxa"/>
          </w:tcPr>
          <w:p w14:paraId="43574460" w14:textId="77777777" w:rsidR="00FA1D49" w:rsidRPr="00FA1D49" w:rsidRDefault="00FA1D49" w:rsidP="00FA1D49">
            <w:pPr>
              <w:jc w:val="both"/>
              <w:rPr>
                <w:sz w:val="28"/>
                <w:szCs w:val="28"/>
                <w:lang w:val="kk-KZ"/>
              </w:rPr>
            </w:pPr>
            <w:r w:rsidRPr="00FA1D49">
              <w:rPr>
                <w:sz w:val="28"/>
                <w:szCs w:val="28"/>
                <w:lang w:val="kk-KZ"/>
              </w:rPr>
              <w:t>945</w:t>
            </w:r>
          </w:p>
        </w:tc>
        <w:tc>
          <w:tcPr>
            <w:tcW w:w="895" w:type="dxa"/>
          </w:tcPr>
          <w:p w14:paraId="05E6E15C" w14:textId="77777777" w:rsidR="00FA1D49" w:rsidRPr="00FA1D49" w:rsidRDefault="00FA1D49" w:rsidP="00FA1D49">
            <w:pPr>
              <w:jc w:val="both"/>
              <w:rPr>
                <w:sz w:val="28"/>
                <w:szCs w:val="28"/>
                <w:lang w:val="kk-KZ"/>
              </w:rPr>
            </w:pPr>
            <w:r w:rsidRPr="00FA1D49">
              <w:rPr>
                <w:sz w:val="28"/>
                <w:szCs w:val="28"/>
                <w:lang w:val="kk-KZ"/>
              </w:rPr>
              <w:t>540</w:t>
            </w:r>
          </w:p>
        </w:tc>
        <w:tc>
          <w:tcPr>
            <w:tcW w:w="1010" w:type="dxa"/>
          </w:tcPr>
          <w:p w14:paraId="056028AB" w14:textId="77777777" w:rsidR="00FA1D49" w:rsidRPr="00FA1D49" w:rsidRDefault="00FA1D49" w:rsidP="00FA1D49">
            <w:pPr>
              <w:jc w:val="both"/>
              <w:rPr>
                <w:sz w:val="28"/>
                <w:szCs w:val="28"/>
                <w:lang w:val="kk-KZ"/>
              </w:rPr>
            </w:pPr>
            <w:r w:rsidRPr="00FA1D49">
              <w:rPr>
                <w:sz w:val="28"/>
                <w:szCs w:val="28"/>
                <w:lang w:val="kk-KZ"/>
              </w:rPr>
              <w:t>210</w:t>
            </w:r>
          </w:p>
        </w:tc>
        <w:tc>
          <w:tcPr>
            <w:tcW w:w="822" w:type="dxa"/>
          </w:tcPr>
          <w:p w14:paraId="5504DBF8" w14:textId="77777777" w:rsidR="00FA1D49" w:rsidRPr="00FA1D49" w:rsidRDefault="00FA1D49" w:rsidP="00FA1D49">
            <w:pPr>
              <w:jc w:val="both"/>
              <w:rPr>
                <w:sz w:val="28"/>
                <w:szCs w:val="28"/>
                <w:lang w:val="kk-KZ"/>
              </w:rPr>
            </w:pPr>
            <w:r w:rsidRPr="00FA1D49">
              <w:rPr>
                <w:sz w:val="28"/>
                <w:szCs w:val="28"/>
                <w:lang w:val="kk-KZ"/>
              </w:rPr>
              <w:t>120</w:t>
            </w:r>
          </w:p>
        </w:tc>
        <w:tc>
          <w:tcPr>
            <w:tcW w:w="850" w:type="dxa"/>
          </w:tcPr>
          <w:p w14:paraId="3677AD9C" w14:textId="77777777" w:rsidR="00FA1D49" w:rsidRPr="00FA1D49" w:rsidRDefault="00FA1D49" w:rsidP="00FA1D49">
            <w:pPr>
              <w:jc w:val="both"/>
              <w:rPr>
                <w:sz w:val="28"/>
                <w:szCs w:val="28"/>
                <w:lang w:val="kk-KZ"/>
              </w:rPr>
            </w:pPr>
            <w:r w:rsidRPr="00FA1D49">
              <w:rPr>
                <w:sz w:val="28"/>
                <w:szCs w:val="28"/>
                <w:lang w:val="kk-KZ"/>
              </w:rPr>
              <w:t>123</w:t>
            </w:r>
          </w:p>
        </w:tc>
        <w:tc>
          <w:tcPr>
            <w:tcW w:w="1815" w:type="dxa"/>
          </w:tcPr>
          <w:p w14:paraId="284BFE75" w14:textId="77777777" w:rsidR="00FA1D49" w:rsidRPr="00FA1D49" w:rsidRDefault="00FA1D49" w:rsidP="00FA1D49">
            <w:pPr>
              <w:jc w:val="both"/>
              <w:rPr>
                <w:sz w:val="28"/>
                <w:szCs w:val="28"/>
                <w:lang w:val="kk-KZ"/>
              </w:rPr>
            </w:pPr>
            <w:r w:rsidRPr="00FA1D49">
              <w:rPr>
                <w:sz w:val="28"/>
                <w:szCs w:val="28"/>
                <w:lang w:val="kk-KZ"/>
              </w:rPr>
              <w:t>80</w:t>
            </w:r>
          </w:p>
        </w:tc>
        <w:tc>
          <w:tcPr>
            <w:tcW w:w="672" w:type="dxa"/>
          </w:tcPr>
          <w:p w14:paraId="066D9E9B" w14:textId="77777777" w:rsidR="00FA1D49" w:rsidRPr="00FA1D49" w:rsidRDefault="00FA1D49" w:rsidP="00FA1D49">
            <w:pPr>
              <w:jc w:val="both"/>
              <w:rPr>
                <w:sz w:val="28"/>
                <w:szCs w:val="28"/>
                <w:lang w:val="kk-KZ"/>
              </w:rPr>
            </w:pPr>
            <w:r w:rsidRPr="00FA1D49">
              <w:rPr>
                <w:sz w:val="28"/>
                <w:szCs w:val="28"/>
                <w:lang w:val="kk-KZ"/>
              </w:rPr>
              <w:t>7</w:t>
            </w:r>
          </w:p>
        </w:tc>
        <w:tc>
          <w:tcPr>
            <w:tcW w:w="1482" w:type="dxa"/>
          </w:tcPr>
          <w:p w14:paraId="366A5A74" w14:textId="77777777" w:rsidR="00FA1D49" w:rsidRPr="00FA1D49" w:rsidRDefault="00FA1D49" w:rsidP="00FA1D49">
            <w:pPr>
              <w:jc w:val="both"/>
              <w:rPr>
                <w:sz w:val="28"/>
                <w:szCs w:val="28"/>
                <w:lang w:val="kk-KZ"/>
              </w:rPr>
            </w:pPr>
            <w:r w:rsidRPr="00FA1D49">
              <w:rPr>
                <w:sz w:val="28"/>
                <w:szCs w:val="28"/>
                <w:lang w:val="kk-KZ"/>
              </w:rPr>
              <w:t>99,7</w:t>
            </w:r>
          </w:p>
        </w:tc>
      </w:tr>
      <w:tr w:rsidR="00FA1D49" w:rsidRPr="00FA1D49" w14:paraId="49DF7E60" w14:textId="77777777" w:rsidTr="00FA1D49">
        <w:tc>
          <w:tcPr>
            <w:tcW w:w="1218" w:type="dxa"/>
          </w:tcPr>
          <w:p w14:paraId="559D8AF5" w14:textId="77777777" w:rsidR="00FA1D49" w:rsidRPr="00FA1D49" w:rsidRDefault="00FA1D49" w:rsidP="00FA1D49">
            <w:pPr>
              <w:jc w:val="both"/>
              <w:rPr>
                <w:sz w:val="28"/>
                <w:szCs w:val="28"/>
                <w:lang w:val="kk-KZ"/>
              </w:rPr>
            </w:pPr>
            <w:r w:rsidRPr="00FA1D49">
              <w:rPr>
                <w:sz w:val="28"/>
                <w:szCs w:val="28"/>
              </w:rPr>
              <w:t>202</w:t>
            </w:r>
            <w:r w:rsidRPr="00FA1D49">
              <w:rPr>
                <w:sz w:val="28"/>
                <w:szCs w:val="28"/>
                <w:lang w:val="kk-KZ"/>
              </w:rPr>
              <w:t>5</w:t>
            </w:r>
            <w:r w:rsidRPr="00FA1D49">
              <w:rPr>
                <w:sz w:val="28"/>
                <w:szCs w:val="28"/>
              </w:rPr>
              <w:t>-202</w:t>
            </w:r>
            <w:r w:rsidRPr="00FA1D49">
              <w:rPr>
                <w:sz w:val="28"/>
                <w:szCs w:val="28"/>
                <w:lang w:val="kk-KZ"/>
              </w:rPr>
              <w:t>6</w:t>
            </w:r>
          </w:p>
        </w:tc>
        <w:tc>
          <w:tcPr>
            <w:tcW w:w="1289" w:type="dxa"/>
          </w:tcPr>
          <w:p w14:paraId="17E8C893" w14:textId="77777777" w:rsidR="00FA1D49" w:rsidRPr="00FA1D49" w:rsidRDefault="00FA1D49" w:rsidP="00FA1D49">
            <w:pPr>
              <w:jc w:val="both"/>
              <w:rPr>
                <w:sz w:val="28"/>
                <w:szCs w:val="28"/>
                <w:highlight w:val="yellow"/>
                <w:lang w:val="kk-KZ"/>
              </w:rPr>
            </w:pPr>
            <w:r w:rsidRPr="00FA1D49">
              <w:rPr>
                <w:sz w:val="28"/>
                <w:szCs w:val="28"/>
                <w:lang w:val="kk-KZ"/>
              </w:rPr>
              <w:t>990</w:t>
            </w:r>
          </w:p>
        </w:tc>
        <w:tc>
          <w:tcPr>
            <w:tcW w:w="895" w:type="dxa"/>
          </w:tcPr>
          <w:p w14:paraId="586374A3" w14:textId="77777777" w:rsidR="00FA1D49" w:rsidRPr="00FA1D49" w:rsidRDefault="00FA1D49" w:rsidP="00FA1D49">
            <w:pPr>
              <w:jc w:val="both"/>
              <w:rPr>
                <w:sz w:val="28"/>
                <w:szCs w:val="28"/>
                <w:highlight w:val="yellow"/>
                <w:lang w:val="kk-KZ"/>
              </w:rPr>
            </w:pPr>
            <w:r w:rsidRPr="00FA1D49">
              <w:rPr>
                <w:color w:val="1F1F1F"/>
                <w:sz w:val="28"/>
                <w:szCs w:val="28"/>
                <w:lang w:val="kk-KZ" w:eastAsia="ru-RU"/>
              </w:rPr>
              <w:t>534</w:t>
            </w:r>
          </w:p>
        </w:tc>
        <w:tc>
          <w:tcPr>
            <w:tcW w:w="1010" w:type="dxa"/>
          </w:tcPr>
          <w:p w14:paraId="7A7E64C2" w14:textId="77777777" w:rsidR="00FA1D49" w:rsidRPr="00FA1D49" w:rsidRDefault="00FA1D49" w:rsidP="00FA1D49">
            <w:pPr>
              <w:jc w:val="both"/>
              <w:rPr>
                <w:sz w:val="28"/>
                <w:szCs w:val="28"/>
                <w:lang w:val="kk-KZ"/>
              </w:rPr>
            </w:pPr>
            <w:r w:rsidRPr="00FA1D49">
              <w:rPr>
                <w:sz w:val="28"/>
                <w:szCs w:val="28"/>
                <w:lang w:val="kk-KZ"/>
              </w:rPr>
              <w:t>190</w:t>
            </w:r>
          </w:p>
        </w:tc>
        <w:tc>
          <w:tcPr>
            <w:tcW w:w="822" w:type="dxa"/>
          </w:tcPr>
          <w:p w14:paraId="5DEC549F" w14:textId="77777777" w:rsidR="00FA1D49" w:rsidRPr="00FA1D49" w:rsidRDefault="00FA1D49" w:rsidP="00FA1D49">
            <w:pPr>
              <w:jc w:val="both"/>
              <w:rPr>
                <w:sz w:val="28"/>
                <w:szCs w:val="28"/>
                <w:lang w:val="kk-KZ"/>
              </w:rPr>
            </w:pPr>
            <w:r w:rsidRPr="00FA1D49">
              <w:rPr>
                <w:sz w:val="28"/>
                <w:szCs w:val="28"/>
                <w:lang w:val="kk-KZ"/>
              </w:rPr>
              <w:t>132</w:t>
            </w:r>
          </w:p>
        </w:tc>
        <w:tc>
          <w:tcPr>
            <w:tcW w:w="850" w:type="dxa"/>
          </w:tcPr>
          <w:p w14:paraId="4E773233" w14:textId="77777777" w:rsidR="00FA1D49" w:rsidRPr="00FA1D49" w:rsidRDefault="00FA1D49" w:rsidP="00FA1D49">
            <w:pPr>
              <w:jc w:val="both"/>
              <w:rPr>
                <w:sz w:val="28"/>
                <w:szCs w:val="28"/>
                <w:lang w:val="kk-KZ"/>
              </w:rPr>
            </w:pPr>
            <w:r w:rsidRPr="00FA1D49">
              <w:rPr>
                <w:sz w:val="28"/>
                <w:szCs w:val="28"/>
                <w:lang w:val="kk-KZ"/>
              </w:rPr>
              <w:t>107</w:t>
            </w:r>
          </w:p>
        </w:tc>
        <w:tc>
          <w:tcPr>
            <w:tcW w:w="1815" w:type="dxa"/>
          </w:tcPr>
          <w:p w14:paraId="4DCDB195" w14:textId="77777777" w:rsidR="00FA1D49" w:rsidRPr="00FA1D49" w:rsidRDefault="00FA1D49" w:rsidP="00FA1D49">
            <w:pPr>
              <w:jc w:val="both"/>
              <w:rPr>
                <w:sz w:val="28"/>
                <w:szCs w:val="28"/>
                <w:lang w:val="kk-KZ"/>
              </w:rPr>
            </w:pPr>
            <w:r w:rsidRPr="00FA1D49">
              <w:rPr>
                <w:sz w:val="28"/>
                <w:szCs w:val="28"/>
                <w:lang w:val="kk-KZ"/>
              </w:rPr>
              <w:t>80</w:t>
            </w:r>
          </w:p>
        </w:tc>
        <w:tc>
          <w:tcPr>
            <w:tcW w:w="672" w:type="dxa"/>
          </w:tcPr>
          <w:p w14:paraId="67227FE9" w14:textId="77777777" w:rsidR="00FA1D49" w:rsidRPr="00FA1D49" w:rsidRDefault="00FA1D49" w:rsidP="00FA1D49">
            <w:pPr>
              <w:jc w:val="both"/>
              <w:rPr>
                <w:sz w:val="28"/>
                <w:szCs w:val="28"/>
                <w:lang w:val="kk-KZ"/>
              </w:rPr>
            </w:pPr>
            <w:r w:rsidRPr="00FA1D49">
              <w:rPr>
                <w:sz w:val="28"/>
                <w:szCs w:val="28"/>
                <w:lang w:val="kk-KZ"/>
              </w:rPr>
              <w:t>25</w:t>
            </w:r>
          </w:p>
        </w:tc>
        <w:tc>
          <w:tcPr>
            <w:tcW w:w="1482" w:type="dxa"/>
          </w:tcPr>
          <w:p w14:paraId="3192053B" w14:textId="77777777" w:rsidR="00FA1D49" w:rsidRPr="00FA1D49" w:rsidRDefault="00FA1D49" w:rsidP="00FA1D49">
            <w:pPr>
              <w:jc w:val="both"/>
              <w:rPr>
                <w:sz w:val="28"/>
                <w:szCs w:val="28"/>
                <w:lang w:val="kk-KZ"/>
              </w:rPr>
            </w:pPr>
            <w:r w:rsidRPr="00FA1D49">
              <w:rPr>
                <w:sz w:val="28"/>
                <w:szCs w:val="28"/>
                <w:lang w:val="kk-KZ"/>
              </w:rPr>
              <w:t>99,7</w:t>
            </w:r>
          </w:p>
        </w:tc>
      </w:tr>
    </w:tbl>
    <w:p w14:paraId="1E000FD4" w14:textId="77777777" w:rsidR="00FA1D49" w:rsidRPr="00FA1D49" w:rsidRDefault="00FA1D49" w:rsidP="00FA1D49">
      <w:pPr>
        <w:jc w:val="both"/>
        <w:rPr>
          <w:color w:val="000000"/>
          <w:sz w:val="28"/>
          <w:szCs w:val="28"/>
          <w:lang w:val="kk-KZ"/>
        </w:rPr>
      </w:pPr>
    </w:p>
    <w:p w14:paraId="036C0186" w14:textId="77777777" w:rsidR="00FA1D49" w:rsidRPr="00FA1D49" w:rsidRDefault="00FA1D49" w:rsidP="00FA1D49">
      <w:pPr>
        <w:jc w:val="both"/>
        <w:rPr>
          <w:color w:val="000000"/>
          <w:sz w:val="28"/>
          <w:szCs w:val="28"/>
          <w:lang w:val="kk-KZ"/>
        </w:rPr>
      </w:pPr>
    </w:p>
    <w:p w14:paraId="61832C6C" w14:textId="77777777" w:rsidR="00FA1D49" w:rsidRPr="00FA1D49" w:rsidRDefault="00FA1D49" w:rsidP="00FA1D49">
      <w:pPr>
        <w:shd w:val="clear" w:color="auto" w:fill="FFFFFF"/>
        <w:jc w:val="both"/>
        <w:rPr>
          <w:b/>
          <w:color w:val="002060"/>
          <w:sz w:val="28"/>
          <w:szCs w:val="28"/>
          <w:lang w:val="kk-KZ"/>
        </w:rPr>
      </w:pPr>
      <w:r w:rsidRPr="00FA1D49">
        <w:rPr>
          <w:b/>
          <w:noProof/>
          <w:color w:val="002060"/>
          <w:sz w:val="28"/>
          <w:szCs w:val="28"/>
          <w:lang w:eastAsia="ru-RU"/>
        </w:rPr>
        <w:drawing>
          <wp:anchor distT="0" distB="0" distL="114300" distR="114300" simplePos="0" relativeHeight="251704832" behindDoc="1" locked="0" layoutInCell="1" allowOverlap="1" wp14:anchorId="07B2E2A1" wp14:editId="74AD0018">
            <wp:simplePos x="0" y="0"/>
            <wp:positionH relativeFrom="column">
              <wp:posOffset>-1270</wp:posOffset>
            </wp:positionH>
            <wp:positionV relativeFrom="paragraph">
              <wp:posOffset>-3810</wp:posOffset>
            </wp:positionV>
            <wp:extent cx="982980" cy="685800"/>
            <wp:effectExtent l="0" t="0" r="7620" b="0"/>
            <wp:wrapThrough wrapText="bothSides">
              <wp:wrapPolygon edited="0">
                <wp:start x="7953" y="0"/>
                <wp:lineTo x="5023" y="1200"/>
                <wp:lineTo x="0" y="7200"/>
                <wp:lineTo x="0" y="13200"/>
                <wp:lineTo x="4186" y="19800"/>
                <wp:lineTo x="7535" y="21000"/>
                <wp:lineTo x="13814" y="21000"/>
                <wp:lineTo x="17163" y="19800"/>
                <wp:lineTo x="21349" y="13200"/>
                <wp:lineTo x="21349" y="7200"/>
                <wp:lineTo x="16326" y="1200"/>
                <wp:lineTo x="13395" y="0"/>
                <wp:lineTo x="7953" y="0"/>
              </wp:wrapPolygon>
            </wp:wrapThrough>
            <wp:docPr id="15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63">
                      <a:extLst>
                        <a:ext uri="{28A0092B-C50C-407E-A947-70E740481C1C}">
                          <a14:useLocalDpi xmlns:a14="http://schemas.microsoft.com/office/drawing/2010/main" val="0"/>
                        </a:ext>
                      </a:extLst>
                    </a:blip>
                    <a:srcRect/>
                    <a:stretch>
                      <a:fillRect/>
                    </a:stretch>
                  </pic:blipFill>
                  <pic:spPr bwMode="auto">
                    <a:xfrm>
                      <a:off x="0" y="0"/>
                      <a:ext cx="982980" cy="685800"/>
                    </a:xfrm>
                    <a:prstGeom prst="rect">
                      <a:avLst/>
                    </a:prstGeom>
                    <a:noFill/>
                  </pic:spPr>
                </pic:pic>
              </a:graphicData>
            </a:graphic>
            <wp14:sizeRelH relativeFrom="page">
              <wp14:pctWidth>0</wp14:pctWidth>
            </wp14:sizeRelH>
            <wp14:sizeRelV relativeFrom="page">
              <wp14:pctHeight>0</wp14:pctHeight>
            </wp14:sizeRelV>
          </wp:anchor>
        </w:drawing>
      </w:r>
      <w:r w:rsidRPr="00FA1D49">
        <w:rPr>
          <w:b/>
          <w:color w:val="002060"/>
          <w:sz w:val="28"/>
          <w:szCs w:val="28"/>
          <w:lang w:val="kk-KZ"/>
        </w:rPr>
        <w:t>Қарағанды облысы білім басқармасының Қарағанды қаласы білім бөлімінің "№14 мектеп- гимназиясы" коммуналдық мемлекеттік мекемесі</w:t>
      </w:r>
    </w:p>
    <w:p w14:paraId="004C14AA" w14:textId="77777777" w:rsidR="00FA1D49" w:rsidRPr="00FA1D49" w:rsidRDefault="00FA1D49" w:rsidP="00FA1D49">
      <w:pPr>
        <w:ind w:firstLine="567"/>
        <w:jc w:val="both"/>
        <w:rPr>
          <w:color w:val="000000"/>
          <w:sz w:val="28"/>
          <w:szCs w:val="28"/>
          <w:lang w:val="kk-KZ"/>
        </w:rPr>
      </w:pPr>
      <w:r w:rsidRPr="00FA1D49">
        <w:rPr>
          <w:color w:val="002060"/>
          <w:sz w:val="28"/>
          <w:szCs w:val="28"/>
          <w:lang w:val="kk-KZ"/>
        </w:rPr>
        <w:t xml:space="preserve">      https://kargoo.kz/index/fromorg/231</w:t>
      </w:r>
    </w:p>
    <w:p w14:paraId="01C160AE" w14:textId="77777777" w:rsidR="00FA1D49" w:rsidRPr="00FA1D49" w:rsidRDefault="00FA1D49" w:rsidP="00FA1D49">
      <w:pPr>
        <w:ind w:firstLine="567"/>
        <w:jc w:val="both"/>
        <w:rPr>
          <w:color w:val="000000"/>
          <w:sz w:val="28"/>
          <w:szCs w:val="28"/>
          <w:lang w:val="kk-KZ"/>
        </w:rPr>
      </w:pPr>
    </w:p>
    <w:p w14:paraId="72A6990C" w14:textId="77777777" w:rsidR="00FA1D49" w:rsidRPr="00FA1D49" w:rsidRDefault="00FA1D49" w:rsidP="00FA1D49">
      <w:pPr>
        <w:ind w:firstLine="567"/>
        <w:jc w:val="both"/>
        <w:rPr>
          <w:color w:val="000000"/>
          <w:sz w:val="28"/>
          <w:szCs w:val="28"/>
          <w:lang w:val="kk-KZ"/>
        </w:rPr>
      </w:pPr>
      <w:r w:rsidRPr="00FA1D49">
        <w:rPr>
          <w:noProof/>
          <w:color w:val="000000"/>
          <w:sz w:val="28"/>
          <w:szCs w:val="28"/>
          <w:lang w:eastAsia="ru-RU"/>
        </w:rPr>
        <w:drawing>
          <wp:anchor distT="0" distB="0" distL="114300" distR="114300" simplePos="0" relativeHeight="251715072" behindDoc="1" locked="0" layoutInCell="1" allowOverlap="1" wp14:anchorId="2BE98F1B" wp14:editId="3A23D859">
            <wp:simplePos x="0" y="0"/>
            <wp:positionH relativeFrom="column">
              <wp:posOffset>2345690</wp:posOffset>
            </wp:positionH>
            <wp:positionV relativeFrom="paragraph">
              <wp:posOffset>57785</wp:posOffset>
            </wp:positionV>
            <wp:extent cx="1623060" cy="966470"/>
            <wp:effectExtent l="0" t="0" r="0" b="5080"/>
            <wp:wrapThrough wrapText="bothSides">
              <wp:wrapPolygon edited="0">
                <wp:start x="0" y="0"/>
                <wp:lineTo x="0" y="21288"/>
                <wp:lineTo x="21296" y="21288"/>
                <wp:lineTo x="21296" y="0"/>
                <wp:lineTo x="0" y="0"/>
              </wp:wrapPolygon>
            </wp:wrapThrough>
            <wp:docPr id="162"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92">
                      <a:extLst>
                        <a:ext uri="{28A0092B-C50C-407E-A947-70E740481C1C}">
                          <a14:useLocalDpi xmlns:a14="http://schemas.microsoft.com/office/drawing/2010/main" val="0"/>
                        </a:ext>
                      </a:extLst>
                    </a:blip>
                    <a:srcRect/>
                    <a:stretch>
                      <a:fillRect/>
                    </a:stretch>
                  </pic:blipFill>
                  <pic:spPr bwMode="auto">
                    <a:xfrm>
                      <a:off x="0" y="0"/>
                      <a:ext cx="1623060" cy="966470"/>
                    </a:xfrm>
                    <a:prstGeom prst="rect">
                      <a:avLst/>
                    </a:prstGeom>
                    <a:noFill/>
                  </pic:spPr>
                </pic:pic>
              </a:graphicData>
            </a:graphic>
            <wp14:sizeRelH relativeFrom="page">
              <wp14:pctWidth>0</wp14:pctWidth>
            </wp14:sizeRelH>
            <wp14:sizeRelV relativeFrom="page">
              <wp14:pctHeight>0</wp14:pctHeight>
            </wp14:sizeRelV>
          </wp:anchor>
        </w:drawing>
      </w:r>
      <w:r w:rsidRPr="00FA1D49">
        <w:rPr>
          <w:noProof/>
          <w:sz w:val="28"/>
          <w:szCs w:val="28"/>
          <w:lang w:eastAsia="ru-RU"/>
        </w:rPr>
        <w:drawing>
          <wp:anchor distT="0" distB="0" distL="114300" distR="114300" simplePos="0" relativeHeight="251709952" behindDoc="1" locked="0" layoutInCell="1" allowOverlap="1" wp14:anchorId="0C2FAA7F" wp14:editId="1BAC8DA6">
            <wp:simplePos x="0" y="0"/>
            <wp:positionH relativeFrom="column">
              <wp:posOffset>349250</wp:posOffset>
            </wp:positionH>
            <wp:positionV relativeFrom="paragraph">
              <wp:posOffset>73025</wp:posOffset>
            </wp:positionV>
            <wp:extent cx="1798320" cy="883920"/>
            <wp:effectExtent l="0" t="0" r="0" b="0"/>
            <wp:wrapThrough wrapText="bothSides">
              <wp:wrapPolygon edited="0">
                <wp:start x="0" y="0"/>
                <wp:lineTo x="0" y="20948"/>
                <wp:lineTo x="21280" y="20948"/>
                <wp:lineTo x="21280" y="0"/>
                <wp:lineTo x="0" y="0"/>
              </wp:wrapPolygon>
            </wp:wrapThrough>
            <wp:docPr id="156" name="Рисунок 156" descr="C:\Users\3\Desktop\Снимок экрана 2026-09-30 1458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3\Desktop\Снимок экрана 2026-09-30 145806.png"/>
                    <pic:cNvPicPr>
                      <a:picLocks noChangeAspect="1" noChangeArrowheads="1"/>
                    </pic:cNvPicPr>
                  </pic:nvPicPr>
                  <pic:blipFill>
                    <a:blip r:embed="rId893" cstate="print">
                      <a:extLst>
                        <a:ext uri="{28A0092B-C50C-407E-A947-70E740481C1C}">
                          <a14:useLocalDpi xmlns:a14="http://schemas.microsoft.com/office/drawing/2010/main" val="0"/>
                        </a:ext>
                      </a:extLst>
                    </a:blip>
                    <a:srcRect/>
                    <a:stretch>
                      <a:fillRect/>
                    </a:stretch>
                  </pic:blipFill>
                  <pic:spPr bwMode="auto">
                    <a:xfrm>
                      <a:off x="0" y="0"/>
                      <a:ext cx="1798320" cy="8839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C4A6585" w14:textId="77777777" w:rsidR="00FA1D49" w:rsidRPr="00FA1D49" w:rsidRDefault="00FA1D49" w:rsidP="00FA1D49">
      <w:pPr>
        <w:ind w:firstLine="567"/>
        <w:jc w:val="both"/>
        <w:rPr>
          <w:color w:val="000000"/>
          <w:sz w:val="28"/>
          <w:szCs w:val="28"/>
          <w:lang w:val="kk-KZ"/>
        </w:rPr>
      </w:pPr>
    </w:p>
    <w:p w14:paraId="4D258931" w14:textId="77777777" w:rsidR="00FA1D49" w:rsidRPr="00FA1D49" w:rsidRDefault="00FA1D49" w:rsidP="00FA1D49">
      <w:pPr>
        <w:ind w:firstLine="567"/>
        <w:jc w:val="both"/>
        <w:rPr>
          <w:color w:val="000000"/>
          <w:sz w:val="28"/>
          <w:szCs w:val="28"/>
          <w:lang w:val="kk-KZ"/>
        </w:rPr>
      </w:pPr>
    </w:p>
    <w:p w14:paraId="340CE99A" w14:textId="77777777" w:rsidR="00FA1D49" w:rsidRPr="00FA1D49" w:rsidRDefault="00FA1D49" w:rsidP="00FA1D49">
      <w:pPr>
        <w:ind w:firstLine="567"/>
        <w:jc w:val="both"/>
        <w:rPr>
          <w:b/>
          <w:color w:val="000000"/>
          <w:sz w:val="28"/>
          <w:szCs w:val="28"/>
          <w:lang w:val="kk-KZ"/>
        </w:rPr>
      </w:pPr>
    </w:p>
    <w:p w14:paraId="6E6A99C0" w14:textId="77777777" w:rsidR="00FA1D49" w:rsidRPr="00FA1D49" w:rsidRDefault="00FA1D49" w:rsidP="00FA1D49">
      <w:pPr>
        <w:ind w:firstLine="567"/>
        <w:jc w:val="both"/>
        <w:rPr>
          <w:b/>
          <w:color w:val="000000"/>
          <w:sz w:val="28"/>
          <w:szCs w:val="28"/>
          <w:lang w:val="kk-KZ"/>
        </w:rPr>
      </w:pPr>
    </w:p>
    <w:p w14:paraId="0A994EAB" w14:textId="77777777" w:rsidR="00FA1D49" w:rsidRPr="00FA1D49" w:rsidRDefault="00FA1D49" w:rsidP="00FA1D49">
      <w:pPr>
        <w:ind w:firstLine="567"/>
        <w:jc w:val="both"/>
        <w:rPr>
          <w:b/>
          <w:color w:val="000000"/>
          <w:sz w:val="28"/>
          <w:szCs w:val="28"/>
          <w:lang w:val="kk-KZ"/>
        </w:rPr>
      </w:pPr>
    </w:p>
    <w:p w14:paraId="366BA999" w14:textId="77777777" w:rsidR="00FA1D49" w:rsidRPr="00FA1D49" w:rsidRDefault="00FA1D49" w:rsidP="00FA1D49">
      <w:pPr>
        <w:ind w:firstLine="567"/>
        <w:jc w:val="both"/>
        <w:rPr>
          <w:b/>
          <w:color w:val="000000"/>
          <w:sz w:val="28"/>
          <w:szCs w:val="28"/>
          <w:lang w:val="kk-KZ"/>
        </w:rPr>
      </w:pPr>
    </w:p>
    <w:p w14:paraId="5B562441" w14:textId="77777777" w:rsidR="00FA1D49" w:rsidRPr="00FA1D49" w:rsidRDefault="00FA1D49" w:rsidP="00FA1D49">
      <w:pPr>
        <w:ind w:firstLine="567"/>
        <w:jc w:val="both"/>
        <w:rPr>
          <w:b/>
          <w:color w:val="000000"/>
          <w:sz w:val="28"/>
          <w:szCs w:val="28"/>
          <w:lang w:val="kk-KZ"/>
        </w:rPr>
      </w:pPr>
      <w:r w:rsidRPr="00FA1D49">
        <w:rPr>
          <w:b/>
          <w:color w:val="000000"/>
          <w:sz w:val="28"/>
          <w:szCs w:val="28"/>
          <w:lang w:val="kk-KZ"/>
        </w:rPr>
        <w:t>1. Біліктілік талаптарына сәйкес кітапхана қорын (оқулықтармен, оқу-әдістемелік және көркем әдебиеттермен) қамтамасыз ету.</w:t>
      </w:r>
    </w:p>
    <w:p w14:paraId="12B9AB01" w14:textId="77777777" w:rsidR="00FA1D49" w:rsidRPr="00FA1D49" w:rsidRDefault="00FA1D49" w:rsidP="00FA1D49">
      <w:pPr>
        <w:ind w:firstLine="567"/>
        <w:jc w:val="both"/>
        <w:rPr>
          <w:i/>
          <w:color w:val="000000"/>
          <w:sz w:val="28"/>
          <w:szCs w:val="28"/>
          <w:lang w:val="kk-KZ"/>
        </w:rPr>
      </w:pPr>
      <w:r w:rsidRPr="00FA1D49">
        <w:rPr>
          <w:i/>
          <w:color w:val="000000"/>
          <w:sz w:val="28"/>
          <w:szCs w:val="28"/>
          <w:lang w:val="kk-KZ"/>
        </w:rPr>
        <w:t xml:space="preserve"> -бастауыш білім беру ұйымдарының білім беру қызметіне қойылатын біліктілік талаптарын сақтау, негізгі орта және жалпы орта білімнің білім беру бағдарламаларын және олардың сәйкестігін растайтын құжаттар тізбесін. Оқу және көркем әдебиеттің кітапханалық қорының болуы</w:t>
      </w:r>
    </w:p>
    <w:p w14:paraId="77E21396" w14:textId="77777777" w:rsidR="00FA1D49" w:rsidRPr="00FA1D49" w:rsidRDefault="00FA1D49" w:rsidP="00FA1D49">
      <w:pPr>
        <w:ind w:firstLine="567"/>
        <w:jc w:val="both"/>
        <w:rPr>
          <w:i/>
          <w:color w:val="000000"/>
          <w:sz w:val="28"/>
          <w:szCs w:val="28"/>
          <w:lang w:val="kk-KZ"/>
        </w:rPr>
      </w:pPr>
      <w:r w:rsidRPr="00FA1D49">
        <w:rPr>
          <w:i/>
          <w:color w:val="000000"/>
          <w:sz w:val="28"/>
          <w:szCs w:val="28"/>
          <w:lang w:val="kk-KZ"/>
        </w:rPr>
        <w:t>туралы мәліметтер.</w:t>
      </w:r>
    </w:p>
    <w:p w14:paraId="3716539C" w14:textId="77777777" w:rsidR="00FA1D49" w:rsidRPr="00FA1D49" w:rsidRDefault="00FA1D49" w:rsidP="00FA1D49">
      <w:pPr>
        <w:jc w:val="both"/>
        <w:rPr>
          <w:b/>
          <w:color w:val="000000"/>
          <w:sz w:val="28"/>
          <w:szCs w:val="28"/>
          <w:lang w:val="kk-KZ"/>
        </w:rPr>
      </w:pPr>
    </w:p>
    <w:p w14:paraId="6E9253B9" w14:textId="77777777" w:rsidR="00FA1D49" w:rsidRPr="00FA1D49" w:rsidRDefault="00FA1D49" w:rsidP="00FA1D49">
      <w:pPr>
        <w:ind w:firstLine="567"/>
        <w:jc w:val="both"/>
        <w:rPr>
          <w:b/>
          <w:color w:val="000000"/>
          <w:sz w:val="28"/>
          <w:szCs w:val="28"/>
          <w:lang w:val="kk-KZ"/>
        </w:rPr>
      </w:pPr>
      <w:r w:rsidRPr="00FA1D49">
        <w:rPr>
          <w:b/>
          <w:color w:val="000000"/>
          <w:sz w:val="28"/>
          <w:szCs w:val="28"/>
          <w:lang w:val="kk-KZ"/>
        </w:rPr>
        <w:lastRenderedPageBreak/>
        <w:t xml:space="preserve">2026-2027 оқу жылы </w:t>
      </w:r>
    </w:p>
    <w:p w14:paraId="7EA2C80E" w14:textId="77777777" w:rsidR="00FA1D49" w:rsidRPr="00FA1D49" w:rsidRDefault="00FA1D49" w:rsidP="00FA1D49">
      <w:pPr>
        <w:ind w:firstLine="567"/>
        <w:jc w:val="both"/>
        <w:rPr>
          <w:color w:val="000000"/>
          <w:sz w:val="28"/>
          <w:szCs w:val="28"/>
          <w:lang w:val="kk-KZ"/>
        </w:rPr>
      </w:pPr>
    </w:p>
    <w:p w14:paraId="45E1B7FF" w14:textId="77777777" w:rsidR="00FA1D49" w:rsidRPr="00FA1D49" w:rsidRDefault="00FA1D49" w:rsidP="00FA1D49">
      <w:pPr>
        <w:jc w:val="both"/>
        <w:rPr>
          <w:sz w:val="28"/>
          <w:szCs w:val="28"/>
          <w:lang w:val="kk-KZ"/>
        </w:rPr>
      </w:pPr>
      <w:r w:rsidRPr="00FA1D49">
        <w:rPr>
          <w:sz w:val="28"/>
          <w:szCs w:val="28"/>
          <w:lang w:val="kk-KZ"/>
        </w:rPr>
        <w:t xml:space="preserve">          2026-2027 оқу жылының мектеп-гимназия кітапханасының қорына 1,3,7 сынып оқушыларына 2036 дана оқулық жалпы соммасы 4 897 600 (төрт миллион  сегіз жүз тоқсан жеті мың алтыжүз) теңгеге жеткізілді. 3 сынып оқулықтарына </w:t>
      </w:r>
      <w:r w:rsidRPr="00FA1D49">
        <w:rPr>
          <w:sz w:val="28"/>
          <w:szCs w:val="28"/>
          <w:lang w:val="kk-KZ" w:eastAsia="ru-RU"/>
        </w:rPr>
        <w:t xml:space="preserve">«Алматыкітап», «Атамұра» баспаларына  </w:t>
      </w:r>
      <w:r w:rsidRPr="00FA1D49">
        <w:rPr>
          <w:sz w:val="28"/>
          <w:szCs w:val="28"/>
          <w:lang w:val="kk-KZ"/>
        </w:rPr>
        <w:t xml:space="preserve">тапсырыс беруіне </w:t>
      </w:r>
      <w:r w:rsidRPr="00FA1D49">
        <w:rPr>
          <w:sz w:val="28"/>
          <w:szCs w:val="28"/>
          <w:lang w:val="kk-KZ" w:eastAsia="ru-RU"/>
        </w:rPr>
        <w:t xml:space="preserve">таңдау жұмыстары цифрлық </w:t>
      </w:r>
      <w:r w:rsidRPr="00FA1D49">
        <w:rPr>
          <w:bCs/>
          <w:sz w:val="28"/>
          <w:szCs w:val="28"/>
          <w:lang w:val="kk-KZ" w:eastAsia="ru-RU"/>
        </w:rPr>
        <w:t>Е-тандау</w:t>
      </w:r>
      <w:r w:rsidRPr="00FA1D49">
        <w:rPr>
          <w:b/>
          <w:bCs/>
          <w:sz w:val="28"/>
          <w:szCs w:val="28"/>
          <w:lang w:val="kk-KZ" w:eastAsia="ru-RU"/>
        </w:rPr>
        <w:t xml:space="preserve"> </w:t>
      </w:r>
      <w:r w:rsidRPr="00FA1D49">
        <w:rPr>
          <w:bCs/>
          <w:sz w:val="28"/>
          <w:szCs w:val="28"/>
          <w:lang w:val="kk-KZ" w:eastAsia="ru-RU"/>
        </w:rPr>
        <w:t>платформасы</w:t>
      </w:r>
      <w:r w:rsidRPr="00FA1D49">
        <w:rPr>
          <w:sz w:val="28"/>
          <w:szCs w:val="28"/>
          <w:lang w:val="kk-KZ" w:eastAsia="ru-RU"/>
        </w:rPr>
        <w:t xml:space="preserve">  бойынша пән мұғалімдерімен  бірлесе отырып   </w:t>
      </w:r>
      <w:r w:rsidRPr="00FA1D49">
        <w:rPr>
          <w:bCs/>
          <w:sz w:val="28"/>
          <w:szCs w:val="28"/>
          <w:lang w:val="kk-KZ" w:eastAsia="ru-RU"/>
        </w:rPr>
        <w:t>ҚР Оқу-ағарту министрінің 2022 жылғы 9 желтоқсандағы №491 бұйрығы</w:t>
      </w:r>
      <w:r w:rsidRPr="00FA1D49">
        <w:rPr>
          <w:sz w:val="28"/>
          <w:szCs w:val="28"/>
          <w:lang w:val="kk-KZ" w:eastAsia="ru-RU"/>
        </w:rPr>
        <w:t xml:space="preserve"> басшылыққа алынып, хаттамасы шығып,</w:t>
      </w:r>
      <w:r w:rsidRPr="00FA1D49">
        <w:rPr>
          <w:sz w:val="28"/>
          <w:szCs w:val="28"/>
          <w:lang w:val="kk-KZ"/>
        </w:rPr>
        <w:t xml:space="preserve"> Қарағанды ​​қалалық білім беру бөліміне  тапсырыс бекітіліп, жеткізілді: Қазақ тілі №1,№2, әдебиеттік оқу №1,2, математика№1,2 дүниетану, музыка. 1 сынып оқушыларына әр пәнінен 138 дана:  математика №1,2,4, жаратылыстану №1,2 әліппе №1,2,3 ана тілі №1,2 дүниетану жұмыс дәптерлері жеткізілді.  7 сыныптарға «Мектеп» баспасынан дүние жүзі тарихы  пәні 99 данасы келіп жетті. </w:t>
      </w:r>
    </w:p>
    <w:p w14:paraId="7F5C95AA" w14:textId="77777777" w:rsidR="00FA1D49" w:rsidRPr="00FA1D49" w:rsidRDefault="00FA1D49" w:rsidP="00FA1D49">
      <w:pPr>
        <w:jc w:val="both"/>
        <w:rPr>
          <w:sz w:val="28"/>
          <w:szCs w:val="28"/>
          <w:lang w:val="kk-KZ" w:eastAsia="ru-RU"/>
        </w:rPr>
      </w:pPr>
      <w:r w:rsidRPr="00FA1D49">
        <w:rPr>
          <w:sz w:val="28"/>
          <w:szCs w:val="28"/>
          <w:lang w:val="kk-KZ"/>
        </w:rPr>
        <w:t xml:space="preserve">          Кітапхана қорына: 32584 дана оқулық бар. Оқушылар «Атамұра», «Алматыкітап», «Мектеп» баспаларынан білім алуда. Мектебіміздің   барлық   1-11 сынып оқушылары оқулықтармен 100%-ға қамтылған.</w:t>
      </w:r>
    </w:p>
    <w:p w14:paraId="1DE68768" w14:textId="77777777" w:rsidR="00FA1D49" w:rsidRPr="00FA1D49" w:rsidRDefault="00FA1D49" w:rsidP="00FA1D49">
      <w:pPr>
        <w:pStyle w:val="81"/>
        <w:spacing w:line="240" w:lineRule="auto"/>
        <w:ind w:hanging="284"/>
        <w:rPr>
          <w:rFonts w:eastAsiaTheme="majorEastAsia"/>
          <w:sz w:val="28"/>
          <w:szCs w:val="28"/>
          <w:lang w:val="kk-KZ"/>
        </w:rPr>
      </w:pPr>
      <w:r w:rsidRPr="00FA1D49">
        <w:rPr>
          <w:sz w:val="28"/>
          <w:szCs w:val="28"/>
          <w:lang w:val="kk-KZ"/>
        </w:rPr>
        <w:t xml:space="preserve">     </w:t>
      </w:r>
      <w:r w:rsidRPr="00FA1D49">
        <w:rPr>
          <w:color w:val="1F1F1F"/>
          <w:sz w:val="28"/>
          <w:szCs w:val="28"/>
          <w:lang w:val="kk-KZ" w:eastAsia="ru-RU"/>
        </w:rPr>
        <w:t>Кітапхана қорын сақтау мақсатында  оқушыларға оқулық кітаптарын ұқыпты, таза ұстауға тәрбиелеу жұмыстары жүргізіліп кітапхана ережесімен тәртіптері ескеріліп,  бақылауға алынған.</w:t>
      </w:r>
      <w:r w:rsidRPr="00FA1D49">
        <w:rPr>
          <w:rFonts w:eastAsiaTheme="majorEastAsia"/>
          <w:sz w:val="28"/>
          <w:szCs w:val="28"/>
          <w:lang w:val="kk-KZ"/>
        </w:rPr>
        <w:t xml:space="preserve"> Әрбір оқушы «Кітап – білім бұлағы, оны сақтау – баршамыздың міндетіміз!» ұранымен оқулықтарды ұқыпты пайдаланып, мектеп-гимназия кітапханасының кітап қорын сақтауға міндетті.</w:t>
      </w:r>
    </w:p>
    <w:p w14:paraId="2FE562F2" w14:textId="77777777" w:rsidR="00FA1D49" w:rsidRPr="00FA1D49" w:rsidRDefault="00FA1D49" w:rsidP="00FA1D49">
      <w:pPr>
        <w:pStyle w:val="81"/>
        <w:spacing w:line="240" w:lineRule="auto"/>
        <w:ind w:hanging="284"/>
        <w:rPr>
          <w:rFonts w:eastAsiaTheme="majorEastAsia"/>
          <w:sz w:val="28"/>
          <w:szCs w:val="28"/>
          <w:lang w:val="kk-KZ"/>
        </w:rPr>
      </w:pPr>
      <w:r w:rsidRPr="00FA1D49">
        <w:rPr>
          <w:rFonts w:eastAsiaTheme="majorEastAsia"/>
          <w:sz w:val="28"/>
          <w:szCs w:val="28"/>
          <w:lang w:val="kk-KZ"/>
        </w:rPr>
        <w:t xml:space="preserve">                </w:t>
      </w:r>
      <w:r w:rsidRPr="00FA1D49">
        <w:rPr>
          <w:color w:val="000000"/>
          <w:sz w:val="28"/>
          <w:szCs w:val="28"/>
          <w:lang w:val="kk-KZ"/>
        </w:rPr>
        <w:t>Мектеп - гимназия  кітапханасы қорының сапасы келесі деректермен сипатталады, бұл олардың шыққан жылы бойынша кітаптармен толықтыру дәрежесін көрсетеді және тек оқу құралдарымен ғана емес, сонымен қатар негізгі басылымдармен де үнемі жаңару қажеттілігін көрсетеді. Басылым жылдары бойынша мектеп кітапханасы қорының сапалық құрамы: оқу әдебиеті (оқулықты пайдалану мерзімі оның тез тозуына байланысты төрт-бес жылдан аспауы керек)</w:t>
      </w:r>
    </w:p>
    <w:p w14:paraId="0E11A04E" w14:textId="77777777" w:rsidR="00FA1D49" w:rsidRPr="00FA1D49" w:rsidRDefault="00FA1D49" w:rsidP="00FA1D49">
      <w:pPr>
        <w:jc w:val="both"/>
        <w:rPr>
          <w:sz w:val="28"/>
          <w:szCs w:val="28"/>
          <w:lang w:val="kk-KZ"/>
        </w:rPr>
      </w:pPr>
    </w:p>
    <w:tbl>
      <w:tblPr>
        <w:tblStyle w:val="a7"/>
        <w:tblW w:w="10206" w:type="dxa"/>
        <w:tblInd w:w="108" w:type="dxa"/>
        <w:tblLook w:val="04A0" w:firstRow="1" w:lastRow="0" w:firstColumn="1" w:lastColumn="0" w:noHBand="0" w:noVBand="1"/>
      </w:tblPr>
      <w:tblGrid>
        <w:gridCol w:w="4962"/>
        <w:gridCol w:w="5244"/>
      </w:tblGrid>
      <w:tr w:rsidR="00FA1D49" w:rsidRPr="00FA1D49" w14:paraId="6BD98AE7" w14:textId="77777777" w:rsidTr="00BC09A2">
        <w:tc>
          <w:tcPr>
            <w:tcW w:w="4962" w:type="dxa"/>
          </w:tcPr>
          <w:p w14:paraId="553F8143" w14:textId="77777777" w:rsidR="00FA1D49" w:rsidRPr="00FA1D49" w:rsidRDefault="00FA1D49" w:rsidP="00FA1D49">
            <w:pPr>
              <w:ind w:left="22" w:hanging="22"/>
              <w:jc w:val="both"/>
              <w:rPr>
                <w:b/>
                <w:sz w:val="28"/>
                <w:szCs w:val="28"/>
              </w:rPr>
            </w:pPr>
            <w:r w:rsidRPr="00FA1D49">
              <w:rPr>
                <w:b/>
                <w:color w:val="000000"/>
                <w:sz w:val="28"/>
                <w:szCs w:val="28"/>
              </w:rPr>
              <w:t xml:space="preserve">Сынып      </w:t>
            </w:r>
            <w:r w:rsidRPr="00FA1D49">
              <w:rPr>
                <w:b/>
                <w:bCs/>
                <w:color w:val="000000"/>
                <w:sz w:val="28"/>
                <w:szCs w:val="28"/>
              </w:rPr>
              <w:t xml:space="preserve"> </w:t>
            </w:r>
          </w:p>
        </w:tc>
        <w:tc>
          <w:tcPr>
            <w:tcW w:w="5244" w:type="dxa"/>
          </w:tcPr>
          <w:p w14:paraId="004ED8A3" w14:textId="77777777" w:rsidR="00FA1D49" w:rsidRPr="00FA1D49" w:rsidRDefault="00FA1D49" w:rsidP="00FA1D49">
            <w:pPr>
              <w:jc w:val="both"/>
              <w:rPr>
                <w:b/>
                <w:sz w:val="28"/>
                <w:szCs w:val="28"/>
                <w:lang w:val="kk-KZ"/>
              </w:rPr>
            </w:pPr>
            <w:r w:rsidRPr="00FA1D49">
              <w:rPr>
                <w:b/>
                <w:sz w:val="28"/>
                <w:szCs w:val="28"/>
              </w:rPr>
              <w:t>О</w:t>
            </w:r>
            <w:r w:rsidRPr="00FA1D49">
              <w:rPr>
                <w:b/>
                <w:sz w:val="28"/>
                <w:szCs w:val="28"/>
                <w:lang w:val="kk-KZ"/>
              </w:rPr>
              <w:t>қулықтың шыққан жылы</w:t>
            </w:r>
          </w:p>
        </w:tc>
      </w:tr>
      <w:tr w:rsidR="00FA1D49" w:rsidRPr="00FA1D49" w14:paraId="39E8C0EB" w14:textId="77777777" w:rsidTr="00BC09A2">
        <w:tc>
          <w:tcPr>
            <w:tcW w:w="4962" w:type="dxa"/>
          </w:tcPr>
          <w:p w14:paraId="13B2A7C6" w14:textId="77777777" w:rsidR="00FA1D49" w:rsidRPr="00FA1D49" w:rsidRDefault="00FA1D49" w:rsidP="00FA1D49">
            <w:pPr>
              <w:jc w:val="both"/>
              <w:rPr>
                <w:sz w:val="28"/>
                <w:szCs w:val="28"/>
              </w:rPr>
            </w:pPr>
            <w:r w:rsidRPr="00FA1D49">
              <w:rPr>
                <w:sz w:val="28"/>
                <w:szCs w:val="28"/>
              </w:rPr>
              <w:t>1-сынып</w:t>
            </w:r>
          </w:p>
        </w:tc>
        <w:tc>
          <w:tcPr>
            <w:tcW w:w="5244" w:type="dxa"/>
          </w:tcPr>
          <w:p w14:paraId="47DB0F5A" w14:textId="77777777" w:rsidR="00FA1D49" w:rsidRPr="00FA1D49" w:rsidRDefault="00FA1D49" w:rsidP="00FA1D49">
            <w:pPr>
              <w:jc w:val="both"/>
              <w:rPr>
                <w:sz w:val="28"/>
                <w:szCs w:val="28"/>
              </w:rPr>
            </w:pPr>
            <w:r w:rsidRPr="00FA1D49">
              <w:rPr>
                <w:sz w:val="28"/>
                <w:szCs w:val="28"/>
              </w:rPr>
              <w:t>2021</w:t>
            </w:r>
          </w:p>
        </w:tc>
      </w:tr>
      <w:tr w:rsidR="00FA1D49" w:rsidRPr="00FA1D49" w14:paraId="61CF2BF5" w14:textId="77777777" w:rsidTr="00BC09A2">
        <w:tc>
          <w:tcPr>
            <w:tcW w:w="4962" w:type="dxa"/>
          </w:tcPr>
          <w:p w14:paraId="313DCD51" w14:textId="77777777" w:rsidR="00FA1D49" w:rsidRPr="00FA1D49" w:rsidRDefault="00FA1D49" w:rsidP="00FA1D49">
            <w:pPr>
              <w:jc w:val="both"/>
              <w:rPr>
                <w:sz w:val="28"/>
                <w:szCs w:val="28"/>
              </w:rPr>
            </w:pPr>
            <w:r w:rsidRPr="00FA1D49">
              <w:rPr>
                <w:sz w:val="28"/>
                <w:szCs w:val="28"/>
              </w:rPr>
              <w:t>2-сынып</w:t>
            </w:r>
          </w:p>
        </w:tc>
        <w:tc>
          <w:tcPr>
            <w:tcW w:w="5244" w:type="dxa"/>
          </w:tcPr>
          <w:p w14:paraId="2AFA5D04" w14:textId="77777777" w:rsidR="00FA1D49" w:rsidRPr="00FA1D49" w:rsidRDefault="00FA1D49" w:rsidP="00FA1D49">
            <w:pPr>
              <w:jc w:val="both"/>
              <w:rPr>
                <w:sz w:val="28"/>
                <w:szCs w:val="28"/>
              </w:rPr>
            </w:pPr>
            <w:r w:rsidRPr="00FA1D49">
              <w:rPr>
                <w:sz w:val="28"/>
                <w:szCs w:val="28"/>
              </w:rPr>
              <w:t>2022</w:t>
            </w:r>
          </w:p>
        </w:tc>
      </w:tr>
      <w:tr w:rsidR="00FA1D49" w:rsidRPr="00FA1D49" w14:paraId="0D28B4DE" w14:textId="77777777" w:rsidTr="00BC09A2">
        <w:tc>
          <w:tcPr>
            <w:tcW w:w="4962" w:type="dxa"/>
          </w:tcPr>
          <w:p w14:paraId="63D6371C" w14:textId="77777777" w:rsidR="00FA1D49" w:rsidRPr="00FA1D49" w:rsidRDefault="00FA1D49" w:rsidP="00FA1D49">
            <w:pPr>
              <w:jc w:val="both"/>
              <w:rPr>
                <w:sz w:val="28"/>
                <w:szCs w:val="28"/>
              </w:rPr>
            </w:pPr>
            <w:r w:rsidRPr="00FA1D49">
              <w:rPr>
                <w:sz w:val="28"/>
                <w:szCs w:val="28"/>
              </w:rPr>
              <w:t>3-сынып</w:t>
            </w:r>
          </w:p>
        </w:tc>
        <w:tc>
          <w:tcPr>
            <w:tcW w:w="5244" w:type="dxa"/>
          </w:tcPr>
          <w:p w14:paraId="2C0D1699" w14:textId="77777777" w:rsidR="00FA1D49" w:rsidRPr="00FA1D49" w:rsidRDefault="00FA1D49" w:rsidP="00FA1D49">
            <w:pPr>
              <w:jc w:val="both"/>
              <w:rPr>
                <w:sz w:val="28"/>
                <w:szCs w:val="28"/>
                <w:lang w:val="kk-KZ"/>
              </w:rPr>
            </w:pPr>
            <w:r w:rsidRPr="00FA1D49">
              <w:rPr>
                <w:sz w:val="28"/>
                <w:szCs w:val="28"/>
              </w:rPr>
              <w:t>2018, 2024</w:t>
            </w:r>
            <w:r w:rsidRPr="00FA1D49">
              <w:rPr>
                <w:sz w:val="28"/>
                <w:szCs w:val="28"/>
                <w:lang w:val="kk-KZ"/>
              </w:rPr>
              <w:t>, 2026</w:t>
            </w:r>
          </w:p>
        </w:tc>
      </w:tr>
      <w:tr w:rsidR="00FA1D49" w:rsidRPr="00FA1D49" w14:paraId="615839E5" w14:textId="77777777" w:rsidTr="00BC09A2">
        <w:tc>
          <w:tcPr>
            <w:tcW w:w="4962" w:type="dxa"/>
          </w:tcPr>
          <w:p w14:paraId="6DAF4E7C" w14:textId="77777777" w:rsidR="00FA1D49" w:rsidRPr="00FA1D49" w:rsidRDefault="00FA1D49" w:rsidP="00FA1D49">
            <w:pPr>
              <w:jc w:val="both"/>
              <w:rPr>
                <w:sz w:val="28"/>
                <w:szCs w:val="28"/>
              </w:rPr>
            </w:pPr>
            <w:r w:rsidRPr="00FA1D49">
              <w:rPr>
                <w:sz w:val="28"/>
                <w:szCs w:val="28"/>
              </w:rPr>
              <w:t>4-сынып</w:t>
            </w:r>
          </w:p>
        </w:tc>
        <w:tc>
          <w:tcPr>
            <w:tcW w:w="5244" w:type="dxa"/>
          </w:tcPr>
          <w:p w14:paraId="7962E0D5" w14:textId="77777777" w:rsidR="00FA1D49" w:rsidRPr="00FA1D49" w:rsidRDefault="00FA1D49" w:rsidP="00FA1D49">
            <w:pPr>
              <w:jc w:val="both"/>
              <w:rPr>
                <w:sz w:val="28"/>
                <w:szCs w:val="28"/>
                <w:lang w:val="kk-KZ"/>
              </w:rPr>
            </w:pPr>
            <w:r w:rsidRPr="00FA1D49">
              <w:rPr>
                <w:sz w:val="28"/>
                <w:szCs w:val="28"/>
              </w:rPr>
              <w:t>2019</w:t>
            </w:r>
            <w:r w:rsidRPr="00FA1D49">
              <w:rPr>
                <w:sz w:val="28"/>
                <w:szCs w:val="28"/>
                <w:lang w:val="kk-KZ"/>
              </w:rPr>
              <w:t>,2024</w:t>
            </w:r>
          </w:p>
        </w:tc>
      </w:tr>
      <w:tr w:rsidR="00FA1D49" w:rsidRPr="00FA1D49" w14:paraId="63AE978C" w14:textId="77777777" w:rsidTr="00BC09A2">
        <w:tc>
          <w:tcPr>
            <w:tcW w:w="4962" w:type="dxa"/>
          </w:tcPr>
          <w:p w14:paraId="10B20366" w14:textId="77777777" w:rsidR="00FA1D49" w:rsidRPr="00FA1D49" w:rsidRDefault="00FA1D49" w:rsidP="00FA1D49">
            <w:pPr>
              <w:jc w:val="both"/>
              <w:rPr>
                <w:sz w:val="28"/>
                <w:szCs w:val="28"/>
              </w:rPr>
            </w:pPr>
            <w:r w:rsidRPr="00FA1D49">
              <w:rPr>
                <w:sz w:val="28"/>
                <w:szCs w:val="28"/>
              </w:rPr>
              <w:t>5-сынып</w:t>
            </w:r>
          </w:p>
        </w:tc>
        <w:tc>
          <w:tcPr>
            <w:tcW w:w="5244" w:type="dxa"/>
          </w:tcPr>
          <w:p w14:paraId="1839278A" w14:textId="77777777" w:rsidR="00FA1D49" w:rsidRPr="00FA1D49" w:rsidRDefault="00FA1D49" w:rsidP="00FA1D49">
            <w:pPr>
              <w:jc w:val="both"/>
              <w:rPr>
                <w:sz w:val="28"/>
                <w:szCs w:val="28"/>
              </w:rPr>
            </w:pPr>
            <w:r w:rsidRPr="00FA1D49">
              <w:rPr>
                <w:sz w:val="28"/>
                <w:szCs w:val="28"/>
              </w:rPr>
              <w:t>2017</w:t>
            </w:r>
          </w:p>
        </w:tc>
      </w:tr>
      <w:tr w:rsidR="00FA1D49" w:rsidRPr="00FA1D49" w14:paraId="3C899840" w14:textId="77777777" w:rsidTr="00BC09A2">
        <w:tc>
          <w:tcPr>
            <w:tcW w:w="4962" w:type="dxa"/>
          </w:tcPr>
          <w:p w14:paraId="3BF8BB76" w14:textId="77777777" w:rsidR="00FA1D49" w:rsidRPr="00FA1D49" w:rsidRDefault="00FA1D49" w:rsidP="00FA1D49">
            <w:pPr>
              <w:jc w:val="both"/>
              <w:rPr>
                <w:sz w:val="28"/>
                <w:szCs w:val="28"/>
              </w:rPr>
            </w:pPr>
            <w:r w:rsidRPr="00FA1D49">
              <w:rPr>
                <w:sz w:val="28"/>
                <w:szCs w:val="28"/>
              </w:rPr>
              <w:t>6-сынып</w:t>
            </w:r>
          </w:p>
        </w:tc>
        <w:tc>
          <w:tcPr>
            <w:tcW w:w="5244" w:type="dxa"/>
          </w:tcPr>
          <w:p w14:paraId="503C8365" w14:textId="77777777" w:rsidR="00FA1D49" w:rsidRPr="00FA1D49" w:rsidRDefault="00FA1D49" w:rsidP="00FA1D49">
            <w:pPr>
              <w:jc w:val="both"/>
              <w:rPr>
                <w:sz w:val="28"/>
                <w:szCs w:val="28"/>
              </w:rPr>
            </w:pPr>
            <w:r w:rsidRPr="00FA1D49">
              <w:rPr>
                <w:sz w:val="28"/>
                <w:szCs w:val="28"/>
              </w:rPr>
              <w:t>2018</w:t>
            </w:r>
          </w:p>
        </w:tc>
      </w:tr>
      <w:tr w:rsidR="00FA1D49" w:rsidRPr="00FA1D49" w14:paraId="48FF1A08" w14:textId="77777777" w:rsidTr="00BC09A2">
        <w:tc>
          <w:tcPr>
            <w:tcW w:w="4962" w:type="dxa"/>
          </w:tcPr>
          <w:p w14:paraId="05A2B1EF" w14:textId="77777777" w:rsidR="00FA1D49" w:rsidRPr="00FA1D49" w:rsidRDefault="00FA1D49" w:rsidP="00FA1D49">
            <w:pPr>
              <w:jc w:val="both"/>
              <w:rPr>
                <w:sz w:val="28"/>
                <w:szCs w:val="28"/>
              </w:rPr>
            </w:pPr>
            <w:r w:rsidRPr="00FA1D49">
              <w:rPr>
                <w:sz w:val="28"/>
                <w:szCs w:val="28"/>
              </w:rPr>
              <w:t>7-сынып</w:t>
            </w:r>
          </w:p>
        </w:tc>
        <w:tc>
          <w:tcPr>
            <w:tcW w:w="5244" w:type="dxa"/>
          </w:tcPr>
          <w:p w14:paraId="4D90D9C4" w14:textId="77777777" w:rsidR="00FA1D49" w:rsidRPr="00FA1D49" w:rsidRDefault="00FA1D49" w:rsidP="00FA1D49">
            <w:pPr>
              <w:jc w:val="both"/>
              <w:rPr>
                <w:sz w:val="28"/>
                <w:szCs w:val="28"/>
                <w:lang w:val="kk-KZ"/>
              </w:rPr>
            </w:pPr>
            <w:r w:rsidRPr="00FA1D49">
              <w:rPr>
                <w:sz w:val="28"/>
                <w:szCs w:val="28"/>
              </w:rPr>
              <w:t>201</w:t>
            </w:r>
            <w:r w:rsidRPr="00FA1D49">
              <w:rPr>
                <w:sz w:val="28"/>
                <w:szCs w:val="28"/>
                <w:lang w:val="kk-KZ"/>
              </w:rPr>
              <w:t>8, 2024</w:t>
            </w:r>
          </w:p>
        </w:tc>
      </w:tr>
      <w:tr w:rsidR="00FA1D49" w:rsidRPr="00FA1D49" w14:paraId="2CE43A56" w14:textId="77777777" w:rsidTr="00BC09A2">
        <w:tc>
          <w:tcPr>
            <w:tcW w:w="4962" w:type="dxa"/>
          </w:tcPr>
          <w:p w14:paraId="7D9678F9" w14:textId="77777777" w:rsidR="00FA1D49" w:rsidRPr="00FA1D49" w:rsidRDefault="00FA1D49" w:rsidP="00FA1D49">
            <w:pPr>
              <w:jc w:val="both"/>
              <w:rPr>
                <w:sz w:val="28"/>
                <w:szCs w:val="28"/>
              </w:rPr>
            </w:pPr>
            <w:r w:rsidRPr="00FA1D49">
              <w:rPr>
                <w:sz w:val="28"/>
                <w:szCs w:val="28"/>
              </w:rPr>
              <w:t>8-сынып</w:t>
            </w:r>
          </w:p>
        </w:tc>
        <w:tc>
          <w:tcPr>
            <w:tcW w:w="5244" w:type="dxa"/>
          </w:tcPr>
          <w:p w14:paraId="10ABE105" w14:textId="77777777" w:rsidR="00FA1D49" w:rsidRPr="00FA1D49" w:rsidRDefault="00FA1D49" w:rsidP="00FA1D49">
            <w:pPr>
              <w:jc w:val="both"/>
              <w:rPr>
                <w:sz w:val="28"/>
                <w:szCs w:val="28"/>
                <w:lang w:val="kk-KZ"/>
              </w:rPr>
            </w:pPr>
            <w:r w:rsidRPr="00FA1D49">
              <w:rPr>
                <w:sz w:val="28"/>
                <w:szCs w:val="28"/>
              </w:rPr>
              <w:t>2018</w:t>
            </w:r>
            <w:r w:rsidRPr="00FA1D49">
              <w:rPr>
                <w:sz w:val="28"/>
                <w:szCs w:val="28"/>
                <w:lang w:val="kk-KZ"/>
              </w:rPr>
              <w:t>, 2021</w:t>
            </w:r>
          </w:p>
        </w:tc>
      </w:tr>
      <w:tr w:rsidR="00FA1D49" w:rsidRPr="00FA1D49" w14:paraId="081FC03D" w14:textId="77777777" w:rsidTr="00BC09A2">
        <w:tc>
          <w:tcPr>
            <w:tcW w:w="4962" w:type="dxa"/>
          </w:tcPr>
          <w:p w14:paraId="4A9EAD97" w14:textId="77777777" w:rsidR="00FA1D49" w:rsidRPr="00FA1D49" w:rsidRDefault="00FA1D49" w:rsidP="00FA1D49">
            <w:pPr>
              <w:jc w:val="both"/>
              <w:rPr>
                <w:sz w:val="28"/>
                <w:szCs w:val="28"/>
              </w:rPr>
            </w:pPr>
            <w:r w:rsidRPr="00FA1D49">
              <w:rPr>
                <w:sz w:val="28"/>
                <w:szCs w:val="28"/>
              </w:rPr>
              <w:t>9-сынып</w:t>
            </w:r>
          </w:p>
        </w:tc>
        <w:tc>
          <w:tcPr>
            <w:tcW w:w="5244" w:type="dxa"/>
          </w:tcPr>
          <w:p w14:paraId="4476441C" w14:textId="77777777" w:rsidR="00FA1D49" w:rsidRPr="00FA1D49" w:rsidRDefault="00FA1D49" w:rsidP="00FA1D49">
            <w:pPr>
              <w:jc w:val="both"/>
              <w:rPr>
                <w:sz w:val="28"/>
                <w:szCs w:val="28"/>
                <w:lang w:val="kk-KZ"/>
              </w:rPr>
            </w:pPr>
            <w:r w:rsidRPr="00FA1D49">
              <w:rPr>
                <w:sz w:val="28"/>
                <w:szCs w:val="28"/>
              </w:rPr>
              <w:t>2019</w:t>
            </w:r>
            <w:r w:rsidRPr="00FA1D49">
              <w:rPr>
                <w:sz w:val="28"/>
                <w:szCs w:val="28"/>
                <w:lang w:val="kk-KZ"/>
              </w:rPr>
              <w:t>, 2021</w:t>
            </w:r>
          </w:p>
        </w:tc>
      </w:tr>
      <w:tr w:rsidR="00FA1D49" w:rsidRPr="00FA1D49" w14:paraId="3D2C4444" w14:textId="77777777" w:rsidTr="00BC09A2">
        <w:tc>
          <w:tcPr>
            <w:tcW w:w="4962" w:type="dxa"/>
          </w:tcPr>
          <w:p w14:paraId="451EA460" w14:textId="77777777" w:rsidR="00FA1D49" w:rsidRPr="00FA1D49" w:rsidRDefault="00FA1D49" w:rsidP="00FA1D49">
            <w:pPr>
              <w:jc w:val="both"/>
              <w:rPr>
                <w:sz w:val="28"/>
                <w:szCs w:val="28"/>
                <w:lang w:val="kk-KZ"/>
              </w:rPr>
            </w:pPr>
            <w:r w:rsidRPr="00FA1D49">
              <w:rPr>
                <w:sz w:val="28"/>
                <w:szCs w:val="28"/>
              </w:rPr>
              <w:t>10-сынып</w:t>
            </w:r>
            <w:r w:rsidRPr="00FA1D49">
              <w:rPr>
                <w:sz w:val="28"/>
                <w:szCs w:val="28"/>
                <w:lang w:val="kk-KZ"/>
              </w:rPr>
              <w:t xml:space="preserve"> ҚГБ</w:t>
            </w:r>
          </w:p>
        </w:tc>
        <w:tc>
          <w:tcPr>
            <w:tcW w:w="5244" w:type="dxa"/>
          </w:tcPr>
          <w:p w14:paraId="4394C3E7" w14:textId="77777777" w:rsidR="00FA1D49" w:rsidRPr="00FA1D49" w:rsidRDefault="00FA1D49" w:rsidP="00FA1D49">
            <w:pPr>
              <w:jc w:val="both"/>
              <w:rPr>
                <w:sz w:val="28"/>
                <w:szCs w:val="28"/>
                <w:lang w:val="kk-KZ"/>
              </w:rPr>
            </w:pPr>
            <w:r w:rsidRPr="00FA1D49">
              <w:rPr>
                <w:sz w:val="28"/>
                <w:szCs w:val="28"/>
              </w:rPr>
              <w:t>2019</w:t>
            </w:r>
            <w:r w:rsidRPr="00FA1D49">
              <w:rPr>
                <w:sz w:val="28"/>
                <w:szCs w:val="28"/>
                <w:lang w:val="kk-KZ"/>
              </w:rPr>
              <w:t>, 2023</w:t>
            </w:r>
          </w:p>
        </w:tc>
      </w:tr>
      <w:tr w:rsidR="00FA1D49" w:rsidRPr="00FA1D49" w14:paraId="59BC7900" w14:textId="77777777" w:rsidTr="00BC09A2">
        <w:tc>
          <w:tcPr>
            <w:tcW w:w="4962" w:type="dxa"/>
          </w:tcPr>
          <w:p w14:paraId="6643CC41" w14:textId="77777777" w:rsidR="00FA1D49" w:rsidRPr="00FA1D49" w:rsidRDefault="00FA1D49" w:rsidP="00FA1D49">
            <w:pPr>
              <w:jc w:val="both"/>
              <w:rPr>
                <w:sz w:val="28"/>
                <w:szCs w:val="28"/>
                <w:lang w:val="kk-KZ"/>
              </w:rPr>
            </w:pPr>
            <w:r w:rsidRPr="00FA1D49">
              <w:rPr>
                <w:sz w:val="28"/>
                <w:szCs w:val="28"/>
                <w:lang w:val="kk-KZ"/>
              </w:rPr>
              <w:t>10-сынып ЖМБ</w:t>
            </w:r>
          </w:p>
        </w:tc>
        <w:tc>
          <w:tcPr>
            <w:tcW w:w="5244" w:type="dxa"/>
          </w:tcPr>
          <w:p w14:paraId="51FFB480" w14:textId="77777777" w:rsidR="00FA1D49" w:rsidRPr="00FA1D49" w:rsidRDefault="00FA1D49" w:rsidP="00FA1D49">
            <w:pPr>
              <w:jc w:val="both"/>
              <w:rPr>
                <w:sz w:val="28"/>
                <w:szCs w:val="28"/>
                <w:lang w:val="kk-KZ"/>
              </w:rPr>
            </w:pPr>
            <w:r w:rsidRPr="00FA1D49">
              <w:rPr>
                <w:sz w:val="28"/>
                <w:szCs w:val="28"/>
              </w:rPr>
              <w:t>2020</w:t>
            </w:r>
            <w:r w:rsidRPr="00FA1D49">
              <w:rPr>
                <w:sz w:val="28"/>
                <w:szCs w:val="28"/>
                <w:lang w:val="kk-KZ"/>
              </w:rPr>
              <w:t>, 2023</w:t>
            </w:r>
          </w:p>
        </w:tc>
      </w:tr>
      <w:tr w:rsidR="00FA1D49" w:rsidRPr="00FA1D49" w14:paraId="58954391" w14:textId="77777777" w:rsidTr="00BC09A2">
        <w:tc>
          <w:tcPr>
            <w:tcW w:w="4962" w:type="dxa"/>
          </w:tcPr>
          <w:p w14:paraId="2E7AE16C" w14:textId="77777777" w:rsidR="00FA1D49" w:rsidRPr="00FA1D49" w:rsidRDefault="00FA1D49" w:rsidP="00FA1D49">
            <w:pPr>
              <w:jc w:val="both"/>
              <w:rPr>
                <w:sz w:val="28"/>
                <w:szCs w:val="28"/>
                <w:lang w:val="kk-KZ"/>
              </w:rPr>
            </w:pPr>
            <w:r w:rsidRPr="00FA1D49">
              <w:rPr>
                <w:sz w:val="28"/>
                <w:szCs w:val="28"/>
              </w:rPr>
              <w:t>11-сынып</w:t>
            </w:r>
            <w:r w:rsidRPr="00FA1D49">
              <w:rPr>
                <w:sz w:val="28"/>
                <w:szCs w:val="28"/>
                <w:lang w:val="kk-KZ"/>
              </w:rPr>
              <w:t xml:space="preserve"> ҚГБ</w:t>
            </w:r>
          </w:p>
        </w:tc>
        <w:tc>
          <w:tcPr>
            <w:tcW w:w="5244" w:type="dxa"/>
          </w:tcPr>
          <w:p w14:paraId="3B26BFB5" w14:textId="77777777" w:rsidR="00FA1D49" w:rsidRPr="00FA1D49" w:rsidRDefault="00FA1D49" w:rsidP="00FA1D49">
            <w:pPr>
              <w:jc w:val="both"/>
              <w:rPr>
                <w:sz w:val="28"/>
                <w:szCs w:val="28"/>
                <w:lang w:val="kk-KZ"/>
              </w:rPr>
            </w:pPr>
            <w:r w:rsidRPr="00FA1D49">
              <w:rPr>
                <w:sz w:val="28"/>
                <w:szCs w:val="28"/>
                <w:lang w:val="kk-KZ"/>
              </w:rPr>
              <w:t>2022, 2024</w:t>
            </w:r>
          </w:p>
        </w:tc>
      </w:tr>
      <w:tr w:rsidR="00FA1D49" w:rsidRPr="00FA1D49" w14:paraId="652626EB" w14:textId="77777777" w:rsidTr="00BC09A2">
        <w:tc>
          <w:tcPr>
            <w:tcW w:w="4962" w:type="dxa"/>
          </w:tcPr>
          <w:p w14:paraId="714DF015" w14:textId="77777777" w:rsidR="00FA1D49" w:rsidRPr="00FA1D49" w:rsidRDefault="00FA1D49" w:rsidP="00FA1D49">
            <w:pPr>
              <w:jc w:val="both"/>
              <w:rPr>
                <w:sz w:val="28"/>
                <w:szCs w:val="28"/>
                <w:lang w:val="kk-KZ"/>
              </w:rPr>
            </w:pPr>
            <w:r w:rsidRPr="00FA1D49">
              <w:rPr>
                <w:sz w:val="28"/>
                <w:szCs w:val="28"/>
                <w:lang w:val="kk-KZ"/>
              </w:rPr>
              <w:t xml:space="preserve">11-сыныпЖМБ </w:t>
            </w:r>
          </w:p>
        </w:tc>
        <w:tc>
          <w:tcPr>
            <w:tcW w:w="5244" w:type="dxa"/>
          </w:tcPr>
          <w:p w14:paraId="560050BC" w14:textId="77777777" w:rsidR="00FA1D49" w:rsidRPr="00FA1D49" w:rsidRDefault="00FA1D49" w:rsidP="00FA1D49">
            <w:pPr>
              <w:jc w:val="both"/>
              <w:rPr>
                <w:sz w:val="28"/>
                <w:szCs w:val="28"/>
                <w:lang w:val="kk-KZ"/>
              </w:rPr>
            </w:pPr>
            <w:r w:rsidRPr="00FA1D49">
              <w:rPr>
                <w:sz w:val="28"/>
                <w:szCs w:val="28"/>
                <w:lang w:val="kk-KZ"/>
              </w:rPr>
              <w:t>2022, 2024</w:t>
            </w:r>
          </w:p>
        </w:tc>
      </w:tr>
    </w:tbl>
    <w:p w14:paraId="03AFF16C" w14:textId="77777777" w:rsidR="00FA1D49" w:rsidRPr="00FA1D49" w:rsidRDefault="00FA1D49" w:rsidP="00FA1D49">
      <w:pPr>
        <w:jc w:val="both"/>
        <w:rPr>
          <w:color w:val="000000"/>
          <w:sz w:val="28"/>
          <w:szCs w:val="28"/>
          <w:lang w:val="kk-KZ"/>
        </w:rPr>
      </w:pPr>
    </w:p>
    <w:p w14:paraId="0FCD6CDE" w14:textId="77777777" w:rsidR="00FA1D49" w:rsidRPr="00FA1D49" w:rsidRDefault="00FA1D49" w:rsidP="00FA1D49">
      <w:pPr>
        <w:jc w:val="both"/>
        <w:rPr>
          <w:b/>
          <w:sz w:val="28"/>
          <w:szCs w:val="28"/>
          <w:lang w:val="kk-KZ"/>
        </w:rPr>
      </w:pPr>
      <w:r w:rsidRPr="00FA1D49">
        <w:rPr>
          <w:b/>
          <w:bCs/>
          <w:color w:val="000000"/>
          <w:sz w:val="28"/>
          <w:szCs w:val="28"/>
          <w:lang w:val="kk-KZ"/>
        </w:rPr>
        <w:t xml:space="preserve">Кітапхана қорының оқулықтарымен қамтамасыз ету көрсеткіштері: </w:t>
      </w:r>
    </w:p>
    <w:tbl>
      <w:tblPr>
        <w:tblW w:w="10839" w:type="dxa"/>
        <w:tblInd w:w="-5" w:type="dxa"/>
        <w:tblLayout w:type="fixed"/>
        <w:tblLook w:val="04A0" w:firstRow="1" w:lastRow="0" w:firstColumn="1" w:lastColumn="0" w:noHBand="0" w:noVBand="1"/>
      </w:tblPr>
      <w:tblGrid>
        <w:gridCol w:w="768"/>
        <w:gridCol w:w="2747"/>
        <w:gridCol w:w="1701"/>
        <w:gridCol w:w="2694"/>
        <w:gridCol w:w="2409"/>
        <w:gridCol w:w="520"/>
      </w:tblGrid>
      <w:tr w:rsidR="00FA1D49" w:rsidRPr="00FA1D49" w14:paraId="14DEC46A" w14:textId="77777777" w:rsidTr="00BC09A2">
        <w:trPr>
          <w:gridAfter w:val="1"/>
          <w:wAfter w:w="520" w:type="dxa"/>
          <w:trHeight w:val="1142"/>
        </w:trPr>
        <w:tc>
          <w:tcPr>
            <w:tcW w:w="768" w:type="dxa"/>
            <w:vMerge w:val="restart"/>
            <w:tcBorders>
              <w:top w:val="single" w:sz="4" w:space="0" w:color="auto"/>
              <w:left w:val="single" w:sz="4" w:space="0" w:color="auto"/>
              <w:bottom w:val="single" w:sz="4" w:space="0" w:color="000000"/>
              <w:right w:val="single" w:sz="4" w:space="0" w:color="auto"/>
            </w:tcBorders>
            <w:vAlign w:val="center"/>
            <w:hideMark/>
          </w:tcPr>
          <w:p w14:paraId="56D62FB4" w14:textId="77777777" w:rsidR="00FA1D49" w:rsidRPr="00FA1D49" w:rsidRDefault="00FA1D49" w:rsidP="00FA1D49">
            <w:pPr>
              <w:jc w:val="both"/>
              <w:rPr>
                <w:color w:val="000000"/>
                <w:sz w:val="28"/>
                <w:szCs w:val="28"/>
                <w:lang w:val="kk-KZ"/>
              </w:rPr>
            </w:pPr>
            <w:r w:rsidRPr="00FA1D49">
              <w:rPr>
                <w:color w:val="000000"/>
                <w:sz w:val="28"/>
                <w:szCs w:val="28"/>
                <w:lang w:val="kk-KZ"/>
              </w:rPr>
              <w:lastRenderedPageBreak/>
              <w:t xml:space="preserve"> </w:t>
            </w:r>
            <w:r w:rsidRPr="00FA1D49">
              <w:rPr>
                <w:color w:val="000000"/>
                <w:sz w:val="28"/>
                <w:szCs w:val="28"/>
              </w:rPr>
              <w:t xml:space="preserve">№ </w:t>
            </w:r>
          </w:p>
        </w:tc>
        <w:tc>
          <w:tcPr>
            <w:tcW w:w="2747" w:type="dxa"/>
            <w:vMerge w:val="restart"/>
            <w:tcBorders>
              <w:top w:val="single" w:sz="4" w:space="0" w:color="auto"/>
              <w:left w:val="single" w:sz="4" w:space="0" w:color="auto"/>
              <w:bottom w:val="single" w:sz="4" w:space="0" w:color="000000"/>
              <w:right w:val="single" w:sz="4" w:space="0" w:color="auto"/>
            </w:tcBorders>
            <w:vAlign w:val="center"/>
            <w:hideMark/>
          </w:tcPr>
          <w:p w14:paraId="71F0E8ED" w14:textId="77777777" w:rsidR="00FA1D49" w:rsidRPr="00FA1D49" w:rsidRDefault="00FA1D49" w:rsidP="00FA1D49">
            <w:pPr>
              <w:jc w:val="both"/>
              <w:rPr>
                <w:color w:val="000000"/>
                <w:sz w:val="28"/>
                <w:szCs w:val="28"/>
              </w:rPr>
            </w:pPr>
            <w:r w:rsidRPr="00FA1D49">
              <w:rPr>
                <w:color w:val="000000"/>
                <w:sz w:val="28"/>
                <w:szCs w:val="28"/>
              </w:rPr>
              <w:t xml:space="preserve">Сыныптар      </w:t>
            </w:r>
            <w:r w:rsidRPr="00FA1D49">
              <w:rPr>
                <w:b/>
                <w:bCs/>
                <w:color w:val="000000"/>
                <w:sz w:val="28"/>
                <w:szCs w:val="28"/>
              </w:rPr>
              <w:t xml:space="preserve"> </w:t>
            </w:r>
          </w:p>
        </w:tc>
        <w:tc>
          <w:tcPr>
            <w:tcW w:w="6804" w:type="dxa"/>
            <w:gridSpan w:val="3"/>
            <w:tcBorders>
              <w:top w:val="single" w:sz="4" w:space="0" w:color="auto"/>
              <w:left w:val="nil"/>
              <w:bottom w:val="single" w:sz="4" w:space="0" w:color="auto"/>
              <w:right w:val="single" w:sz="4" w:space="0" w:color="auto"/>
            </w:tcBorders>
            <w:vAlign w:val="center"/>
            <w:hideMark/>
          </w:tcPr>
          <w:p w14:paraId="4224B273" w14:textId="4A5521EE" w:rsidR="00FA1D49" w:rsidRPr="00FA1D49" w:rsidRDefault="00FA1D49" w:rsidP="00FA1D49">
            <w:pPr>
              <w:jc w:val="both"/>
              <w:rPr>
                <w:b/>
                <w:color w:val="000000"/>
                <w:sz w:val="28"/>
                <w:szCs w:val="28"/>
                <w:lang w:val="kk-KZ"/>
              </w:rPr>
            </w:pPr>
            <w:r w:rsidRPr="00FA1D49">
              <w:rPr>
                <w:b/>
                <w:color w:val="000000"/>
                <w:sz w:val="28"/>
                <w:szCs w:val="28"/>
                <w:lang w:val="kk-KZ"/>
              </w:rPr>
              <w:t xml:space="preserve">              </w:t>
            </w:r>
            <w:r w:rsidR="00BC09A2">
              <w:rPr>
                <w:b/>
                <w:color w:val="000000"/>
                <w:sz w:val="28"/>
                <w:szCs w:val="28"/>
                <w:lang w:val="kk-KZ"/>
              </w:rPr>
              <w:t xml:space="preserve">  </w:t>
            </w:r>
            <w:r w:rsidRPr="00FA1D49">
              <w:rPr>
                <w:b/>
                <w:color w:val="000000"/>
                <w:sz w:val="28"/>
                <w:szCs w:val="28"/>
                <w:lang w:val="kk-KZ"/>
              </w:rPr>
              <w:t xml:space="preserve"> 2026-2027 оқу жылы</w:t>
            </w:r>
          </w:p>
        </w:tc>
      </w:tr>
      <w:tr w:rsidR="00FA1D49" w:rsidRPr="00FA1D49" w14:paraId="5A425A21" w14:textId="77777777" w:rsidTr="00BC09A2">
        <w:trPr>
          <w:trHeight w:val="697"/>
        </w:trPr>
        <w:tc>
          <w:tcPr>
            <w:tcW w:w="768" w:type="dxa"/>
            <w:vMerge/>
            <w:tcBorders>
              <w:top w:val="single" w:sz="4" w:space="0" w:color="auto"/>
              <w:left w:val="single" w:sz="4" w:space="0" w:color="auto"/>
              <w:bottom w:val="single" w:sz="4" w:space="0" w:color="000000"/>
              <w:right w:val="single" w:sz="4" w:space="0" w:color="auto"/>
            </w:tcBorders>
            <w:vAlign w:val="center"/>
            <w:hideMark/>
          </w:tcPr>
          <w:p w14:paraId="4121D9CB" w14:textId="77777777" w:rsidR="00FA1D49" w:rsidRPr="00FA1D49" w:rsidRDefault="00FA1D49" w:rsidP="00FA1D49">
            <w:pPr>
              <w:jc w:val="both"/>
              <w:rPr>
                <w:color w:val="000000"/>
                <w:sz w:val="28"/>
                <w:szCs w:val="28"/>
                <w:lang w:val="kk-KZ"/>
              </w:rPr>
            </w:pPr>
          </w:p>
        </w:tc>
        <w:tc>
          <w:tcPr>
            <w:tcW w:w="2747" w:type="dxa"/>
            <w:vMerge/>
            <w:tcBorders>
              <w:top w:val="single" w:sz="4" w:space="0" w:color="auto"/>
              <w:left w:val="single" w:sz="4" w:space="0" w:color="auto"/>
              <w:bottom w:val="single" w:sz="4" w:space="0" w:color="auto"/>
              <w:right w:val="single" w:sz="4" w:space="0" w:color="auto"/>
            </w:tcBorders>
            <w:vAlign w:val="center"/>
            <w:hideMark/>
          </w:tcPr>
          <w:p w14:paraId="4AAD1EEE" w14:textId="77777777" w:rsidR="00FA1D49" w:rsidRPr="00FA1D49" w:rsidRDefault="00FA1D49" w:rsidP="00FA1D49">
            <w:pPr>
              <w:jc w:val="both"/>
              <w:rPr>
                <w:color w:val="000000"/>
                <w:sz w:val="28"/>
                <w:szCs w:val="28"/>
                <w:lang w:val="kk-KZ"/>
              </w:rPr>
            </w:pPr>
          </w:p>
        </w:tc>
        <w:tc>
          <w:tcPr>
            <w:tcW w:w="1701" w:type="dxa"/>
            <w:tcBorders>
              <w:top w:val="nil"/>
              <w:left w:val="nil"/>
              <w:bottom w:val="single" w:sz="4" w:space="0" w:color="auto"/>
              <w:right w:val="single" w:sz="4" w:space="0" w:color="auto"/>
            </w:tcBorders>
            <w:vAlign w:val="bottom"/>
            <w:hideMark/>
          </w:tcPr>
          <w:p w14:paraId="6E8876A9" w14:textId="77777777" w:rsidR="00FA1D49" w:rsidRPr="00FA1D49" w:rsidRDefault="00FA1D49" w:rsidP="00FA1D49">
            <w:pPr>
              <w:jc w:val="both"/>
              <w:rPr>
                <w:color w:val="000000"/>
                <w:sz w:val="28"/>
                <w:szCs w:val="28"/>
                <w:lang w:val="kk-KZ"/>
              </w:rPr>
            </w:pPr>
            <w:r w:rsidRPr="00FA1D49">
              <w:rPr>
                <w:color w:val="000000"/>
                <w:sz w:val="28"/>
                <w:szCs w:val="28"/>
                <w:lang w:val="kk-KZ"/>
              </w:rPr>
              <w:t>Оқушы</w:t>
            </w:r>
          </w:p>
          <w:p w14:paraId="043D284F" w14:textId="77777777" w:rsidR="00FA1D49" w:rsidRPr="00FA1D49" w:rsidRDefault="00FA1D49" w:rsidP="00FA1D49">
            <w:pPr>
              <w:jc w:val="both"/>
              <w:rPr>
                <w:color w:val="000000"/>
                <w:sz w:val="28"/>
                <w:szCs w:val="28"/>
                <w:lang w:val="kk-KZ"/>
              </w:rPr>
            </w:pPr>
            <w:r w:rsidRPr="00FA1D49">
              <w:rPr>
                <w:color w:val="000000"/>
                <w:sz w:val="28"/>
                <w:szCs w:val="28"/>
              </w:rPr>
              <w:t>саны</w:t>
            </w:r>
          </w:p>
        </w:tc>
        <w:tc>
          <w:tcPr>
            <w:tcW w:w="2694" w:type="dxa"/>
            <w:tcBorders>
              <w:top w:val="nil"/>
              <w:left w:val="nil"/>
              <w:bottom w:val="single" w:sz="4" w:space="0" w:color="auto"/>
              <w:right w:val="single" w:sz="4" w:space="0" w:color="auto"/>
            </w:tcBorders>
            <w:vAlign w:val="bottom"/>
            <w:hideMark/>
          </w:tcPr>
          <w:p w14:paraId="39401C5E" w14:textId="77777777" w:rsidR="00FA1D49" w:rsidRPr="00FA1D49" w:rsidRDefault="00FA1D49" w:rsidP="00FA1D49">
            <w:pPr>
              <w:jc w:val="both"/>
              <w:rPr>
                <w:color w:val="000000"/>
                <w:sz w:val="28"/>
                <w:szCs w:val="28"/>
                <w:lang w:val="kk-KZ"/>
              </w:rPr>
            </w:pPr>
            <w:r w:rsidRPr="00FA1D49">
              <w:rPr>
                <w:color w:val="000000"/>
                <w:sz w:val="28"/>
                <w:szCs w:val="28"/>
                <w:lang w:val="kk-KZ"/>
              </w:rPr>
              <w:t>Окулықпен қамтамасыз етілген окушылар саны</w:t>
            </w:r>
          </w:p>
        </w:tc>
        <w:tc>
          <w:tcPr>
            <w:tcW w:w="2409" w:type="dxa"/>
            <w:tcBorders>
              <w:left w:val="single" w:sz="4" w:space="0" w:color="auto"/>
              <w:bottom w:val="single" w:sz="4" w:space="0" w:color="auto"/>
              <w:right w:val="single" w:sz="4" w:space="0" w:color="auto"/>
            </w:tcBorders>
          </w:tcPr>
          <w:p w14:paraId="6B8D086E" w14:textId="77777777" w:rsidR="00FA1D49" w:rsidRPr="00FA1D49" w:rsidRDefault="00FA1D49" w:rsidP="00FA1D49">
            <w:pPr>
              <w:jc w:val="both"/>
              <w:rPr>
                <w:color w:val="000000"/>
                <w:sz w:val="28"/>
                <w:szCs w:val="28"/>
                <w:lang w:val="kk-KZ"/>
              </w:rPr>
            </w:pPr>
            <w:r w:rsidRPr="00FA1D49">
              <w:rPr>
                <w:color w:val="000000"/>
                <w:sz w:val="28"/>
                <w:szCs w:val="28"/>
                <w:lang w:val="kk-KZ"/>
              </w:rPr>
              <w:t>Кітапхана қрындағы оқулық саны</w:t>
            </w:r>
          </w:p>
        </w:tc>
        <w:tc>
          <w:tcPr>
            <w:tcW w:w="520" w:type="dxa"/>
            <w:vMerge w:val="restart"/>
            <w:tcBorders>
              <w:left w:val="single" w:sz="4" w:space="0" w:color="auto"/>
            </w:tcBorders>
            <w:vAlign w:val="bottom"/>
            <w:hideMark/>
          </w:tcPr>
          <w:p w14:paraId="1C894C57" w14:textId="77777777" w:rsidR="00FA1D49" w:rsidRPr="00FA1D49" w:rsidRDefault="00FA1D49" w:rsidP="00FA1D49">
            <w:pPr>
              <w:jc w:val="both"/>
              <w:rPr>
                <w:color w:val="000000"/>
                <w:sz w:val="28"/>
                <w:szCs w:val="28"/>
                <w:lang w:val="kk-KZ"/>
              </w:rPr>
            </w:pPr>
          </w:p>
        </w:tc>
      </w:tr>
      <w:tr w:rsidR="00FA1D49" w:rsidRPr="00FA1D49" w14:paraId="3D3A6C21" w14:textId="77777777" w:rsidTr="00BC09A2">
        <w:trPr>
          <w:trHeight w:val="287"/>
        </w:trPr>
        <w:tc>
          <w:tcPr>
            <w:tcW w:w="768" w:type="dxa"/>
            <w:tcBorders>
              <w:top w:val="nil"/>
              <w:left w:val="single" w:sz="4" w:space="0" w:color="auto"/>
              <w:bottom w:val="single" w:sz="4" w:space="0" w:color="auto"/>
              <w:right w:val="single" w:sz="4" w:space="0" w:color="auto"/>
            </w:tcBorders>
            <w:noWrap/>
            <w:vAlign w:val="center"/>
          </w:tcPr>
          <w:p w14:paraId="3E888A7E" w14:textId="77777777" w:rsidR="00FA1D49" w:rsidRPr="00FA1D49" w:rsidRDefault="00FA1D49" w:rsidP="00FA1D49">
            <w:pPr>
              <w:jc w:val="both"/>
              <w:rPr>
                <w:color w:val="000000"/>
                <w:sz w:val="28"/>
                <w:szCs w:val="28"/>
              </w:rPr>
            </w:pPr>
            <w:r w:rsidRPr="00FA1D49">
              <w:rPr>
                <w:color w:val="000000"/>
                <w:sz w:val="28"/>
                <w:szCs w:val="28"/>
              </w:rPr>
              <w:t>1</w:t>
            </w:r>
          </w:p>
        </w:tc>
        <w:tc>
          <w:tcPr>
            <w:tcW w:w="2747" w:type="dxa"/>
            <w:tcBorders>
              <w:top w:val="nil"/>
              <w:left w:val="nil"/>
              <w:bottom w:val="single" w:sz="4" w:space="0" w:color="auto"/>
              <w:right w:val="single" w:sz="4" w:space="0" w:color="auto"/>
            </w:tcBorders>
            <w:vAlign w:val="center"/>
          </w:tcPr>
          <w:p w14:paraId="1735C9D6" w14:textId="77777777" w:rsidR="00FA1D49" w:rsidRPr="00FA1D49" w:rsidRDefault="00FA1D49" w:rsidP="00FA1D49">
            <w:pPr>
              <w:tabs>
                <w:tab w:val="left" w:pos="0"/>
              </w:tabs>
              <w:jc w:val="both"/>
              <w:rPr>
                <w:sz w:val="28"/>
                <w:szCs w:val="28"/>
                <w:lang w:val="kk-KZ"/>
              </w:rPr>
            </w:pPr>
            <w:r w:rsidRPr="00FA1D49">
              <w:rPr>
                <w:sz w:val="28"/>
                <w:szCs w:val="28"/>
              </w:rPr>
              <w:t xml:space="preserve">1-сынып </w:t>
            </w:r>
          </w:p>
        </w:tc>
        <w:tc>
          <w:tcPr>
            <w:tcW w:w="1701" w:type="dxa"/>
            <w:tcBorders>
              <w:top w:val="nil"/>
              <w:left w:val="nil"/>
              <w:bottom w:val="single" w:sz="4" w:space="0" w:color="auto"/>
              <w:right w:val="single" w:sz="4" w:space="0" w:color="auto"/>
            </w:tcBorders>
            <w:vAlign w:val="center"/>
          </w:tcPr>
          <w:p w14:paraId="058CC3DA" w14:textId="77777777" w:rsidR="00FA1D49" w:rsidRPr="00FA1D49" w:rsidRDefault="00FA1D49" w:rsidP="00FA1D49">
            <w:pPr>
              <w:jc w:val="both"/>
              <w:rPr>
                <w:bCs/>
                <w:sz w:val="28"/>
                <w:szCs w:val="28"/>
                <w:lang w:val="kk-KZ"/>
              </w:rPr>
            </w:pPr>
            <w:r w:rsidRPr="00FA1D49">
              <w:rPr>
                <w:bCs/>
                <w:sz w:val="28"/>
                <w:szCs w:val="28"/>
                <w:lang w:val="kk-KZ"/>
              </w:rPr>
              <w:t>154</w:t>
            </w:r>
          </w:p>
        </w:tc>
        <w:tc>
          <w:tcPr>
            <w:tcW w:w="2694" w:type="dxa"/>
            <w:tcBorders>
              <w:top w:val="single" w:sz="4" w:space="0" w:color="auto"/>
              <w:left w:val="nil"/>
              <w:bottom w:val="single" w:sz="4" w:space="0" w:color="auto"/>
              <w:right w:val="single" w:sz="4" w:space="0" w:color="auto"/>
            </w:tcBorders>
            <w:vAlign w:val="center"/>
          </w:tcPr>
          <w:p w14:paraId="04424303" w14:textId="77777777" w:rsidR="00FA1D49" w:rsidRPr="00FA1D49" w:rsidRDefault="00FA1D49" w:rsidP="00FA1D49">
            <w:pPr>
              <w:jc w:val="both"/>
              <w:rPr>
                <w:bCs/>
                <w:sz w:val="28"/>
                <w:szCs w:val="28"/>
                <w:lang w:val="kk-KZ"/>
              </w:rPr>
            </w:pPr>
            <w:r w:rsidRPr="00FA1D49">
              <w:rPr>
                <w:bCs/>
                <w:sz w:val="28"/>
                <w:szCs w:val="28"/>
                <w:lang w:val="kk-KZ"/>
              </w:rPr>
              <w:t>154</w:t>
            </w:r>
          </w:p>
        </w:tc>
        <w:tc>
          <w:tcPr>
            <w:tcW w:w="2409" w:type="dxa"/>
            <w:tcBorders>
              <w:top w:val="single" w:sz="4" w:space="0" w:color="auto"/>
              <w:left w:val="single" w:sz="4" w:space="0" w:color="auto"/>
              <w:bottom w:val="single" w:sz="4" w:space="0" w:color="auto"/>
              <w:right w:val="single" w:sz="4" w:space="0" w:color="auto"/>
            </w:tcBorders>
          </w:tcPr>
          <w:p w14:paraId="7D118222" w14:textId="77777777" w:rsidR="00FA1D49" w:rsidRPr="00FA1D49" w:rsidRDefault="00FA1D49" w:rsidP="00FA1D49">
            <w:pPr>
              <w:jc w:val="both"/>
              <w:rPr>
                <w:bCs/>
                <w:sz w:val="28"/>
                <w:szCs w:val="28"/>
                <w:lang w:val="kk-KZ"/>
              </w:rPr>
            </w:pPr>
            <w:r w:rsidRPr="00FA1D49">
              <w:rPr>
                <w:bCs/>
                <w:sz w:val="28"/>
                <w:szCs w:val="28"/>
                <w:lang w:val="kk-KZ"/>
              </w:rPr>
              <w:t>154</w:t>
            </w:r>
          </w:p>
        </w:tc>
        <w:tc>
          <w:tcPr>
            <w:tcW w:w="520" w:type="dxa"/>
            <w:vMerge/>
            <w:tcBorders>
              <w:left w:val="single" w:sz="4" w:space="0" w:color="auto"/>
            </w:tcBorders>
            <w:noWrap/>
            <w:vAlign w:val="bottom"/>
          </w:tcPr>
          <w:p w14:paraId="23BA4D76" w14:textId="77777777" w:rsidR="00FA1D49" w:rsidRPr="00FA1D49" w:rsidRDefault="00FA1D49" w:rsidP="00FA1D49">
            <w:pPr>
              <w:jc w:val="both"/>
              <w:rPr>
                <w:bCs/>
                <w:sz w:val="28"/>
                <w:szCs w:val="28"/>
              </w:rPr>
            </w:pPr>
          </w:p>
        </w:tc>
      </w:tr>
      <w:tr w:rsidR="00FA1D49" w:rsidRPr="00FA1D49" w14:paraId="41E78C4A" w14:textId="77777777" w:rsidTr="00BC09A2">
        <w:trPr>
          <w:trHeight w:val="287"/>
        </w:trPr>
        <w:tc>
          <w:tcPr>
            <w:tcW w:w="768" w:type="dxa"/>
            <w:tcBorders>
              <w:top w:val="nil"/>
              <w:left w:val="single" w:sz="4" w:space="0" w:color="auto"/>
              <w:bottom w:val="single" w:sz="4" w:space="0" w:color="auto"/>
              <w:right w:val="single" w:sz="4" w:space="0" w:color="auto"/>
            </w:tcBorders>
            <w:noWrap/>
            <w:vAlign w:val="center"/>
          </w:tcPr>
          <w:p w14:paraId="0552F3AD" w14:textId="77777777" w:rsidR="00FA1D49" w:rsidRPr="00FA1D49" w:rsidRDefault="00FA1D49" w:rsidP="00FA1D49">
            <w:pPr>
              <w:jc w:val="both"/>
              <w:rPr>
                <w:color w:val="000000"/>
                <w:sz w:val="28"/>
                <w:szCs w:val="28"/>
              </w:rPr>
            </w:pPr>
            <w:r w:rsidRPr="00FA1D49">
              <w:rPr>
                <w:color w:val="000000"/>
                <w:sz w:val="28"/>
                <w:szCs w:val="28"/>
              </w:rPr>
              <w:t>2</w:t>
            </w:r>
          </w:p>
        </w:tc>
        <w:tc>
          <w:tcPr>
            <w:tcW w:w="2747" w:type="dxa"/>
            <w:tcBorders>
              <w:top w:val="nil"/>
              <w:left w:val="nil"/>
              <w:bottom w:val="single" w:sz="4" w:space="0" w:color="auto"/>
              <w:right w:val="single" w:sz="4" w:space="0" w:color="auto"/>
            </w:tcBorders>
            <w:vAlign w:val="center"/>
          </w:tcPr>
          <w:p w14:paraId="5A5AE47A" w14:textId="77777777" w:rsidR="00FA1D49" w:rsidRPr="00FA1D49" w:rsidRDefault="00FA1D49" w:rsidP="00FA1D49">
            <w:pPr>
              <w:tabs>
                <w:tab w:val="left" w:pos="0"/>
              </w:tabs>
              <w:jc w:val="both"/>
              <w:rPr>
                <w:sz w:val="28"/>
                <w:szCs w:val="28"/>
                <w:lang w:val="kk-KZ"/>
              </w:rPr>
            </w:pPr>
            <w:r w:rsidRPr="00FA1D49">
              <w:rPr>
                <w:sz w:val="28"/>
                <w:szCs w:val="28"/>
              </w:rPr>
              <w:t xml:space="preserve">2-сынып </w:t>
            </w:r>
          </w:p>
        </w:tc>
        <w:tc>
          <w:tcPr>
            <w:tcW w:w="1701" w:type="dxa"/>
            <w:tcBorders>
              <w:top w:val="nil"/>
              <w:left w:val="nil"/>
              <w:bottom w:val="single" w:sz="4" w:space="0" w:color="auto"/>
              <w:right w:val="single" w:sz="4" w:space="0" w:color="auto"/>
            </w:tcBorders>
            <w:vAlign w:val="center"/>
          </w:tcPr>
          <w:p w14:paraId="6BFBF1BC" w14:textId="77777777" w:rsidR="00FA1D49" w:rsidRPr="00FA1D49" w:rsidRDefault="00FA1D49" w:rsidP="00FA1D49">
            <w:pPr>
              <w:jc w:val="both"/>
              <w:rPr>
                <w:bCs/>
                <w:sz w:val="28"/>
                <w:szCs w:val="28"/>
                <w:lang w:val="kk-KZ"/>
              </w:rPr>
            </w:pPr>
            <w:r w:rsidRPr="00FA1D49">
              <w:rPr>
                <w:bCs/>
                <w:sz w:val="28"/>
                <w:szCs w:val="28"/>
                <w:lang w:val="kk-KZ"/>
              </w:rPr>
              <w:t>126</w:t>
            </w:r>
          </w:p>
        </w:tc>
        <w:tc>
          <w:tcPr>
            <w:tcW w:w="2694" w:type="dxa"/>
            <w:tcBorders>
              <w:top w:val="single" w:sz="4" w:space="0" w:color="auto"/>
              <w:left w:val="nil"/>
              <w:bottom w:val="single" w:sz="4" w:space="0" w:color="auto"/>
              <w:right w:val="single" w:sz="4" w:space="0" w:color="auto"/>
            </w:tcBorders>
            <w:vAlign w:val="center"/>
          </w:tcPr>
          <w:p w14:paraId="3B75BC32" w14:textId="77777777" w:rsidR="00FA1D49" w:rsidRPr="00FA1D49" w:rsidRDefault="00FA1D49" w:rsidP="00FA1D49">
            <w:pPr>
              <w:jc w:val="both"/>
              <w:rPr>
                <w:bCs/>
                <w:sz w:val="28"/>
                <w:szCs w:val="28"/>
                <w:lang w:val="kk-KZ"/>
              </w:rPr>
            </w:pPr>
            <w:r w:rsidRPr="00FA1D49">
              <w:rPr>
                <w:bCs/>
                <w:sz w:val="28"/>
                <w:szCs w:val="28"/>
                <w:lang w:val="kk-KZ"/>
              </w:rPr>
              <w:t>126</w:t>
            </w:r>
          </w:p>
        </w:tc>
        <w:tc>
          <w:tcPr>
            <w:tcW w:w="2409" w:type="dxa"/>
            <w:tcBorders>
              <w:top w:val="single" w:sz="4" w:space="0" w:color="auto"/>
              <w:left w:val="single" w:sz="4" w:space="0" w:color="auto"/>
              <w:bottom w:val="single" w:sz="4" w:space="0" w:color="auto"/>
              <w:right w:val="single" w:sz="4" w:space="0" w:color="auto"/>
            </w:tcBorders>
          </w:tcPr>
          <w:p w14:paraId="2EC1B098" w14:textId="77777777" w:rsidR="00FA1D49" w:rsidRPr="00FA1D49" w:rsidRDefault="00FA1D49" w:rsidP="00FA1D49">
            <w:pPr>
              <w:jc w:val="both"/>
              <w:rPr>
                <w:bCs/>
                <w:sz w:val="28"/>
                <w:szCs w:val="28"/>
                <w:lang w:val="kk-KZ"/>
              </w:rPr>
            </w:pPr>
            <w:r w:rsidRPr="00FA1D49">
              <w:rPr>
                <w:bCs/>
                <w:sz w:val="28"/>
                <w:szCs w:val="28"/>
                <w:lang w:val="kk-KZ"/>
              </w:rPr>
              <w:t>140</w:t>
            </w:r>
          </w:p>
        </w:tc>
        <w:tc>
          <w:tcPr>
            <w:tcW w:w="520" w:type="dxa"/>
            <w:vMerge/>
            <w:tcBorders>
              <w:left w:val="single" w:sz="4" w:space="0" w:color="auto"/>
            </w:tcBorders>
            <w:noWrap/>
            <w:vAlign w:val="bottom"/>
          </w:tcPr>
          <w:p w14:paraId="57A0764F" w14:textId="77777777" w:rsidR="00FA1D49" w:rsidRPr="00FA1D49" w:rsidRDefault="00FA1D49" w:rsidP="00FA1D49">
            <w:pPr>
              <w:jc w:val="both"/>
              <w:rPr>
                <w:bCs/>
                <w:sz w:val="28"/>
                <w:szCs w:val="28"/>
              </w:rPr>
            </w:pPr>
          </w:p>
        </w:tc>
      </w:tr>
      <w:tr w:rsidR="00FA1D49" w:rsidRPr="00FA1D49" w14:paraId="50B60867" w14:textId="77777777" w:rsidTr="00BC09A2">
        <w:trPr>
          <w:trHeight w:val="287"/>
        </w:trPr>
        <w:tc>
          <w:tcPr>
            <w:tcW w:w="768" w:type="dxa"/>
            <w:tcBorders>
              <w:top w:val="nil"/>
              <w:left w:val="single" w:sz="4" w:space="0" w:color="auto"/>
              <w:bottom w:val="single" w:sz="4" w:space="0" w:color="auto"/>
              <w:right w:val="single" w:sz="4" w:space="0" w:color="auto"/>
            </w:tcBorders>
            <w:noWrap/>
            <w:vAlign w:val="center"/>
          </w:tcPr>
          <w:p w14:paraId="6AFDD9AF" w14:textId="77777777" w:rsidR="00FA1D49" w:rsidRPr="00FA1D49" w:rsidRDefault="00FA1D49" w:rsidP="00FA1D49">
            <w:pPr>
              <w:jc w:val="both"/>
              <w:rPr>
                <w:color w:val="000000"/>
                <w:sz w:val="28"/>
                <w:szCs w:val="28"/>
              </w:rPr>
            </w:pPr>
            <w:r w:rsidRPr="00FA1D49">
              <w:rPr>
                <w:color w:val="000000"/>
                <w:sz w:val="28"/>
                <w:szCs w:val="28"/>
              </w:rPr>
              <w:t>3</w:t>
            </w:r>
          </w:p>
        </w:tc>
        <w:tc>
          <w:tcPr>
            <w:tcW w:w="2747" w:type="dxa"/>
            <w:tcBorders>
              <w:top w:val="nil"/>
              <w:left w:val="nil"/>
              <w:bottom w:val="single" w:sz="4" w:space="0" w:color="auto"/>
              <w:right w:val="single" w:sz="4" w:space="0" w:color="auto"/>
            </w:tcBorders>
            <w:vAlign w:val="center"/>
            <w:hideMark/>
          </w:tcPr>
          <w:p w14:paraId="2794F082" w14:textId="77777777" w:rsidR="00FA1D49" w:rsidRPr="00FA1D49" w:rsidRDefault="00FA1D49" w:rsidP="00FA1D49">
            <w:pPr>
              <w:tabs>
                <w:tab w:val="left" w:pos="0"/>
              </w:tabs>
              <w:jc w:val="both"/>
              <w:rPr>
                <w:sz w:val="28"/>
                <w:szCs w:val="28"/>
                <w:lang w:val="kk-KZ"/>
              </w:rPr>
            </w:pPr>
            <w:r w:rsidRPr="00FA1D49">
              <w:rPr>
                <w:sz w:val="28"/>
                <w:szCs w:val="28"/>
              </w:rPr>
              <w:t xml:space="preserve">3-сынып </w:t>
            </w:r>
          </w:p>
        </w:tc>
        <w:tc>
          <w:tcPr>
            <w:tcW w:w="1701" w:type="dxa"/>
            <w:tcBorders>
              <w:top w:val="nil"/>
              <w:left w:val="nil"/>
              <w:bottom w:val="single" w:sz="4" w:space="0" w:color="auto"/>
              <w:right w:val="single" w:sz="4" w:space="0" w:color="auto"/>
            </w:tcBorders>
            <w:vAlign w:val="center"/>
          </w:tcPr>
          <w:p w14:paraId="17DB6E4A" w14:textId="77777777" w:rsidR="00FA1D49" w:rsidRPr="00FA1D49" w:rsidRDefault="00FA1D49" w:rsidP="00FA1D49">
            <w:pPr>
              <w:jc w:val="both"/>
              <w:rPr>
                <w:bCs/>
                <w:sz w:val="28"/>
                <w:szCs w:val="28"/>
                <w:lang w:val="kk-KZ"/>
              </w:rPr>
            </w:pPr>
            <w:r w:rsidRPr="00FA1D49">
              <w:rPr>
                <w:bCs/>
                <w:sz w:val="28"/>
                <w:szCs w:val="28"/>
                <w:lang w:val="kk-KZ"/>
              </w:rPr>
              <w:t>124</w:t>
            </w:r>
          </w:p>
        </w:tc>
        <w:tc>
          <w:tcPr>
            <w:tcW w:w="2694" w:type="dxa"/>
            <w:tcBorders>
              <w:top w:val="single" w:sz="4" w:space="0" w:color="auto"/>
              <w:left w:val="nil"/>
              <w:bottom w:val="single" w:sz="4" w:space="0" w:color="auto"/>
              <w:right w:val="single" w:sz="4" w:space="0" w:color="auto"/>
            </w:tcBorders>
            <w:vAlign w:val="center"/>
          </w:tcPr>
          <w:p w14:paraId="5822D629" w14:textId="77777777" w:rsidR="00FA1D49" w:rsidRPr="00FA1D49" w:rsidRDefault="00FA1D49" w:rsidP="00FA1D49">
            <w:pPr>
              <w:jc w:val="both"/>
              <w:rPr>
                <w:bCs/>
                <w:sz w:val="28"/>
                <w:szCs w:val="28"/>
                <w:lang w:val="kk-KZ"/>
              </w:rPr>
            </w:pPr>
            <w:r w:rsidRPr="00FA1D49">
              <w:rPr>
                <w:bCs/>
                <w:sz w:val="28"/>
                <w:szCs w:val="28"/>
                <w:lang w:val="kk-KZ"/>
              </w:rPr>
              <w:t>124</w:t>
            </w:r>
          </w:p>
        </w:tc>
        <w:tc>
          <w:tcPr>
            <w:tcW w:w="2409" w:type="dxa"/>
            <w:tcBorders>
              <w:top w:val="single" w:sz="4" w:space="0" w:color="auto"/>
              <w:left w:val="single" w:sz="4" w:space="0" w:color="auto"/>
              <w:right w:val="single" w:sz="4" w:space="0" w:color="auto"/>
            </w:tcBorders>
          </w:tcPr>
          <w:p w14:paraId="4B7ED576" w14:textId="77777777" w:rsidR="00FA1D49" w:rsidRPr="00FA1D49" w:rsidRDefault="00FA1D49" w:rsidP="00FA1D49">
            <w:pPr>
              <w:jc w:val="both"/>
              <w:rPr>
                <w:bCs/>
                <w:sz w:val="28"/>
                <w:szCs w:val="28"/>
                <w:lang w:val="kk-KZ"/>
              </w:rPr>
            </w:pPr>
            <w:r w:rsidRPr="00FA1D49">
              <w:rPr>
                <w:bCs/>
                <w:sz w:val="28"/>
                <w:szCs w:val="28"/>
                <w:lang w:val="kk-KZ"/>
              </w:rPr>
              <w:t>119</w:t>
            </w:r>
          </w:p>
        </w:tc>
        <w:tc>
          <w:tcPr>
            <w:tcW w:w="520" w:type="dxa"/>
            <w:vMerge/>
            <w:tcBorders>
              <w:left w:val="single" w:sz="4" w:space="0" w:color="auto"/>
            </w:tcBorders>
            <w:noWrap/>
            <w:vAlign w:val="bottom"/>
          </w:tcPr>
          <w:p w14:paraId="5BCFDF4A" w14:textId="77777777" w:rsidR="00FA1D49" w:rsidRPr="00FA1D49" w:rsidRDefault="00FA1D49" w:rsidP="00FA1D49">
            <w:pPr>
              <w:jc w:val="both"/>
              <w:rPr>
                <w:bCs/>
                <w:sz w:val="28"/>
                <w:szCs w:val="28"/>
              </w:rPr>
            </w:pPr>
          </w:p>
        </w:tc>
      </w:tr>
      <w:tr w:rsidR="00FA1D49" w:rsidRPr="00FA1D49" w14:paraId="2466A026" w14:textId="77777777" w:rsidTr="00BC09A2">
        <w:trPr>
          <w:gridAfter w:val="1"/>
          <w:wAfter w:w="520" w:type="dxa"/>
          <w:trHeight w:val="287"/>
        </w:trPr>
        <w:tc>
          <w:tcPr>
            <w:tcW w:w="768" w:type="dxa"/>
            <w:tcBorders>
              <w:top w:val="nil"/>
              <w:left w:val="single" w:sz="4" w:space="0" w:color="auto"/>
              <w:bottom w:val="single" w:sz="4" w:space="0" w:color="auto"/>
              <w:right w:val="single" w:sz="4" w:space="0" w:color="auto"/>
            </w:tcBorders>
            <w:noWrap/>
            <w:vAlign w:val="center"/>
          </w:tcPr>
          <w:p w14:paraId="726D2E2F" w14:textId="77777777" w:rsidR="00FA1D49" w:rsidRPr="00FA1D49" w:rsidRDefault="00FA1D49" w:rsidP="00FA1D49">
            <w:pPr>
              <w:jc w:val="both"/>
              <w:rPr>
                <w:color w:val="000000"/>
                <w:sz w:val="28"/>
                <w:szCs w:val="28"/>
              </w:rPr>
            </w:pPr>
            <w:r w:rsidRPr="00FA1D49">
              <w:rPr>
                <w:color w:val="000000"/>
                <w:sz w:val="28"/>
                <w:szCs w:val="28"/>
              </w:rPr>
              <w:t>4</w:t>
            </w:r>
          </w:p>
        </w:tc>
        <w:tc>
          <w:tcPr>
            <w:tcW w:w="2747" w:type="dxa"/>
            <w:tcBorders>
              <w:top w:val="nil"/>
              <w:left w:val="nil"/>
              <w:bottom w:val="single" w:sz="4" w:space="0" w:color="auto"/>
              <w:right w:val="single" w:sz="4" w:space="0" w:color="auto"/>
            </w:tcBorders>
            <w:vAlign w:val="center"/>
            <w:hideMark/>
          </w:tcPr>
          <w:p w14:paraId="6191A7F3" w14:textId="77777777" w:rsidR="00FA1D49" w:rsidRPr="00FA1D49" w:rsidRDefault="00FA1D49" w:rsidP="00FA1D49">
            <w:pPr>
              <w:tabs>
                <w:tab w:val="left" w:pos="0"/>
              </w:tabs>
              <w:jc w:val="both"/>
              <w:rPr>
                <w:sz w:val="28"/>
                <w:szCs w:val="28"/>
                <w:lang w:val="kk-KZ"/>
              </w:rPr>
            </w:pPr>
            <w:r w:rsidRPr="00FA1D49">
              <w:rPr>
                <w:sz w:val="28"/>
                <w:szCs w:val="28"/>
              </w:rPr>
              <w:t xml:space="preserve">4-сынып </w:t>
            </w:r>
          </w:p>
        </w:tc>
        <w:tc>
          <w:tcPr>
            <w:tcW w:w="1701" w:type="dxa"/>
            <w:tcBorders>
              <w:top w:val="nil"/>
              <w:left w:val="nil"/>
              <w:bottom w:val="single" w:sz="4" w:space="0" w:color="auto"/>
              <w:right w:val="single" w:sz="4" w:space="0" w:color="auto"/>
            </w:tcBorders>
            <w:vAlign w:val="center"/>
          </w:tcPr>
          <w:p w14:paraId="2BE4FE41" w14:textId="77777777" w:rsidR="00FA1D49" w:rsidRPr="00FA1D49" w:rsidRDefault="00FA1D49" w:rsidP="00FA1D49">
            <w:pPr>
              <w:jc w:val="both"/>
              <w:rPr>
                <w:bCs/>
                <w:sz w:val="28"/>
                <w:szCs w:val="28"/>
                <w:lang w:val="kk-KZ"/>
              </w:rPr>
            </w:pPr>
            <w:r w:rsidRPr="00FA1D49">
              <w:rPr>
                <w:bCs/>
                <w:sz w:val="28"/>
                <w:szCs w:val="28"/>
                <w:lang w:val="kk-KZ"/>
              </w:rPr>
              <w:t>113</w:t>
            </w:r>
          </w:p>
        </w:tc>
        <w:tc>
          <w:tcPr>
            <w:tcW w:w="2694" w:type="dxa"/>
            <w:tcBorders>
              <w:top w:val="single" w:sz="4" w:space="0" w:color="auto"/>
              <w:left w:val="nil"/>
              <w:bottom w:val="single" w:sz="4" w:space="0" w:color="auto"/>
              <w:right w:val="single" w:sz="4" w:space="0" w:color="auto"/>
            </w:tcBorders>
            <w:vAlign w:val="center"/>
          </w:tcPr>
          <w:p w14:paraId="0AFAC973" w14:textId="77777777" w:rsidR="00FA1D49" w:rsidRPr="00FA1D49" w:rsidRDefault="00FA1D49" w:rsidP="00FA1D49">
            <w:pPr>
              <w:jc w:val="both"/>
              <w:rPr>
                <w:bCs/>
                <w:sz w:val="28"/>
                <w:szCs w:val="28"/>
                <w:lang w:val="kk-KZ"/>
              </w:rPr>
            </w:pPr>
            <w:r w:rsidRPr="00FA1D49">
              <w:rPr>
                <w:bCs/>
                <w:sz w:val="28"/>
                <w:szCs w:val="28"/>
                <w:lang w:val="kk-KZ"/>
              </w:rPr>
              <w:t>113</w:t>
            </w:r>
          </w:p>
        </w:tc>
        <w:tc>
          <w:tcPr>
            <w:tcW w:w="2409" w:type="dxa"/>
            <w:tcBorders>
              <w:top w:val="single" w:sz="4" w:space="0" w:color="auto"/>
              <w:left w:val="nil"/>
              <w:bottom w:val="single" w:sz="4" w:space="0" w:color="auto"/>
              <w:right w:val="single" w:sz="4" w:space="0" w:color="auto"/>
            </w:tcBorders>
          </w:tcPr>
          <w:p w14:paraId="520EFF57" w14:textId="77777777" w:rsidR="00FA1D49" w:rsidRPr="00FA1D49" w:rsidRDefault="00FA1D49" w:rsidP="00FA1D49">
            <w:pPr>
              <w:jc w:val="both"/>
              <w:rPr>
                <w:bCs/>
                <w:sz w:val="28"/>
                <w:szCs w:val="28"/>
                <w:lang w:val="kk-KZ"/>
              </w:rPr>
            </w:pPr>
            <w:r w:rsidRPr="00FA1D49">
              <w:rPr>
                <w:bCs/>
                <w:sz w:val="28"/>
                <w:szCs w:val="28"/>
                <w:lang w:val="kk-KZ"/>
              </w:rPr>
              <w:t>73</w:t>
            </w:r>
          </w:p>
        </w:tc>
      </w:tr>
      <w:tr w:rsidR="00FA1D49" w:rsidRPr="00FA1D49" w14:paraId="211A3E5C" w14:textId="77777777" w:rsidTr="00BC09A2">
        <w:trPr>
          <w:gridAfter w:val="1"/>
          <w:wAfter w:w="520" w:type="dxa"/>
          <w:trHeight w:val="287"/>
        </w:trPr>
        <w:tc>
          <w:tcPr>
            <w:tcW w:w="768" w:type="dxa"/>
            <w:tcBorders>
              <w:top w:val="nil"/>
              <w:left w:val="single" w:sz="4" w:space="0" w:color="auto"/>
              <w:bottom w:val="single" w:sz="4" w:space="0" w:color="auto"/>
              <w:right w:val="single" w:sz="4" w:space="0" w:color="auto"/>
            </w:tcBorders>
            <w:noWrap/>
            <w:vAlign w:val="center"/>
          </w:tcPr>
          <w:p w14:paraId="101A88BB" w14:textId="77777777" w:rsidR="00FA1D49" w:rsidRPr="00FA1D49" w:rsidRDefault="00FA1D49" w:rsidP="00FA1D49">
            <w:pPr>
              <w:jc w:val="both"/>
              <w:rPr>
                <w:color w:val="000000"/>
                <w:sz w:val="28"/>
                <w:szCs w:val="28"/>
              </w:rPr>
            </w:pPr>
            <w:r w:rsidRPr="00FA1D49">
              <w:rPr>
                <w:color w:val="000000"/>
                <w:sz w:val="28"/>
                <w:szCs w:val="28"/>
              </w:rPr>
              <w:t>5</w:t>
            </w:r>
          </w:p>
        </w:tc>
        <w:tc>
          <w:tcPr>
            <w:tcW w:w="2747" w:type="dxa"/>
            <w:tcBorders>
              <w:top w:val="nil"/>
              <w:left w:val="nil"/>
              <w:bottom w:val="single" w:sz="4" w:space="0" w:color="auto"/>
              <w:right w:val="single" w:sz="4" w:space="0" w:color="auto"/>
            </w:tcBorders>
            <w:vAlign w:val="center"/>
            <w:hideMark/>
          </w:tcPr>
          <w:p w14:paraId="64FC26E1" w14:textId="77777777" w:rsidR="00FA1D49" w:rsidRPr="00FA1D49" w:rsidRDefault="00FA1D49" w:rsidP="00FA1D49">
            <w:pPr>
              <w:tabs>
                <w:tab w:val="left" w:pos="0"/>
              </w:tabs>
              <w:jc w:val="both"/>
              <w:rPr>
                <w:sz w:val="28"/>
                <w:szCs w:val="28"/>
                <w:lang w:val="kk-KZ"/>
              </w:rPr>
            </w:pPr>
            <w:r w:rsidRPr="00FA1D49">
              <w:rPr>
                <w:sz w:val="28"/>
                <w:szCs w:val="28"/>
              </w:rPr>
              <w:t xml:space="preserve">5-сынып </w:t>
            </w:r>
          </w:p>
        </w:tc>
        <w:tc>
          <w:tcPr>
            <w:tcW w:w="1701" w:type="dxa"/>
            <w:tcBorders>
              <w:top w:val="nil"/>
              <w:left w:val="nil"/>
              <w:bottom w:val="single" w:sz="4" w:space="0" w:color="auto"/>
              <w:right w:val="single" w:sz="4" w:space="0" w:color="auto"/>
            </w:tcBorders>
            <w:vAlign w:val="center"/>
          </w:tcPr>
          <w:p w14:paraId="386C6160" w14:textId="77777777" w:rsidR="00FA1D49" w:rsidRPr="00FA1D49" w:rsidRDefault="00FA1D49" w:rsidP="00FA1D49">
            <w:pPr>
              <w:jc w:val="both"/>
              <w:rPr>
                <w:bCs/>
                <w:sz w:val="28"/>
                <w:szCs w:val="28"/>
                <w:lang w:val="kk-KZ"/>
              </w:rPr>
            </w:pPr>
            <w:r w:rsidRPr="00FA1D49">
              <w:rPr>
                <w:bCs/>
                <w:sz w:val="28"/>
                <w:szCs w:val="28"/>
                <w:lang w:val="kk-KZ"/>
              </w:rPr>
              <w:t>97</w:t>
            </w:r>
          </w:p>
        </w:tc>
        <w:tc>
          <w:tcPr>
            <w:tcW w:w="2694" w:type="dxa"/>
            <w:tcBorders>
              <w:top w:val="single" w:sz="4" w:space="0" w:color="auto"/>
              <w:left w:val="nil"/>
              <w:bottom w:val="single" w:sz="4" w:space="0" w:color="auto"/>
              <w:right w:val="single" w:sz="4" w:space="0" w:color="auto"/>
            </w:tcBorders>
            <w:vAlign w:val="center"/>
          </w:tcPr>
          <w:p w14:paraId="30E07F56" w14:textId="77777777" w:rsidR="00FA1D49" w:rsidRPr="00FA1D49" w:rsidRDefault="00FA1D49" w:rsidP="00FA1D49">
            <w:pPr>
              <w:jc w:val="both"/>
              <w:rPr>
                <w:bCs/>
                <w:sz w:val="28"/>
                <w:szCs w:val="28"/>
                <w:lang w:val="kk-KZ"/>
              </w:rPr>
            </w:pPr>
            <w:r w:rsidRPr="00FA1D49">
              <w:rPr>
                <w:bCs/>
                <w:sz w:val="28"/>
                <w:szCs w:val="28"/>
                <w:lang w:val="kk-KZ"/>
              </w:rPr>
              <w:t>97</w:t>
            </w:r>
          </w:p>
        </w:tc>
        <w:tc>
          <w:tcPr>
            <w:tcW w:w="2409" w:type="dxa"/>
            <w:tcBorders>
              <w:top w:val="single" w:sz="4" w:space="0" w:color="auto"/>
              <w:left w:val="nil"/>
              <w:bottom w:val="single" w:sz="4" w:space="0" w:color="auto"/>
              <w:right w:val="single" w:sz="4" w:space="0" w:color="auto"/>
            </w:tcBorders>
          </w:tcPr>
          <w:p w14:paraId="2F81C974" w14:textId="77777777" w:rsidR="00FA1D49" w:rsidRPr="00FA1D49" w:rsidRDefault="00FA1D49" w:rsidP="00FA1D49">
            <w:pPr>
              <w:jc w:val="both"/>
              <w:rPr>
                <w:bCs/>
                <w:sz w:val="28"/>
                <w:szCs w:val="28"/>
                <w:lang w:val="kk-KZ"/>
              </w:rPr>
            </w:pPr>
            <w:r w:rsidRPr="00FA1D49">
              <w:rPr>
                <w:bCs/>
                <w:sz w:val="28"/>
                <w:szCs w:val="28"/>
                <w:lang w:val="kk-KZ"/>
              </w:rPr>
              <w:t>110</w:t>
            </w:r>
          </w:p>
        </w:tc>
      </w:tr>
      <w:tr w:rsidR="00FA1D49" w:rsidRPr="00FA1D49" w14:paraId="2EC00B6D" w14:textId="77777777" w:rsidTr="00BC09A2">
        <w:trPr>
          <w:gridAfter w:val="1"/>
          <w:wAfter w:w="520" w:type="dxa"/>
          <w:trHeight w:val="287"/>
        </w:trPr>
        <w:tc>
          <w:tcPr>
            <w:tcW w:w="768" w:type="dxa"/>
            <w:tcBorders>
              <w:top w:val="nil"/>
              <w:left w:val="single" w:sz="4" w:space="0" w:color="auto"/>
              <w:bottom w:val="single" w:sz="4" w:space="0" w:color="auto"/>
              <w:right w:val="single" w:sz="4" w:space="0" w:color="auto"/>
            </w:tcBorders>
            <w:noWrap/>
            <w:vAlign w:val="center"/>
          </w:tcPr>
          <w:p w14:paraId="06D71363" w14:textId="77777777" w:rsidR="00FA1D49" w:rsidRPr="00FA1D49" w:rsidRDefault="00FA1D49" w:rsidP="00FA1D49">
            <w:pPr>
              <w:jc w:val="both"/>
              <w:rPr>
                <w:color w:val="000000"/>
                <w:sz w:val="28"/>
                <w:szCs w:val="28"/>
              </w:rPr>
            </w:pPr>
            <w:r w:rsidRPr="00FA1D49">
              <w:rPr>
                <w:color w:val="000000"/>
                <w:sz w:val="28"/>
                <w:szCs w:val="28"/>
              </w:rPr>
              <w:t>6</w:t>
            </w:r>
          </w:p>
        </w:tc>
        <w:tc>
          <w:tcPr>
            <w:tcW w:w="2747" w:type="dxa"/>
            <w:tcBorders>
              <w:top w:val="nil"/>
              <w:left w:val="nil"/>
              <w:bottom w:val="single" w:sz="4" w:space="0" w:color="auto"/>
              <w:right w:val="single" w:sz="4" w:space="0" w:color="auto"/>
            </w:tcBorders>
            <w:vAlign w:val="center"/>
            <w:hideMark/>
          </w:tcPr>
          <w:p w14:paraId="040F66C7" w14:textId="77777777" w:rsidR="00FA1D49" w:rsidRPr="00FA1D49" w:rsidRDefault="00FA1D49" w:rsidP="00FA1D49">
            <w:pPr>
              <w:tabs>
                <w:tab w:val="left" w:pos="0"/>
              </w:tabs>
              <w:jc w:val="both"/>
              <w:rPr>
                <w:sz w:val="28"/>
                <w:szCs w:val="28"/>
                <w:lang w:val="kk-KZ"/>
              </w:rPr>
            </w:pPr>
            <w:r w:rsidRPr="00FA1D49">
              <w:rPr>
                <w:sz w:val="28"/>
                <w:szCs w:val="28"/>
              </w:rPr>
              <w:t xml:space="preserve">6-сынып </w:t>
            </w:r>
          </w:p>
        </w:tc>
        <w:tc>
          <w:tcPr>
            <w:tcW w:w="1701" w:type="dxa"/>
            <w:tcBorders>
              <w:top w:val="nil"/>
              <w:left w:val="nil"/>
              <w:bottom w:val="single" w:sz="4" w:space="0" w:color="auto"/>
              <w:right w:val="single" w:sz="4" w:space="0" w:color="auto"/>
            </w:tcBorders>
            <w:vAlign w:val="center"/>
          </w:tcPr>
          <w:p w14:paraId="5DE6A167" w14:textId="77777777" w:rsidR="00FA1D49" w:rsidRPr="00FA1D49" w:rsidRDefault="00FA1D49" w:rsidP="00FA1D49">
            <w:pPr>
              <w:jc w:val="both"/>
              <w:rPr>
                <w:bCs/>
                <w:sz w:val="28"/>
                <w:szCs w:val="28"/>
                <w:lang w:val="kk-KZ"/>
              </w:rPr>
            </w:pPr>
            <w:r w:rsidRPr="00FA1D49">
              <w:rPr>
                <w:bCs/>
                <w:sz w:val="28"/>
                <w:szCs w:val="28"/>
                <w:lang w:val="kk-KZ"/>
              </w:rPr>
              <w:t>78</w:t>
            </w:r>
          </w:p>
        </w:tc>
        <w:tc>
          <w:tcPr>
            <w:tcW w:w="2694" w:type="dxa"/>
            <w:tcBorders>
              <w:top w:val="single" w:sz="4" w:space="0" w:color="auto"/>
              <w:left w:val="nil"/>
              <w:bottom w:val="single" w:sz="4" w:space="0" w:color="auto"/>
              <w:right w:val="single" w:sz="4" w:space="0" w:color="auto"/>
            </w:tcBorders>
            <w:vAlign w:val="center"/>
          </w:tcPr>
          <w:p w14:paraId="73CAE6B3" w14:textId="77777777" w:rsidR="00FA1D49" w:rsidRPr="00FA1D49" w:rsidRDefault="00FA1D49" w:rsidP="00FA1D49">
            <w:pPr>
              <w:jc w:val="both"/>
              <w:rPr>
                <w:bCs/>
                <w:sz w:val="28"/>
                <w:szCs w:val="28"/>
                <w:lang w:val="kk-KZ"/>
              </w:rPr>
            </w:pPr>
            <w:r w:rsidRPr="00FA1D49">
              <w:rPr>
                <w:bCs/>
                <w:sz w:val="28"/>
                <w:szCs w:val="28"/>
                <w:lang w:val="kk-KZ"/>
              </w:rPr>
              <w:t>78</w:t>
            </w:r>
          </w:p>
        </w:tc>
        <w:tc>
          <w:tcPr>
            <w:tcW w:w="2409" w:type="dxa"/>
            <w:tcBorders>
              <w:top w:val="single" w:sz="4" w:space="0" w:color="auto"/>
              <w:left w:val="nil"/>
              <w:bottom w:val="single" w:sz="4" w:space="0" w:color="auto"/>
              <w:right w:val="single" w:sz="4" w:space="0" w:color="auto"/>
            </w:tcBorders>
          </w:tcPr>
          <w:p w14:paraId="4A014BA6" w14:textId="77777777" w:rsidR="00FA1D49" w:rsidRPr="00FA1D49" w:rsidRDefault="00FA1D49" w:rsidP="00FA1D49">
            <w:pPr>
              <w:jc w:val="both"/>
              <w:rPr>
                <w:bCs/>
                <w:sz w:val="28"/>
                <w:szCs w:val="28"/>
                <w:lang w:val="kk-KZ"/>
              </w:rPr>
            </w:pPr>
            <w:r w:rsidRPr="00FA1D49">
              <w:rPr>
                <w:bCs/>
                <w:sz w:val="28"/>
                <w:szCs w:val="28"/>
                <w:lang w:val="kk-KZ"/>
              </w:rPr>
              <w:t>105</w:t>
            </w:r>
          </w:p>
        </w:tc>
      </w:tr>
      <w:tr w:rsidR="00FA1D49" w:rsidRPr="00FA1D49" w14:paraId="7303726A" w14:textId="77777777" w:rsidTr="00BC09A2">
        <w:trPr>
          <w:gridAfter w:val="1"/>
          <w:wAfter w:w="520" w:type="dxa"/>
          <w:trHeight w:val="287"/>
        </w:trPr>
        <w:tc>
          <w:tcPr>
            <w:tcW w:w="768" w:type="dxa"/>
            <w:tcBorders>
              <w:top w:val="single" w:sz="4" w:space="0" w:color="auto"/>
              <w:left w:val="single" w:sz="4" w:space="0" w:color="auto"/>
              <w:bottom w:val="single" w:sz="4" w:space="0" w:color="auto"/>
              <w:right w:val="single" w:sz="4" w:space="0" w:color="auto"/>
            </w:tcBorders>
            <w:noWrap/>
            <w:vAlign w:val="center"/>
          </w:tcPr>
          <w:p w14:paraId="1883328F" w14:textId="77777777" w:rsidR="00FA1D49" w:rsidRPr="00FA1D49" w:rsidRDefault="00FA1D49" w:rsidP="00FA1D49">
            <w:pPr>
              <w:jc w:val="both"/>
              <w:rPr>
                <w:color w:val="000000"/>
                <w:sz w:val="28"/>
                <w:szCs w:val="28"/>
              </w:rPr>
            </w:pPr>
            <w:r w:rsidRPr="00FA1D49">
              <w:rPr>
                <w:color w:val="000000"/>
                <w:sz w:val="28"/>
                <w:szCs w:val="28"/>
              </w:rPr>
              <w:t>7</w:t>
            </w:r>
          </w:p>
        </w:tc>
        <w:tc>
          <w:tcPr>
            <w:tcW w:w="2747" w:type="dxa"/>
            <w:tcBorders>
              <w:top w:val="single" w:sz="4" w:space="0" w:color="auto"/>
              <w:left w:val="single" w:sz="4" w:space="0" w:color="auto"/>
              <w:bottom w:val="single" w:sz="4" w:space="0" w:color="auto"/>
              <w:right w:val="single" w:sz="4" w:space="0" w:color="auto"/>
            </w:tcBorders>
            <w:vAlign w:val="center"/>
            <w:hideMark/>
          </w:tcPr>
          <w:p w14:paraId="7C37693E" w14:textId="77777777" w:rsidR="00FA1D49" w:rsidRPr="00FA1D49" w:rsidRDefault="00FA1D49" w:rsidP="00FA1D49">
            <w:pPr>
              <w:tabs>
                <w:tab w:val="left" w:pos="0"/>
              </w:tabs>
              <w:jc w:val="both"/>
              <w:rPr>
                <w:sz w:val="28"/>
                <w:szCs w:val="28"/>
                <w:lang w:val="kk-KZ"/>
              </w:rPr>
            </w:pPr>
            <w:r w:rsidRPr="00FA1D49">
              <w:rPr>
                <w:sz w:val="28"/>
                <w:szCs w:val="28"/>
              </w:rPr>
              <w:t xml:space="preserve">7-сынып </w:t>
            </w:r>
          </w:p>
        </w:tc>
        <w:tc>
          <w:tcPr>
            <w:tcW w:w="1701" w:type="dxa"/>
            <w:tcBorders>
              <w:top w:val="single" w:sz="4" w:space="0" w:color="auto"/>
              <w:left w:val="single" w:sz="4" w:space="0" w:color="auto"/>
              <w:bottom w:val="single" w:sz="4" w:space="0" w:color="auto"/>
              <w:right w:val="single" w:sz="4" w:space="0" w:color="auto"/>
            </w:tcBorders>
            <w:vAlign w:val="center"/>
          </w:tcPr>
          <w:p w14:paraId="74CD72CB" w14:textId="77777777" w:rsidR="00FA1D49" w:rsidRPr="00FA1D49" w:rsidRDefault="00FA1D49" w:rsidP="00FA1D49">
            <w:pPr>
              <w:jc w:val="both"/>
              <w:rPr>
                <w:bCs/>
                <w:sz w:val="28"/>
                <w:szCs w:val="28"/>
                <w:lang w:val="kk-KZ"/>
              </w:rPr>
            </w:pPr>
            <w:r w:rsidRPr="00FA1D49">
              <w:rPr>
                <w:bCs/>
                <w:sz w:val="28"/>
                <w:szCs w:val="28"/>
                <w:lang w:val="kk-KZ"/>
              </w:rPr>
              <w:t>91</w:t>
            </w:r>
          </w:p>
        </w:tc>
        <w:tc>
          <w:tcPr>
            <w:tcW w:w="2694" w:type="dxa"/>
            <w:tcBorders>
              <w:top w:val="single" w:sz="4" w:space="0" w:color="auto"/>
              <w:left w:val="single" w:sz="4" w:space="0" w:color="auto"/>
              <w:bottom w:val="single" w:sz="4" w:space="0" w:color="auto"/>
              <w:right w:val="single" w:sz="4" w:space="0" w:color="auto"/>
            </w:tcBorders>
            <w:vAlign w:val="center"/>
          </w:tcPr>
          <w:p w14:paraId="08B9DEF2" w14:textId="77777777" w:rsidR="00FA1D49" w:rsidRPr="00FA1D49" w:rsidRDefault="00FA1D49" w:rsidP="00FA1D49">
            <w:pPr>
              <w:jc w:val="both"/>
              <w:rPr>
                <w:bCs/>
                <w:sz w:val="28"/>
                <w:szCs w:val="28"/>
                <w:lang w:val="kk-KZ"/>
              </w:rPr>
            </w:pPr>
            <w:r w:rsidRPr="00FA1D49">
              <w:rPr>
                <w:bCs/>
                <w:sz w:val="28"/>
                <w:szCs w:val="28"/>
                <w:lang w:val="kk-KZ"/>
              </w:rPr>
              <w:t>91</w:t>
            </w:r>
          </w:p>
        </w:tc>
        <w:tc>
          <w:tcPr>
            <w:tcW w:w="2409" w:type="dxa"/>
            <w:tcBorders>
              <w:top w:val="single" w:sz="4" w:space="0" w:color="auto"/>
              <w:left w:val="single" w:sz="4" w:space="0" w:color="auto"/>
              <w:bottom w:val="single" w:sz="4" w:space="0" w:color="auto"/>
              <w:right w:val="single" w:sz="4" w:space="0" w:color="auto"/>
            </w:tcBorders>
          </w:tcPr>
          <w:p w14:paraId="5DAA8D81" w14:textId="77777777" w:rsidR="00FA1D49" w:rsidRPr="00FA1D49" w:rsidRDefault="00FA1D49" w:rsidP="00FA1D49">
            <w:pPr>
              <w:jc w:val="both"/>
              <w:rPr>
                <w:bCs/>
                <w:sz w:val="28"/>
                <w:szCs w:val="28"/>
                <w:lang w:val="kk-KZ"/>
              </w:rPr>
            </w:pPr>
            <w:r w:rsidRPr="00FA1D49">
              <w:rPr>
                <w:bCs/>
                <w:sz w:val="28"/>
                <w:szCs w:val="28"/>
                <w:lang w:val="kk-KZ"/>
              </w:rPr>
              <w:t>90</w:t>
            </w:r>
          </w:p>
        </w:tc>
      </w:tr>
      <w:tr w:rsidR="00FA1D49" w:rsidRPr="00FA1D49" w14:paraId="43297627" w14:textId="77777777" w:rsidTr="00BC09A2">
        <w:trPr>
          <w:gridAfter w:val="1"/>
          <w:wAfter w:w="520" w:type="dxa"/>
          <w:trHeight w:val="287"/>
        </w:trPr>
        <w:tc>
          <w:tcPr>
            <w:tcW w:w="768" w:type="dxa"/>
            <w:tcBorders>
              <w:top w:val="single" w:sz="4" w:space="0" w:color="auto"/>
              <w:left w:val="single" w:sz="4" w:space="0" w:color="auto"/>
              <w:bottom w:val="single" w:sz="4" w:space="0" w:color="auto"/>
              <w:right w:val="single" w:sz="4" w:space="0" w:color="auto"/>
            </w:tcBorders>
            <w:noWrap/>
            <w:vAlign w:val="center"/>
          </w:tcPr>
          <w:p w14:paraId="66494391" w14:textId="77777777" w:rsidR="00FA1D49" w:rsidRPr="00FA1D49" w:rsidRDefault="00FA1D49" w:rsidP="00FA1D49">
            <w:pPr>
              <w:jc w:val="both"/>
              <w:rPr>
                <w:color w:val="000000"/>
                <w:sz w:val="28"/>
                <w:szCs w:val="28"/>
              </w:rPr>
            </w:pPr>
            <w:r w:rsidRPr="00FA1D49">
              <w:rPr>
                <w:color w:val="000000"/>
                <w:sz w:val="28"/>
                <w:szCs w:val="28"/>
              </w:rPr>
              <w:t>8</w:t>
            </w:r>
          </w:p>
        </w:tc>
        <w:tc>
          <w:tcPr>
            <w:tcW w:w="2747" w:type="dxa"/>
            <w:tcBorders>
              <w:top w:val="single" w:sz="4" w:space="0" w:color="auto"/>
              <w:left w:val="single" w:sz="4" w:space="0" w:color="auto"/>
              <w:bottom w:val="single" w:sz="4" w:space="0" w:color="auto"/>
              <w:right w:val="single" w:sz="4" w:space="0" w:color="auto"/>
            </w:tcBorders>
            <w:vAlign w:val="center"/>
            <w:hideMark/>
          </w:tcPr>
          <w:p w14:paraId="23B203A5" w14:textId="77777777" w:rsidR="00FA1D49" w:rsidRPr="00FA1D49" w:rsidRDefault="00FA1D49" w:rsidP="00FA1D49">
            <w:pPr>
              <w:tabs>
                <w:tab w:val="left" w:pos="0"/>
              </w:tabs>
              <w:jc w:val="both"/>
              <w:rPr>
                <w:sz w:val="28"/>
                <w:szCs w:val="28"/>
                <w:lang w:val="kk-KZ"/>
              </w:rPr>
            </w:pPr>
            <w:r w:rsidRPr="00FA1D49">
              <w:rPr>
                <w:sz w:val="28"/>
                <w:szCs w:val="28"/>
              </w:rPr>
              <w:t xml:space="preserve">8-сынып </w:t>
            </w:r>
          </w:p>
        </w:tc>
        <w:tc>
          <w:tcPr>
            <w:tcW w:w="1701" w:type="dxa"/>
            <w:tcBorders>
              <w:top w:val="single" w:sz="4" w:space="0" w:color="auto"/>
              <w:left w:val="single" w:sz="4" w:space="0" w:color="auto"/>
              <w:bottom w:val="single" w:sz="4" w:space="0" w:color="auto"/>
              <w:right w:val="single" w:sz="4" w:space="0" w:color="auto"/>
            </w:tcBorders>
            <w:vAlign w:val="center"/>
          </w:tcPr>
          <w:p w14:paraId="7F428EFA" w14:textId="77777777" w:rsidR="00FA1D49" w:rsidRPr="00FA1D49" w:rsidRDefault="00FA1D49" w:rsidP="00FA1D49">
            <w:pPr>
              <w:jc w:val="both"/>
              <w:rPr>
                <w:bCs/>
                <w:sz w:val="28"/>
                <w:szCs w:val="28"/>
                <w:lang w:val="kk-KZ"/>
              </w:rPr>
            </w:pPr>
            <w:r w:rsidRPr="00FA1D49">
              <w:rPr>
                <w:bCs/>
                <w:sz w:val="28"/>
                <w:szCs w:val="28"/>
                <w:lang w:val="kk-KZ"/>
              </w:rPr>
              <w:t>95</w:t>
            </w:r>
          </w:p>
        </w:tc>
        <w:tc>
          <w:tcPr>
            <w:tcW w:w="2694" w:type="dxa"/>
            <w:tcBorders>
              <w:top w:val="single" w:sz="4" w:space="0" w:color="auto"/>
              <w:left w:val="single" w:sz="4" w:space="0" w:color="auto"/>
              <w:bottom w:val="single" w:sz="4" w:space="0" w:color="auto"/>
              <w:right w:val="single" w:sz="4" w:space="0" w:color="auto"/>
            </w:tcBorders>
            <w:vAlign w:val="center"/>
          </w:tcPr>
          <w:p w14:paraId="37741C4F" w14:textId="77777777" w:rsidR="00FA1D49" w:rsidRPr="00FA1D49" w:rsidRDefault="00FA1D49" w:rsidP="00FA1D49">
            <w:pPr>
              <w:jc w:val="both"/>
              <w:rPr>
                <w:bCs/>
                <w:sz w:val="28"/>
                <w:szCs w:val="28"/>
                <w:lang w:val="kk-KZ"/>
              </w:rPr>
            </w:pPr>
            <w:r w:rsidRPr="00FA1D49">
              <w:rPr>
                <w:bCs/>
                <w:sz w:val="28"/>
                <w:szCs w:val="28"/>
                <w:lang w:val="kk-KZ"/>
              </w:rPr>
              <w:t>95</w:t>
            </w:r>
          </w:p>
        </w:tc>
        <w:tc>
          <w:tcPr>
            <w:tcW w:w="2409" w:type="dxa"/>
            <w:tcBorders>
              <w:top w:val="single" w:sz="4" w:space="0" w:color="auto"/>
              <w:left w:val="single" w:sz="4" w:space="0" w:color="auto"/>
              <w:bottom w:val="single" w:sz="4" w:space="0" w:color="auto"/>
              <w:right w:val="single" w:sz="4" w:space="0" w:color="auto"/>
            </w:tcBorders>
          </w:tcPr>
          <w:p w14:paraId="7C6ED68A" w14:textId="77777777" w:rsidR="00FA1D49" w:rsidRPr="00FA1D49" w:rsidRDefault="00FA1D49" w:rsidP="00FA1D49">
            <w:pPr>
              <w:jc w:val="both"/>
              <w:rPr>
                <w:bCs/>
                <w:sz w:val="28"/>
                <w:szCs w:val="28"/>
                <w:lang w:val="kk-KZ"/>
              </w:rPr>
            </w:pPr>
            <w:r w:rsidRPr="00FA1D49">
              <w:rPr>
                <w:bCs/>
                <w:sz w:val="28"/>
                <w:szCs w:val="28"/>
                <w:lang w:val="kk-KZ"/>
              </w:rPr>
              <w:t>90</w:t>
            </w:r>
          </w:p>
        </w:tc>
      </w:tr>
      <w:tr w:rsidR="00FA1D49" w:rsidRPr="00FA1D49" w14:paraId="3FFD56B1" w14:textId="77777777" w:rsidTr="00BC09A2">
        <w:trPr>
          <w:gridAfter w:val="1"/>
          <w:wAfter w:w="520" w:type="dxa"/>
          <w:trHeight w:val="287"/>
        </w:trPr>
        <w:tc>
          <w:tcPr>
            <w:tcW w:w="768" w:type="dxa"/>
            <w:tcBorders>
              <w:top w:val="single" w:sz="4" w:space="0" w:color="auto"/>
              <w:left w:val="single" w:sz="4" w:space="0" w:color="auto"/>
              <w:bottom w:val="single" w:sz="4" w:space="0" w:color="auto"/>
              <w:right w:val="single" w:sz="4" w:space="0" w:color="auto"/>
            </w:tcBorders>
            <w:noWrap/>
            <w:vAlign w:val="center"/>
          </w:tcPr>
          <w:p w14:paraId="28A68020" w14:textId="77777777" w:rsidR="00FA1D49" w:rsidRPr="00FA1D49" w:rsidRDefault="00FA1D49" w:rsidP="00FA1D49">
            <w:pPr>
              <w:jc w:val="both"/>
              <w:rPr>
                <w:color w:val="000000"/>
                <w:sz w:val="28"/>
                <w:szCs w:val="28"/>
              </w:rPr>
            </w:pPr>
            <w:r w:rsidRPr="00FA1D49">
              <w:rPr>
                <w:color w:val="000000"/>
                <w:sz w:val="28"/>
                <w:szCs w:val="28"/>
              </w:rPr>
              <w:t>9</w:t>
            </w:r>
          </w:p>
        </w:tc>
        <w:tc>
          <w:tcPr>
            <w:tcW w:w="2747" w:type="dxa"/>
            <w:tcBorders>
              <w:top w:val="single" w:sz="4" w:space="0" w:color="auto"/>
              <w:left w:val="single" w:sz="4" w:space="0" w:color="auto"/>
              <w:bottom w:val="single" w:sz="4" w:space="0" w:color="auto"/>
              <w:right w:val="single" w:sz="4" w:space="0" w:color="auto"/>
            </w:tcBorders>
            <w:vAlign w:val="center"/>
            <w:hideMark/>
          </w:tcPr>
          <w:p w14:paraId="168E09D1" w14:textId="77777777" w:rsidR="00FA1D49" w:rsidRPr="00FA1D49" w:rsidRDefault="00FA1D49" w:rsidP="00FA1D49">
            <w:pPr>
              <w:tabs>
                <w:tab w:val="left" w:pos="0"/>
              </w:tabs>
              <w:jc w:val="both"/>
              <w:rPr>
                <w:sz w:val="28"/>
                <w:szCs w:val="28"/>
                <w:lang w:val="kk-KZ"/>
              </w:rPr>
            </w:pPr>
            <w:r w:rsidRPr="00FA1D49">
              <w:rPr>
                <w:sz w:val="28"/>
                <w:szCs w:val="28"/>
              </w:rPr>
              <w:t xml:space="preserve">9-сынып </w:t>
            </w:r>
          </w:p>
        </w:tc>
        <w:tc>
          <w:tcPr>
            <w:tcW w:w="1701" w:type="dxa"/>
            <w:tcBorders>
              <w:top w:val="single" w:sz="4" w:space="0" w:color="auto"/>
              <w:left w:val="single" w:sz="4" w:space="0" w:color="auto"/>
              <w:bottom w:val="single" w:sz="4" w:space="0" w:color="auto"/>
              <w:right w:val="single" w:sz="4" w:space="0" w:color="auto"/>
            </w:tcBorders>
            <w:vAlign w:val="center"/>
          </w:tcPr>
          <w:p w14:paraId="621B679F" w14:textId="77777777" w:rsidR="00FA1D49" w:rsidRPr="00FA1D49" w:rsidRDefault="00FA1D49" w:rsidP="00FA1D49">
            <w:pPr>
              <w:jc w:val="both"/>
              <w:rPr>
                <w:bCs/>
                <w:sz w:val="28"/>
                <w:szCs w:val="28"/>
                <w:lang w:val="kk-KZ"/>
              </w:rPr>
            </w:pPr>
            <w:r w:rsidRPr="00FA1D49">
              <w:rPr>
                <w:bCs/>
                <w:sz w:val="28"/>
                <w:szCs w:val="28"/>
                <w:lang w:val="kk-KZ"/>
              </w:rPr>
              <w:t>80</w:t>
            </w:r>
          </w:p>
        </w:tc>
        <w:tc>
          <w:tcPr>
            <w:tcW w:w="2694" w:type="dxa"/>
            <w:tcBorders>
              <w:top w:val="single" w:sz="4" w:space="0" w:color="auto"/>
              <w:left w:val="single" w:sz="4" w:space="0" w:color="auto"/>
              <w:bottom w:val="single" w:sz="4" w:space="0" w:color="auto"/>
              <w:right w:val="single" w:sz="4" w:space="0" w:color="auto"/>
            </w:tcBorders>
            <w:vAlign w:val="center"/>
          </w:tcPr>
          <w:p w14:paraId="506330A7" w14:textId="77777777" w:rsidR="00FA1D49" w:rsidRPr="00FA1D49" w:rsidRDefault="00FA1D49" w:rsidP="00FA1D49">
            <w:pPr>
              <w:jc w:val="both"/>
              <w:rPr>
                <w:bCs/>
                <w:sz w:val="28"/>
                <w:szCs w:val="28"/>
                <w:lang w:val="kk-KZ"/>
              </w:rPr>
            </w:pPr>
            <w:r w:rsidRPr="00FA1D49">
              <w:rPr>
                <w:bCs/>
                <w:sz w:val="28"/>
                <w:szCs w:val="28"/>
                <w:lang w:val="kk-KZ"/>
              </w:rPr>
              <w:t>80</w:t>
            </w:r>
          </w:p>
        </w:tc>
        <w:tc>
          <w:tcPr>
            <w:tcW w:w="2409" w:type="dxa"/>
            <w:tcBorders>
              <w:top w:val="single" w:sz="4" w:space="0" w:color="auto"/>
              <w:left w:val="single" w:sz="4" w:space="0" w:color="auto"/>
              <w:bottom w:val="single" w:sz="4" w:space="0" w:color="auto"/>
              <w:right w:val="single" w:sz="4" w:space="0" w:color="auto"/>
            </w:tcBorders>
          </w:tcPr>
          <w:p w14:paraId="084E541B" w14:textId="77777777" w:rsidR="00FA1D49" w:rsidRPr="00FA1D49" w:rsidRDefault="00FA1D49" w:rsidP="00FA1D49">
            <w:pPr>
              <w:jc w:val="both"/>
              <w:rPr>
                <w:bCs/>
                <w:sz w:val="28"/>
                <w:szCs w:val="28"/>
                <w:lang w:val="kk-KZ"/>
              </w:rPr>
            </w:pPr>
            <w:r w:rsidRPr="00FA1D49">
              <w:rPr>
                <w:bCs/>
                <w:sz w:val="28"/>
                <w:szCs w:val="28"/>
                <w:lang w:val="kk-KZ"/>
              </w:rPr>
              <w:t>95</w:t>
            </w:r>
          </w:p>
        </w:tc>
      </w:tr>
      <w:tr w:rsidR="00FA1D49" w:rsidRPr="00FA1D49" w14:paraId="59255261" w14:textId="77777777" w:rsidTr="00BC09A2">
        <w:trPr>
          <w:gridAfter w:val="1"/>
          <w:wAfter w:w="520" w:type="dxa"/>
          <w:trHeight w:val="287"/>
        </w:trPr>
        <w:tc>
          <w:tcPr>
            <w:tcW w:w="768" w:type="dxa"/>
            <w:tcBorders>
              <w:top w:val="single" w:sz="4" w:space="0" w:color="auto"/>
              <w:left w:val="single" w:sz="4" w:space="0" w:color="auto"/>
              <w:bottom w:val="single" w:sz="4" w:space="0" w:color="auto"/>
              <w:right w:val="single" w:sz="4" w:space="0" w:color="auto"/>
            </w:tcBorders>
            <w:noWrap/>
            <w:vAlign w:val="center"/>
          </w:tcPr>
          <w:p w14:paraId="74F397B1" w14:textId="77777777" w:rsidR="00FA1D49" w:rsidRPr="00FA1D49" w:rsidRDefault="00FA1D49" w:rsidP="00FA1D49">
            <w:pPr>
              <w:jc w:val="both"/>
              <w:rPr>
                <w:color w:val="000000"/>
                <w:sz w:val="28"/>
                <w:szCs w:val="28"/>
              </w:rPr>
            </w:pPr>
            <w:r w:rsidRPr="00FA1D49">
              <w:rPr>
                <w:color w:val="000000"/>
                <w:sz w:val="28"/>
                <w:szCs w:val="28"/>
              </w:rPr>
              <w:t>10</w:t>
            </w:r>
          </w:p>
        </w:tc>
        <w:tc>
          <w:tcPr>
            <w:tcW w:w="2747" w:type="dxa"/>
            <w:tcBorders>
              <w:top w:val="single" w:sz="4" w:space="0" w:color="auto"/>
              <w:left w:val="single" w:sz="4" w:space="0" w:color="auto"/>
              <w:bottom w:val="single" w:sz="4" w:space="0" w:color="auto"/>
              <w:right w:val="single" w:sz="4" w:space="0" w:color="auto"/>
            </w:tcBorders>
            <w:vAlign w:val="center"/>
            <w:hideMark/>
          </w:tcPr>
          <w:p w14:paraId="400F67DF" w14:textId="77777777" w:rsidR="00FA1D49" w:rsidRPr="00FA1D49" w:rsidRDefault="00FA1D49" w:rsidP="00FA1D49">
            <w:pPr>
              <w:tabs>
                <w:tab w:val="left" w:pos="0"/>
              </w:tabs>
              <w:jc w:val="both"/>
              <w:rPr>
                <w:sz w:val="28"/>
                <w:szCs w:val="28"/>
                <w:lang w:val="kk-KZ"/>
              </w:rPr>
            </w:pPr>
            <w:r w:rsidRPr="00FA1D49">
              <w:rPr>
                <w:sz w:val="28"/>
                <w:szCs w:val="28"/>
              </w:rPr>
              <w:t xml:space="preserve">10-сынып </w:t>
            </w:r>
            <w:r w:rsidRPr="00FA1D49">
              <w:rPr>
                <w:sz w:val="28"/>
                <w:szCs w:val="28"/>
                <w:lang w:val="kk-KZ"/>
              </w:rPr>
              <w:t>ҚГБ</w:t>
            </w:r>
          </w:p>
        </w:tc>
        <w:tc>
          <w:tcPr>
            <w:tcW w:w="1701" w:type="dxa"/>
            <w:tcBorders>
              <w:top w:val="single" w:sz="4" w:space="0" w:color="auto"/>
              <w:left w:val="single" w:sz="4" w:space="0" w:color="auto"/>
              <w:bottom w:val="single" w:sz="4" w:space="0" w:color="auto"/>
              <w:right w:val="single" w:sz="4" w:space="0" w:color="auto"/>
            </w:tcBorders>
            <w:vAlign w:val="center"/>
          </w:tcPr>
          <w:p w14:paraId="2A10B88B" w14:textId="77777777" w:rsidR="00FA1D49" w:rsidRPr="00FA1D49" w:rsidRDefault="00FA1D49" w:rsidP="00FA1D49">
            <w:pPr>
              <w:jc w:val="both"/>
              <w:rPr>
                <w:bCs/>
                <w:sz w:val="28"/>
                <w:szCs w:val="28"/>
                <w:lang w:val="kk-KZ"/>
              </w:rPr>
            </w:pPr>
            <w:r w:rsidRPr="00FA1D49">
              <w:rPr>
                <w:bCs/>
                <w:sz w:val="28"/>
                <w:szCs w:val="28"/>
                <w:lang w:val="kk-KZ"/>
              </w:rPr>
              <w:t>22</w:t>
            </w:r>
          </w:p>
        </w:tc>
        <w:tc>
          <w:tcPr>
            <w:tcW w:w="2694" w:type="dxa"/>
            <w:tcBorders>
              <w:top w:val="single" w:sz="4" w:space="0" w:color="auto"/>
              <w:left w:val="single" w:sz="4" w:space="0" w:color="auto"/>
              <w:bottom w:val="single" w:sz="4" w:space="0" w:color="auto"/>
              <w:right w:val="single" w:sz="4" w:space="0" w:color="auto"/>
            </w:tcBorders>
            <w:vAlign w:val="center"/>
          </w:tcPr>
          <w:p w14:paraId="5E8480DD" w14:textId="77777777" w:rsidR="00FA1D49" w:rsidRPr="00FA1D49" w:rsidRDefault="00FA1D49" w:rsidP="00FA1D49">
            <w:pPr>
              <w:jc w:val="both"/>
              <w:rPr>
                <w:bCs/>
                <w:sz w:val="28"/>
                <w:szCs w:val="28"/>
                <w:lang w:val="kk-KZ"/>
              </w:rPr>
            </w:pPr>
            <w:r w:rsidRPr="00FA1D49">
              <w:rPr>
                <w:bCs/>
                <w:sz w:val="28"/>
                <w:szCs w:val="28"/>
                <w:lang w:val="kk-KZ"/>
              </w:rPr>
              <w:t>22</w:t>
            </w:r>
          </w:p>
        </w:tc>
        <w:tc>
          <w:tcPr>
            <w:tcW w:w="2409" w:type="dxa"/>
            <w:tcBorders>
              <w:top w:val="single" w:sz="4" w:space="0" w:color="auto"/>
              <w:left w:val="single" w:sz="4" w:space="0" w:color="auto"/>
              <w:bottom w:val="single" w:sz="4" w:space="0" w:color="auto"/>
              <w:right w:val="single" w:sz="4" w:space="0" w:color="auto"/>
            </w:tcBorders>
          </w:tcPr>
          <w:p w14:paraId="1C508C5B" w14:textId="77777777" w:rsidR="00FA1D49" w:rsidRPr="00FA1D49" w:rsidRDefault="00FA1D49" w:rsidP="00FA1D49">
            <w:pPr>
              <w:jc w:val="both"/>
              <w:rPr>
                <w:bCs/>
                <w:sz w:val="28"/>
                <w:szCs w:val="28"/>
                <w:lang w:val="kk-KZ"/>
              </w:rPr>
            </w:pPr>
            <w:r w:rsidRPr="00FA1D49">
              <w:rPr>
                <w:bCs/>
                <w:sz w:val="28"/>
                <w:szCs w:val="28"/>
                <w:lang w:val="kk-KZ"/>
              </w:rPr>
              <w:t>35</w:t>
            </w:r>
          </w:p>
        </w:tc>
      </w:tr>
      <w:tr w:rsidR="00FA1D49" w:rsidRPr="00FA1D49" w14:paraId="5C244944" w14:textId="77777777" w:rsidTr="00BC09A2">
        <w:trPr>
          <w:gridAfter w:val="1"/>
          <w:wAfter w:w="520" w:type="dxa"/>
          <w:trHeight w:val="287"/>
        </w:trPr>
        <w:tc>
          <w:tcPr>
            <w:tcW w:w="768" w:type="dxa"/>
            <w:tcBorders>
              <w:top w:val="single" w:sz="4" w:space="0" w:color="auto"/>
              <w:left w:val="single" w:sz="4" w:space="0" w:color="auto"/>
              <w:bottom w:val="single" w:sz="4" w:space="0" w:color="auto"/>
              <w:right w:val="single" w:sz="4" w:space="0" w:color="auto"/>
            </w:tcBorders>
            <w:noWrap/>
            <w:vAlign w:val="center"/>
          </w:tcPr>
          <w:p w14:paraId="07D62C7B" w14:textId="77777777" w:rsidR="00FA1D49" w:rsidRPr="00FA1D49" w:rsidRDefault="00FA1D49" w:rsidP="00FA1D49">
            <w:pPr>
              <w:jc w:val="both"/>
              <w:rPr>
                <w:color w:val="000000"/>
                <w:sz w:val="28"/>
                <w:szCs w:val="28"/>
                <w:lang w:val="kk-KZ"/>
              </w:rPr>
            </w:pPr>
            <w:r w:rsidRPr="00FA1D49">
              <w:rPr>
                <w:color w:val="000000"/>
                <w:sz w:val="28"/>
                <w:szCs w:val="28"/>
                <w:lang w:val="kk-KZ"/>
              </w:rPr>
              <w:t>11</w:t>
            </w:r>
          </w:p>
        </w:tc>
        <w:tc>
          <w:tcPr>
            <w:tcW w:w="2747" w:type="dxa"/>
            <w:tcBorders>
              <w:top w:val="single" w:sz="4" w:space="0" w:color="auto"/>
              <w:left w:val="single" w:sz="4" w:space="0" w:color="auto"/>
              <w:bottom w:val="single" w:sz="4" w:space="0" w:color="auto"/>
              <w:right w:val="single" w:sz="4" w:space="0" w:color="auto"/>
            </w:tcBorders>
            <w:vAlign w:val="center"/>
          </w:tcPr>
          <w:p w14:paraId="3E752AF9" w14:textId="77777777" w:rsidR="00FA1D49" w:rsidRPr="00FA1D49" w:rsidRDefault="00FA1D49" w:rsidP="00FA1D49">
            <w:pPr>
              <w:tabs>
                <w:tab w:val="left" w:pos="0"/>
              </w:tabs>
              <w:jc w:val="both"/>
              <w:rPr>
                <w:sz w:val="28"/>
                <w:szCs w:val="28"/>
                <w:lang w:val="kk-KZ"/>
              </w:rPr>
            </w:pPr>
            <w:r w:rsidRPr="00FA1D49">
              <w:rPr>
                <w:sz w:val="28"/>
                <w:szCs w:val="28"/>
                <w:lang w:val="kk-KZ"/>
              </w:rPr>
              <w:t>10-сынып ЖМБ</w:t>
            </w:r>
          </w:p>
        </w:tc>
        <w:tc>
          <w:tcPr>
            <w:tcW w:w="1701" w:type="dxa"/>
            <w:tcBorders>
              <w:top w:val="single" w:sz="4" w:space="0" w:color="auto"/>
              <w:left w:val="single" w:sz="4" w:space="0" w:color="auto"/>
              <w:bottom w:val="single" w:sz="4" w:space="0" w:color="auto"/>
              <w:right w:val="single" w:sz="4" w:space="0" w:color="auto"/>
            </w:tcBorders>
            <w:vAlign w:val="center"/>
          </w:tcPr>
          <w:p w14:paraId="2FFE6674" w14:textId="77777777" w:rsidR="00FA1D49" w:rsidRPr="00FA1D49" w:rsidRDefault="00FA1D49" w:rsidP="00FA1D49">
            <w:pPr>
              <w:jc w:val="both"/>
              <w:rPr>
                <w:bCs/>
                <w:sz w:val="28"/>
                <w:szCs w:val="28"/>
                <w:lang w:val="kk-KZ"/>
              </w:rPr>
            </w:pPr>
            <w:r w:rsidRPr="00FA1D49">
              <w:rPr>
                <w:bCs/>
                <w:sz w:val="28"/>
                <w:szCs w:val="28"/>
                <w:lang w:val="kk-KZ"/>
              </w:rPr>
              <w:t>25</w:t>
            </w:r>
          </w:p>
        </w:tc>
        <w:tc>
          <w:tcPr>
            <w:tcW w:w="2694" w:type="dxa"/>
            <w:tcBorders>
              <w:top w:val="single" w:sz="4" w:space="0" w:color="auto"/>
              <w:left w:val="single" w:sz="4" w:space="0" w:color="auto"/>
              <w:bottom w:val="single" w:sz="4" w:space="0" w:color="auto"/>
              <w:right w:val="single" w:sz="4" w:space="0" w:color="auto"/>
            </w:tcBorders>
            <w:vAlign w:val="center"/>
          </w:tcPr>
          <w:p w14:paraId="4DAD3B5E" w14:textId="77777777" w:rsidR="00FA1D49" w:rsidRPr="00FA1D49" w:rsidRDefault="00FA1D49" w:rsidP="00FA1D49">
            <w:pPr>
              <w:jc w:val="both"/>
              <w:rPr>
                <w:bCs/>
                <w:sz w:val="28"/>
                <w:szCs w:val="28"/>
                <w:lang w:val="kk-KZ"/>
              </w:rPr>
            </w:pPr>
            <w:r w:rsidRPr="00FA1D49">
              <w:rPr>
                <w:bCs/>
                <w:sz w:val="28"/>
                <w:szCs w:val="28"/>
                <w:lang w:val="kk-KZ"/>
              </w:rPr>
              <w:t>25</w:t>
            </w:r>
          </w:p>
        </w:tc>
        <w:tc>
          <w:tcPr>
            <w:tcW w:w="2409" w:type="dxa"/>
            <w:tcBorders>
              <w:top w:val="single" w:sz="4" w:space="0" w:color="auto"/>
              <w:left w:val="single" w:sz="4" w:space="0" w:color="auto"/>
              <w:bottom w:val="single" w:sz="4" w:space="0" w:color="auto"/>
              <w:right w:val="single" w:sz="4" w:space="0" w:color="auto"/>
            </w:tcBorders>
          </w:tcPr>
          <w:p w14:paraId="09CB6D14" w14:textId="77777777" w:rsidR="00FA1D49" w:rsidRPr="00FA1D49" w:rsidRDefault="00FA1D49" w:rsidP="00FA1D49">
            <w:pPr>
              <w:jc w:val="both"/>
              <w:rPr>
                <w:bCs/>
                <w:sz w:val="28"/>
                <w:szCs w:val="28"/>
                <w:lang w:val="kk-KZ"/>
              </w:rPr>
            </w:pPr>
            <w:r w:rsidRPr="00FA1D49">
              <w:rPr>
                <w:bCs/>
                <w:sz w:val="28"/>
                <w:szCs w:val="28"/>
                <w:lang w:val="kk-KZ"/>
              </w:rPr>
              <w:t>35</w:t>
            </w:r>
          </w:p>
        </w:tc>
      </w:tr>
      <w:tr w:rsidR="00FA1D49" w:rsidRPr="00FA1D49" w14:paraId="7B387297" w14:textId="77777777" w:rsidTr="00BC09A2">
        <w:trPr>
          <w:gridAfter w:val="1"/>
          <w:wAfter w:w="520" w:type="dxa"/>
          <w:trHeight w:val="257"/>
        </w:trPr>
        <w:tc>
          <w:tcPr>
            <w:tcW w:w="768" w:type="dxa"/>
            <w:tcBorders>
              <w:top w:val="single" w:sz="4" w:space="0" w:color="auto"/>
              <w:left w:val="single" w:sz="4" w:space="0" w:color="auto"/>
              <w:bottom w:val="single" w:sz="4" w:space="0" w:color="auto"/>
              <w:right w:val="single" w:sz="4" w:space="0" w:color="auto"/>
            </w:tcBorders>
            <w:noWrap/>
            <w:vAlign w:val="center"/>
            <w:hideMark/>
          </w:tcPr>
          <w:p w14:paraId="771BADF6" w14:textId="77777777" w:rsidR="00FA1D49" w:rsidRPr="00FA1D49" w:rsidRDefault="00FA1D49" w:rsidP="00FA1D49">
            <w:pPr>
              <w:jc w:val="both"/>
              <w:rPr>
                <w:sz w:val="28"/>
                <w:szCs w:val="28"/>
                <w:lang w:val="kk-KZ"/>
              </w:rPr>
            </w:pPr>
            <w:r w:rsidRPr="00FA1D49">
              <w:rPr>
                <w:sz w:val="28"/>
                <w:szCs w:val="28"/>
              </w:rPr>
              <w:t> </w:t>
            </w:r>
            <w:r w:rsidRPr="00FA1D49">
              <w:rPr>
                <w:sz w:val="28"/>
                <w:szCs w:val="28"/>
                <w:lang w:val="kk-KZ"/>
              </w:rPr>
              <w:t>12</w:t>
            </w:r>
          </w:p>
        </w:tc>
        <w:tc>
          <w:tcPr>
            <w:tcW w:w="2747" w:type="dxa"/>
            <w:tcBorders>
              <w:top w:val="single" w:sz="4" w:space="0" w:color="auto"/>
              <w:left w:val="single" w:sz="4" w:space="0" w:color="auto"/>
              <w:bottom w:val="single" w:sz="4" w:space="0" w:color="auto"/>
              <w:right w:val="single" w:sz="4" w:space="0" w:color="auto"/>
            </w:tcBorders>
            <w:noWrap/>
            <w:vAlign w:val="center"/>
            <w:hideMark/>
          </w:tcPr>
          <w:p w14:paraId="7BEDA4A9" w14:textId="77777777" w:rsidR="00FA1D49" w:rsidRPr="00FA1D49" w:rsidRDefault="00FA1D49" w:rsidP="00FA1D49">
            <w:pPr>
              <w:jc w:val="both"/>
              <w:rPr>
                <w:sz w:val="28"/>
                <w:szCs w:val="28"/>
                <w:lang w:val="kk-KZ"/>
              </w:rPr>
            </w:pPr>
            <w:r w:rsidRPr="00FA1D49">
              <w:rPr>
                <w:sz w:val="28"/>
                <w:szCs w:val="28"/>
                <w:lang w:val="kk-KZ"/>
              </w:rPr>
              <w:t>11-сынып</w:t>
            </w:r>
            <w:r w:rsidRPr="00FA1D49">
              <w:rPr>
                <w:sz w:val="28"/>
                <w:szCs w:val="28"/>
              </w:rPr>
              <w:t> </w:t>
            </w:r>
            <w:r w:rsidRPr="00FA1D49">
              <w:rPr>
                <w:sz w:val="28"/>
                <w:szCs w:val="28"/>
                <w:lang w:val="kk-KZ"/>
              </w:rPr>
              <w:t>ҚГБ</w:t>
            </w:r>
          </w:p>
        </w:tc>
        <w:tc>
          <w:tcPr>
            <w:tcW w:w="1701" w:type="dxa"/>
            <w:tcBorders>
              <w:top w:val="single" w:sz="4" w:space="0" w:color="auto"/>
              <w:left w:val="single" w:sz="4" w:space="0" w:color="auto"/>
              <w:bottom w:val="single" w:sz="4" w:space="0" w:color="auto"/>
              <w:right w:val="single" w:sz="4" w:space="0" w:color="auto"/>
            </w:tcBorders>
            <w:noWrap/>
            <w:vAlign w:val="center"/>
          </w:tcPr>
          <w:p w14:paraId="66D2CF9E" w14:textId="77777777" w:rsidR="00FA1D49" w:rsidRPr="00FA1D49" w:rsidRDefault="00FA1D49" w:rsidP="00FA1D49">
            <w:pPr>
              <w:jc w:val="both"/>
              <w:rPr>
                <w:sz w:val="28"/>
                <w:szCs w:val="28"/>
                <w:lang w:val="kk-KZ"/>
              </w:rPr>
            </w:pPr>
            <w:r w:rsidRPr="00FA1D49">
              <w:rPr>
                <w:sz w:val="28"/>
                <w:szCs w:val="28"/>
                <w:lang w:val="kk-KZ"/>
              </w:rPr>
              <w:t>24</w:t>
            </w:r>
          </w:p>
        </w:tc>
        <w:tc>
          <w:tcPr>
            <w:tcW w:w="2694" w:type="dxa"/>
            <w:tcBorders>
              <w:top w:val="single" w:sz="4" w:space="0" w:color="auto"/>
              <w:left w:val="single" w:sz="4" w:space="0" w:color="auto"/>
              <w:bottom w:val="single" w:sz="4" w:space="0" w:color="auto"/>
              <w:right w:val="single" w:sz="4" w:space="0" w:color="auto"/>
            </w:tcBorders>
            <w:noWrap/>
            <w:vAlign w:val="center"/>
          </w:tcPr>
          <w:p w14:paraId="4073D3B7" w14:textId="77777777" w:rsidR="00FA1D49" w:rsidRPr="00FA1D49" w:rsidRDefault="00FA1D49" w:rsidP="00FA1D49">
            <w:pPr>
              <w:jc w:val="both"/>
              <w:rPr>
                <w:sz w:val="28"/>
                <w:szCs w:val="28"/>
                <w:lang w:val="kk-KZ"/>
              </w:rPr>
            </w:pPr>
            <w:r w:rsidRPr="00FA1D49">
              <w:rPr>
                <w:sz w:val="28"/>
                <w:szCs w:val="28"/>
                <w:lang w:val="kk-KZ"/>
              </w:rPr>
              <w:t>24</w:t>
            </w:r>
          </w:p>
        </w:tc>
        <w:tc>
          <w:tcPr>
            <w:tcW w:w="2409" w:type="dxa"/>
            <w:tcBorders>
              <w:top w:val="single" w:sz="4" w:space="0" w:color="auto"/>
              <w:left w:val="single" w:sz="4" w:space="0" w:color="auto"/>
              <w:bottom w:val="single" w:sz="4" w:space="0" w:color="auto"/>
              <w:right w:val="single" w:sz="4" w:space="0" w:color="auto"/>
            </w:tcBorders>
          </w:tcPr>
          <w:p w14:paraId="368DDBDD" w14:textId="77777777" w:rsidR="00FA1D49" w:rsidRPr="00FA1D49" w:rsidRDefault="00FA1D49" w:rsidP="00FA1D49">
            <w:pPr>
              <w:jc w:val="both"/>
              <w:rPr>
                <w:sz w:val="28"/>
                <w:szCs w:val="28"/>
                <w:lang w:val="kk-KZ"/>
              </w:rPr>
            </w:pPr>
            <w:r w:rsidRPr="00FA1D49">
              <w:rPr>
                <w:sz w:val="28"/>
                <w:szCs w:val="28"/>
                <w:lang w:val="kk-KZ"/>
              </w:rPr>
              <w:t>35</w:t>
            </w:r>
          </w:p>
        </w:tc>
      </w:tr>
      <w:tr w:rsidR="00FA1D49" w:rsidRPr="00FA1D49" w14:paraId="198C900D" w14:textId="77777777" w:rsidTr="00BC09A2">
        <w:trPr>
          <w:gridAfter w:val="1"/>
          <w:wAfter w:w="520" w:type="dxa"/>
          <w:trHeight w:val="257"/>
        </w:trPr>
        <w:tc>
          <w:tcPr>
            <w:tcW w:w="768" w:type="dxa"/>
            <w:tcBorders>
              <w:top w:val="single" w:sz="4" w:space="0" w:color="auto"/>
              <w:left w:val="single" w:sz="4" w:space="0" w:color="auto"/>
              <w:bottom w:val="single" w:sz="4" w:space="0" w:color="auto"/>
              <w:right w:val="single" w:sz="4" w:space="0" w:color="auto"/>
            </w:tcBorders>
            <w:noWrap/>
            <w:vAlign w:val="center"/>
          </w:tcPr>
          <w:p w14:paraId="3F910BBC" w14:textId="77777777" w:rsidR="00FA1D49" w:rsidRPr="00FA1D49" w:rsidRDefault="00FA1D49" w:rsidP="00FA1D49">
            <w:pPr>
              <w:jc w:val="both"/>
              <w:rPr>
                <w:sz w:val="28"/>
                <w:szCs w:val="28"/>
                <w:lang w:val="kk-KZ"/>
              </w:rPr>
            </w:pPr>
            <w:r w:rsidRPr="00FA1D49">
              <w:rPr>
                <w:sz w:val="28"/>
                <w:szCs w:val="28"/>
                <w:lang w:val="kk-KZ"/>
              </w:rPr>
              <w:t>13</w:t>
            </w:r>
          </w:p>
        </w:tc>
        <w:tc>
          <w:tcPr>
            <w:tcW w:w="2747" w:type="dxa"/>
            <w:tcBorders>
              <w:top w:val="single" w:sz="4" w:space="0" w:color="auto"/>
              <w:left w:val="single" w:sz="4" w:space="0" w:color="auto"/>
              <w:bottom w:val="single" w:sz="4" w:space="0" w:color="auto"/>
              <w:right w:val="single" w:sz="4" w:space="0" w:color="auto"/>
            </w:tcBorders>
            <w:noWrap/>
            <w:vAlign w:val="center"/>
          </w:tcPr>
          <w:p w14:paraId="3A7BEEF5" w14:textId="77777777" w:rsidR="00FA1D49" w:rsidRPr="00FA1D49" w:rsidRDefault="00FA1D49" w:rsidP="00FA1D49">
            <w:pPr>
              <w:jc w:val="both"/>
              <w:rPr>
                <w:sz w:val="28"/>
                <w:szCs w:val="28"/>
                <w:lang w:val="kk-KZ"/>
              </w:rPr>
            </w:pPr>
            <w:r w:rsidRPr="00FA1D49">
              <w:rPr>
                <w:sz w:val="28"/>
                <w:szCs w:val="28"/>
                <w:lang w:val="kk-KZ"/>
              </w:rPr>
              <w:t>11-сынып ЖМБ</w:t>
            </w:r>
          </w:p>
        </w:tc>
        <w:tc>
          <w:tcPr>
            <w:tcW w:w="1701" w:type="dxa"/>
            <w:tcBorders>
              <w:top w:val="single" w:sz="4" w:space="0" w:color="auto"/>
              <w:left w:val="single" w:sz="4" w:space="0" w:color="auto"/>
              <w:bottom w:val="single" w:sz="4" w:space="0" w:color="auto"/>
              <w:right w:val="single" w:sz="4" w:space="0" w:color="auto"/>
            </w:tcBorders>
            <w:noWrap/>
            <w:vAlign w:val="center"/>
          </w:tcPr>
          <w:p w14:paraId="3F8B07AB" w14:textId="77777777" w:rsidR="00FA1D49" w:rsidRPr="00FA1D49" w:rsidRDefault="00FA1D49" w:rsidP="00FA1D49">
            <w:pPr>
              <w:jc w:val="both"/>
              <w:rPr>
                <w:sz w:val="28"/>
                <w:szCs w:val="28"/>
                <w:lang w:val="kk-KZ"/>
              </w:rPr>
            </w:pPr>
            <w:r w:rsidRPr="00FA1D49">
              <w:rPr>
                <w:sz w:val="28"/>
                <w:szCs w:val="28"/>
                <w:lang w:val="kk-KZ"/>
              </w:rPr>
              <w:t>25</w:t>
            </w:r>
          </w:p>
        </w:tc>
        <w:tc>
          <w:tcPr>
            <w:tcW w:w="2694" w:type="dxa"/>
            <w:tcBorders>
              <w:top w:val="single" w:sz="4" w:space="0" w:color="auto"/>
              <w:left w:val="single" w:sz="4" w:space="0" w:color="auto"/>
              <w:bottom w:val="single" w:sz="4" w:space="0" w:color="auto"/>
              <w:right w:val="single" w:sz="4" w:space="0" w:color="auto"/>
            </w:tcBorders>
            <w:noWrap/>
            <w:vAlign w:val="center"/>
          </w:tcPr>
          <w:p w14:paraId="53B1FCB8" w14:textId="77777777" w:rsidR="00FA1D49" w:rsidRPr="00FA1D49" w:rsidRDefault="00FA1D49" w:rsidP="00FA1D49">
            <w:pPr>
              <w:jc w:val="both"/>
              <w:rPr>
                <w:sz w:val="28"/>
                <w:szCs w:val="28"/>
                <w:lang w:val="kk-KZ"/>
              </w:rPr>
            </w:pPr>
            <w:r w:rsidRPr="00FA1D49">
              <w:rPr>
                <w:sz w:val="28"/>
                <w:szCs w:val="28"/>
                <w:lang w:val="kk-KZ"/>
              </w:rPr>
              <w:t>25</w:t>
            </w:r>
          </w:p>
        </w:tc>
        <w:tc>
          <w:tcPr>
            <w:tcW w:w="2409" w:type="dxa"/>
            <w:tcBorders>
              <w:top w:val="single" w:sz="4" w:space="0" w:color="auto"/>
              <w:left w:val="single" w:sz="4" w:space="0" w:color="auto"/>
              <w:bottom w:val="single" w:sz="4" w:space="0" w:color="auto"/>
              <w:right w:val="single" w:sz="4" w:space="0" w:color="auto"/>
            </w:tcBorders>
          </w:tcPr>
          <w:p w14:paraId="6E38F143" w14:textId="77777777" w:rsidR="00FA1D49" w:rsidRPr="00FA1D49" w:rsidRDefault="00FA1D49" w:rsidP="00FA1D49">
            <w:pPr>
              <w:jc w:val="both"/>
              <w:rPr>
                <w:sz w:val="28"/>
                <w:szCs w:val="28"/>
                <w:lang w:val="kk-KZ"/>
              </w:rPr>
            </w:pPr>
            <w:r w:rsidRPr="00FA1D49">
              <w:rPr>
                <w:sz w:val="28"/>
                <w:szCs w:val="28"/>
                <w:lang w:val="kk-KZ"/>
              </w:rPr>
              <w:t>35</w:t>
            </w:r>
          </w:p>
        </w:tc>
      </w:tr>
      <w:tr w:rsidR="00FA1D49" w:rsidRPr="00FA1D49" w14:paraId="1930F849" w14:textId="77777777" w:rsidTr="00BC09A2">
        <w:trPr>
          <w:gridAfter w:val="1"/>
          <w:wAfter w:w="520" w:type="dxa"/>
          <w:trHeight w:val="257"/>
        </w:trPr>
        <w:tc>
          <w:tcPr>
            <w:tcW w:w="768" w:type="dxa"/>
            <w:tcBorders>
              <w:top w:val="single" w:sz="4" w:space="0" w:color="auto"/>
              <w:left w:val="single" w:sz="4" w:space="0" w:color="auto"/>
              <w:bottom w:val="single" w:sz="4" w:space="0" w:color="auto"/>
              <w:right w:val="single" w:sz="4" w:space="0" w:color="auto"/>
            </w:tcBorders>
            <w:noWrap/>
            <w:vAlign w:val="center"/>
          </w:tcPr>
          <w:p w14:paraId="407F0E2D" w14:textId="77777777" w:rsidR="00FA1D49" w:rsidRPr="00FA1D49" w:rsidRDefault="00FA1D49" w:rsidP="00FA1D49">
            <w:pPr>
              <w:jc w:val="both"/>
              <w:rPr>
                <w:sz w:val="28"/>
                <w:szCs w:val="28"/>
                <w:lang w:val="kk-KZ"/>
              </w:rPr>
            </w:pPr>
          </w:p>
        </w:tc>
        <w:tc>
          <w:tcPr>
            <w:tcW w:w="2747" w:type="dxa"/>
            <w:tcBorders>
              <w:top w:val="single" w:sz="4" w:space="0" w:color="auto"/>
              <w:left w:val="single" w:sz="4" w:space="0" w:color="auto"/>
              <w:bottom w:val="single" w:sz="4" w:space="0" w:color="auto"/>
              <w:right w:val="single" w:sz="4" w:space="0" w:color="auto"/>
            </w:tcBorders>
            <w:noWrap/>
            <w:vAlign w:val="center"/>
          </w:tcPr>
          <w:p w14:paraId="654FAAD0" w14:textId="77777777" w:rsidR="00FA1D49" w:rsidRPr="00FA1D49" w:rsidRDefault="00FA1D49" w:rsidP="00FA1D49">
            <w:pPr>
              <w:jc w:val="both"/>
              <w:rPr>
                <w:sz w:val="28"/>
                <w:szCs w:val="28"/>
                <w:lang w:val="kk-KZ"/>
              </w:rPr>
            </w:pPr>
          </w:p>
        </w:tc>
        <w:tc>
          <w:tcPr>
            <w:tcW w:w="1701" w:type="dxa"/>
            <w:tcBorders>
              <w:top w:val="single" w:sz="4" w:space="0" w:color="auto"/>
              <w:left w:val="single" w:sz="4" w:space="0" w:color="auto"/>
              <w:bottom w:val="single" w:sz="4" w:space="0" w:color="auto"/>
              <w:right w:val="single" w:sz="4" w:space="0" w:color="auto"/>
            </w:tcBorders>
            <w:noWrap/>
            <w:vAlign w:val="center"/>
          </w:tcPr>
          <w:p w14:paraId="3C58DEEE" w14:textId="77777777" w:rsidR="00FA1D49" w:rsidRPr="00FA1D49" w:rsidRDefault="00FA1D49" w:rsidP="00FA1D49">
            <w:pPr>
              <w:jc w:val="both"/>
              <w:rPr>
                <w:sz w:val="28"/>
                <w:szCs w:val="28"/>
                <w:lang w:val="kk-KZ"/>
              </w:rPr>
            </w:pPr>
            <w:r w:rsidRPr="00FA1D49">
              <w:rPr>
                <w:sz w:val="28"/>
                <w:szCs w:val="28"/>
                <w:lang w:val="kk-KZ"/>
              </w:rPr>
              <w:t>1054</w:t>
            </w:r>
          </w:p>
        </w:tc>
        <w:tc>
          <w:tcPr>
            <w:tcW w:w="2694" w:type="dxa"/>
            <w:tcBorders>
              <w:top w:val="single" w:sz="4" w:space="0" w:color="auto"/>
              <w:left w:val="single" w:sz="4" w:space="0" w:color="auto"/>
              <w:bottom w:val="single" w:sz="4" w:space="0" w:color="auto"/>
              <w:right w:val="single" w:sz="4" w:space="0" w:color="auto"/>
            </w:tcBorders>
            <w:noWrap/>
            <w:vAlign w:val="center"/>
          </w:tcPr>
          <w:p w14:paraId="386D237B" w14:textId="77777777" w:rsidR="00FA1D49" w:rsidRPr="00FA1D49" w:rsidRDefault="00FA1D49" w:rsidP="00FA1D49">
            <w:pPr>
              <w:jc w:val="both"/>
              <w:rPr>
                <w:sz w:val="28"/>
                <w:szCs w:val="28"/>
                <w:lang w:val="kk-KZ"/>
              </w:rPr>
            </w:pPr>
            <w:r w:rsidRPr="00FA1D49">
              <w:rPr>
                <w:sz w:val="28"/>
                <w:szCs w:val="28"/>
                <w:lang w:val="kk-KZ"/>
              </w:rPr>
              <w:t>1054</w:t>
            </w:r>
          </w:p>
        </w:tc>
        <w:tc>
          <w:tcPr>
            <w:tcW w:w="2409" w:type="dxa"/>
            <w:tcBorders>
              <w:top w:val="single" w:sz="4" w:space="0" w:color="auto"/>
              <w:left w:val="single" w:sz="4" w:space="0" w:color="auto"/>
              <w:bottom w:val="single" w:sz="4" w:space="0" w:color="auto"/>
              <w:right w:val="single" w:sz="4" w:space="0" w:color="auto"/>
            </w:tcBorders>
          </w:tcPr>
          <w:p w14:paraId="4DF7096A" w14:textId="77777777" w:rsidR="00FA1D49" w:rsidRPr="00FA1D49" w:rsidRDefault="00FA1D49" w:rsidP="00FA1D49">
            <w:pPr>
              <w:jc w:val="both"/>
              <w:rPr>
                <w:sz w:val="28"/>
                <w:szCs w:val="28"/>
                <w:lang w:val="kk-KZ"/>
              </w:rPr>
            </w:pPr>
            <w:r w:rsidRPr="00FA1D49">
              <w:rPr>
                <w:sz w:val="28"/>
                <w:szCs w:val="28"/>
                <w:lang w:val="kk-KZ"/>
              </w:rPr>
              <w:t>1116</w:t>
            </w:r>
          </w:p>
        </w:tc>
      </w:tr>
    </w:tbl>
    <w:p w14:paraId="06B1B4A8" w14:textId="16CB305B" w:rsidR="00FA1D49" w:rsidRDefault="00FA1D49" w:rsidP="00FA1D49">
      <w:pPr>
        <w:jc w:val="both"/>
        <w:rPr>
          <w:color w:val="1F1F1F"/>
          <w:sz w:val="28"/>
          <w:szCs w:val="28"/>
          <w:lang w:val="kk-KZ" w:eastAsia="ru-RU"/>
        </w:rPr>
      </w:pPr>
    </w:p>
    <w:p w14:paraId="0C0ACD48" w14:textId="363FC358" w:rsidR="00BC09A2" w:rsidRDefault="00BC09A2" w:rsidP="00FA1D49">
      <w:pPr>
        <w:jc w:val="both"/>
        <w:rPr>
          <w:color w:val="1F1F1F"/>
          <w:sz w:val="28"/>
          <w:szCs w:val="28"/>
          <w:lang w:val="kk-KZ" w:eastAsia="ru-RU"/>
        </w:rPr>
      </w:pPr>
    </w:p>
    <w:p w14:paraId="4735E1A2" w14:textId="43963230" w:rsidR="00BC09A2" w:rsidRDefault="00BC09A2" w:rsidP="00FA1D49">
      <w:pPr>
        <w:jc w:val="both"/>
        <w:rPr>
          <w:color w:val="1F1F1F"/>
          <w:sz w:val="28"/>
          <w:szCs w:val="28"/>
          <w:lang w:val="kk-KZ" w:eastAsia="ru-RU"/>
        </w:rPr>
      </w:pPr>
    </w:p>
    <w:p w14:paraId="74104622" w14:textId="77777777" w:rsidR="00BC09A2" w:rsidRPr="00FA1D49" w:rsidRDefault="00BC09A2" w:rsidP="00FA1D49">
      <w:pPr>
        <w:jc w:val="both"/>
        <w:rPr>
          <w:color w:val="1F1F1F"/>
          <w:sz w:val="28"/>
          <w:szCs w:val="28"/>
          <w:lang w:val="kk-KZ" w:eastAsia="ru-RU"/>
        </w:rPr>
      </w:pPr>
    </w:p>
    <w:p w14:paraId="6A6C43FB" w14:textId="77777777" w:rsidR="00FA1D49" w:rsidRPr="00FA1D49" w:rsidRDefault="00FA1D49" w:rsidP="00FA1D49">
      <w:pPr>
        <w:jc w:val="both"/>
        <w:rPr>
          <w:b/>
          <w:color w:val="000000"/>
          <w:sz w:val="28"/>
          <w:szCs w:val="28"/>
          <w:lang w:val="kk-KZ"/>
        </w:rPr>
      </w:pPr>
      <w:r w:rsidRPr="00FA1D49">
        <w:rPr>
          <w:b/>
          <w:color w:val="000000"/>
          <w:sz w:val="28"/>
          <w:szCs w:val="28"/>
          <w:lang w:val="kk-KZ"/>
        </w:rPr>
        <w:t>Кітапхана қорының бақылаулық көрсеткіштері:</w:t>
      </w:r>
    </w:p>
    <w:p w14:paraId="5678E1CD" w14:textId="77777777" w:rsidR="00FA1D49" w:rsidRPr="00FA1D49" w:rsidRDefault="00FA1D49" w:rsidP="00FA1D49">
      <w:pPr>
        <w:jc w:val="both"/>
        <w:rPr>
          <w:b/>
          <w:color w:val="000000"/>
          <w:sz w:val="28"/>
          <w:szCs w:val="28"/>
          <w:lang w:val="kk-KZ"/>
        </w:rPr>
      </w:pPr>
    </w:p>
    <w:tbl>
      <w:tblPr>
        <w:tblStyle w:val="a7"/>
        <w:tblW w:w="0" w:type="auto"/>
        <w:tblLook w:val="04A0" w:firstRow="1" w:lastRow="0" w:firstColumn="1" w:lastColumn="0" w:noHBand="0" w:noVBand="1"/>
      </w:tblPr>
      <w:tblGrid>
        <w:gridCol w:w="5211"/>
        <w:gridCol w:w="5103"/>
      </w:tblGrid>
      <w:tr w:rsidR="00FA1D49" w:rsidRPr="00FA1D49" w14:paraId="6522A752" w14:textId="77777777" w:rsidTr="00BC09A2">
        <w:tc>
          <w:tcPr>
            <w:tcW w:w="5211" w:type="dxa"/>
          </w:tcPr>
          <w:p w14:paraId="767B6BB5" w14:textId="77777777" w:rsidR="00FA1D49" w:rsidRPr="00FA1D49" w:rsidRDefault="00FA1D49" w:rsidP="00FA1D49">
            <w:pPr>
              <w:jc w:val="both"/>
              <w:rPr>
                <w:color w:val="1F1F1F"/>
                <w:sz w:val="28"/>
                <w:szCs w:val="28"/>
                <w:lang w:val="kk-KZ" w:eastAsia="ru-RU"/>
              </w:rPr>
            </w:pPr>
          </w:p>
        </w:tc>
        <w:tc>
          <w:tcPr>
            <w:tcW w:w="5103" w:type="dxa"/>
          </w:tcPr>
          <w:p w14:paraId="77DFF0B7" w14:textId="77777777" w:rsidR="00FA1D49" w:rsidRPr="00FA1D49" w:rsidRDefault="00FA1D49" w:rsidP="00FA1D49">
            <w:pPr>
              <w:jc w:val="both"/>
              <w:rPr>
                <w:b/>
                <w:color w:val="1F1F1F"/>
                <w:sz w:val="28"/>
                <w:szCs w:val="28"/>
                <w:lang w:val="kk-KZ" w:eastAsia="ru-RU"/>
              </w:rPr>
            </w:pPr>
            <w:r w:rsidRPr="00FA1D49">
              <w:rPr>
                <w:b/>
                <w:color w:val="1F1F1F"/>
                <w:sz w:val="28"/>
                <w:szCs w:val="28"/>
                <w:lang w:val="kk-KZ" w:eastAsia="ru-RU"/>
              </w:rPr>
              <w:t>2026-2027жж</w:t>
            </w:r>
          </w:p>
        </w:tc>
      </w:tr>
      <w:tr w:rsidR="00FA1D49" w:rsidRPr="00FA1D49" w14:paraId="751AE9B3" w14:textId="77777777" w:rsidTr="00BC09A2">
        <w:tc>
          <w:tcPr>
            <w:tcW w:w="5211" w:type="dxa"/>
          </w:tcPr>
          <w:p w14:paraId="7D79E4F4" w14:textId="77777777" w:rsidR="00FA1D49" w:rsidRPr="00FA1D49" w:rsidRDefault="00FA1D49" w:rsidP="00FA1D49">
            <w:pPr>
              <w:jc w:val="both"/>
              <w:rPr>
                <w:color w:val="1F1F1F"/>
                <w:sz w:val="28"/>
                <w:szCs w:val="28"/>
                <w:lang w:val="kk-KZ" w:eastAsia="ru-RU"/>
              </w:rPr>
            </w:pPr>
            <w:r w:rsidRPr="00FA1D49">
              <w:rPr>
                <w:color w:val="1F1F1F"/>
                <w:sz w:val="28"/>
                <w:szCs w:val="28"/>
                <w:lang w:val="kk-KZ" w:eastAsia="ru-RU"/>
              </w:rPr>
              <w:t>Кітап қоры</w:t>
            </w:r>
          </w:p>
        </w:tc>
        <w:tc>
          <w:tcPr>
            <w:tcW w:w="5103" w:type="dxa"/>
          </w:tcPr>
          <w:p w14:paraId="4851619F" w14:textId="77777777" w:rsidR="00FA1D49" w:rsidRPr="00FA1D49" w:rsidRDefault="00FA1D49" w:rsidP="00FA1D49">
            <w:pPr>
              <w:jc w:val="both"/>
              <w:rPr>
                <w:b/>
                <w:color w:val="1F1F1F"/>
                <w:sz w:val="28"/>
                <w:szCs w:val="28"/>
                <w:lang w:val="kk-KZ" w:eastAsia="ru-RU"/>
              </w:rPr>
            </w:pPr>
            <w:r w:rsidRPr="00FA1D49">
              <w:rPr>
                <w:b/>
                <w:color w:val="1F1F1F"/>
                <w:sz w:val="28"/>
                <w:szCs w:val="28"/>
                <w:lang w:val="kk-KZ" w:eastAsia="ru-RU"/>
              </w:rPr>
              <w:t>34374</w:t>
            </w:r>
          </w:p>
        </w:tc>
      </w:tr>
      <w:tr w:rsidR="00FA1D49" w:rsidRPr="00FA1D49" w14:paraId="145C1DEB" w14:textId="77777777" w:rsidTr="00BC09A2">
        <w:tc>
          <w:tcPr>
            <w:tcW w:w="5211" w:type="dxa"/>
          </w:tcPr>
          <w:p w14:paraId="2484692C" w14:textId="77777777" w:rsidR="00FA1D49" w:rsidRPr="00FA1D49" w:rsidRDefault="00FA1D49" w:rsidP="00FA1D49">
            <w:pPr>
              <w:jc w:val="both"/>
              <w:rPr>
                <w:color w:val="1F1F1F"/>
                <w:sz w:val="28"/>
                <w:szCs w:val="28"/>
                <w:lang w:val="kk-KZ" w:eastAsia="ru-RU"/>
              </w:rPr>
            </w:pPr>
            <w:r w:rsidRPr="00FA1D49">
              <w:rPr>
                <w:color w:val="1F1F1F"/>
                <w:sz w:val="28"/>
                <w:szCs w:val="28"/>
                <w:lang w:val="kk-KZ" w:eastAsia="ru-RU"/>
              </w:rPr>
              <w:t xml:space="preserve">Оқулықтар </w:t>
            </w:r>
          </w:p>
        </w:tc>
        <w:tc>
          <w:tcPr>
            <w:tcW w:w="5103" w:type="dxa"/>
          </w:tcPr>
          <w:p w14:paraId="06C37B41" w14:textId="77777777" w:rsidR="00FA1D49" w:rsidRPr="00FA1D49" w:rsidRDefault="00FA1D49" w:rsidP="00FA1D49">
            <w:pPr>
              <w:jc w:val="both"/>
              <w:rPr>
                <w:b/>
                <w:color w:val="1F1F1F"/>
                <w:sz w:val="28"/>
                <w:szCs w:val="28"/>
                <w:lang w:val="kk-KZ" w:eastAsia="ru-RU"/>
              </w:rPr>
            </w:pPr>
            <w:r w:rsidRPr="00FA1D49">
              <w:rPr>
                <w:b/>
                <w:color w:val="1F1F1F"/>
                <w:sz w:val="28"/>
                <w:szCs w:val="28"/>
                <w:lang w:val="kk-KZ" w:eastAsia="ru-RU"/>
              </w:rPr>
              <w:t>32584</w:t>
            </w:r>
          </w:p>
        </w:tc>
      </w:tr>
      <w:tr w:rsidR="00FA1D49" w:rsidRPr="00FA1D49" w14:paraId="5C5BBE2B" w14:textId="77777777" w:rsidTr="00BC09A2">
        <w:tc>
          <w:tcPr>
            <w:tcW w:w="5211" w:type="dxa"/>
          </w:tcPr>
          <w:p w14:paraId="2CF487C7" w14:textId="77777777" w:rsidR="00FA1D49" w:rsidRPr="00FA1D49" w:rsidRDefault="00FA1D49" w:rsidP="00FA1D49">
            <w:pPr>
              <w:jc w:val="both"/>
              <w:rPr>
                <w:color w:val="1F1F1F"/>
                <w:sz w:val="28"/>
                <w:szCs w:val="28"/>
                <w:lang w:val="kk-KZ" w:eastAsia="ru-RU"/>
              </w:rPr>
            </w:pPr>
            <w:r w:rsidRPr="00FA1D49">
              <w:rPr>
                <w:color w:val="1F1F1F"/>
                <w:sz w:val="28"/>
                <w:szCs w:val="28"/>
                <w:lang w:val="kk-KZ" w:eastAsia="ru-RU"/>
              </w:rPr>
              <w:t>Негізгі қор</w:t>
            </w:r>
          </w:p>
        </w:tc>
        <w:tc>
          <w:tcPr>
            <w:tcW w:w="5103" w:type="dxa"/>
          </w:tcPr>
          <w:p w14:paraId="3C09BB1B" w14:textId="77777777" w:rsidR="00FA1D49" w:rsidRPr="00FA1D49" w:rsidRDefault="00FA1D49" w:rsidP="00FA1D49">
            <w:pPr>
              <w:jc w:val="both"/>
              <w:rPr>
                <w:b/>
                <w:color w:val="1F1F1F"/>
                <w:sz w:val="28"/>
                <w:szCs w:val="28"/>
                <w:lang w:val="kk-KZ" w:eastAsia="ru-RU"/>
              </w:rPr>
            </w:pPr>
            <w:r w:rsidRPr="00FA1D49">
              <w:rPr>
                <w:b/>
                <w:color w:val="1F1F1F"/>
                <w:sz w:val="28"/>
                <w:szCs w:val="28"/>
                <w:lang w:val="kk-KZ" w:eastAsia="ru-RU"/>
              </w:rPr>
              <w:t>1790</w:t>
            </w:r>
          </w:p>
        </w:tc>
      </w:tr>
      <w:tr w:rsidR="00FA1D49" w:rsidRPr="00FA1D49" w14:paraId="117E1604" w14:textId="77777777" w:rsidTr="00BC09A2">
        <w:tc>
          <w:tcPr>
            <w:tcW w:w="5211" w:type="dxa"/>
          </w:tcPr>
          <w:p w14:paraId="469B5CC6" w14:textId="77777777" w:rsidR="00FA1D49" w:rsidRPr="00FA1D49" w:rsidRDefault="00FA1D49" w:rsidP="00FA1D49">
            <w:pPr>
              <w:jc w:val="both"/>
              <w:rPr>
                <w:color w:val="1F1F1F"/>
                <w:sz w:val="28"/>
                <w:szCs w:val="28"/>
                <w:lang w:val="kk-KZ" w:eastAsia="ru-RU"/>
              </w:rPr>
            </w:pPr>
            <w:r w:rsidRPr="00FA1D49">
              <w:rPr>
                <w:color w:val="1F1F1F"/>
                <w:sz w:val="28"/>
                <w:szCs w:val="28"/>
                <w:lang w:val="kk-KZ" w:eastAsia="ru-RU"/>
              </w:rPr>
              <w:t>Оқырмандар саны</w:t>
            </w:r>
          </w:p>
        </w:tc>
        <w:tc>
          <w:tcPr>
            <w:tcW w:w="5103" w:type="dxa"/>
          </w:tcPr>
          <w:p w14:paraId="5142FA03" w14:textId="77777777" w:rsidR="00FA1D49" w:rsidRPr="00FA1D49" w:rsidRDefault="00FA1D49" w:rsidP="00FA1D49">
            <w:pPr>
              <w:jc w:val="both"/>
              <w:rPr>
                <w:color w:val="1F1F1F"/>
                <w:sz w:val="28"/>
                <w:szCs w:val="28"/>
                <w:lang w:val="kk-KZ" w:eastAsia="ru-RU"/>
              </w:rPr>
            </w:pPr>
            <w:r w:rsidRPr="00FA1D49">
              <w:rPr>
                <w:color w:val="1F1F1F"/>
                <w:sz w:val="28"/>
                <w:szCs w:val="28"/>
                <w:lang w:val="kk-KZ" w:eastAsia="ru-RU"/>
              </w:rPr>
              <w:t>140</w:t>
            </w:r>
          </w:p>
        </w:tc>
      </w:tr>
      <w:tr w:rsidR="00FA1D49" w:rsidRPr="00FA1D49" w14:paraId="537E7E1E" w14:textId="77777777" w:rsidTr="00BC09A2">
        <w:tc>
          <w:tcPr>
            <w:tcW w:w="5211" w:type="dxa"/>
          </w:tcPr>
          <w:p w14:paraId="2D1F5186" w14:textId="77777777" w:rsidR="00FA1D49" w:rsidRPr="00FA1D49" w:rsidRDefault="00FA1D49" w:rsidP="00FA1D49">
            <w:pPr>
              <w:jc w:val="both"/>
              <w:rPr>
                <w:color w:val="1F1F1F"/>
                <w:sz w:val="28"/>
                <w:szCs w:val="28"/>
                <w:lang w:val="kk-KZ" w:eastAsia="ru-RU"/>
              </w:rPr>
            </w:pPr>
            <w:r w:rsidRPr="00FA1D49">
              <w:rPr>
                <w:color w:val="1F1F1F"/>
                <w:sz w:val="28"/>
                <w:szCs w:val="28"/>
                <w:lang w:val="kk-KZ" w:eastAsia="ru-RU"/>
              </w:rPr>
              <w:t>Келушілер саны</w:t>
            </w:r>
          </w:p>
        </w:tc>
        <w:tc>
          <w:tcPr>
            <w:tcW w:w="5103" w:type="dxa"/>
          </w:tcPr>
          <w:p w14:paraId="258752C1" w14:textId="77777777" w:rsidR="00FA1D49" w:rsidRPr="00FA1D49" w:rsidRDefault="00FA1D49" w:rsidP="00FA1D49">
            <w:pPr>
              <w:jc w:val="both"/>
              <w:rPr>
                <w:color w:val="1F1F1F"/>
                <w:sz w:val="28"/>
                <w:szCs w:val="28"/>
                <w:lang w:val="kk-KZ" w:eastAsia="ru-RU"/>
              </w:rPr>
            </w:pPr>
            <w:r w:rsidRPr="00FA1D49">
              <w:rPr>
                <w:color w:val="1F1F1F"/>
                <w:sz w:val="28"/>
                <w:szCs w:val="28"/>
                <w:lang w:val="kk-KZ" w:eastAsia="ru-RU"/>
              </w:rPr>
              <w:t>1680</w:t>
            </w:r>
          </w:p>
        </w:tc>
      </w:tr>
      <w:tr w:rsidR="00FA1D49" w:rsidRPr="00FA1D49" w14:paraId="5D461B1B" w14:textId="77777777" w:rsidTr="00BC09A2">
        <w:tc>
          <w:tcPr>
            <w:tcW w:w="5211" w:type="dxa"/>
          </w:tcPr>
          <w:p w14:paraId="36B93418" w14:textId="77777777" w:rsidR="00FA1D49" w:rsidRPr="00FA1D49" w:rsidRDefault="00FA1D49" w:rsidP="00FA1D49">
            <w:pPr>
              <w:jc w:val="both"/>
              <w:rPr>
                <w:color w:val="1F1F1F"/>
                <w:sz w:val="28"/>
                <w:szCs w:val="28"/>
                <w:lang w:val="kk-KZ" w:eastAsia="ru-RU"/>
              </w:rPr>
            </w:pPr>
            <w:r w:rsidRPr="00FA1D49">
              <w:rPr>
                <w:color w:val="1F1F1F"/>
                <w:sz w:val="28"/>
                <w:szCs w:val="28"/>
                <w:lang w:val="kk-KZ" w:eastAsia="ru-RU"/>
              </w:rPr>
              <w:t>Кітап берілімдер саны</w:t>
            </w:r>
          </w:p>
        </w:tc>
        <w:tc>
          <w:tcPr>
            <w:tcW w:w="5103" w:type="dxa"/>
          </w:tcPr>
          <w:p w14:paraId="7A104579" w14:textId="77777777" w:rsidR="00FA1D49" w:rsidRPr="00FA1D49" w:rsidRDefault="00FA1D49" w:rsidP="00FA1D49">
            <w:pPr>
              <w:jc w:val="both"/>
              <w:rPr>
                <w:color w:val="1F1F1F"/>
                <w:sz w:val="28"/>
                <w:szCs w:val="28"/>
                <w:lang w:val="kk-KZ" w:eastAsia="ru-RU"/>
              </w:rPr>
            </w:pPr>
            <w:r w:rsidRPr="00FA1D49">
              <w:rPr>
                <w:color w:val="1F1F1F"/>
                <w:sz w:val="28"/>
                <w:szCs w:val="28"/>
                <w:lang w:val="kk-KZ" w:eastAsia="ru-RU"/>
              </w:rPr>
              <w:t>2380</w:t>
            </w:r>
          </w:p>
        </w:tc>
      </w:tr>
    </w:tbl>
    <w:p w14:paraId="658AC73A" w14:textId="77777777" w:rsidR="00FA1D49" w:rsidRPr="00FA1D49" w:rsidRDefault="00FA1D49" w:rsidP="00BC09A2">
      <w:pPr>
        <w:tabs>
          <w:tab w:val="left" w:pos="709"/>
        </w:tabs>
        <w:jc w:val="both"/>
        <w:rPr>
          <w:color w:val="000000"/>
          <w:sz w:val="28"/>
          <w:szCs w:val="28"/>
          <w:lang w:val="kk-KZ"/>
        </w:rPr>
      </w:pPr>
      <w:r w:rsidRPr="00FA1D49">
        <w:rPr>
          <w:color w:val="000000"/>
          <w:sz w:val="28"/>
          <w:szCs w:val="28"/>
          <w:lang w:val="kk-KZ"/>
        </w:rPr>
        <w:t xml:space="preserve"> Жалпы кітап қоры: 34374 дана</w:t>
      </w:r>
    </w:p>
    <w:p w14:paraId="1809F5E8" w14:textId="77777777" w:rsidR="00FA1D49" w:rsidRPr="00FA1D49" w:rsidRDefault="00FA1D49" w:rsidP="00BC09A2">
      <w:pPr>
        <w:tabs>
          <w:tab w:val="left" w:pos="709"/>
        </w:tabs>
        <w:jc w:val="both"/>
        <w:rPr>
          <w:color w:val="000000"/>
          <w:sz w:val="28"/>
          <w:szCs w:val="28"/>
          <w:lang w:val="kk-KZ"/>
        </w:rPr>
      </w:pPr>
      <w:r w:rsidRPr="00FA1D49">
        <w:rPr>
          <w:color w:val="000000"/>
          <w:sz w:val="28"/>
          <w:szCs w:val="28"/>
          <w:lang w:val="kk-KZ"/>
        </w:rPr>
        <w:t xml:space="preserve">оның ішінде оқулықтар: </w:t>
      </w:r>
      <w:r w:rsidRPr="00FA1D49">
        <w:rPr>
          <w:color w:val="000000"/>
          <w:sz w:val="28"/>
          <w:szCs w:val="28"/>
          <w:shd w:val="clear" w:color="auto" w:fill="F2F2F2" w:themeFill="background1" w:themeFillShade="F2"/>
          <w:lang w:val="kk-KZ"/>
        </w:rPr>
        <w:t>32584д</w:t>
      </w:r>
      <w:r w:rsidRPr="00FA1D49">
        <w:rPr>
          <w:color w:val="000000"/>
          <w:sz w:val="28"/>
          <w:szCs w:val="28"/>
          <w:lang w:val="kk-KZ"/>
        </w:rPr>
        <w:t>ана</w:t>
      </w:r>
    </w:p>
    <w:p w14:paraId="512B8618" w14:textId="77777777" w:rsidR="00FA1D49" w:rsidRPr="00FA1D49" w:rsidRDefault="00FA1D49" w:rsidP="00BC09A2">
      <w:pPr>
        <w:tabs>
          <w:tab w:val="left" w:pos="709"/>
        </w:tabs>
        <w:jc w:val="both"/>
        <w:rPr>
          <w:color w:val="000000"/>
          <w:sz w:val="28"/>
          <w:szCs w:val="28"/>
          <w:lang w:val="kk-KZ"/>
        </w:rPr>
      </w:pPr>
      <w:r w:rsidRPr="00FA1D49">
        <w:rPr>
          <w:color w:val="000000"/>
          <w:sz w:val="28"/>
          <w:szCs w:val="28"/>
          <w:lang w:val="kk-KZ"/>
        </w:rPr>
        <w:t xml:space="preserve">негізгі қор: </w:t>
      </w:r>
      <w:r w:rsidRPr="00FA1D49">
        <w:rPr>
          <w:color w:val="000000"/>
          <w:sz w:val="28"/>
          <w:szCs w:val="28"/>
          <w:shd w:val="clear" w:color="auto" w:fill="FFFFFF" w:themeFill="background1"/>
          <w:lang w:val="kk-KZ"/>
        </w:rPr>
        <w:t>1790</w:t>
      </w:r>
      <w:r w:rsidRPr="00FA1D49">
        <w:rPr>
          <w:color w:val="000000"/>
          <w:sz w:val="28"/>
          <w:szCs w:val="28"/>
          <w:lang w:val="kk-KZ"/>
        </w:rPr>
        <w:t xml:space="preserve"> оның ішінде сала бойынша:  /84Қаз/ көркем әдебиет 1489 дана орыс тілінде /84Русс/-25 дана, /85/ өнер – 8 дана, /63.3/ тарих – 25 даңа, /84/ Балалар әдебиеті 48 бет -165 дана, журнал - брошюралар - 35, оқыту-әдістемелік құралдар - 43</w:t>
      </w:r>
    </w:p>
    <w:p w14:paraId="0DC42522" w14:textId="77777777" w:rsidR="00FA1D49" w:rsidRPr="00FA1D49" w:rsidRDefault="00FA1D49" w:rsidP="00BC09A2">
      <w:pPr>
        <w:tabs>
          <w:tab w:val="left" w:pos="709"/>
        </w:tabs>
        <w:jc w:val="both"/>
        <w:rPr>
          <w:color w:val="000000"/>
          <w:sz w:val="28"/>
          <w:szCs w:val="28"/>
          <w:lang w:val="kk-KZ"/>
        </w:rPr>
      </w:pPr>
      <w:r w:rsidRPr="00FA1D49">
        <w:rPr>
          <w:color w:val="000000"/>
          <w:sz w:val="28"/>
          <w:szCs w:val="28"/>
          <w:lang w:val="kk-KZ"/>
        </w:rPr>
        <w:t>Келушілер – 12</w:t>
      </w:r>
    </w:p>
    <w:p w14:paraId="38D137BC" w14:textId="77777777" w:rsidR="00FA1D49" w:rsidRPr="00FA1D49" w:rsidRDefault="00FA1D49" w:rsidP="00BC09A2">
      <w:pPr>
        <w:tabs>
          <w:tab w:val="left" w:pos="709"/>
        </w:tabs>
        <w:jc w:val="both"/>
        <w:rPr>
          <w:color w:val="000000"/>
          <w:sz w:val="28"/>
          <w:szCs w:val="28"/>
          <w:lang w:val="kk-KZ"/>
        </w:rPr>
      </w:pPr>
      <w:r w:rsidRPr="00FA1D49">
        <w:rPr>
          <w:color w:val="000000"/>
          <w:sz w:val="28"/>
          <w:szCs w:val="28"/>
          <w:lang w:val="kk-KZ"/>
        </w:rPr>
        <w:t>Оқылым – 17</w:t>
      </w:r>
    </w:p>
    <w:p w14:paraId="4D53EB7B" w14:textId="77777777" w:rsidR="00FA1D49" w:rsidRPr="00FA1D49" w:rsidRDefault="00FA1D49" w:rsidP="00BC09A2">
      <w:pPr>
        <w:tabs>
          <w:tab w:val="left" w:pos="709"/>
        </w:tabs>
        <w:jc w:val="both"/>
        <w:rPr>
          <w:color w:val="000000"/>
          <w:sz w:val="28"/>
          <w:szCs w:val="28"/>
          <w:lang w:val="kk-KZ"/>
        </w:rPr>
      </w:pPr>
      <w:r w:rsidRPr="00FA1D49">
        <w:rPr>
          <w:color w:val="000000"/>
          <w:sz w:val="28"/>
          <w:szCs w:val="28"/>
          <w:lang w:val="kk-KZ"/>
        </w:rPr>
        <w:t>Кітап айналымдылығы – 1,6</w:t>
      </w:r>
    </w:p>
    <w:p w14:paraId="277DB2C4" w14:textId="77777777" w:rsidR="00FA1D49" w:rsidRPr="00FA1D49" w:rsidRDefault="00FA1D49" w:rsidP="00BC09A2">
      <w:pPr>
        <w:tabs>
          <w:tab w:val="left" w:pos="709"/>
        </w:tabs>
        <w:jc w:val="both"/>
        <w:rPr>
          <w:color w:val="000000"/>
          <w:sz w:val="28"/>
          <w:szCs w:val="28"/>
          <w:lang w:val="kk-KZ"/>
        </w:rPr>
      </w:pPr>
      <w:r w:rsidRPr="00FA1D49">
        <w:rPr>
          <w:color w:val="000000"/>
          <w:sz w:val="28"/>
          <w:szCs w:val="28"/>
          <w:lang w:val="kk-KZ"/>
        </w:rPr>
        <w:t>Орташа кітаппен қамтылу көрсеткіші – 17,2</w:t>
      </w:r>
    </w:p>
    <w:p w14:paraId="1C3FBDF5" w14:textId="77777777" w:rsidR="00FA1D49" w:rsidRPr="00FA1D49" w:rsidRDefault="00FA1D49" w:rsidP="00BC09A2">
      <w:pPr>
        <w:pStyle w:val="81"/>
        <w:spacing w:line="240" w:lineRule="auto"/>
        <w:ind w:firstLine="0"/>
        <w:rPr>
          <w:rFonts w:eastAsiaTheme="majorEastAsia"/>
          <w:sz w:val="28"/>
          <w:szCs w:val="28"/>
          <w:lang w:val="kk-KZ"/>
        </w:rPr>
      </w:pPr>
      <w:r w:rsidRPr="00FA1D49">
        <w:rPr>
          <w:rFonts w:eastAsiaTheme="majorEastAsia"/>
          <w:sz w:val="28"/>
          <w:szCs w:val="28"/>
          <w:lang w:val="kk-KZ"/>
        </w:rPr>
        <w:t xml:space="preserve">            Мектеп кітапханасы білім алушылар мен педагогтерге сапалы кітапханалық-ақпараттық қызмет көрсету, оқушылардың кітап оқуға деген қызығушылығын </w:t>
      </w:r>
      <w:r w:rsidRPr="00FA1D49">
        <w:rPr>
          <w:rFonts w:eastAsiaTheme="majorEastAsia"/>
          <w:sz w:val="28"/>
          <w:szCs w:val="28"/>
          <w:lang w:val="kk-KZ"/>
        </w:rPr>
        <w:lastRenderedPageBreak/>
        <w:t xml:space="preserve">арттыру және оқу-тәрбие үдерісін қажетті әдебиеттермен қамтамасыз ету бағытында жұмыс жүргізеді. Кітап қорын сақтау және тиімді пайдалану мақсатында көркем әдебиеттер, оқу-әдістемелік құралдар,  анықтамалықтар мен мерзімді басылымдар арнайы сөрелерге орналастырылған. </w:t>
      </w:r>
    </w:p>
    <w:p w14:paraId="54670EAF" w14:textId="77777777" w:rsidR="00FA1D49" w:rsidRPr="00FA1D49" w:rsidRDefault="00FA1D49" w:rsidP="00BC09A2">
      <w:pPr>
        <w:tabs>
          <w:tab w:val="left" w:pos="709"/>
        </w:tabs>
        <w:jc w:val="both"/>
        <w:rPr>
          <w:color w:val="000000"/>
          <w:sz w:val="28"/>
          <w:szCs w:val="28"/>
          <w:lang w:val="kk-KZ"/>
        </w:rPr>
      </w:pPr>
      <w:r w:rsidRPr="00FA1D49">
        <w:rPr>
          <w:sz w:val="28"/>
          <w:szCs w:val="28"/>
          <w:lang w:val="kk-KZ"/>
        </w:rPr>
        <w:t xml:space="preserve">Негізгі қор </w:t>
      </w:r>
      <w:r w:rsidRPr="00FA1D49">
        <w:rPr>
          <w:sz w:val="28"/>
          <w:szCs w:val="28"/>
          <w:shd w:val="clear" w:color="auto" w:fill="FFFFFF" w:themeFill="background1"/>
          <w:lang w:val="kk-KZ"/>
        </w:rPr>
        <w:t>1790 да</w:t>
      </w:r>
      <w:r w:rsidRPr="00FA1D49">
        <w:rPr>
          <w:sz w:val="28"/>
          <w:szCs w:val="28"/>
          <w:lang w:val="kk-KZ"/>
        </w:rPr>
        <w:t>на:</w:t>
      </w:r>
      <w:r w:rsidRPr="00FA1D49">
        <w:rPr>
          <w:bCs/>
          <w:sz w:val="28"/>
          <w:szCs w:val="28"/>
          <w:lang w:val="kk-KZ"/>
        </w:rPr>
        <w:t>«Қасым» баспасы  2022жылы шыққан - 1362 дана;</w:t>
      </w:r>
    </w:p>
    <w:p w14:paraId="10AB2FA3" w14:textId="77777777" w:rsidR="00FA1D49" w:rsidRPr="00FA1D49" w:rsidRDefault="00FA1D49" w:rsidP="00BC09A2">
      <w:pPr>
        <w:jc w:val="both"/>
        <w:rPr>
          <w:bCs/>
          <w:sz w:val="28"/>
          <w:szCs w:val="28"/>
          <w:lang w:val="kk-KZ"/>
        </w:rPr>
      </w:pPr>
      <w:r w:rsidRPr="00FA1D49">
        <w:rPr>
          <w:bCs/>
          <w:sz w:val="28"/>
          <w:szCs w:val="28"/>
          <w:lang w:val="kk-KZ"/>
        </w:rPr>
        <w:t xml:space="preserve">                                     «Алматыкітап» баспасы 2022 жылы шыққан - 300дана;</w:t>
      </w:r>
    </w:p>
    <w:p w14:paraId="124F2E73" w14:textId="77777777" w:rsidR="00FA1D49" w:rsidRPr="00FA1D49" w:rsidRDefault="00FA1D49" w:rsidP="00BC09A2">
      <w:pPr>
        <w:jc w:val="both"/>
        <w:rPr>
          <w:bCs/>
          <w:sz w:val="28"/>
          <w:szCs w:val="28"/>
          <w:lang w:val="kk-KZ"/>
        </w:rPr>
      </w:pPr>
      <w:r w:rsidRPr="00FA1D49">
        <w:rPr>
          <w:bCs/>
          <w:sz w:val="28"/>
          <w:szCs w:val="28"/>
          <w:lang w:val="kk-KZ"/>
        </w:rPr>
        <w:t>«Мазмұндама» баспаса» 2022жылы шыққан -128дана.</w:t>
      </w:r>
      <w:r w:rsidRPr="00FA1D49">
        <w:rPr>
          <w:bCs/>
          <w:sz w:val="28"/>
          <w:szCs w:val="28"/>
        </w:rPr>
        <w:t xml:space="preserve"> </w:t>
      </w:r>
    </w:p>
    <w:p w14:paraId="02B5A808" w14:textId="77777777" w:rsidR="00FA1D49" w:rsidRPr="00FA1D49" w:rsidRDefault="00FA1D49" w:rsidP="00BC09A2">
      <w:pPr>
        <w:jc w:val="both"/>
        <w:rPr>
          <w:bCs/>
          <w:sz w:val="28"/>
          <w:szCs w:val="28"/>
          <w:lang w:val="kk-KZ"/>
        </w:rPr>
      </w:pPr>
    </w:p>
    <w:p w14:paraId="0DFBDB81" w14:textId="77777777" w:rsidR="00FA1D49" w:rsidRPr="00FA1D49" w:rsidRDefault="00FA1D49" w:rsidP="00FA1D49">
      <w:pPr>
        <w:jc w:val="both"/>
        <w:rPr>
          <w:bCs/>
          <w:sz w:val="28"/>
          <w:szCs w:val="28"/>
          <w:lang w:val="kk-KZ"/>
        </w:rPr>
      </w:pPr>
      <w:r w:rsidRPr="00FA1D49">
        <w:rPr>
          <w:b/>
          <w:sz w:val="28"/>
          <w:szCs w:val="28"/>
          <w:lang w:val="kk-KZ"/>
        </w:rPr>
        <w:t xml:space="preserve">                       Мектеп кітапханасының материалдық-техникалық базасы</w:t>
      </w:r>
    </w:p>
    <w:p w14:paraId="122097DE" w14:textId="77777777" w:rsidR="00FA1D49" w:rsidRPr="00FA1D49" w:rsidRDefault="00FA1D49" w:rsidP="00FA1D49">
      <w:pPr>
        <w:pStyle w:val="121"/>
        <w:keepNext/>
        <w:keepLines/>
        <w:shd w:val="clear" w:color="auto" w:fill="auto"/>
        <w:spacing w:after="0" w:line="240" w:lineRule="auto"/>
        <w:ind w:left="720"/>
        <w:jc w:val="both"/>
        <w:rPr>
          <w:b/>
          <w:sz w:val="28"/>
          <w:szCs w:val="28"/>
          <w:lang w:val="kk-KZ"/>
        </w:rPr>
      </w:pPr>
    </w:p>
    <w:p w14:paraId="076EEC61" w14:textId="77777777" w:rsidR="00FA1D49" w:rsidRPr="00FA1D49" w:rsidRDefault="00FA1D49" w:rsidP="00C427A3">
      <w:pPr>
        <w:pStyle w:val="3a"/>
        <w:numPr>
          <w:ilvl w:val="0"/>
          <w:numId w:val="21"/>
        </w:numPr>
        <w:shd w:val="clear" w:color="auto" w:fill="auto"/>
        <w:tabs>
          <w:tab w:val="left" w:leader="underscore" w:pos="6255"/>
        </w:tabs>
        <w:spacing w:line="240" w:lineRule="auto"/>
        <w:rPr>
          <w:sz w:val="28"/>
          <w:szCs w:val="28"/>
          <w:lang w:val="kk-KZ"/>
        </w:rPr>
      </w:pPr>
      <w:r w:rsidRPr="00FA1D49">
        <w:rPr>
          <w:rFonts w:eastAsiaTheme="majorEastAsia"/>
          <w:sz w:val="28"/>
          <w:szCs w:val="28"/>
          <w:lang w:val="kk-KZ"/>
        </w:rPr>
        <w:t>Білім беру ұйымының ресми атауы: Қараганды қаласы «14мектеп-гимназиясы»КММ</w:t>
      </w:r>
    </w:p>
    <w:p w14:paraId="456EF8B7" w14:textId="77777777" w:rsidR="00FA1D49" w:rsidRPr="00FA1D49" w:rsidRDefault="00FA1D49" w:rsidP="00C427A3">
      <w:pPr>
        <w:pStyle w:val="3a"/>
        <w:numPr>
          <w:ilvl w:val="0"/>
          <w:numId w:val="21"/>
        </w:numPr>
        <w:tabs>
          <w:tab w:val="left" w:pos="318"/>
          <w:tab w:val="left" w:leader="underscore" w:pos="6231"/>
          <w:tab w:val="left" w:leader="underscore" w:pos="6313"/>
        </w:tabs>
        <w:spacing w:line="240" w:lineRule="auto"/>
        <w:rPr>
          <w:sz w:val="28"/>
          <w:szCs w:val="28"/>
          <w:lang w:val="kk-KZ"/>
        </w:rPr>
      </w:pPr>
      <w:r w:rsidRPr="00FA1D49">
        <w:rPr>
          <w:sz w:val="28"/>
          <w:szCs w:val="28"/>
          <w:lang w:val="kk-KZ"/>
        </w:rPr>
        <w:t>Мекен-жайы: Қарағанды қаласы, Бирюзова 22 А көшесі</w:t>
      </w:r>
    </w:p>
    <w:p w14:paraId="4D485627" w14:textId="77777777" w:rsidR="00FA1D49" w:rsidRPr="00FA1D49" w:rsidRDefault="00FA1D49" w:rsidP="00C427A3">
      <w:pPr>
        <w:pStyle w:val="3a"/>
        <w:numPr>
          <w:ilvl w:val="0"/>
          <w:numId w:val="21"/>
        </w:numPr>
        <w:tabs>
          <w:tab w:val="left" w:pos="318"/>
          <w:tab w:val="left" w:leader="underscore" w:pos="6231"/>
          <w:tab w:val="left" w:leader="underscore" w:pos="6313"/>
        </w:tabs>
        <w:spacing w:line="240" w:lineRule="auto"/>
        <w:rPr>
          <w:sz w:val="28"/>
          <w:szCs w:val="28"/>
          <w:lang w:val="kk-KZ"/>
        </w:rPr>
      </w:pPr>
      <w:r w:rsidRPr="00FA1D49">
        <w:rPr>
          <w:sz w:val="28"/>
          <w:szCs w:val="28"/>
          <w:lang w:val="kk-KZ"/>
        </w:rPr>
        <w:t>телефон: 218159</w:t>
      </w:r>
    </w:p>
    <w:p w14:paraId="6B1DEF8E" w14:textId="77777777" w:rsidR="00FA1D49" w:rsidRPr="00FA1D49" w:rsidRDefault="00FA1D49" w:rsidP="00C427A3">
      <w:pPr>
        <w:pStyle w:val="3a"/>
        <w:numPr>
          <w:ilvl w:val="0"/>
          <w:numId w:val="21"/>
        </w:numPr>
        <w:tabs>
          <w:tab w:val="left" w:pos="318"/>
          <w:tab w:val="left" w:leader="underscore" w:pos="6231"/>
          <w:tab w:val="left" w:leader="underscore" w:pos="6313"/>
        </w:tabs>
        <w:spacing w:line="240" w:lineRule="auto"/>
        <w:rPr>
          <w:sz w:val="28"/>
          <w:szCs w:val="28"/>
          <w:lang w:val="kk-KZ"/>
        </w:rPr>
      </w:pPr>
      <w:r w:rsidRPr="00FA1D49">
        <w:rPr>
          <w:sz w:val="28"/>
          <w:szCs w:val="28"/>
          <w:lang w:val="kk-KZ"/>
        </w:rPr>
        <w:t>Е-mail - sch14@ karqoo.kz</w:t>
      </w:r>
    </w:p>
    <w:p w14:paraId="767C0F2C" w14:textId="77777777" w:rsidR="00FA1D49" w:rsidRPr="00FA1D49" w:rsidRDefault="00FA1D49" w:rsidP="00C427A3">
      <w:pPr>
        <w:pStyle w:val="121"/>
        <w:keepNext/>
        <w:keepLines/>
        <w:numPr>
          <w:ilvl w:val="0"/>
          <w:numId w:val="21"/>
        </w:numPr>
        <w:shd w:val="clear" w:color="auto" w:fill="auto"/>
        <w:spacing w:after="0" w:line="240" w:lineRule="auto"/>
        <w:jc w:val="both"/>
        <w:rPr>
          <w:sz w:val="28"/>
          <w:szCs w:val="28"/>
          <w:lang w:val="kk-KZ"/>
        </w:rPr>
      </w:pPr>
      <w:r w:rsidRPr="00FA1D49">
        <w:rPr>
          <w:sz w:val="28"/>
          <w:szCs w:val="28"/>
          <w:lang w:val="kk-KZ"/>
        </w:rPr>
        <w:t>Мектеп-гимназия кітапханасының орналасқан жер:1 қабат, жалпы алаңы 87кв/м</w:t>
      </w:r>
    </w:p>
    <w:p w14:paraId="105EFD1A" w14:textId="77777777" w:rsidR="00FA1D49" w:rsidRPr="00FA1D49" w:rsidRDefault="00FA1D49" w:rsidP="00C427A3">
      <w:pPr>
        <w:pStyle w:val="3a"/>
        <w:numPr>
          <w:ilvl w:val="0"/>
          <w:numId w:val="21"/>
        </w:numPr>
        <w:tabs>
          <w:tab w:val="left" w:pos="318"/>
          <w:tab w:val="left" w:leader="underscore" w:pos="6231"/>
          <w:tab w:val="left" w:leader="underscore" w:pos="6313"/>
        </w:tabs>
        <w:spacing w:line="240" w:lineRule="auto"/>
        <w:rPr>
          <w:sz w:val="28"/>
          <w:szCs w:val="28"/>
          <w:lang w:val="kk-KZ"/>
        </w:rPr>
      </w:pPr>
      <w:r w:rsidRPr="00FA1D49">
        <w:rPr>
          <w:sz w:val="28"/>
          <w:szCs w:val="28"/>
          <w:lang w:val="kk-KZ"/>
        </w:rPr>
        <w:t>Кітапхана меңгерушісі Рахманова Еркежан Нұрланқызы, мамандығы «Кітапхана ісі», Қарағанды қаласы, Таттімбет атындағы өнер колледжі</w:t>
      </w:r>
      <w:r w:rsidRPr="00FA1D49">
        <w:rPr>
          <w:rFonts w:eastAsiaTheme="majorEastAsia"/>
          <w:b/>
          <w:sz w:val="28"/>
          <w:szCs w:val="28"/>
          <w:lang w:val="kk-KZ"/>
        </w:rPr>
        <w:t xml:space="preserve"> </w:t>
      </w:r>
    </w:p>
    <w:p w14:paraId="27209A80" w14:textId="77777777" w:rsidR="00FA1D49" w:rsidRPr="00FA1D49" w:rsidRDefault="00FA1D49" w:rsidP="00C427A3">
      <w:pPr>
        <w:pStyle w:val="3a"/>
        <w:numPr>
          <w:ilvl w:val="0"/>
          <w:numId w:val="21"/>
        </w:numPr>
        <w:tabs>
          <w:tab w:val="left" w:pos="318"/>
          <w:tab w:val="left" w:leader="underscore" w:pos="6231"/>
          <w:tab w:val="left" w:leader="underscore" w:pos="6313"/>
        </w:tabs>
        <w:spacing w:line="240" w:lineRule="auto"/>
        <w:rPr>
          <w:sz w:val="28"/>
          <w:szCs w:val="28"/>
          <w:lang w:val="kk-KZ"/>
        </w:rPr>
      </w:pPr>
      <w:r w:rsidRPr="00FA1D49">
        <w:rPr>
          <w:rFonts w:eastAsiaTheme="majorEastAsia"/>
          <w:sz w:val="28"/>
          <w:szCs w:val="28"/>
          <w:lang w:val="kk-KZ"/>
        </w:rPr>
        <w:t>Кітапханашы Абдугалиева Фарида Дауытовна, мамандығы «кітапхана ісі», Қарағанды қаласы Таттімбет атындағы өнер колледжі</w:t>
      </w:r>
    </w:p>
    <w:p w14:paraId="28D3E1FD" w14:textId="77777777" w:rsidR="00FA1D49" w:rsidRPr="00FA1D49" w:rsidRDefault="00FA1D49" w:rsidP="00FA1D49">
      <w:pPr>
        <w:pStyle w:val="81"/>
        <w:shd w:val="clear" w:color="auto" w:fill="auto"/>
        <w:spacing w:line="240" w:lineRule="auto"/>
        <w:ind w:firstLine="0"/>
        <w:rPr>
          <w:rFonts w:eastAsiaTheme="majorEastAsia"/>
          <w:sz w:val="28"/>
          <w:szCs w:val="28"/>
          <w:lang w:val="kk-KZ"/>
        </w:rPr>
      </w:pPr>
    </w:p>
    <w:p w14:paraId="6391774E" w14:textId="77777777" w:rsidR="00FA1D49" w:rsidRPr="00FA1D49" w:rsidRDefault="00FA1D49" w:rsidP="00FA1D49">
      <w:pPr>
        <w:pStyle w:val="ac"/>
        <w:shd w:val="clear" w:color="auto" w:fill="FFFFFF"/>
        <w:tabs>
          <w:tab w:val="left" w:pos="540"/>
        </w:tabs>
        <w:adjustRightInd w:val="0"/>
        <w:ind w:left="360"/>
        <w:jc w:val="both"/>
        <w:rPr>
          <w:rFonts w:ascii="Times New Roman" w:hAnsi="Times New Roman" w:cs="Times New Roman"/>
          <w:b/>
          <w:sz w:val="28"/>
          <w:szCs w:val="28"/>
          <w:lang w:val="kk-KZ"/>
        </w:rPr>
      </w:pPr>
      <w:r w:rsidRPr="00FA1D49">
        <w:rPr>
          <w:rFonts w:ascii="Times New Roman" w:eastAsiaTheme="majorEastAsia" w:hAnsi="Times New Roman" w:cs="Times New Roman"/>
          <w:sz w:val="28"/>
          <w:szCs w:val="28"/>
          <w:lang w:val="kk-KZ"/>
        </w:rPr>
        <w:t xml:space="preserve">        </w:t>
      </w:r>
      <w:r w:rsidRPr="00FA1D49">
        <w:rPr>
          <w:rFonts w:ascii="Times New Roman" w:hAnsi="Times New Roman" w:cs="Times New Roman"/>
          <w:b/>
          <w:sz w:val="28"/>
          <w:szCs w:val="28"/>
          <w:lang w:val="kk-KZ"/>
        </w:rPr>
        <w:t xml:space="preserve">2. Біліктілік талаптарына сәйкес білім беру үдерісінде </w:t>
      </w:r>
    </w:p>
    <w:p w14:paraId="5E9AE7B7" w14:textId="77777777" w:rsidR="00FA1D49" w:rsidRPr="00FA1D49" w:rsidRDefault="00FA1D49" w:rsidP="00FA1D49">
      <w:pPr>
        <w:pStyle w:val="ac"/>
        <w:shd w:val="clear" w:color="auto" w:fill="FFFFFF"/>
        <w:tabs>
          <w:tab w:val="left" w:pos="540"/>
        </w:tabs>
        <w:adjustRightInd w:val="0"/>
        <w:ind w:left="360"/>
        <w:jc w:val="both"/>
        <w:rPr>
          <w:rFonts w:ascii="Times New Roman" w:hAnsi="Times New Roman" w:cs="Times New Roman"/>
          <w:b/>
          <w:sz w:val="28"/>
          <w:szCs w:val="28"/>
          <w:lang w:val="kk-KZ"/>
        </w:rPr>
      </w:pPr>
      <w:r w:rsidRPr="00FA1D49">
        <w:rPr>
          <w:rFonts w:ascii="Times New Roman" w:hAnsi="Times New Roman" w:cs="Times New Roman"/>
          <w:b/>
          <w:sz w:val="28"/>
          <w:szCs w:val="28"/>
          <w:lang w:val="kk-KZ"/>
        </w:rPr>
        <w:t xml:space="preserve">ақпараттық-коммуникациялық технологиялардың қамтамасыз етілуі және қолданылуы.  </w:t>
      </w:r>
      <w:r w:rsidRPr="00FA1D49">
        <w:rPr>
          <w:rFonts w:ascii="Times New Roman" w:eastAsiaTheme="majorEastAsia" w:hAnsi="Times New Roman" w:cs="Times New Roman"/>
          <w:sz w:val="28"/>
          <w:szCs w:val="28"/>
          <w:lang w:val="kk-KZ"/>
        </w:rPr>
        <w:t xml:space="preserve"> </w:t>
      </w:r>
    </w:p>
    <w:p w14:paraId="77B84566" w14:textId="77777777" w:rsidR="00FA1D49" w:rsidRPr="00FA1D49" w:rsidRDefault="00FA1D49" w:rsidP="00FA1D49">
      <w:pPr>
        <w:pStyle w:val="81"/>
        <w:shd w:val="clear" w:color="auto" w:fill="auto"/>
        <w:spacing w:line="240" w:lineRule="auto"/>
        <w:ind w:firstLine="0"/>
        <w:rPr>
          <w:rFonts w:eastAsiaTheme="majorEastAsia"/>
          <w:sz w:val="28"/>
          <w:szCs w:val="28"/>
          <w:lang w:val="kk-KZ"/>
        </w:rPr>
      </w:pPr>
      <w:r w:rsidRPr="00FA1D49">
        <w:rPr>
          <w:rFonts w:eastAsiaTheme="majorEastAsia"/>
          <w:sz w:val="28"/>
          <w:szCs w:val="28"/>
          <w:lang w:val="kk-KZ"/>
        </w:rPr>
        <w:t xml:space="preserve">       Мектеп-гимназия кітапханасы 1 қабатта орналасқан, кітапхана заманауй жиһаздарымен, кітап сөрелерімен, оқырмандарға арналған жаңа 23 дана үстелдер мен 23 дана  орындық,  4 дана компьютер орындығы, 2 дана кітапханашының жұмыс орнына  арналған кафедра мен орындықтары  қарастырылған. Кітаптарды жүйелі түрде орналастыруға және оқырмандардың қажетті әдебиеттірін еркін таңдауға жағдай жасалған. Оқулықтар сақтау бөлмесі, жеке оқу залы, оқырмандар үшін «Кітап оқитын ұлт» комфорт зоналары бар. Кітапханада оқушылардың кітап оқуына, өздігінен ізденуі және шығармашылық жұмыстарымен айналасуына қолайлы жағдай қарастырылған. Заманауи ақпараттық – коммуникациялық технологияларды пайдалану арқылы білім алушылардың ақпараттық сауаттылық арттыруға мүмкүндік берілген: 6 дана компьютер МФУ, қосымша принтері бар,  8 дана көрмеге арналған стелаждар,  16 дана стелаж оқулықтар сақтау қорына арналған, 11 дана  шкаф, 4 дана компьтер үстелдері, 6 дана  стелаж-шкаф үш полкалық. Бастауыш сынып оқушыларына  арналған оқу залы да толық жабдықталған: пуфиктерімен, қабырға стендтерімен, шкаф, үстел, орындықтарымен. Сонымен қатар кітапхана қорының негізгі қор есебі ОТАН-BOOKS порталына еңгізілген. Көркем әдебиет кітаптары толығымен порталға еңгізіліп, оқырмандарға электронды түрде де қызмет көрсетілуде.</w:t>
      </w:r>
    </w:p>
    <w:p w14:paraId="734B45CC" w14:textId="77777777" w:rsidR="00FA1D49" w:rsidRPr="00FA1D49" w:rsidRDefault="00FA1D49" w:rsidP="00FA1D49">
      <w:pPr>
        <w:pStyle w:val="81"/>
        <w:shd w:val="clear" w:color="auto" w:fill="auto"/>
        <w:spacing w:line="240" w:lineRule="auto"/>
        <w:ind w:firstLine="0"/>
        <w:rPr>
          <w:rFonts w:eastAsiaTheme="majorEastAsia"/>
          <w:sz w:val="28"/>
          <w:szCs w:val="28"/>
          <w:lang w:val="kk-KZ"/>
        </w:rPr>
      </w:pPr>
      <w:r w:rsidRPr="00FA1D49">
        <w:rPr>
          <w:rFonts w:eastAsiaTheme="majorEastAsia"/>
          <w:sz w:val="28"/>
          <w:szCs w:val="28"/>
          <w:lang w:val="kk-KZ"/>
        </w:rPr>
        <w:t xml:space="preserve">         Мектеп - гимназиямыздың оқырмандары үшін жаңа заманауи жабдықталған кітапханамыз – оқушылардың білім алуына, кітап оқуына деген қызығушылығын </w:t>
      </w:r>
      <w:r w:rsidRPr="00FA1D49">
        <w:rPr>
          <w:rFonts w:eastAsiaTheme="majorEastAsia"/>
          <w:sz w:val="28"/>
          <w:szCs w:val="28"/>
          <w:lang w:val="kk-KZ"/>
        </w:rPr>
        <w:lastRenderedPageBreak/>
        <w:t>арттырып, бос уақыттарын тиімді өткізуіне ықпал ететін маңызды білім беру ортасы болып табылуда.</w:t>
      </w:r>
    </w:p>
    <w:p w14:paraId="29C1AB1B" w14:textId="77777777" w:rsidR="00FA1D49" w:rsidRPr="00FA1D49" w:rsidRDefault="00FA1D49" w:rsidP="00FA1D49">
      <w:pPr>
        <w:ind w:firstLine="567"/>
        <w:jc w:val="both"/>
        <w:rPr>
          <w:color w:val="000000"/>
          <w:sz w:val="28"/>
          <w:szCs w:val="28"/>
          <w:lang w:val="kk-KZ"/>
        </w:rPr>
      </w:pPr>
    </w:p>
    <w:p w14:paraId="05CDF85D" w14:textId="77777777" w:rsidR="00FA1D49" w:rsidRPr="00FA1D49" w:rsidRDefault="00FA1D49" w:rsidP="00FA1D49">
      <w:pPr>
        <w:jc w:val="both"/>
        <w:rPr>
          <w:b/>
          <w:color w:val="000000"/>
          <w:sz w:val="28"/>
          <w:szCs w:val="28"/>
          <w:lang w:val="kk-KZ"/>
        </w:rPr>
      </w:pPr>
      <w:r w:rsidRPr="00FA1D49">
        <w:rPr>
          <w:b/>
          <w:color w:val="000000"/>
          <w:sz w:val="28"/>
          <w:szCs w:val="28"/>
          <w:lang w:val="kk-KZ"/>
        </w:rPr>
        <w:t>Кітапхана жұмысы туралы  мәліметтер</w:t>
      </w:r>
    </w:p>
    <w:p w14:paraId="49BDBB30" w14:textId="77777777" w:rsidR="00FA1D49" w:rsidRPr="00FA1D49" w:rsidRDefault="00FA1D49" w:rsidP="00FA1D49">
      <w:pPr>
        <w:ind w:firstLine="567"/>
        <w:jc w:val="both"/>
        <w:rPr>
          <w:color w:val="000000"/>
          <w:sz w:val="28"/>
          <w:szCs w:val="28"/>
          <w:lang w:val="kk-KZ"/>
        </w:rPr>
      </w:pPr>
      <w:r w:rsidRPr="00FA1D49">
        <w:rPr>
          <w:color w:val="000000"/>
          <w:sz w:val="28"/>
          <w:szCs w:val="28"/>
          <w:lang w:val="kk-KZ"/>
        </w:rPr>
        <w:t>2026–2027 оқу жылының қыркуйек айында  мектеп кітапханасы оқу-тәрбие үдерісін ақпараттық және әдеби ресурстармен қамтамасыз ету, оқушылардың кітап оқуға қызығушылығын арттыру, оқырмандық мәдениетін қалыптастыру және кітапхана қорын тиімді пайдалану бағытында жүйелі жұмыстар жүргізді.</w:t>
      </w:r>
    </w:p>
    <w:p w14:paraId="0EC2EB25" w14:textId="77777777" w:rsidR="00FA1D49" w:rsidRPr="00FA1D49" w:rsidRDefault="00FA1D49" w:rsidP="00FA1D49">
      <w:pPr>
        <w:ind w:firstLine="567"/>
        <w:jc w:val="both"/>
        <w:rPr>
          <w:color w:val="000000"/>
          <w:sz w:val="28"/>
          <w:szCs w:val="28"/>
          <w:lang w:val="kk-KZ"/>
        </w:rPr>
      </w:pPr>
      <w:r w:rsidRPr="00FA1D49">
        <w:rPr>
          <w:color w:val="000000"/>
          <w:sz w:val="28"/>
          <w:szCs w:val="28"/>
          <w:lang w:val="kk-KZ"/>
        </w:rPr>
        <w:t>Жаңа оқу жылына оқушылар мен мұғалімдерге қажетті оқулықтар мен көркем әдебиеттерді пайдалануға жағдай жасалып, оқулықтардың сақталуы мен ұқыпты қолданылуына бақылау жүргізілді. Оқушыларға кітапхана қорымен жұмыс жасау, кітапты дұрыс таңдау, оқу және сақтау ережелері түсіндірілді.</w:t>
      </w:r>
    </w:p>
    <w:p w14:paraId="66C3A196" w14:textId="77777777" w:rsidR="00FA1D49" w:rsidRPr="00FA1D49" w:rsidRDefault="00FA1D49" w:rsidP="00FA1D49">
      <w:pPr>
        <w:ind w:firstLine="567"/>
        <w:jc w:val="both"/>
        <w:rPr>
          <w:color w:val="000000"/>
          <w:sz w:val="28"/>
          <w:szCs w:val="28"/>
          <w:lang w:val="kk-KZ"/>
        </w:rPr>
      </w:pPr>
      <w:r w:rsidRPr="00FA1D49">
        <w:rPr>
          <w:color w:val="000000"/>
          <w:sz w:val="28"/>
          <w:szCs w:val="28"/>
          <w:lang w:val="kk-KZ"/>
        </w:rPr>
        <w:t>Жаңа оқу жылының басталуына байланысты оқулықтарды қабылдау, сыныптарға тарату және оқулықтардың қамтамасыз етілу жағдайын бақылау жұмыстары ұйымдастырылды. «Оқулықтарды сақтау ережесі» бойынша ақпараттық түсіндіру жұмыстары жүргізіліп, оқушыларға кітаптарды таза әрі ұқыпты ұстаудың маңыздылығы айтылды.</w:t>
      </w:r>
    </w:p>
    <w:p w14:paraId="7A1AEBB4" w14:textId="77777777" w:rsidR="00FA1D49" w:rsidRPr="00FA1D49" w:rsidRDefault="00FA1D49" w:rsidP="00FA1D49">
      <w:pPr>
        <w:ind w:firstLine="567"/>
        <w:jc w:val="both"/>
        <w:rPr>
          <w:color w:val="000000"/>
          <w:sz w:val="28"/>
          <w:szCs w:val="28"/>
          <w:lang w:val="kk-KZ"/>
        </w:rPr>
      </w:pPr>
      <w:r w:rsidRPr="00FA1D49">
        <w:rPr>
          <w:color w:val="000000"/>
          <w:sz w:val="28"/>
          <w:szCs w:val="28"/>
          <w:lang w:val="kk-KZ"/>
        </w:rPr>
        <w:t>«Кітап оқитын ұлт», «Кітап оқып, жарысайық!», «12 ай – 12 кітап» жобалар аясында оқуға көркем шығармалар кітаптары іріктеліп, бекітілді.</w:t>
      </w:r>
    </w:p>
    <w:p w14:paraId="75D14E06" w14:textId="77777777" w:rsidR="00FA1D49" w:rsidRPr="00FA1D49" w:rsidRDefault="00FA1D49" w:rsidP="00FA1D49">
      <w:pPr>
        <w:jc w:val="both"/>
        <w:rPr>
          <w:color w:val="000000"/>
          <w:sz w:val="28"/>
          <w:szCs w:val="28"/>
          <w:lang w:val="kk-KZ"/>
        </w:rPr>
      </w:pPr>
      <w:r w:rsidRPr="00FA1D49">
        <w:rPr>
          <w:color w:val="000000"/>
          <w:sz w:val="28"/>
          <w:szCs w:val="28"/>
          <w:lang w:val="kk-KZ"/>
        </w:rPr>
        <w:t xml:space="preserve">Кітапхананы білім мен рухани дамудың маңызды орталығы ретінде таныту мақсатында кітапханада оқырмандар назарына тақырыптық кітап көрмелері, ақпараттық бұрыштар ұйымдыстырылады: «Тіл ұлттын жаны», «Мемлекеттік рәміздер, ұлттық мақтанышы», Қазақстанның ұлы дала елі - Республика күні». </w:t>
      </w:r>
    </w:p>
    <w:p w14:paraId="79AB4346" w14:textId="77777777" w:rsidR="00FA1D49" w:rsidRPr="00FA1D49" w:rsidRDefault="00FA1D49" w:rsidP="00FA1D49">
      <w:pPr>
        <w:jc w:val="both"/>
        <w:rPr>
          <w:color w:val="000000"/>
          <w:sz w:val="28"/>
          <w:szCs w:val="28"/>
          <w:lang w:val="kk-KZ"/>
        </w:rPr>
      </w:pPr>
      <w:r w:rsidRPr="00FA1D49">
        <w:rPr>
          <w:color w:val="000000"/>
          <w:sz w:val="28"/>
          <w:szCs w:val="28"/>
          <w:lang w:val="kk-KZ"/>
        </w:rPr>
        <w:t xml:space="preserve">8 қыркүйек – Халықаралық сауаттылық күніне орай 8«Ә» сынып оқушылары жаңа майқұдық мәдениет үйінің ішінде орналасқан №31 филиал кітапханасының ұйымдастыруымен «Ақпаратты оқы, талда, сарала» атты еркін әңгіме алаңы өтті.  Оқушыларға сауаттылықтың, білім алудың және кітап оқудың маңызы түсіндірілді. Отбасы күні қарсаныңда 2 «Б» сынып оқушыларымен «Отбасы және мен» тақырыбында танымдық сабақ өтті. «12 кітап-12ай» жобасына бекітілген шығармалар оқырмандарға оқуға ұсынылды, сонымен қатар бірінші қабатта ақпараттық бұрыш, комфорт зонасы ұйымдастырылды. </w:t>
      </w:r>
    </w:p>
    <w:p w14:paraId="3A40C173" w14:textId="77777777" w:rsidR="00FA1D49" w:rsidRPr="00FA1D49" w:rsidRDefault="00FA1D49" w:rsidP="00FA1D49">
      <w:pPr>
        <w:jc w:val="both"/>
        <w:rPr>
          <w:color w:val="000000"/>
          <w:sz w:val="28"/>
          <w:szCs w:val="28"/>
          <w:lang w:val="kk-KZ"/>
        </w:rPr>
      </w:pPr>
      <w:r w:rsidRPr="00FA1D49">
        <w:rPr>
          <w:color w:val="000000"/>
          <w:sz w:val="28"/>
          <w:szCs w:val="28"/>
          <w:lang w:val="kk-KZ"/>
        </w:rPr>
        <w:t>«Кітап оқитын ұлт» облыстық жобасы бойынша, ата-аналар, мектеп ұжымы және оқушылары үшін арнайы сайтқа тіркелуі бойынша түсіндірме жұмыстары жүргізілді. Сайтқа тіркелген алғаш көркем шығармаларын оқып, пікір жазылып, бейнемтериалдар жіберіліп әр оқырман өзіндік алған ұпайларымен таныс болды. Қазіргі кезеніңде оқырмандар  бекітілген екінші көркем шығарманы оқып тапсырмаларын орындау үстінде.  Оқушылардың жобаға қатысуы, кітап алуы және әдеби шығармаларға деген қызығушылықтары байқалды.</w:t>
      </w:r>
    </w:p>
    <w:p w14:paraId="614A3DB4" w14:textId="77777777" w:rsidR="00FA1D49" w:rsidRPr="00FA1D49" w:rsidRDefault="00FA1D49" w:rsidP="00FA1D49">
      <w:pPr>
        <w:jc w:val="both"/>
        <w:rPr>
          <w:color w:val="000000"/>
          <w:sz w:val="28"/>
          <w:szCs w:val="28"/>
          <w:lang w:val="kk-KZ"/>
        </w:rPr>
      </w:pPr>
      <w:r w:rsidRPr="00FA1D49">
        <w:rPr>
          <w:color w:val="000000"/>
          <w:sz w:val="28"/>
          <w:szCs w:val="28"/>
          <w:lang w:val="kk-KZ"/>
        </w:rPr>
        <w:t>Алдағы айларда оқырман санын арттыруға, кітап оқу белсенділігін күшейтуге,</w:t>
      </w:r>
    </w:p>
    <w:p w14:paraId="782E15ED" w14:textId="77777777" w:rsidR="00FA1D49" w:rsidRPr="00FA1D49" w:rsidRDefault="00FA1D49" w:rsidP="00FA1D49">
      <w:pPr>
        <w:jc w:val="both"/>
        <w:rPr>
          <w:color w:val="000000"/>
          <w:sz w:val="28"/>
          <w:szCs w:val="28"/>
          <w:lang w:val="kk-KZ"/>
        </w:rPr>
      </w:pPr>
      <w:r w:rsidRPr="00FA1D49">
        <w:rPr>
          <w:color w:val="000000"/>
          <w:sz w:val="28"/>
          <w:szCs w:val="28"/>
          <w:lang w:val="kk-KZ"/>
        </w:rPr>
        <w:t>жобалар жұмыстарын жүйелі жалғастыруға жоспарлануда.</w:t>
      </w:r>
    </w:p>
    <w:p w14:paraId="1B0C28C0" w14:textId="77777777" w:rsidR="00FA1D49" w:rsidRPr="00FA1D49" w:rsidRDefault="00FA1D49" w:rsidP="00FA1D49">
      <w:pPr>
        <w:jc w:val="both"/>
        <w:rPr>
          <w:color w:val="000000"/>
          <w:sz w:val="28"/>
          <w:szCs w:val="28"/>
          <w:lang w:val="kk-KZ"/>
        </w:rPr>
      </w:pPr>
    </w:p>
    <w:p w14:paraId="3C8406C5" w14:textId="77777777" w:rsidR="00FA1D49" w:rsidRPr="00FA1D49" w:rsidRDefault="00FA1D49" w:rsidP="00FA1D49">
      <w:pPr>
        <w:jc w:val="both"/>
        <w:rPr>
          <w:b/>
          <w:sz w:val="28"/>
          <w:szCs w:val="28"/>
          <w:lang w:val="kk-KZ"/>
        </w:rPr>
      </w:pPr>
      <w:r w:rsidRPr="00FA1D49">
        <w:rPr>
          <w:sz w:val="28"/>
          <w:szCs w:val="28"/>
          <w:lang w:val="kk-KZ"/>
        </w:rPr>
        <w:t xml:space="preserve"> </w:t>
      </w:r>
      <w:r w:rsidRPr="00FA1D49">
        <w:rPr>
          <w:rFonts w:eastAsiaTheme="majorEastAsia"/>
          <w:b/>
          <w:sz w:val="28"/>
          <w:szCs w:val="28"/>
          <w:lang w:val="kk-KZ"/>
        </w:rPr>
        <w:t xml:space="preserve">Баспамен жұмыс: </w:t>
      </w:r>
    </w:p>
    <w:p w14:paraId="3004962C" w14:textId="77777777" w:rsidR="00FA1D49" w:rsidRPr="00FA1D49" w:rsidRDefault="00FA1D49" w:rsidP="00FA1D49">
      <w:pPr>
        <w:pStyle w:val="81"/>
        <w:spacing w:line="240" w:lineRule="auto"/>
        <w:rPr>
          <w:rFonts w:eastAsiaTheme="majorEastAsia"/>
          <w:sz w:val="28"/>
          <w:szCs w:val="28"/>
          <w:lang w:val="kk-KZ"/>
        </w:rPr>
      </w:pPr>
      <w:r w:rsidRPr="00FA1D49">
        <w:rPr>
          <w:rFonts w:eastAsiaTheme="majorEastAsia"/>
          <w:sz w:val="28"/>
          <w:szCs w:val="28"/>
          <w:lang w:val="kk-KZ"/>
        </w:rPr>
        <w:t xml:space="preserve">                   Ведомствалық баспа бойынша кітапхана 8 атауы бар  басылымға жылда жазылуда. Оның ішінде: мұғалімдерге арналған педагогокалық әдістемелік журналдар: «Ашық сабақ-факультативті сабақтар» (6-айға) т.б. облыстық, қалалық газет баспалары:«Егемен Қазақстан» (6-айға), «Орталық Қазақстан» (6-айға), </w:t>
      </w:r>
      <w:r w:rsidRPr="00FA1D49">
        <w:rPr>
          <w:rFonts w:eastAsiaTheme="majorEastAsia"/>
          <w:sz w:val="28"/>
          <w:szCs w:val="28"/>
          <w:lang w:val="kk-KZ"/>
        </w:rPr>
        <w:lastRenderedPageBreak/>
        <w:t>«Ізденіс» (6-айға) және оқушыларға арналған балалар журналдары: «Айгөлек» (6-айға), «Мөлдір бұлақ»(6-айға), «Ертегілер елінде»(6-айға).  Барлық аталған баспа атаулары педагогикалық ұжымға сабақ барысында көмекші әдістемелік құрал ретінде пайдаланылады, балалар журналдыры оқу сағаттарында, топтық жұмыстарында, бояу терапия сабақ барыстарында пайдасы тиюде.</w:t>
      </w:r>
    </w:p>
    <w:p w14:paraId="3B01F153" w14:textId="77777777" w:rsidR="00FA1D49" w:rsidRPr="00FA1D49" w:rsidRDefault="00FA1D49" w:rsidP="00FA1D49">
      <w:pPr>
        <w:pStyle w:val="81"/>
        <w:spacing w:line="240" w:lineRule="auto"/>
        <w:rPr>
          <w:rFonts w:eastAsiaTheme="majorEastAsia"/>
          <w:sz w:val="28"/>
          <w:szCs w:val="28"/>
          <w:lang w:val="kk-KZ"/>
        </w:rPr>
      </w:pPr>
      <w:r w:rsidRPr="00FA1D49">
        <w:rPr>
          <w:rFonts w:eastAsiaTheme="majorEastAsia"/>
          <w:sz w:val="28"/>
          <w:szCs w:val="28"/>
          <w:lang w:val="kk-KZ"/>
        </w:rPr>
        <w:t xml:space="preserve">                     </w:t>
      </w:r>
    </w:p>
    <w:p w14:paraId="5493C0BD" w14:textId="77777777" w:rsidR="00FA1D49" w:rsidRPr="00FA1D49" w:rsidRDefault="00FA1D49" w:rsidP="00FA1D49">
      <w:pPr>
        <w:jc w:val="both"/>
        <w:rPr>
          <w:b/>
          <w:sz w:val="28"/>
          <w:szCs w:val="28"/>
          <w:lang w:val="kk-KZ"/>
        </w:rPr>
      </w:pPr>
      <w:r w:rsidRPr="00FA1D49">
        <w:rPr>
          <w:b/>
          <w:sz w:val="28"/>
          <w:szCs w:val="28"/>
          <w:lang w:val="kk-KZ"/>
        </w:rPr>
        <w:t xml:space="preserve">  Ведомствалық баспаға жазылу көрсеткіші:</w:t>
      </w:r>
    </w:p>
    <w:tbl>
      <w:tblPr>
        <w:tblW w:w="4855"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
        <w:gridCol w:w="776"/>
        <w:gridCol w:w="3823"/>
        <w:gridCol w:w="5064"/>
      </w:tblGrid>
      <w:tr w:rsidR="00FA1D49" w:rsidRPr="00FA1D49" w14:paraId="5BD4792D" w14:textId="77777777" w:rsidTr="00FA1D49">
        <w:trPr>
          <w:trHeight w:val="330"/>
        </w:trPr>
        <w:tc>
          <w:tcPr>
            <w:tcW w:w="280" w:type="pct"/>
          </w:tcPr>
          <w:p w14:paraId="4355E65B" w14:textId="77777777" w:rsidR="00FA1D49" w:rsidRPr="00FA1D49" w:rsidRDefault="00FA1D49" w:rsidP="00FA1D49">
            <w:pPr>
              <w:jc w:val="both"/>
              <w:rPr>
                <w:b/>
                <w:sz w:val="28"/>
                <w:szCs w:val="28"/>
              </w:rPr>
            </w:pPr>
            <w:r w:rsidRPr="00FA1D49">
              <w:rPr>
                <w:sz w:val="28"/>
                <w:szCs w:val="28"/>
              </w:rPr>
              <w:t>№ п/п</w:t>
            </w:r>
          </w:p>
        </w:tc>
        <w:tc>
          <w:tcPr>
            <w:tcW w:w="362" w:type="pct"/>
          </w:tcPr>
          <w:p w14:paraId="517306C7" w14:textId="77777777" w:rsidR="00FA1D49" w:rsidRPr="00FA1D49" w:rsidRDefault="00FA1D49" w:rsidP="00FA1D49">
            <w:pPr>
              <w:jc w:val="both"/>
              <w:rPr>
                <w:sz w:val="28"/>
                <w:szCs w:val="28"/>
                <w:lang w:val="kk-KZ"/>
              </w:rPr>
            </w:pPr>
            <w:r w:rsidRPr="00FA1D49">
              <w:rPr>
                <w:sz w:val="28"/>
                <w:szCs w:val="28"/>
              </w:rPr>
              <w:t xml:space="preserve"> </w:t>
            </w:r>
            <w:r w:rsidRPr="00FA1D49">
              <w:rPr>
                <w:sz w:val="28"/>
                <w:szCs w:val="28"/>
                <w:lang w:val="kk-KZ"/>
              </w:rPr>
              <w:t>жыл</w:t>
            </w:r>
          </w:p>
        </w:tc>
        <w:tc>
          <w:tcPr>
            <w:tcW w:w="1877" w:type="pct"/>
          </w:tcPr>
          <w:p w14:paraId="44D7D257" w14:textId="77777777" w:rsidR="00FA1D49" w:rsidRPr="00FA1D49" w:rsidRDefault="00FA1D49" w:rsidP="00FA1D49">
            <w:pPr>
              <w:jc w:val="both"/>
              <w:rPr>
                <w:sz w:val="28"/>
                <w:szCs w:val="28"/>
                <w:lang w:val="kk-KZ"/>
              </w:rPr>
            </w:pPr>
            <w:r w:rsidRPr="00FA1D49">
              <w:rPr>
                <w:sz w:val="28"/>
                <w:szCs w:val="28"/>
                <w:lang w:val="kk-KZ"/>
              </w:rPr>
              <w:t>Бөлінген қаражат</w:t>
            </w:r>
          </w:p>
          <w:p w14:paraId="26AD297A" w14:textId="77777777" w:rsidR="00FA1D49" w:rsidRPr="00FA1D49" w:rsidRDefault="00FA1D49" w:rsidP="00FA1D49">
            <w:pPr>
              <w:jc w:val="both"/>
              <w:rPr>
                <w:sz w:val="28"/>
                <w:szCs w:val="28"/>
              </w:rPr>
            </w:pPr>
            <w:r w:rsidRPr="00FA1D49">
              <w:rPr>
                <w:sz w:val="28"/>
                <w:szCs w:val="28"/>
              </w:rPr>
              <w:t>(сумма в тенге,</w:t>
            </w:r>
            <w:r w:rsidRPr="00FA1D49">
              <w:rPr>
                <w:sz w:val="28"/>
                <w:szCs w:val="28"/>
                <w:lang w:val="kk-KZ"/>
              </w:rPr>
              <w:t xml:space="preserve"> </w:t>
            </w:r>
            <w:r w:rsidRPr="00FA1D49">
              <w:rPr>
                <w:sz w:val="28"/>
                <w:szCs w:val="28"/>
              </w:rPr>
              <w:t>тиын)</w:t>
            </w:r>
          </w:p>
        </w:tc>
        <w:tc>
          <w:tcPr>
            <w:tcW w:w="2481" w:type="pct"/>
          </w:tcPr>
          <w:p w14:paraId="5C1CE6F0" w14:textId="77777777" w:rsidR="00FA1D49" w:rsidRPr="00FA1D49" w:rsidRDefault="00FA1D49" w:rsidP="00FA1D49">
            <w:pPr>
              <w:jc w:val="both"/>
              <w:rPr>
                <w:sz w:val="28"/>
                <w:szCs w:val="28"/>
                <w:lang w:val="kk-KZ"/>
              </w:rPr>
            </w:pPr>
            <w:r w:rsidRPr="00FA1D49">
              <w:rPr>
                <w:sz w:val="28"/>
                <w:szCs w:val="28"/>
                <w:lang w:val="kk-KZ"/>
              </w:rPr>
              <w:t>Баспа саны</w:t>
            </w:r>
          </w:p>
        </w:tc>
      </w:tr>
      <w:tr w:rsidR="00FA1D49" w:rsidRPr="00FA1D49" w14:paraId="69A584FB" w14:textId="77777777" w:rsidTr="00FA1D49">
        <w:trPr>
          <w:trHeight w:val="330"/>
        </w:trPr>
        <w:tc>
          <w:tcPr>
            <w:tcW w:w="280" w:type="pct"/>
          </w:tcPr>
          <w:p w14:paraId="01399416" w14:textId="77777777" w:rsidR="00FA1D49" w:rsidRPr="00FA1D49" w:rsidRDefault="00FA1D49" w:rsidP="00FA1D49">
            <w:pPr>
              <w:jc w:val="both"/>
              <w:rPr>
                <w:sz w:val="28"/>
                <w:szCs w:val="28"/>
                <w:lang w:val="kk-KZ"/>
              </w:rPr>
            </w:pPr>
            <w:r w:rsidRPr="00FA1D49">
              <w:rPr>
                <w:sz w:val="28"/>
                <w:szCs w:val="28"/>
                <w:lang w:val="kk-KZ"/>
              </w:rPr>
              <w:t>1</w:t>
            </w:r>
          </w:p>
        </w:tc>
        <w:tc>
          <w:tcPr>
            <w:tcW w:w="362" w:type="pct"/>
          </w:tcPr>
          <w:p w14:paraId="18F2B037" w14:textId="77777777" w:rsidR="00FA1D49" w:rsidRPr="00FA1D49" w:rsidRDefault="00FA1D49" w:rsidP="00FA1D49">
            <w:pPr>
              <w:jc w:val="both"/>
              <w:rPr>
                <w:sz w:val="28"/>
                <w:szCs w:val="28"/>
                <w:lang w:val="kk-KZ"/>
              </w:rPr>
            </w:pPr>
            <w:r w:rsidRPr="00FA1D49">
              <w:rPr>
                <w:sz w:val="28"/>
                <w:szCs w:val="28"/>
                <w:lang w:val="kk-KZ"/>
              </w:rPr>
              <w:t>2026</w:t>
            </w:r>
          </w:p>
        </w:tc>
        <w:tc>
          <w:tcPr>
            <w:tcW w:w="1877" w:type="pct"/>
          </w:tcPr>
          <w:p w14:paraId="315EE581" w14:textId="77777777" w:rsidR="00FA1D49" w:rsidRPr="00FA1D49" w:rsidRDefault="00FA1D49" w:rsidP="00FA1D49">
            <w:pPr>
              <w:jc w:val="both"/>
              <w:rPr>
                <w:sz w:val="28"/>
                <w:szCs w:val="28"/>
                <w:lang w:val="kk-KZ"/>
              </w:rPr>
            </w:pPr>
            <w:r w:rsidRPr="00FA1D49">
              <w:rPr>
                <w:sz w:val="28"/>
                <w:szCs w:val="28"/>
                <w:lang w:val="kk-KZ"/>
              </w:rPr>
              <w:t>53 635,32</w:t>
            </w:r>
          </w:p>
        </w:tc>
        <w:tc>
          <w:tcPr>
            <w:tcW w:w="2481" w:type="pct"/>
          </w:tcPr>
          <w:p w14:paraId="20975BB2" w14:textId="77777777" w:rsidR="00FA1D49" w:rsidRPr="00FA1D49" w:rsidRDefault="00FA1D49" w:rsidP="00FA1D49">
            <w:pPr>
              <w:jc w:val="both"/>
              <w:rPr>
                <w:sz w:val="28"/>
                <w:szCs w:val="28"/>
                <w:lang w:val="kk-KZ"/>
              </w:rPr>
            </w:pPr>
            <w:r w:rsidRPr="00FA1D49">
              <w:rPr>
                <w:sz w:val="28"/>
                <w:szCs w:val="28"/>
                <w:lang w:val="kk-KZ"/>
              </w:rPr>
              <w:t>8</w:t>
            </w:r>
          </w:p>
        </w:tc>
      </w:tr>
    </w:tbl>
    <w:p w14:paraId="0DEB740E" w14:textId="77777777" w:rsidR="00FA1D49" w:rsidRPr="00FA1D49" w:rsidRDefault="00FA1D49" w:rsidP="00FA1D49">
      <w:pPr>
        <w:tabs>
          <w:tab w:val="left" w:pos="2184"/>
        </w:tabs>
        <w:jc w:val="both"/>
        <w:rPr>
          <w:sz w:val="28"/>
          <w:szCs w:val="28"/>
          <w:lang w:val="kk-KZ"/>
        </w:rPr>
      </w:pPr>
      <w:r w:rsidRPr="00FA1D49">
        <w:rPr>
          <w:sz w:val="28"/>
          <w:szCs w:val="28"/>
        </w:rPr>
        <w:t xml:space="preserve"> </w:t>
      </w:r>
    </w:p>
    <w:p w14:paraId="1CCFF73C" w14:textId="77777777" w:rsidR="00FA1D49" w:rsidRPr="00FA1D49" w:rsidRDefault="00FA1D49" w:rsidP="00FA1D49">
      <w:pPr>
        <w:jc w:val="both"/>
        <w:rPr>
          <w:color w:val="000000"/>
          <w:sz w:val="28"/>
          <w:szCs w:val="28"/>
          <w:lang w:val="kk-KZ"/>
        </w:rPr>
      </w:pPr>
      <w:r w:rsidRPr="00FA1D49">
        <w:rPr>
          <w:color w:val="000000"/>
          <w:sz w:val="28"/>
          <w:szCs w:val="28"/>
          <w:lang w:val="kk-KZ"/>
        </w:rPr>
        <w:t xml:space="preserve">Кітапхананың барлық жұмысы мектеп сайты, инстаграм, фейсбукта көрсетіледі: </w:t>
      </w:r>
    </w:p>
    <w:p w14:paraId="714C6A79" w14:textId="77777777" w:rsidR="00FA1D49" w:rsidRPr="00FA1D49" w:rsidRDefault="00FA1D49" w:rsidP="00FA1D49">
      <w:pPr>
        <w:ind w:firstLine="567"/>
        <w:jc w:val="both"/>
        <w:rPr>
          <w:b/>
          <w:color w:val="4472C4" w:themeColor="accent1"/>
          <w:sz w:val="28"/>
          <w:szCs w:val="28"/>
          <w:lang w:val="kk-KZ"/>
        </w:rPr>
      </w:pPr>
      <w:r w:rsidRPr="00FA1D49">
        <w:rPr>
          <w:color w:val="000000"/>
          <w:sz w:val="28"/>
          <w:szCs w:val="28"/>
          <w:lang w:val="kk-KZ"/>
        </w:rPr>
        <w:t xml:space="preserve">Саит «14 мектеп-гимназиясы»КММ: </w:t>
      </w:r>
      <w:r w:rsidRPr="00FA1D49">
        <w:rPr>
          <w:color w:val="4472C4" w:themeColor="accent1"/>
          <w:sz w:val="28"/>
          <w:szCs w:val="28"/>
          <w:lang w:val="kk-KZ"/>
        </w:rPr>
        <w:t>https://kargoo.kz/loader/fromorq/231/3111</w:t>
      </w:r>
    </w:p>
    <w:p w14:paraId="1B9D8E35" w14:textId="77777777" w:rsidR="00FA1D49" w:rsidRPr="00FA1D49" w:rsidRDefault="00FA1D49" w:rsidP="00FA1D49">
      <w:pPr>
        <w:jc w:val="both"/>
        <w:rPr>
          <w:sz w:val="28"/>
          <w:szCs w:val="28"/>
          <w:lang w:val="kk-KZ"/>
        </w:rPr>
      </w:pPr>
      <w:r w:rsidRPr="00FA1D49">
        <w:rPr>
          <w:sz w:val="28"/>
          <w:szCs w:val="28"/>
          <w:lang w:val="en-US"/>
        </w:rPr>
        <w:t xml:space="preserve">E-mail: </w:t>
      </w:r>
      <w:hyperlink r:id="rId894" w:history="1">
        <w:r w:rsidRPr="00FA1D49">
          <w:rPr>
            <w:rStyle w:val="ae"/>
            <w:sz w:val="28"/>
            <w:szCs w:val="28"/>
            <w:lang w:val="en-US"/>
          </w:rPr>
          <w:t>kargoo.kz</w:t>
        </w:r>
      </w:hyperlink>
      <w:r w:rsidRPr="00FA1D49">
        <w:rPr>
          <w:sz w:val="28"/>
          <w:szCs w:val="28"/>
          <w:lang w:val="en-US"/>
        </w:rPr>
        <w:t xml:space="preserve"> </w:t>
      </w:r>
    </w:p>
    <w:p w14:paraId="0665509D" w14:textId="77777777" w:rsidR="00FA1D49" w:rsidRPr="00FA1D49" w:rsidRDefault="00FA1D49" w:rsidP="00FA1D49">
      <w:pPr>
        <w:jc w:val="both"/>
        <w:rPr>
          <w:sz w:val="28"/>
          <w:szCs w:val="28"/>
          <w:lang w:val="en-US"/>
        </w:rPr>
      </w:pPr>
      <w:r w:rsidRPr="00FA1D49">
        <w:rPr>
          <w:sz w:val="28"/>
          <w:szCs w:val="28"/>
          <w:lang w:val="en-US"/>
        </w:rPr>
        <w:t>Facebook: https: Mektep Gimnasiasy</w:t>
      </w:r>
    </w:p>
    <w:p w14:paraId="77D243D7" w14:textId="77777777" w:rsidR="00FA1D49" w:rsidRPr="00FA1D49" w:rsidRDefault="00FA1D49" w:rsidP="00FA1D49">
      <w:pPr>
        <w:pStyle w:val="21"/>
        <w:shd w:val="clear" w:color="auto" w:fill="FAFAFA"/>
        <w:spacing w:before="0"/>
        <w:jc w:val="both"/>
        <w:textAlignment w:val="baseline"/>
        <w:rPr>
          <w:rFonts w:ascii="Times New Roman" w:hAnsi="Times New Roman" w:cs="Times New Roman"/>
          <w:b/>
          <w:bCs/>
          <w:i/>
          <w:iCs/>
          <w:sz w:val="28"/>
          <w:szCs w:val="28"/>
          <w:lang w:val="en-US"/>
        </w:rPr>
      </w:pPr>
      <w:r w:rsidRPr="00FA1D49">
        <w:rPr>
          <w:rFonts w:ascii="Times New Roman" w:hAnsi="Times New Roman" w:cs="Times New Roman"/>
          <w:sz w:val="28"/>
          <w:szCs w:val="28"/>
          <w:lang w:val="en-US"/>
        </w:rPr>
        <w:t xml:space="preserve">Instagram: </w:t>
      </w:r>
      <w:r w:rsidRPr="00FA1D49">
        <w:rPr>
          <w:rFonts w:ascii="Times New Roman" w:hAnsi="Times New Roman" w:cs="Times New Roman"/>
          <w:sz w:val="28"/>
          <w:szCs w:val="28"/>
          <w:lang w:val="kk-KZ"/>
        </w:rPr>
        <w:t>14</w:t>
      </w:r>
      <w:r w:rsidRPr="00FA1D49">
        <w:rPr>
          <w:rFonts w:ascii="Times New Roman" w:hAnsi="Times New Roman" w:cs="Times New Roman"/>
          <w:sz w:val="28"/>
          <w:szCs w:val="28"/>
          <w:lang w:val="en-US"/>
        </w:rPr>
        <w:t>mektep-qimnaziasy</w:t>
      </w:r>
    </w:p>
    <w:p w14:paraId="588180C5" w14:textId="77777777" w:rsidR="00FA1D49" w:rsidRPr="00FA1D49" w:rsidRDefault="00FA1D49" w:rsidP="00FA1D49">
      <w:pPr>
        <w:pStyle w:val="21"/>
        <w:shd w:val="clear" w:color="auto" w:fill="FAFAFA"/>
        <w:spacing w:before="0"/>
        <w:jc w:val="both"/>
        <w:textAlignment w:val="baseline"/>
        <w:rPr>
          <w:rFonts w:ascii="Times New Roman" w:hAnsi="Times New Roman" w:cs="Times New Roman"/>
          <w:sz w:val="28"/>
          <w:szCs w:val="28"/>
          <w:lang w:val="en-US"/>
        </w:rPr>
      </w:pPr>
      <w:r w:rsidRPr="00FA1D49">
        <w:rPr>
          <w:rFonts w:ascii="Times New Roman" w:hAnsi="Times New Roman" w:cs="Times New Roman"/>
          <w:sz w:val="28"/>
          <w:szCs w:val="28"/>
          <w:lang w:val="kk-KZ"/>
        </w:rPr>
        <w:t xml:space="preserve">хэштэк: </w:t>
      </w:r>
      <w:r w:rsidRPr="00FA1D49">
        <w:rPr>
          <w:rFonts w:ascii="Times New Roman" w:hAnsi="Times New Roman" w:cs="Times New Roman"/>
          <w:sz w:val="28"/>
          <w:szCs w:val="28"/>
          <w:lang w:val="en-US"/>
        </w:rPr>
        <w:t>#</w:t>
      </w:r>
      <w:r w:rsidRPr="00FA1D49">
        <w:rPr>
          <w:rFonts w:ascii="Times New Roman" w:hAnsi="Times New Roman" w:cs="Times New Roman"/>
          <w:sz w:val="28"/>
          <w:szCs w:val="28"/>
          <w:lang w:val="kk-KZ"/>
        </w:rPr>
        <w:t>14</w:t>
      </w:r>
      <w:r w:rsidRPr="00FA1D49">
        <w:rPr>
          <w:rFonts w:ascii="Times New Roman" w:hAnsi="Times New Roman" w:cs="Times New Roman"/>
          <w:sz w:val="28"/>
          <w:szCs w:val="28"/>
          <w:lang w:val="en-US"/>
        </w:rPr>
        <w:t>KITAPHANA</w:t>
      </w:r>
    </w:p>
    <w:p w14:paraId="7B35F488" w14:textId="77777777" w:rsidR="00FA1D49" w:rsidRPr="00FA1D49" w:rsidRDefault="00FA1D49" w:rsidP="00FA1D49">
      <w:pPr>
        <w:ind w:firstLine="567"/>
        <w:jc w:val="both"/>
        <w:rPr>
          <w:b/>
          <w:sz w:val="28"/>
          <w:szCs w:val="28"/>
          <w:lang w:val="en-US"/>
        </w:rPr>
      </w:pPr>
      <w:r w:rsidRPr="00FA1D49">
        <w:rPr>
          <w:b/>
          <w:sz w:val="28"/>
          <w:szCs w:val="28"/>
        </w:rPr>
        <w:t>Кітапхана</w:t>
      </w:r>
      <w:r w:rsidRPr="00FA1D49">
        <w:rPr>
          <w:b/>
          <w:sz w:val="28"/>
          <w:szCs w:val="28"/>
          <w:lang w:val="en-US"/>
        </w:rPr>
        <w:t xml:space="preserve"> </w:t>
      </w:r>
      <w:r w:rsidRPr="00FA1D49">
        <w:rPr>
          <w:b/>
          <w:sz w:val="28"/>
          <w:szCs w:val="28"/>
        </w:rPr>
        <w:t>жұмысы</w:t>
      </w:r>
      <w:r w:rsidRPr="00FA1D49">
        <w:rPr>
          <w:b/>
          <w:sz w:val="28"/>
          <w:szCs w:val="28"/>
          <w:lang w:val="en-US"/>
        </w:rPr>
        <w:t xml:space="preserve"> </w:t>
      </w:r>
      <w:r w:rsidRPr="00FA1D49">
        <w:rPr>
          <w:b/>
          <w:sz w:val="28"/>
          <w:szCs w:val="28"/>
        </w:rPr>
        <w:t>туралы</w:t>
      </w:r>
      <w:r w:rsidRPr="00FA1D49">
        <w:rPr>
          <w:b/>
          <w:sz w:val="28"/>
          <w:szCs w:val="28"/>
          <w:lang w:val="en-US"/>
        </w:rPr>
        <w:t xml:space="preserve"> </w:t>
      </w:r>
      <w:r w:rsidRPr="00FA1D49">
        <w:rPr>
          <w:b/>
          <w:sz w:val="28"/>
          <w:szCs w:val="28"/>
        </w:rPr>
        <w:t>қосымша</w:t>
      </w:r>
      <w:r w:rsidRPr="00FA1D49">
        <w:rPr>
          <w:b/>
          <w:sz w:val="28"/>
          <w:szCs w:val="28"/>
          <w:lang w:val="en-US"/>
        </w:rPr>
        <w:t xml:space="preserve"> </w:t>
      </w:r>
      <w:r w:rsidRPr="00FA1D49">
        <w:rPr>
          <w:b/>
          <w:sz w:val="28"/>
          <w:szCs w:val="28"/>
        </w:rPr>
        <w:t>мәліметтер</w:t>
      </w:r>
      <w:r w:rsidRPr="00FA1D49">
        <w:rPr>
          <w:b/>
          <w:sz w:val="28"/>
          <w:szCs w:val="28"/>
          <w:lang w:val="en-US"/>
        </w:rPr>
        <w:t xml:space="preserve">. </w:t>
      </w:r>
    </w:p>
    <w:p w14:paraId="5FF305FB" w14:textId="77777777" w:rsidR="00FA1D49" w:rsidRPr="00FA1D49" w:rsidRDefault="00FA1D49" w:rsidP="00FA1D49">
      <w:pPr>
        <w:ind w:firstLine="567"/>
        <w:jc w:val="both"/>
        <w:rPr>
          <w:sz w:val="28"/>
          <w:szCs w:val="28"/>
          <w:lang w:val="en-US"/>
        </w:rPr>
      </w:pPr>
      <w:r w:rsidRPr="00FA1D49">
        <w:rPr>
          <w:sz w:val="28"/>
          <w:szCs w:val="28"/>
        </w:rPr>
        <w:t>Кітапхананың</w:t>
      </w:r>
      <w:r w:rsidRPr="00FA1D49">
        <w:rPr>
          <w:sz w:val="28"/>
          <w:szCs w:val="28"/>
          <w:lang w:val="en-US"/>
        </w:rPr>
        <w:t xml:space="preserve"> </w:t>
      </w:r>
      <w:r w:rsidRPr="00FA1D49">
        <w:rPr>
          <w:sz w:val="28"/>
          <w:szCs w:val="28"/>
        </w:rPr>
        <w:t>негізгі</w:t>
      </w:r>
      <w:r w:rsidRPr="00FA1D49">
        <w:rPr>
          <w:sz w:val="28"/>
          <w:szCs w:val="28"/>
          <w:lang w:val="en-US"/>
        </w:rPr>
        <w:t xml:space="preserve"> </w:t>
      </w:r>
      <w:r w:rsidRPr="00FA1D49">
        <w:rPr>
          <w:sz w:val="28"/>
          <w:szCs w:val="28"/>
        </w:rPr>
        <w:t>міндеттері</w:t>
      </w:r>
      <w:r w:rsidRPr="00FA1D49">
        <w:rPr>
          <w:sz w:val="28"/>
          <w:szCs w:val="28"/>
          <w:lang w:val="en-US"/>
        </w:rPr>
        <w:t xml:space="preserve">, </w:t>
      </w:r>
      <w:r w:rsidRPr="00FA1D49">
        <w:rPr>
          <w:sz w:val="28"/>
          <w:szCs w:val="28"/>
        </w:rPr>
        <w:t>оның</w:t>
      </w:r>
      <w:r w:rsidRPr="00FA1D49">
        <w:rPr>
          <w:sz w:val="28"/>
          <w:szCs w:val="28"/>
          <w:lang w:val="en-US"/>
        </w:rPr>
        <w:t xml:space="preserve"> </w:t>
      </w:r>
      <w:r w:rsidRPr="00FA1D49">
        <w:rPr>
          <w:sz w:val="28"/>
          <w:szCs w:val="28"/>
        </w:rPr>
        <w:t>жұмыс</w:t>
      </w:r>
      <w:r w:rsidRPr="00FA1D49">
        <w:rPr>
          <w:sz w:val="28"/>
          <w:szCs w:val="28"/>
          <w:lang w:val="en-US"/>
        </w:rPr>
        <w:t xml:space="preserve"> </w:t>
      </w:r>
      <w:r w:rsidRPr="00FA1D49">
        <w:rPr>
          <w:sz w:val="28"/>
          <w:szCs w:val="28"/>
        </w:rPr>
        <w:t>бағыт</w:t>
      </w:r>
      <w:r w:rsidRPr="00FA1D49">
        <w:rPr>
          <w:sz w:val="28"/>
          <w:szCs w:val="28"/>
          <w:lang w:val="kk-KZ"/>
        </w:rPr>
        <w:t>тары</w:t>
      </w:r>
      <w:r w:rsidRPr="00FA1D49">
        <w:rPr>
          <w:sz w:val="28"/>
          <w:szCs w:val="28"/>
          <w:lang w:val="en-US"/>
        </w:rPr>
        <w:t xml:space="preserve">: </w:t>
      </w:r>
    </w:p>
    <w:p w14:paraId="093962B3" w14:textId="77777777" w:rsidR="00FA1D49" w:rsidRPr="00FA1D49" w:rsidRDefault="00FA1D49" w:rsidP="00FA1D49">
      <w:pPr>
        <w:ind w:firstLine="567"/>
        <w:jc w:val="both"/>
        <w:rPr>
          <w:sz w:val="28"/>
          <w:szCs w:val="28"/>
          <w:lang w:val="kk-KZ"/>
        </w:rPr>
      </w:pPr>
      <w:r w:rsidRPr="00FA1D49">
        <w:rPr>
          <w:sz w:val="28"/>
          <w:szCs w:val="28"/>
          <w:lang w:val="en-US"/>
        </w:rPr>
        <w:t xml:space="preserve"> </w:t>
      </w:r>
    </w:p>
    <w:p w14:paraId="798C31CF" w14:textId="77777777" w:rsidR="00FA1D49" w:rsidRPr="00FA1D49" w:rsidRDefault="00FA1D49" w:rsidP="00C427A3">
      <w:pPr>
        <w:pStyle w:val="ac"/>
        <w:numPr>
          <w:ilvl w:val="0"/>
          <w:numId w:val="21"/>
        </w:numPr>
        <w:jc w:val="both"/>
        <w:rPr>
          <w:rFonts w:ascii="Times New Roman" w:hAnsi="Times New Roman" w:cs="Times New Roman"/>
          <w:sz w:val="28"/>
          <w:szCs w:val="28"/>
          <w:lang w:val="kk-KZ"/>
        </w:rPr>
      </w:pPr>
      <w:r w:rsidRPr="00FA1D49">
        <w:rPr>
          <w:rFonts w:ascii="Times New Roman" w:hAnsi="Times New Roman" w:cs="Times New Roman"/>
          <w:sz w:val="28"/>
          <w:szCs w:val="28"/>
          <w:lang w:val="kk-KZ"/>
        </w:rPr>
        <w:t>оқу-тәрбие процесі мен өзін-өзі тәрбиелеуді ақпараттық, кітапханалық-библиографиялық қолдауды қамтамасыз етуге көмектесу;</w:t>
      </w:r>
    </w:p>
    <w:p w14:paraId="125FC8AA" w14:textId="77777777" w:rsidR="00FA1D49" w:rsidRPr="00FA1D49" w:rsidRDefault="00FA1D49" w:rsidP="00C427A3">
      <w:pPr>
        <w:pStyle w:val="ac"/>
        <w:numPr>
          <w:ilvl w:val="0"/>
          <w:numId w:val="21"/>
        </w:numPr>
        <w:jc w:val="both"/>
        <w:rPr>
          <w:rFonts w:ascii="Times New Roman" w:hAnsi="Times New Roman" w:cs="Times New Roman"/>
          <w:sz w:val="28"/>
          <w:szCs w:val="28"/>
          <w:lang w:val="kk-KZ"/>
        </w:rPr>
      </w:pPr>
      <w:r w:rsidRPr="00FA1D49">
        <w:rPr>
          <w:rFonts w:ascii="Times New Roman" w:hAnsi="Times New Roman" w:cs="Times New Roman"/>
          <w:sz w:val="28"/>
          <w:szCs w:val="28"/>
          <w:lang w:val="kk-KZ"/>
        </w:rPr>
        <w:t>Мәдени мұра құралдарымен оқушылардың функционалдық сауатты тұлғасы, кітап арқылы ұлттық және әлемдік мәдениеттің құндылықтарымен таныстыру;</w:t>
      </w:r>
    </w:p>
    <w:p w14:paraId="7F80E4D3" w14:textId="10FAE659" w:rsidR="00FA1D49" w:rsidRPr="00BC09A2" w:rsidRDefault="00FA1D49" w:rsidP="00C427A3">
      <w:pPr>
        <w:pStyle w:val="ac"/>
        <w:numPr>
          <w:ilvl w:val="0"/>
          <w:numId w:val="21"/>
        </w:numPr>
        <w:jc w:val="both"/>
        <w:rPr>
          <w:rFonts w:ascii="Times New Roman" w:hAnsi="Times New Roman" w:cs="Times New Roman"/>
          <w:sz w:val="28"/>
          <w:szCs w:val="28"/>
          <w:lang w:val="kk-KZ"/>
        </w:rPr>
      </w:pPr>
      <w:r w:rsidRPr="00FA1D49">
        <w:rPr>
          <w:rFonts w:ascii="Times New Roman" w:hAnsi="Times New Roman" w:cs="Times New Roman"/>
          <w:sz w:val="28"/>
          <w:szCs w:val="28"/>
          <w:lang w:val="kk-KZ"/>
        </w:rPr>
        <w:t>қормен жұмыс істеу, оның сақталуы, қорды ескірген, моральдық ескірген әдебиеттерден үнемі тазарту, база құрамдас бөліктерінің жай-күйін тексеру, білім беру, ағарту және тәрбие процестерінің қажеттіліктері мен мақсаттары ескерілетін қолда бар негізгі қордың құрамын зерделеу.</w:t>
      </w:r>
    </w:p>
    <w:p w14:paraId="0ED77F25" w14:textId="77777777" w:rsidR="00FA1D49" w:rsidRPr="00FA1D49" w:rsidRDefault="00FA1D49" w:rsidP="00FA1D49">
      <w:pPr>
        <w:shd w:val="clear" w:color="auto" w:fill="FFFFFF"/>
        <w:tabs>
          <w:tab w:val="left" w:pos="0"/>
        </w:tabs>
        <w:jc w:val="both"/>
        <w:rPr>
          <w:bCs/>
          <w:spacing w:val="-3"/>
          <w:sz w:val="28"/>
          <w:szCs w:val="28"/>
          <w:u w:val="single"/>
          <w:lang w:val="kk-KZ"/>
        </w:rPr>
      </w:pPr>
      <w:r w:rsidRPr="00FA1D49">
        <w:rPr>
          <w:b/>
          <w:bCs/>
          <w:spacing w:val="-1"/>
          <w:sz w:val="28"/>
          <w:szCs w:val="28"/>
          <w:u w:val="single"/>
          <w:lang w:val="kk-KZ"/>
        </w:rPr>
        <w:t>Оқырмандарға қызмет көрсету</w:t>
      </w:r>
      <w:r w:rsidRPr="00FA1D49">
        <w:rPr>
          <w:bCs/>
          <w:spacing w:val="-1"/>
          <w:sz w:val="28"/>
          <w:szCs w:val="28"/>
          <w:u w:val="single"/>
          <w:lang w:val="kk-KZ"/>
        </w:rPr>
        <w:t xml:space="preserve">. </w:t>
      </w:r>
    </w:p>
    <w:p w14:paraId="7C357818" w14:textId="77777777" w:rsidR="00FA1D49" w:rsidRPr="00FA1D49" w:rsidRDefault="00FA1D49" w:rsidP="00FA1D49">
      <w:pPr>
        <w:shd w:val="clear" w:color="auto" w:fill="FFFFFF"/>
        <w:jc w:val="both"/>
        <w:rPr>
          <w:color w:val="000000"/>
          <w:sz w:val="28"/>
          <w:szCs w:val="28"/>
          <w:lang w:val="kk-KZ"/>
        </w:rPr>
      </w:pPr>
      <w:r w:rsidRPr="00FA1D49">
        <w:rPr>
          <w:sz w:val="28"/>
          <w:szCs w:val="28"/>
          <w:lang w:val="kk-KZ"/>
        </w:rPr>
        <w:t xml:space="preserve">     </w:t>
      </w:r>
      <w:r w:rsidRPr="00FA1D49">
        <w:rPr>
          <w:color w:val="000000"/>
          <w:sz w:val="28"/>
          <w:szCs w:val="28"/>
          <w:lang w:val="kk-KZ"/>
        </w:rPr>
        <w:t>Оқырмандар кітапхана қорынан баспа басылымдарын және басылымдардың басқа да түрлерін уақытша пайдалануға алады, библиографиялық және анықтамалық-ақпараттық қызмет көрсетуді пайдаланады, бұқаралық іс-шараларға қатысады. Кітапхана меңгерушісі "мектеп кітапханасын пайдалану ережелерінің" сақталуын үнемі бақылайды, оқырмандарда тәуелсіз кітапхана пайдаланушыларының дағдыларын қалыптастырады.</w:t>
      </w:r>
    </w:p>
    <w:p w14:paraId="2A4D1FC4" w14:textId="77777777" w:rsidR="00FA1D49" w:rsidRPr="00FA1D49" w:rsidRDefault="00FA1D49" w:rsidP="00FA1D49">
      <w:pPr>
        <w:jc w:val="both"/>
        <w:rPr>
          <w:b/>
          <w:sz w:val="28"/>
          <w:szCs w:val="28"/>
          <w:lang w:val="kk-KZ"/>
        </w:rPr>
      </w:pPr>
      <w:r w:rsidRPr="00FA1D49">
        <w:rPr>
          <w:b/>
          <w:sz w:val="28"/>
          <w:szCs w:val="28"/>
          <w:lang w:val="kk-KZ"/>
        </w:rPr>
        <w:t xml:space="preserve">    </w:t>
      </w:r>
    </w:p>
    <w:p w14:paraId="6BC85D2B" w14:textId="77777777" w:rsidR="00FA1D49" w:rsidRPr="00FA1D49" w:rsidRDefault="00FA1D49" w:rsidP="00FA1D49">
      <w:pPr>
        <w:jc w:val="both"/>
        <w:rPr>
          <w:b/>
          <w:sz w:val="28"/>
          <w:szCs w:val="28"/>
          <w:lang w:val="kk-KZ"/>
        </w:rPr>
      </w:pPr>
      <w:r w:rsidRPr="00FA1D49">
        <w:rPr>
          <w:b/>
          <w:sz w:val="28"/>
          <w:szCs w:val="28"/>
          <w:lang w:val="kk-KZ"/>
        </w:rPr>
        <w:t>Оқушыларды оқумен қамту</w:t>
      </w:r>
    </w:p>
    <w:tbl>
      <w:tblPr>
        <w:tblW w:w="100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9"/>
        <w:gridCol w:w="1276"/>
        <w:gridCol w:w="737"/>
        <w:gridCol w:w="1010"/>
        <w:gridCol w:w="822"/>
        <w:gridCol w:w="850"/>
        <w:gridCol w:w="1815"/>
        <w:gridCol w:w="672"/>
        <w:gridCol w:w="1482"/>
      </w:tblGrid>
      <w:tr w:rsidR="00FA1D49" w:rsidRPr="00FA1D49" w14:paraId="4DE2B0B5" w14:textId="77777777" w:rsidTr="00FA1D49">
        <w:trPr>
          <w:trHeight w:val="315"/>
        </w:trPr>
        <w:tc>
          <w:tcPr>
            <w:tcW w:w="1389" w:type="dxa"/>
            <w:vMerge w:val="restart"/>
          </w:tcPr>
          <w:p w14:paraId="00AB38F4" w14:textId="77777777" w:rsidR="00FA1D49" w:rsidRPr="00FA1D49" w:rsidRDefault="00FA1D49" w:rsidP="00FA1D49">
            <w:pPr>
              <w:jc w:val="both"/>
              <w:rPr>
                <w:sz w:val="28"/>
                <w:szCs w:val="28"/>
                <w:lang w:val="kk-KZ"/>
              </w:rPr>
            </w:pPr>
            <w:r w:rsidRPr="00FA1D49">
              <w:rPr>
                <w:sz w:val="28"/>
                <w:szCs w:val="28"/>
                <w:lang w:val="kk-KZ"/>
              </w:rPr>
              <w:t>Оқу жылы</w:t>
            </w:r>
          </w:p>
        </w:tc>
        <w:tc>
          <w:tcPr>
            <w:tcW w:w="1276" w:type="dxa"/>
            <w:vMerge w:val="restart"/>
          </w:tcPr>
          <w:p w14:paraId="43B4A5B5" w14:textId="77777777" w:rsidR="00FA1D49" w:rsidRPr="00FA1D49" w:rsidRDefault="00FA1D49" w:rsidP="00FA1D49">
            <w:pPr>
              <w:jc w:val="both"/>
              <w:rPr>
                <w:sz w:val="28"/>
                <w:szCs w:val="28"/>
                <w:lang w:val="kk-KZ"/>
              </w:rPr>
            </w:pPr>
            <w:r w:rsidRPr="00FA1D49">
              <w:rPr>
                <w:sz w:val="28"/>
                <w:szCs w:val="28"/>
                <w:lang w:val="kk-KZ"/>
              </w:rPr>
              <w:t>Барлық оқушы саны (10.10.2026)</w:t>
            </w:r>
          </w:p>
          <w:p w14:paraId="0445EC06" w14:textId="77777777" w:rsidR="00FA1D49" w:rsidRPr="00FA1D49" w:rsidRDefault="00FA1D49" w:rsidP="00FA1D49">
            <w:pPr>
              <w:jc w:val="both"/>
              <w:rPr>
                <w:sz w:val="28"/>
                <w:szCs w:val="28"/>
                <w:lang w:val="kk-KZ"/>
              </w:rPr>
            </w:pPr>
          </w:p>
        </w:tc>
        <w:tc>
          <w:tcPr>
            <w:tcW w:w="737" w:type="dxa"/>
            <w:vMerge w:val="restart"/>
          </w:tcPr>
          <w:p w14:paraId="097C43E7" w14:textId="77777777" w:rsidR="00FA1D49" w:rsidRPr="00FA1D49" w:rsidRDefault="00FA1D49" w:rsidP="00FA1D49">
            <w:pPr>
              <w:jc w:val="both"/>
              <w:rPr>
                <w:sz w:val="28"/>
                <w:szCs w:val="28"/>
                <w:lang w:val="kk-KZ"/>
              </w:rPr>
            </w:pPr>
            <w:r w:rsidRPr="00FA1D49">
              <w:rPr>
                <w:sz w:val="28"/>
                <w:szCs w:val="28"/>
                <w:lang w:val="kk-KZ"/>
              </w:rPr>
              <w:t>Оқырмандар саны</w:t>
            </w:r>
          </w:p>
        </w:tc>
        <w:tc>
          <w:tcPr>
            <w:tcW w:w="2682" w:type="dxa"/>
            <w:gridSpan w:val="3"/>
          </w:tcPr>
          <w:p w14:paraId="7F459E5A" w14:textId="77777777" w:rsidR="00FA1D49" w:rsidRPr="00FA1D49" w:rsidRDefault="00FA1D49" w:rsidP="00FA1D49">
            <w:pPr>
              <w:jc w:val="both"/>
              <w:rPr>
                <w:sz w:val="28"/>
                <w:szCs w:val="28"/>
                <w:lang w:val="kk-KZ"/>
              </w:rPr>
            </w:pPr>
            <w:r w:rsidRPr="00FA1D49">
              <w:rPr>
                <w:sz w:val="28"/>
                <w:szCs w:val="28"/>
                <w:lang w:val="kk-KZ"/>
              </w:rPr>
              <w:t>Сыныптар</w:t>
            </w:r>
          </w:p>
        </w:tc>
        <w:tc>
          <w:tcPr>
            <w:tcW w:w="1815" w:type="dxa"/>
            <w:vMerge w:val="restart"/>
          </w:tcPr>
          <w:p w14:paraId="2CD8CDB2" w14:textId="77777777" w:rsidR="00FA1D49" w:rsidRPr="00FA1D49" w:rsidRDefault="00FA1D49" w:rsidP="00FA1D49">
            <w:pPr>
              <w:jc w:val="both"/>
              <w:rPr>
                <w:sz w:val="28"/>
                <w:szCs w:val="28"/>
                <w:lang w:val="kk-KZ"/>
              </w:rPr>
            </w:pPr>
            <w:r w:rsidRPr="00FA1D49">
              <w:rPr>
                <w:sz w:val="28"/>
                <w:szCs w:val="28"/>
                <w:lang w:val="kk-KZ"/>
              </w:rPr>
              <w:t>Педагогикалық ұжым</w:t>
            </w:r>
          </w:p>
        </w:tc>
        <w:tc>
          <w:tcPr>
            <w:tcW w:w="672" w:type="dxa"/>
            <w:vMerge w:val="restart"/>
          </w:tcPr>
          <w:p w14:paraId="1457E7D4" w14:textId="77777777" w:rsidR="00FA1D49" w:rsidRPr="00FA1D49" w:rsidRDefault="00FA1D49" w:rsidP="00FA1D49">
            <w:pPr>
              <w:jc w:val="both"/>
              <w:rPr>
                <w:sz w:val="28"/>
                <w:szCs w:val="28"/>
                <w:lang w:val="kk-KZ"/>
              </w:rPr>
            </w:pPr>
            <w:r w:rsidRPr="00FA1D49">
              <w:rPr>
                <w:sz w:val="28"/>
                <w:szCs w:val="28"/>
                <w:lang w:val="kk-KZ"/>
              </w:rPr>
              <w:t>Басқалары</w:t>
            </w:r>
          </w:p>
        </w:tc>
        <w:tc>
          <w:tcPr>
            <w:tcW w:w="1482" w:type="dxa"/>
            <w:vMerge w:val="restart"/>
          </w:tcPr>
          <w:p w14:paraId="0B657268" w14:textId="77777777" w:rsidR="00FA1D49" w:rsidRPr="00FA1D49" w:rsidRDefault="00FA1D49" w:rsidP="00FA1D49">
            <w:pPr>
              <w:jc w:val="both"/>
              <w:rPr>
                <w:sz w:val="28"/>
                <w:szCs w:val="28"/>
                <w:lang w:val="kk-KZ"/>
              </w:rPr>
            </w:pPr>
            <w:r w:rsidRPr="00FA1D49">
              <w:rPr>
                <w:sz w:val="28"/>
                <w:szCs w:val="28"/>
              </w:rPr>
              <w:t xml:space="preserve">1-11 сынып оқушыларын оқумен қамту % </w:t>
            </w:r>
          </w:p>
        </w:tc>
      </w:tr>
      <w:tr w:rsidR="00FA1D49" w:rsidRPr="00FA1D49" w14:paraId="0E33EDF1" w14:textId="77777777" w:rsidTr="00FA1D49">
        <w:trPr>
          <w:trHeight w:val="1065"/>
        </w:trPr>
        <w:tc>
          <w:tcPr>
            <w:tcW w:w="1389" w:type="dxa"/>
            <w:vMerge/>
          </w:tcPr>
          <w:p w14:paraId="0CA2010D" w14:textId="77777777" w:rsidR="00FA1D49" w:rsidRPr="00FA1D49" w:rsidRDefault="00FA1D49" w:rsidP="00FA1D49">
            <w:pPr>
              <w:jc w:val="both"/>
              <w:rPr>
                <w:sz w:val="28"/>
                <w:szCs w:val="28"/>
                <w:highlight w:val="yellow"/>
                <w:lang w:val="kk-KZ"/>
              </w:rPr>
            </w:pPr>
          </w:p>
        </w:tc>
        <w:tc>
          <w:tcPr>
            <w:tcW w:w="1276" w:type="dxa"/>
            <w:vMerge/>
          </w:tcPr>
          <w:p w14:paraId="3E0EF569" w14:textId="77777777" w:rsidR="00FA1D49" w:rsidRPr="00FA1D49" w:rsidRDefault="00FA1D49" w:rsidP="00FA1D49">
            <w:pPr>
              <w:jc w:val="both"/>
              <w:rPr>
                <w:sz w:val="28"/>
                <w:szCs w:val="28"/>
                <w:highlight w:val="yellow"/>
                <w:lang w:val="kk-KZ"/>
              </w:rPr>
            </w:pPr>
          </w:p>
        </w:tc>
        <w:tc>
          <w:tcPr>
            <w:tcW w:w="737" w:type="dxa"/>
            <w:vMerge/>
          </w:tcPr>
          <w:p w14:paraId="5EE9A4FE" w14:textId="77777777" w:rsidR="00FA1D49" w:rsidRPr="00FA1D49" w:rsidRDefault="00FA1D49" w:rsidP="00FA1D49">
            <w:pPr>
              <w:jc w:val="both"/>
              <w:rPr>
                <w:sz w:val="28"/>
                <w:szCs w:val="28"/>
                <w:highlight w:val="yellow"/>
                <w:lang w:val="kk-KZ"/>
              </w:rPr>
            </w:pPr>
          </w:p>
        </w:tc>
        <w:tc>
          <w:tcPr>
            <w:tcW w:w="1010" w:type="dxa"/>
          </w:tcPr>
          <w:p w14:paraId="446B9B09" w14:textId="77777777" w:rsidR="00FA1D49" w:rsidRPr="00FA1D49" w:rsidRDefault="00FA1D49" w:rsidP="00FA1D49">
            <w:pPr>
              <w:jc w:val="both"/>
              <w:rPr>
                <w:sz w:val="28"/>
                <w:szCs w:val="28"/>
                <w:lang w:val="kk-KZ"/>
              </w:rPr>
            </w:pPr>
            <w:r w:rsidRPr="00FA1D49">
              <w:rPr>
                <w:sz w:val="28"/>
                <w:szCs w:val="28"/>
                <w:lang w:val="kk-KZ"/>
              </w:rPr>
              <w:t xml:space="preserve">1-4 </w:t>
            </w:r>
          </w:p>
          <w:p w14:paraId="6F277E49" w14:textId="77777777" w:rsidR="00FA1D49" w:rsidRPr="00FA1D49" w:rsidRDefault="00FA1D49" w:rsidP="00FA1D49">
            <w:pPr>
              <w:jc w:val="both"/>
              <w:rPr>
                <w:sz w:val="28"/>
                <w:szCs w:val="28"/>
                <w:lang w:val="kk-KZ"/>
              </w:rPr>
            </w:pPr>
          </w:p>
        </w:tc>
        <w:tc>
          <w:tcPr>
            <w:tcW w:w="822" w:type="dxa"/>
          </w:tcPr>
          <w:p w14:paraId="5924A470" w14:textId="77777777" w:rsidR="00FA1D49" w:rsidRPr="00FA1D49" w:rsidRDefault="00FA1D49" w:rsidP="00FA1D49">
            <w:pPr>
              <w:jc w:val="both"/>
              <w:rPr>
                <w:sz w:val="28"/>
                <w:szCs w:val="28"/>
                <w:lang w:val="kk-KZ"/>
              </w:rPr>
            </w:pPr>
            <w:r w:rsidRPr="00FA1D49">
              <w:rPr>
                <w:sz w:val="28"/>
                <w:szCs w:val="28"/>
                <w:lang w:val="kk-KZ"/>
              </w:rPr>
              <w:t xml:space="preserve">5-8 </w:t>
            </w:r>
          </w:p>
          <w:p w14:paraId="6DC54882" w14:textId="77777777" w:rsidR="00FA1D49" w:rsidRPr="00FA1D49" w:rsidRDefault="00FA1D49" w:rsidP="00FA1D49">
            <w:pPr>
              <w:jc w:val="both"/>
              <w:rPr>
                <w:sz w:val="28"/>
                <w:szCs w:val="28"/>
                <w:lang w:val="kk-KZ"/>
              </w:rPr>
            </w:pPr>
          </w:p>
        </w:tc>
        <w:tc>
          <w:tcPr>
            <w:tcW w:w="850" w:type="dxa"/>
          </w:tcPr>
          <w:p w14:paraId="447B8BAD" w14:textId="77777777" w:rsidR="00FA1D49" w:rsidRPr="00FA1D49" w:rsidRDefault="00FA1D49" w:rsidP="00FA1D49">
            <w:pPr>
              <w:jc w:val="both"/>
              <w:rPr>
                <w:sz w:val="28"/>
                <w:szCs w:val="28"/>
                <w:lang w:val="kk-KZ"/>
              </w:rPr>
            </w:pPr>
            <w:r w:rsidRPr="00FA1D49">
              <w:rPr>
                <w:sz w:val="28"/>
                <w:szCs w:val="28"/>
                <w:lang w:val="kk-KZ"/>
              </w:rPr>
              <w:t>9-11</w:t>
            </w:r>
          </w:p>
        </w:tc>
        <w:tc>
          <w:tcPr>
            <w:tcW w:w="1815" w:type="dxa"/>
            <w:vMerge/>
          </w:tcPr>
          <w:p w14:paraId="52AA4DC7" w14:textId="77777777" w:rsidR="00FA1D49" w:rsidRPr="00FA1D49" w:rsidRDefault="00FA1D49" w:rsidP="00FA1D49">
            <w:pPr>
              <w:jc w:val="both"/>
              <w:rPr>
                <w:sz w:val="28"/>
                <w:szCs w:val="28"/>
                <w:highlight w:val="yellow"/>
                <w:lang w:val="kk-KZ"/>
              </w:rPr>
            </w:pPr>
          </w:p>
        </w:tc>
        <w:tc>
          <w:tcPr>
            <w:tcW w:w="672" w:type="dxa"/>
            <w:vMerge/>
          </w:tcPr>
          <w:p w14:paraId="6A76B4A4" w14:textId="77777777" w:rsidR="00FA1D49" w:rsidRPr="00FA1D49" w:rsidRDefault="00FA1D49" w:rsidP="00FA1D49">
            <w:pPr>
              <w:jc w:val="both"/>
              <w:rPr>
                <w:sz w:val="28"/>
                <w:szCs w:val="28"/>
                <w:highlight w:val="yellow"/>
                <w:lang w:val="kk-KZ"/>
              </w:rPr>
            </w:pPr>
          </w:p>
        </w:tc>
        <w:tc>
          <w:tcPr>
            <w:tcW w:w="1482" w:type="dxa"/>
            <w:vMerge/>
          </w:tcPr>
          <w:p w14:paraId="66FCE040" w14:textId="77777777" w:rsidR="00FA1D49" w:rsidRPr="00FA1D49" w:rsidRDefault="00FA1D49" w:rsidP="00FA1D49">
            <w:pPr>
              <w:jc w:val="both"/>
              <w:rPr>
                <w:sz w:val="28"/>
                <w:szCs w:val="28"/>
                <w:highlight w:val="yellow"/>
              </w:rPr>
            </w:pPr>
          </w:p>
        </w:tc>
      </w:tr>
      <w:tr w:rsidR="00FA1D49" w:rsidRPr="00FA1D49" w14:paraId="11299D4C" w14:textId="77777777" w:rsidTr="00FA1D49">
        <w:tc>
          <w:tcPr>
            <w:tcW w:w="1389" w:type="dxa"/>
          </w:tcPr>
          <w:p w14:paraId="793BDF3C" w14:textId="77777777" w:rsidR="00FA1D49" w:rsidRPr="00FA1D49" w:rsidRDefault="00FA1D49" w:rsidP="00FA1D49">
            <w:pPr>
              <w:jc w:val="both"/>
              <w:rPr>
                <w:sz w:val="28"/>
                <w:szCs w:val="28"/>
                <w:lang w:val="kk-KZ"/>
              </w:rPr>
            </w:pPr>
            <w:r w:rsidRPr="00FA1D49">
              <w:rPr>
                <w:sz w:val="28"/>
                <w:szCs w:val="28"/>
              </w:rPr>
              <w:lastRenderedPageBreak/>
              <w:t>202</w:t>
            </w:r>
            <w:r w:rsidRPr="00FA1D49">
              <w:rPr>
                <w:sz w:val="28"/>
                <w:szCs w:val="28"/>
                <w:lang w:val="kk-KZ"/>
              </w:rPr>
              <w:t>4</w:t>
            </w:r>
            <w:r w:rsidRPr="00FA1D49">
              <w:rPr>
                <w:sz w:val="28"/>
                <w:szCs w:val="28"/>
              </w:rPr>
              <w:t>-202</w:t>
            </w:r>
            <w:r w:rsidRPr="00FA1D49">
              <w:rPr>
                <w:sz w:val="28"/>
                <w:szCs w:val="28"/>
                <w:lang w:val="kk-KZ"/>
              </w:rPr>
              <w:t>5</w:t>
            </w:r>
          </w:p>
        </w:tc>
        <w:tc>
          <w:tcPr>
            <w:tcW w:w="1276" w:type="dxa"/>
          </w:tcPr>
          <w:p w14:paraId="08EFF2D7" w14:textId="77777777" w:rsidR="00FA1D49" w:rsidRPr="00FA1D49" w:rsidRDefault="00FA1D49" w:rsidP="00FA1D49">
            <w:pPr>
              <w:jc w:val="both"/>
              <w:rPr>
                <w:sz w:val="28"/>
                <w:szCs w:val="28"/>
                <w:highlight w:val="yellow"/>
                <w:lang w:val="kk-KZ"/>
              </w:rPr>
            </w:pPr>
            <w:r w:rsidRPr="00FA1D49">
              <w:rPr>
                <w:sz w:val="28"/>
                <w:szCs w:val="28"/>
                <w:lang w:val="kk-KZ"/>
              </w:rPr>
              <w:t>945</w:t>
            </w:r>
          </w:p>
        </w:tc>
        <w:tc>
          <w:tcPr>
            <w:tcW w:w="737" w:type="dxa"/>
          </w:tcPr>
          <w:p w14:paraId="7843E743" w14:textId="77777777" w:rsidR="00FA1D49" w:rsidRPr="00FA1D49" w:rsidRDefault="00FA1D49" w:rsidP="00FA1D49">
            <w:pPr>
              <w:jc w:val="both"/>
              <w:rPr>
                <w:sz w:val="28"/>
                <w:szCs w:val="28"/>
                <w:lang w:val="kk-KZ"/>
              </w:rPr>
            </w:pPr>
            <w:r w:rsidRPr="00FA1D49">
              <w:rPr>
                <w:sz w:val="28"/>
                <w:szCs w:val="28"/>
                <w:lang w:val="kk-KZ"/>
              </w:rPr>
              <w:t>540</w:t>
            </w:r>
          </w:p>
        </w:tc>
        <w:tc>
          <w:tcPr>
            <w:tcW w:w="1010" w:type="dxa"/>
          </w:tcPr>
          <w:p w14:paraId="600BE847" w14:textId="77777777" w:rsidR="00FA1D49" w:rsidRPr="00FA1D49" w:rsidRDefault="00FA1D49" w:rsidP="00FA1D49">
            <w:pPr>
              <w:jc w:val="both"/>
              <w:rPr>
                <w:sz w:val="28"/>
                <w:szCs w:val="28"/>
                <w:lang w:val="kk-KZ"/>
              </w:rPr>
            </w:pPr>
            <w:r w:rsidRPr="00FA1D49">
              <w:rPr>
                <w:sz w:val="28"/>
                <w:szCs w:val="28"/>
                <w:lang w:val="kk-KZ"/>
              </w:rPr>
              <w:t>210</w:t>
            </w:r>
          </w:p>
        </w:tc>
        <w:tc>
          <w:tcPr>
            <w:tcW w:w="822" w:type="dxa"/>
          </w:tcPr>
          <w:p w14:paraId="43DADE35" w14:textId="77777777" w:rsidR="00FA1D49" w:rsidRPr="00FA1D49" w:rsidRDefault="00FA1D49" w:rsidP="00FA1D49">
            <w:pPr>
              <w:jc w:val="both"/>
              <w:rPr>
                <w:sz w:val="28"/>
                <w:szCs w:val="28"/>
                <w:lang w:val="kk-KZ"/>
              </w:rPr>
            </w:pPr>
            <w:r w:rsidRPr="00FA1D49">
              <w:rPr>
                <w:sz w:val="28"/>
                <w:szCs w:val="28"/>
                <w:lang w:val="kk-KZ"/>
              </w:rPr>
              <w:t>120</w:t>
            </w:r>
          </w:p>
        </w:tc>
        <w:tc>
          <w:tcPr>
            <w:tcW w:w="850" w:type="dxa"/>
          </w:tcPr>
          <w:p w14:paraId="3E8B7F1B" w14:textId="77777777" w:rsidR="00FA1D49" w:rsidRPr="00FA1D49" w:rsidRDefault="00FA1D49" w:rsidP="00FA1D49">
            <w:pPr>
              <w:jc w:val="both"/>
              <w:rPr>
                <w:sz w:val="28"/>
                <w:szCs w:val="28"/>
                <w:lang w:val="kk-KZ"/>
              </w:rPr>
            </w:pPr>
            <w:r w:rsidRPr="00FA1D49">
              <w:rPr>
                <w:sz w:val="28"/>
                <w:szCs w:val="28"/>
                <w:lang w:val="kk-KZ"/>
              </w:rPr>
              <w:t>123</w:t>
            </w:r>
          </w:p>
        </w:tc>
        <w:tc>
          <w:tcPr>
            <w:tcW w:w="1815" w:type="dxa"/>
          </w:tcPr>
          <w:p w14:paraId="0897FF36" w14:textId="77777777" w:rsidR="00FA1D49" w:rsidRPr="00FA1D49" w:rsidRDefault="00FA1D49" w:rsidP="00FA1D49">
            <w:pPr>
              <w:jc w:val="both"/>
              <w:rPr>
                <w:sz w:val="28"/>
                <w:szCs w:val="28"/>
                <w:lang w:val="kk-KZ"/>
              </w:rPr>
            </w:pPr>
            <w:r w:rsidRPr="00FA1D49">
              <w:rPr>
                <w:sz w:val="28"/>
                <w:szCs w:val="28"/>
                <w:lang w:val="kk-KZ"/>
              </w:rPr>
              <w:t>80</w:t>
            </w:r>
          </w:p>
        </w:tc>
        <w:tc>
          <w:tcPr>
            <w:tcW w:w="672" w:type="dxa"/>
          </w:tcPr>
          <w:p w14:paraId="4A266A45" w14:textId="77777777" w:rsidR="00FA1D49" w:rsidRPr="00FA1D49" w:rsidRDefault="00FA1D49" w:rsidP="00FA1D49">
            <w:pPr>
              <w:jc w:val="both"/>
              <w:rPr>
                <w:sz w:val="28"/>
                <w:szCs w:val="28"/>
                <w:lang w:val="kk-KZ"/>
              </w:rPr>
            </w:pPr>
            <w:r w:rsidRPr="00FA1D49">
              <w:rPr>
                <w:sz w:val="28"/>
                <w:szCs w:val="28"/>
                <w:lang w:val="kk-KZ"/>
              </w:rPr>
              <w:t>7</w:t>
            </w:r>
          </w:p>
        </w:tc>
        <w:tc>
          <w:tcPr>
            <w:tcW w:w="1482" w:type="dxa"/>
          </w:tcPr>
          <w:p w14:paraId="3EC7C6FD" w14:textId="77777777" w:rsidR="00FA1D49" w:rsidRPr="00FA1D49" w:rsidRDefault="00FA1D49" w:rsidP="00FA1D49">
            <w:pPr>
              <w:jc w:val="both"/>
              <w:rPr>
                <w:sz w:val="28"/>
                <w:szCs w:val="28"/>
                <w:lang w:val="kk-KZ"/>
              </w:rPr>
            </w:pPr>
            <w:r w:rsidRPr="00FA1D49">
              <w:rPr>
                <w:sz w:val="28"/>
                <w:szCs w:val="28"/>
                <w:lang w:val="kk-KZ"/>
              </w:rPr>
              <w:t>99,7</w:t>
            </w:r>
          </w:p>
        </w:tc>
      </w:tr>
      <w:tr w:rsidR="00FA1D49" w:rsidRPr="00FA1D49" w14:paraId="7D555F47" w14:textId="77777777" w:rsidTr="00FA1D49">
        <w:tc>
          <w:tcPr>
            <w:tcW w:w="1389" w:type="dxa"/>
          </w:tcPr>
          <w:p w14:paraId="048427BB" w14:textId="77777777" w:rsidR="00FA1D49" w:rsidRPr="00FA1D49" w:rsidRDefault="00FA1D49" w:rsidP="00FA1D49">
            <w:pPr>
              <w:jc w:val="both"/>
              <w:rPr>
                <w:sz w:val="28"/>
                <w:szCs w:val="28"/>
                <w:lang w:val="kk-KZ"/>
              </w:rPr>
            </w:pPr>
            <w:r w:rsidRPr="00FA1D49">
              <w:rPr>
                <w:sz w:val="28"/>
                <w:szCs w:val="28"/>
              </w:rPr>
              <w:t>202</w:t>
            </w:r>
            <w:r w:rsidRPr="00FA1D49">
              <w:rPr>
                <w:sz w:val="28"/>
                <w:szCs w:val="28"/>
                <w:lang w:val="kk-KZ"/>
              </w:rPr>
              <w:t>5</w:t>
            </w:r>
            <w:r w:rsidRPr="00FA1D49">
              <w:rPr>
                <w:sz w:val="28"/>
                <w:szCs w:val="28"/>
              </w:rPr>
              <w:t>-202</w:t>
            </w:r>
            <w:r w:rsidRPr="00FA1D49">
              <w:rPr>
                <w:sz w:val="28"/>
                <w:szCs w:val="28"/>
                <w:lang w:val="kk-KZ"/>
              </w:rPr>
              <w:t>6</w:t>
            </w:r>
          </w:p>
        </w:tc>
        <w:tc>
          <w:tcPr>
            <w:tcW w:w="1276" w:type="dxa"/>
          </w:tcPr>
          <w:p w14:paraId="5CF4F079" w14:textId="77777777" w:rsidR="00FA1D49" w:rsidRPr="00FA1D49" w:rsidRDefault="00FA1D49" w:rsidP="00FA1D49">
            <w:pPr>
              <w:jc w:val="both"/>
              <w:rPr>
                <w:sz w:val="28"/>
                <w:szCs w:val="28"/>
                <w:highlight w:val="yellow"/>
                <w:lang w:val="kk-KZ"/>
              </w:rPr>
            </w:pPr>
            <w:r w:rsidRPr="00FA1D49">
              <w:rPr>
                <w:sz w:val="28"/>
                <w:szCs w:val="28"/>
                <w:lang w:val="kk-KZ"/>
              </w:rPr>
              <w:t>990</w:t>
            </w:r>
          </w:p>
        </w:tc>
        <w:tc>
          <w:tcPr>
            <w:tcW w:w="737" w:type="dxa"/>
          </w:tcPr>
          <w:p w14:paraId="3BBA2CFF" w14:textId="77777777" w:rsidR="00FA1D49" w:rsidRPr="00FA1D49" w:rsidRDefault="00FA1D49" w:rsidP="00FA1D49">
            <w:pPr>
              <w:jc w:val="both"/>
              <w:rPr>
                <w:sz w:val="28"/>
                <w:szCs w:val="28"/>
                <w:highlight w:val="yellow"/>
                <w:lang w:val="kk-KZ"/>
              </w:rPr>
            </w:pPr>
            <w:r w:rsidRPr="00FA1D49">
              <w:rPr>
                <w:color w:val="1F1F1F"/>
                <w:sz w:val="28"/>
                <w:szCs w:val="28"/>
                <w:lang w:val="kk-KZ" w:eastAsia="ru-RU"/>
              </w:rPr>
              <w:t>534</w:t>
            </w:r>
          </w:p>
        </w:tc>
        <w:tc>
          <w:tcPr>
            <w:tcW w:w="1010" w:type="dxa"/>
          </w:tcPr>
          <w:p w14:paraId="705D00B6" w14:textId="77777777" w:rsidR="00FA1D49" w:rsidRPr="00FA1D49" w:rsidRDefault="00FA1D49" w:rsidP="00FA1D49">
            <w:pPr>
              <w:jc w:val="both"/>
              <w:rPr>
                <w:sz w:val="28"/>
                <w:szCs w:val="28"/>
                <w:lang w:val="kk-KZ"/>
              </w:rPr>
            </w:pPr>
            <w:r w:rsidRPr="00FA1D49">
              <w:rPr>
                <w:sz w:val="28"/>
                <w:szCs w:val="28"/>
                <w:lang w:val="kk-KZ"/>
              </w:rPr>
              <w:t>190</w:t>
            </w:r>
          </w:p>
        </w:tc>
        <w:tc>
          <w:tcPr>
            <w:tcW w:w="822" w:type="dxa"/>
          </w:tcPr>
          <w:p w14:paraId="3AF12A4C" w14:textId="77777777" w:rsidR="00FA1D49" w:rsidRPr="00FA1D49" w:rsidRDefault="00FA1D49" w:rsidP="00FA1D49">
            <w:pPr>
              <w:jc w:val="both"/>
              <w:rPr>
                <w:sz w:val="28"/>
                <w:szCs w:val="28"/>
                <w:lang w:val="kk-KZ"/>
              </w:rPr>
            </w:pPr>
            <w:r w:rsidRPr="00FA1D49">
              <w:rPr>
                <w:sz w:val="28"/>
                <w:szCs w:val="28"/>
                <w:lang w:val="kk-KZ"/>
              </w:rPr>
              <w:t>132</w:t>
            </w:r>
          </w:p>
        </w:tc>
        <w:tc>
          <w:tcPr>
            <w:tcW w:w="850" w:type="dxa"/>
          </w:tcPr>
          <w:p w14:paraId="50F079E7" w14:textId="77777777" w:rsidR="00FA1D49" w:rsidRPr="00FA1D49" w:rsidRDefault="00FA1D49" w:rsidP="00FA1D49">
            <w:pPr>
              <w:jc w:val="both"/>
              <w:rPr>
                <w:sz w:val="28"/>
                <w:szCs w:val="28"/>
                <w:lang w:val="kk-KZ"/>
              </w:rPr>
            </w:pPr>
            <w:r w:rsidRPr="00FA1D49">
              <w:rPr>
                <w:sz w:val="28"/>
                <w:szCs w:val="28"/>
                <w:lang w:val="kk-KZ"/>
              </w:rPr>
              <w:t>107</w:t>
            </w:r>
          </w:p>
        </w:tc>
        <w:tc>
          <w:tcPr>
            <w:tcW w:w="1815" w:type="dxa"/>
          </w:tcPr>
          <w:p w14:paraId="34817A05" w14:textId="77777777" w:rsidR="00FA1D49" w:rsidRPr="00FA1D49" w:rsidRDefault="00FA1D49" w:rsidP="00FA1D49">
            <w:pPr>
              <w:jc w:val="both"/>
              <w:rPr>
                <w:sz w:val="28"/>
                <w:szCs w:val="28"/>
                <w:lang w:val="kk-KZ"/>
              </w:rPr>
            </w:pPr>
            <w:r w:rsidRPr="00FA1D49">
              <w:rPr>
                <w:sz w:val="28"/>
                <w:szCs w:val="28"/>
                <w:lang w:val="kk-KZ"/>
              </w:rPr>
              <w:t>80</w:t>
            </w:r>
          </w:p>
        </w:tc>
        <w:tc>
          <w:tcPr>
            <w:tcW w:w="672" w:type="dxa"/>
          </w:tcPr>
          <w:p w14:paraId="6632E941" w14:textId="77777777" w:rsidR="00FA1D49" w:rsidRPr="00FA1D49" w:rsidRDefault="00FA1D49" w:rsidP="00FA1D49">
            <w:pPr>
              <w:jc w:val="both"/>
              <w:rPr>
                <w:sz w:val="28"/>
                <w:szCs w:val="28"/>
                <w:lang w:val="kk-KZ"/>
              </w:rPr>
            </w:pPr>
            <w:r w:rsidRPr="00FA1D49">
              <w:rPr>
                <w:sz w:val="28"/>
                <w:szCs w:val="28"/>
                <w:lang w:val="kk-KZ"/>
              </w:rPr>
              <w:t>25</w:t>
            </w:r>
          </w:p>
        </w:tc>
        <w:tc>
          <w:tcPr>
            <w:tcW w:w="1482" w:type="dxa"/>
          </w:tcPr>
          <w:p w14:paraId="4A2B61D7" w14:textId="77777777" w:rsidR="00FA1D49" w:rsidRPr="00FA1D49" w:rsidRDefault="00FA1D49" w:rsidP="00FA1D49">
            <w:pPr>
              <w:jc w:val="both"/>
              <w:rPr>
                <w:sz w:val="28"/>
                <w:szCs w:val="28"/>
                <w:lang w:val="kk-KZ"/>
              </w:rPr>
            </w:pPr>
            <w:r w:rsidRPr="00FA1D49">
              <w:rPr>
                <w:sz w:val="28"/>
                <w:szCs w:val="28"/>
                <w:lang w:val="kk-KZ"/>
              </w:rPr>
              <w:t>99,7</w:t>
            </w:r>
          </w:p>
        </w:tc>
      </w:tr>
      <w:tr w:rsidR="00FA1D49" w:rsidRPr="00FA1D49" w14:paraId="01ADD17F" w14:textId="77777777" w:rsidTr="00FA1D49">
        <w:tc>
          <w:tcPr>
            <w:tcW w:w="1389" w:type="dxa"/>
          </w:tcPr>
          <w:p w14:paraId="4F350F64" w14:textId="77777777" w:rsidR="00FA1D49" w:rsidRPr="00FA1D49" w:rsidRDefault="00FA1D49" w:rsidP="00FA1D49">
            <w:pPr>
              <w:jc w:val="both"/>
              <w:rPr>
                <w:sz w:val="28"/>
                <w:szCs w:val="28"/>
                <w:lang w:val="kk-KZ"/>
              </w:rPr>
            </w:pPr>
            <w:r w:rsidRPr="00FA1D49">
              <w:rPr>
                <w:sz w:val="28"/>
                <w:szCs w:val="28"/>
              </w:rPr>
              <w:t>202</w:t>
            </w:r>
            <w:r w:rsidRPr="00FA1D49">
              <w:rPr>
                <w:sz w:val="28"/>
                <w:szCs w:val="28"/>
                <w:lang w:val="kk-KZ"/>
              </w:rPr>
              <w:t>6</w:t>
            </w:r>
            <w:r w:rsidRPr="00FA1D49">
              <w:rPr>
                <w:sz w:val="28"/>
                <w:szCs w:val="28"/>
              </w:rPr>
              <w:t>-202</w:t>
            </w:r>
            <w:r w:rsidRPr="00FA1D49">
              <w:rPr>
                <w:sz w:val="28"/>
                <w:szCs w:val="28"/>
                <w:lang w:val="kk-KZ"/>
              </w:rPr>
              <w:t>7</w:t>
            </w:r>
          </w:p>
          <w:p w14:paraId="419C5F0C" w14:textId="77777777" w:rsidR="00FA1D49" w:rsidRPr="00FA1D49" w:rsidRDefault="00FA1D49" w:rsidP="00FA1D49">
            <w:pPr>
              <w:jc w:val="both"/>
              <w:rPr>
                <w:sz w:val="28"/>
                <w:szCs w:val="28"/>
                <w:lang w:val="kk-KZ"/>
              </w:rPr>
            </w:pPr>
            <w:r w:rsidRPr="00FA1D49">
              <w:rPr>
                <w:sz w:val="28"/>
                <w:szCs w:val="28"/>
                <w:lang w:val="kk-KZ"/>
              </w:rPr>
              <w:t>(10.10.2026)</w:t>
            </w:r>
          </w:p>
        </w:tc>
        <w:tc>
          <w:tcPr>
            <w:tcW w:w="1276" w:type="dxa"/>
          </w:tcPr>
          <w:p w14:paraId="26F72288" w14:textId="77777777" w:rsidR="00FA1D49" w:rsidRPr="00FA1D49" w:rsidRDefault="00FA1D49" w:rsidP="00FA1D49">
            <w:pPr>
              <w:jc w:val="both"/>
              <w:rPr>
                <w:sz w:val="28"/>
                <w:szCs w:val="28"/>
                <w:lang w:val="kk-KZ"/>
              </w:rPr>
            </w:pPr>
            <w:r w:rsidRPr="00FA1D49">
              <w:rPr>
                <w:sz w:val="28"/>
                <w:szCs w:val="28"/>
                <w:lang w:val="kk-KZ"/>
              </w:rPr>
              <w:t>1054</w:t>
            </w:r>
          </w:p>
        </w:tc>
        <w:tc>
          <w:tcPr>
            <w:tcW w:w="737" w:type="dxa"/>
          </w:tcPr>
          <w:p w14:paraId="71F486B5" w14:textId="77777777" w:rsidR="00FA1D49" w:rsidRPr="00FA1D49" w:rsidRDefault="00FA1D49" w:rsidP="00FA1D49">
            <w:pPr>
              <w:jc w:val="both"/>
              <w:rPr>
                <w:sz w:val="28"/>
                <w:szCs w:val="28"/>
                <w:lang w:val="kk-KZ"/>
              </w:rPr>
            </w:pPr>
            <w:r w:rsidRPr="00FA1D49">
              <w:rPr>
                <w:sz w:val="28"/>
                <w:szCs w:val="28"/>
                <w:lang w:val="kk-KZ"/>
              </w:rPr>
              <w:t>140</w:t>
            </w:r>
          </w:p>
        </w:tc>
        <w:tc>
          <w:tcPr>
            <w:tcW w:w="1010" w:type="dxa"/>
          </w:tcPr>
          <w:p w14:paraId="4CE0BCA6" w14:textId="77777777" w:rsidR="00FA1D49" w:rsidRPr="00FA1D49" w:rsidRDefault="00FA1D49" w:rsidP="00FA1D49">
            <w:pPr>
              <w:jc w:val="both"/>
              <w:rPr>
                <w:sz w:val="28"/>
                <w:szCs w:val="28"/>
                <w:lang w:val="kk-KZ"/>
              </w:rPr>
            </w:pPr>
            <w:r w:rsidRPr="00FA1D49">
              <w:rPr>
                <w:sz w:val="28"/>
                <w:szCs w:val="28"/>
                <w:lang w:val="kk-KZ"/>
              </w:rPr>
              <w:t>56</w:t>
            </w:r>
          </w:p>
        </w:tc>
        <w:tc>
          <w:tcPr>
            <w:tcW w:w="822" w:type="dxa"/>
          </w:tcPr>
          <w:p w14:paraId="64B1FF8C" w14:textId="77777777" w:rsidR="00FA1D49" w:rsidRPr="00FA1D49" w:rsidRDefault="00FA1D49" w:rsidP="00FA1D49">
            <w:pPr>
              <w:jc w:val="both"/>
              <w:rPr>
                <w:sz w:val="28"/>
                <w:szCs w:val="28"/>
                <w:lang w:val="kk-KZ"/>
              </w:rPr>
            </w:pPr>
            <w:r w:rsidRPr="00FA1D49">
              <w:rPr>
                <w:sz w:val="28"/>
                <w:szCs w:val="28"/>
                <w:lang w:val="kk-KZ"/>
              </w:rPr>
              <w:t>10</w:t>
            </w:r>
          </w:p>
        </w:tc>
        <w:tc>
          <w:tcPr>
            <w:tcW w:w="850" w:type="dxa"/>
          </w:tcPr>
          <w:p w14:paraId="1BA5967F" w14:textId="77777777" w:rsidR="00FA1D49" w:rsidRPr="00FA1D49" w:rsidRDefault="00FA1D49" w:rsidP="00FA1D49">
            <w:pPr>
              <w:jc w:val="both"/>
              <w:rPr>
                <w:sz w:val="28"/>
                <w:szCs w:val="28"/>
                <w:lang w:val="kk-KZ"/>
              </w:rPr>
            </w:pPr>
            <w:r w:rsidRPr="00FA1D49">
              <w:rPr>
                <w:sz w:val="28"/>
                <w:szCs w:val="28"/>
                <w:lang w:val="kk-KZ"/>
              </w:rPr>
              <w:t>13</w:t>
            </w:r>
          </w:p>
        </w:tc>
        <w:tc>
          <w:tcPr>
            <w:tcW w:w="1815" w:type="dxa"/>
          </w:tcPr>
          <w:p w14:paraId="3A8B4A8C" w14:textId="77777777" w:rsidR="00FA1D49" w:rsidRPr="00FA1D49" w:rsidRDefault="00FA1D49" w:rsidP="00FA1D49">
            <w:pPr>
              <w:jc w:val="both"/>
              <w:rPr>
                <w:sz w:val="28"/>
                <w:szCs w:val="28"/>
                <w:lang w:val="kk-KZ"/>
              </w:rPr>
            </w:pPr>
            <w:r w:rsidRPr="00FA1D49">
              <w:rPr>
                <w:sz w:val="28"/>
                <w:szCs w:val="28"/>
                <w:lang w:val="kk-KZ"/>
              </w:rPr>
              <w:t>59</w:t>
            </w:r>
          </w:p>
        </w:tc>
        <w:tc>
          <w:tcPr>
            <w:tcW w:w="672" w:type="dxa"/>
          </w:tcPr>
          <w:p w14:paraId="0CB7B07C" w14:textId="77777777" w:rsidR="00FA1D49" w:rsidRPr="00FA1D49" w:rsidRDefault="00FA1D49" w:rsidP="00FA1D49">
            <w:pPr>
              <w:jc w:val="both"/>
              <w:rPr>
                <w:sz w:val="28"/>
                <w:szCs w:val="28"/>
                <w:lang w:val="kk-KZ"/>
              </w:rPr>
            </w:pPr>
            <w:r w:rsidRPr="00FA1D49">
              <w:rPr>
                <w:sz w:val="28"/>
                <w:szCs w:val="28"/>
                <w:lang w:val="kk-KZ"/>
              </w:rPr>
              <w:t>2</w:t>
            </w:r>
          </w:p>
        </w:tc>
        <w:tc>
          <w:tcPr>
            <w:tcW w:w="1482" w:type="dxa"/>
          </w:tcPr>
          <w:p w14:paraId="7DFA2D6E" w14:textId="77777777" w:rsidR="00FA1D49" w:rsidRPr="00FA1D49" w:rsidRDefault="00FA1D49" w:rsidP="00FA1D49">
            <w:pPr>
              <w:jc w:val="both"/>
              <w:rPr>
                <w:sz w:val="28"/>
                <w:szCs w:val="28"/>
                <w:lang w:val="kk-KZ"/>
              </w:rPr>
            </w:pPr>
            <w:r w:rsidRPr="00FA1D49">
              <w:rPr>
                <w:sz w:val="28"/>
                <w:szCs w:val="28"/>
                <w:lang w:val="kk-KZ"/>
              </w:rPr>
              <w:t>38,9</w:t>
            </w:r>
          </w:p>
        </w:tc>
      </w:tr>
    </w:tbl>
    <w:p w14:paraId="044AA46C" w14:textId="77777777" w:rsidR="00FA1D49" w:rsidRPr="00FA1D49" w:rsidRDefault="00FA1D49" w:rsidP="00FA1D49">
      <w:pPr>
        <w:jc w:val="both"/>
        <w:rPr>
          <w:color w:val="000000"/>
          <w:sz w:val="28"/>
          <w:szCs w:val="28"/>
          <w:lang w:val="kk-KZ"/>
        </w:rPr>
      </w:pPr>
    </w:p>
    <w:p w14:paraId="3E9267F4" w14:textId="77777777" w:rsidR="00FA1D49" w:rsidRPr="00FA1D49" w:rsidRDefault="00FA1D49" w:rsidP="00FA1D49">
      <w:pPr>
        <w:jc w:val="both"/>
        <w:rPr>
          <w:sz w:val="28"/>
          <w:szCs w:val="28"/>
          <w:lang w:val="kk-KZ"/>
        </w:rPr>
      </w:pPr>
    </w:p>
    <w:p w14:paraId="11AAC643" w14:textId="77777777" w:rsidR="00FA1D49" w:rsidRPr="00FA1D49" w:rsidRDefault="00FA1D49" w:rsidP="00FA1D49">
      <w:pPr>
        <w:shd w:val="clear" w:color="auto" w:fill="FFFFFF"/>
        <w:jc w:val="both"/>
        <w:rPr>
          <w:b/>
          <w:color w:val="002060"/>
          <w:sz w:val="28"/>
          <w:szCs w:val="28"/>
          <w:lang w:val="kk-KZ"/>
        </w:rPr>
      </w:pPr>
      <w:r w:rsidRPr="00FA1D49">
        <w:rPr>
          <w:b/>
          <w:noProof/>
          <w:color w:val="002060"/>
          <w:sz w:val="28"/>
          <w:szCs w:val="28"/>
          <w:lang w:eastAsia="ru-RU"/>
        </w:rPr>
        <w:drawing>
          <wp:anchor distT="0" distB="0" distL="114300" distR="114300" simplePos="0" relativeHeight="251720192" behindDoc="1" locked="0" layoutInCell="1" allowOverlap="1" wp14:anchorId="45C2E608" wp14:editId="60FF9ABE">
            <wp:simplePos x="0" y="0"/>
            <wp:positionH relativeFrom="column">
              <wp:posOffset>-1270</wp:posOffset>
            </wp:positionH>
            <wp:positionV relativeFrom="paragraph">
              <wp:posOffset>-3810</wp:posOffset>
            </wp:positionV>
            <wp:extent cx="982980" cy="685800"/>
            <wp:effectExtent l="0" t="0" r="7620" b="0"/>
            <wp:wrapThrough wrapText="bothSides">
              <wp:wrapPolygon edited="0">
                <wp:start x="7953" y="0"/>
                <wp:lineTo x="5023" y="1200"/>
                <wp:lineTo x="0" y="7200"/>
                <wp:lineTo x="0" y="13200"/>
                <wp:lineTo x="4186" y="19800"/>
                <wp:lineTo x="7535" y="21000"/>
                <wp:lineTo x="13814" y="21000"/>
                <wp:lineTo x="17163" y="19800"/>
                <wp:lineTo x="21349" y="13200"/>
                <wp:lineTo x="21349" y="7200"/>
                <wp:lineTo x="16326" y="1200"/>
                <wp:lineTo x="13395" y="0"/>
                <wp:lineTo x="7953" y="0"/>
              </wp:wrapPolygon>
            </wp:wrapThrough>
            <wp:docPr id="403" name="Рисунок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63">
                      <a:extLst>
                        <a:ext uri="{28A0092B-C50C-407E-A947-70E740481C1C}">
                          <a14:useLocalDpi xmlns:a14="http://schemas.microsoft.com/office/drawing/2010/main" val="0"/>
                        </a:ext>
                      </a:extLst>
                    </a:blip>
                    <a:srcRect/>
                    <a:stretch>
                      <a:fillRect/>
                    </a:stretch>
                  </pic:blipFill>
                  <pic:spPr bwMode="auto">
                    <a:xfrm>
                      <a:off x="0" y="0"/>
                      <a:ext cx="982980" cy="685800"/>
                    </a:xfrm>
                    <a:prstGeom prst="rect">
                      <a:avLst/>
                    </a:prstGeom>
                    <a:noFill/>
                  </pic:spPr>
                </pic:pic>
              </a:graphicData>
            </a:graphic>
            <wp14:sizeRelH relativeFrom="page">
              <wp14:pctWidth>0</wp14:pctWidth>
            </wp14:sizeRelH>
            <wp14:sizeRelV relativeFrom="page">
              <wp14:pctHeight>0</wp14:pctHeight>
            </wp14:sizeRelV>
          </wp:anchor>
        </w:drawing>
      </w:r>
      <w:r w:rsidRPr="00FA1D49">
        <w:rPr>
          <w:b/>
          <w:color w:val="002060"/>
          <w:sz w:val="28"/>
          <w:szCs w:val="28"/>
          <w:lang w:val="kk-KZ"/>
        </w:rPr>
        <w:t>Қарағанды облысы білім басқармасының Қарағанды қаласы білім бөлімінің "№14 мектеп- гимназиясы" коммуналдық мемлекеттік мекемесі</w:t>
      </w:r>
    </w:p>
    <w:p w14:paraId="5F84BF98" w14:textId="77777777" w:rsidR="00FA1D49" w:rsidRPr="00FA1D49" w:rsidRDefault="00FA1D49" w:rsidP="00FA1D49">
      <w:pPr>
        <w:shd w:val="clear" w:color="auto" w:fill="FFFFFF"/>
        <w:jc w:val="both"/>
        <w:rPr>
          <w:color w:val="002060"/>
          <w:sz w:val="28"/>
          <w:szCs w:val="28"/>
          <w:lang w:val="kk-KZ"/>
        </w:rPr>
      </w:pPr>
      <w:r w:rsidRPr="00FA1D49">
        <w:rPr>
          <w:color w:val="002060"/>
          <w:sz w:val="28"/>
          <w:szCs w:val="28"/>
          <w:lang w:val="kk-KZ"/>
        </w:rPr>
        <w:t xml:space="preserve">      https://kargoo.kz/index/fromorg/231</w:t>
      </w:r>
    </w:p>
    <w:p w14:paraId="02B72076" w14:textId="77777777" w:rsidR="00FA1D49" w:rsidRPr="00FA1D49" w:rsidRDefault="00FA1D49" w:rsidP="00FA1D49">
      <w:pPr>
        <w:jc w:val="both"/>
        <w:rPr>
          <w:b/>
          <w:sz w:val="28"/>
          <w:szCs w:val="28"/>
          <w:lang w:val="kk-KZ"/>
        </w:rPr>
      </w:pPr>
      <w:r w:rsidRPr="00FA1D49">
        <w:rPr>
          <w:bCs/>
          <w:noProof/>
          <w:sz w:val="28"/>
          <w:szCs w:val="28"/>
          <w:bdr w:val="none" w:sz="0" w:space="0" w:color="auto" w:frame="1"/>
          <w:lang w:eastAsia="ru-RU"/>
        </w:rPr>
        <w:drawing>
          <wp:anchor distT="0" distB="0" distL="114300" distR="114300" simplePos="0" relativeHeight="251730432" behindDoc="1" locked="0" layoutInCell="1" allowOverlap="1" wp14:anchorId="48E0630F" wp14:editId="63450FD6">
            <wp:simplePos x="0" y="0"/>
            <wp:positionH relativeFrom="column">
              <wp:posOffset>2962910</wp:posOffset>
            </wp:positionH>
            <wp:positionV relativeFrom="paragraph">
              <wp:posOffset>86995</wp:posOffset>
            </wp:positionV>
            <wp:extent cx="2297430" cy="1192530"/>
            <wp:effectExtent l="0" t="0" r="7620" b="7620"/>
            <wp:wrapThrough wrapText="bothSides">
              <wp:wrapPolygon edited="0">
                <wp:start x="0" y="0"/>
                <wp:lineTo x="0" y="21393"/>
                <wp:lineTo x="21493" y="21393"/>
                <wp:lineTo x="21493" y="0"/>
                <wp:lineTo x="0" y="0"/>
              </wp:wrapPolygon>
            </wp:wrapThrough>
            <wp:docPr id="455" name="Рисунок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95">
                      <a:extLst>
                        <a:ext uri="{28A0092B-C50C-407E-A947-70E740481C1C}">
                          <a14:useLocalDpi xmlns:a14="http://schemas.microsoft.com/office/drawing/2010/main" val="0"/>
                        </a:ext>
                      </a:extLst>
                    </a:blip>
                    <a:srcRect/>
                    <a:stretch>
                      <a:fillRect/>
                    </a:stretch>
                  </pic:blipFill>
                  <pic:spPr bwMode="auto">
                    <a:xfrm>
                      <a:off x="0" y="0"/>
                      <a:ext cx="2297430" cy="1192530"/>
                    </a:xfrm>
                    <a:prstGeom prst="rect">
                      <a:avLst/>
                    </a:prstGeom>
                    <a:noFill/>
                  </pic:spPr>
                </pic:pic>
              </a:graphicData>
            </a:graphic>
            <wp14:sizeRelH relativeFrom="page">
              <wp14:pctWidth>0</wp14:pctWidth>
            </wp14:sizeRelH>
            <wp14:sizeRelV relativeFrom="page">
              <wp14:pctHeight>0</wp14:pctHeight>
            </wp14:sizeRelV>
          </wp:anchor>
        </w:drawing>
      </w:r>
      <w:r w:rsidRPr="00FA1D49">
        <w:rPr>
          <w:noProof/>
          <w:sz w:val="28"/>
          <w:szCs w:val="28"/>
          <w:lang w:eastAsia="ru-RU"/>
        </w:rPr>
        <w:drawing>
          <wp:anchor distT="0" distB="0" distL="114300" distR="114300" simplePos="0" relativeHeight="251725312" behindDoc="1" locked="0" layoutInCell="1" allowOverlap="1" wp14:anchorId="6B7D7954" wp14:editId="47A47DA2">
            <wp:simplePos x="0" y="0"/>
            <wp:positionH relativeFrom="column">
              <wp:posOffset>196215</wp:posOffset>
            </wp:positionH>
            <wp:positionV relativeFrom="paragraph">
              <wp:posOffset>134620</wp:posOffset>
            </wp:positionV>
            <wp:extent cx="2464435" cy="1064895"/>
            <wp:effectExtent l="0" t="0" r="0" b="1905"/>
            <wp:wrapThrough wrapText="bothSides">
              <wp:wrapPolygon edited="0">
                <wp:start x="0" y="0"/>
                <wp:lineTo x="0" y="21252"/>
                <wp:lineTo x="21372" y="21252"/>
                <wp:lineTo x="21372" y="0"/>
                <wp:lineTo x="0" y="0"/>
              </wp:wrapPolygon>
            </wp:wrapThrough>
            <wp:docPr id="440" name="Рисунок 440" descr="C:\Users\3\Desktop\Снимок экрана 2026-09-30 1458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3\Desktop\Снимок экрана 2026-09-30 145806.png"/>
                    <pic:cNvPicPr>
                      <a:picLocks noChangeAspect="1" noChangeArrowheads="1"/>
                    </pic:cNvPicPr>
                  </pic:nvPicPr>
                  <pic:blipFill>
                    <a:blip r:embed="rId896" cstate="print">
                      <a:extLst>
                        <a:ext uri="{28A0092B-C50C-407E-A947-70E740481C1C}">
                          <a14:useLocalDpi xmlns:a14="http://schemas.microsoft.com/office/drawing/2010/main" val="0"/>
                        </a:ext>
                      </a:extLst>
                    </a:blip>
                    <a:srcRect/>
                    <a:stretch>
                      <a:fillRect/>
                    </a:stretch>
                  </pic:blipFill>
                  <pic:spPr bwMode="auto">
                    <a:xfrm>
                      <a:off x="0" y="0"/>
                      <a:ext cx="2464435" cy="10648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64F41B" w14:textId="77777777" w:rsidR="00FA1D49" w:rsidRPr="00FA1D49" w:rsidRDefault="00FA1D49" w:rsidP="00FA1D49">
      <w:pPr>
        <w:jc w:val="both"/>
        <w:rPr>
          <w:sz w:val="28"/>
          <w:szCs w:val="28"/>
          <w:lang w:val="kk-KZ"/>
        </w:rPr>
      </w:pPr>
    </w:p>
    <w:p w14:paraId="29F59437" w14:textId="77777777" w:rsidR="00FA1D49" w:rsidRPr="00FA1D49" w:rsidRDefault="00FA1D49" w:rsidP="00FA1D49">
      <w:pPr>
        <w:jc w:val="both"/>
        <w:rPr>
          <w:bCs/>
          <w:sz w:val="28"/>
          <w:szCs w:val="28"/>
          <w:bdr w:val="none" w:sz="0" w:space="0" w:color="auto" w:frame="1"/>
          <w:lang w:val="kk-KZ"/>
        </w:rPr>
      </w:pPr>
    </w:p>
    <w:p w14:paraId="4D43DBBE" w14:textId="77777777" w:rsidR="00FA1D49" w:rsidRPr="00FA1D49" w:rsidRDefault="00FA1D49" w:rsidP="00FA1D49">
      <w:pPr>
        <w:jc w:val="both"/>
        <w:rPr>
          <w:b/>
          <w:sz w:val="28"/>
          <w:szCs w:val="28"/>
          <w:lang w:val="kk-KZ"/>
        </w:rPr>
      </w:pPr>
    </w:p>
    <w:p w14:paraId="3F51F917" w14:textId="77777777" w:rsidR="00FA1D49" w:rsidRPr="00FA1D49" w:rsidRDefault="00FA1D49" w:rsidP="00FA1D49">
      <w:pPr>
        <w:jc w:val="both"/>
        <w:rPr>
          <w:rFonts w:eastAsia="Calibri"/>
          <w:sz w:val="28"/>
          <w:szCs w:val="28"/>
          <w:lang w:val="kk-KZ"/>
        </w:rPr>
      </w:pPr>
    </w:p>
    <w:p w14:paraId="46CDC4DE" w14:textId="77777777" w:rsidR="00FA1D49" w:rsidRPr="00FA1D49" w:rsidRDefault="00FA1D49" w:rsidP="00FA1D49">
      <w:pPr>
        <w:jc w:val="both"/>
        <w:rPr>
          <w:sz w:val="28"/>
          <w:szCs w:val="28"/>
          <w:lang w:val="kk-KZ"/>
        </w:rPr>
      </w:pPr>
    </w:p>
    <w:p w14:paraId="5F06467F" w14:textId="77777777" w:rsidR="00FA1D49" w:rsidRPr="00FA1D49" w:rsidRDefault="00FA1D49" w:rsidP="00FA1D49">
      <w:pPr>
        <w:jc w:val="both"/>
        <w:rPr>
          <w:sz w:val="28"/>
          <w:szCs w:val="28"/>
          <w:lang w:val="kk-KZ"/>
        </w:rPr>
      </w:pPr>
    </w:p>
    <w:p w14:paraId="0ECB6BC7" w14:textId="77777777" w:rsidR="00FA1D49" w:rsidRPr="00FA1D49" w:rsidRDefault="00FA1D49" w:rsidP="00FA1D49">
      <w:pPr>
        <w:jc w:val="both"/>
        <w:rPr>
          <w:rFonts w:eastAsia="Calibri"/>
          <w:sz w:val="28"/>
          <w:szCs w:val="28"/>
          <w:lang w:val="kk-KZ"/>
        </w:rPr>
      </w:pPr>
      <w:r w:rsidRPr="00FA1D49">
        <w:rPr>
          <w:rFonts w:eastAsia="Calibri"/>
          <w:sz w:val="28"/>
          <w:szCs w:val="28"/>
          <w:lang w:val="kk-KZ"/>
        </w:rPr>
        <w:t xml:space="preserve"> </w:t>
      </w:r>
    </w:p>
    <w:p w14:paraId="2CF26B84" w14:textId="77777777" w:rsidR="00FA1D49" w:rsidRPr="00FA1D49" w:rsidRDefault="00FA1D49" w:rsidP="00FA1D49">
      <w:pPr>
        <w:jc w:val="both"/>
        <w:rPr>
          <w:b/>
          <w:sz w:val="28"/>
          <w:szCs w:val="28"/>
          <w:lang w:val="kk-KZ"/>
        </w:rPr>
      </w:pPr>
    </w:p>
    <w:p w14:paraId="6B135F99" w14:textId="77777777" w:rsidR="00FA1D49" w:rsidRPr="00FA1D49" w:rsidRDefault="008D1D0B" w:rsidP="00FA1D49">
      <w:pPr>
        <w:jc w:val="both"/>
        <w:rPr>
          <w:bCs/>
          <w:sz w:val="28"/>
          <w:szCs w:val="28"/>
          <w:bdr w:val="none" w:sz="0" w:space="0" w:color="auto" w:frame="1"/>
          <w:lang w:val="kk-KZ"/>
        </w:rPr>
      </w:pPr>
      <w:hyperlink r:id="rId897" w:history="1">
        <w:r w:rsidR="00FA1D49" w:rsidRPr="00FA1D49">
          <w:rPr>
            <w:rStyle w:val="ae"/>
            <w:bCs/>
            <w:sz w:val="28"/>
            <w:szCs w:val="28"/>
            <w:bdr w:val="none" w:sz="0" w:space="0" w:color="auto" w:frame="1"/>
            <w:lang w:val="kk-KZ"/>
          </w:rPr>
          <w:t>https://www.instagram.com/p/DdDtPL6KSTl/?rpxt=MXFrNGYyOGVlaTFnaQ</w:t>
        </w:r>
      </w:hyperlink>
      <w:r w:rsidR="00FA1D49" w:rsidRPr="00FA1D49">
        <w:rPr>
          <w:bCs/>
          <w:sz w:val="28"/>
          <w:szCs w:val="28"/>
          <w:bdr w:val="none" w:sz="0" w:space="0" w:color="auto" w:frame="1"/>
          <w:lang w:val="kk-KZ"/>
        </w:rPr>
        <w:t>==</w:t>
      </w:r>
    </w:p>
    <w:p w14:paraId="614756B5" w14:textId="77777777" w:rsidR="00FA1D49" w:rsidRPr="00FA1D49" w:rsidRDefault="00FA1D49" w:rsidP="00FA1D49">
      <w:pPr>
        <w:jc w:val="both"/>
        <w:rPr>
          <w:bCs/>
          <w:sz w:val="28"/>
          <w:szCs w:val="28"/>
          <w:bdr w:val="none" w:sz="0" w:space="0" w:color="auto" w:frame="1"/>
          <w:lang w:val="kk-KZ"/>
        </w:rPr>
      </w:pPr>
      <w:r w:rsidRPr="00FA1D49">
        <w:rPr>
          <w:bCs/>
          <w:sz w:val="28"/>
          <w:szCs w:val="28"/>
          <w:bdr w:val="none" w:sz="0" w:space="0" w:color="auto" w:frame="1"/>
          <w:lang w:val="kk-KZ"/>
        </w:rPr>
        <w:t xml:space="preserve"> «Жаңа оқу жылы – жаңа оқулық» келіп түскен оқулықтарға шолу.</w:t>
      </w:r>
    </w:p>
    <w:p w14:paraId="08D64DC7" w14:textId="77777777" w:rsidR="00FA1D49" w:rsidRPr="00FA1D49" w:rsidRDefault="00FA1D49" w:rsidP="00FA1D49">
      <w:pPr>
        <w:jc w:val="both"/>
        <w:rPr>
          <w:bCs/>
          <w:sz w:val="28"/>
          <w:szCs w:val="28"/>
          <w:bdr w:val="none" w:sz="0" w:space="0" w:color="auto" w:frame="1"/>
          <w:lang w:val="kk-KZ"/>
        </w:rPr>
      </w:pPr>
    </w:p>
    <w:p w14:paraId="20726D9D" w14:textId="77777777" w:rsidR="00FA1D49" w:rsidRPr="00FA1D49" w:rsidRDefault="008D1D0B" w:rsidP="00FA1D49">
      <w:pPr>
        <w:jc w:val="both"/>
        <w:rPr>
          <w:bCs/>
          <w:sz w:val="28"/>
          <w:szCs w:val="28"/>
          <w:bdr w:val="none" w:sz="0" w:space="0" w:color="auto" w:frame="1"/>
          <w:lang w:val="kk-KZ"/>
        </w:rPr>
      </w:pPr>
      <w:hyperlink r:id="rId898" w:history="1">
        <w:r w:rsidR="00FA1D49" w:rsidRPr="00FA1D49">
          <w:rPr>
            <w:rStyle w:val="ae"/>
            <w:bCs/>
            <w:sz w:val="28"/>
            <w:szCs w:val="28"/>
            <w:bdr w:val="none" w:sz="0" w:space="0" w:color="auto" w:frame="1"/>
            <w:lang w:val="kk-KZ"/>
          </w:rPr>
          <w:t>https://www.instagram.com/p/DdDtPL6KSTl/?rpxt=MXFrNGYyOGVlaTFnaQ</w:t>
        </w:r>
      </w:hyperlink>
      <w:r w:rsidR="00FA1D49" w:rsidRPr="00FA1D49">
        <w:rPr>
          <w:bCs/>
          <w:sz w:val="28"/>
          <w:szCs w:val="28"/>
          <w:bdr w:val="none" w:sz="0" w:space="0" w:color="auto" w:frame="1"/>
          <w:lang w:val="kk-KZ"/>
        </w:rPr>
        <w:t>==</w:t>
      </w:r>
    </w:p>
    <w:p w14:paraId="60E3DADA" w14:textId="77777777" w:rsidR="00FA1D49" w:rsidRPr="00FA1D49" w:rsidRDefault="00FA1D49" w:rsidP="00FA1D49">
      <w:pPr>
        <w:jc w:val="both"/>
        <w:rPr>
          <w:bCs/>
          <w:sz w:val="28"/>
          <w:szCs w:val="28"/>
          <w:bdr w:val="none" w:sz="0" w:space="0" w:color="auto" w:frame="1"/>
          <w:lang w:val="kk-KZ"/>
        </w:rPr>
      </w:pPr>
      <w:r w:rsidRPr="00FA1D49">
        <w:rPr>
          <w:bCs/>
          <w:sz w:val="28"/>
          <w:szCs w:val="28"/>
          <w:bdr w:val="none" w:sz="0" w:space="0" w:color="auto" w:frame="1"/>
          <w:lang w:val="kk-KZ"/>
        </w:rPr>
        <w:t>8 Қыркуйек – Халықаралық сауаттылық күні. 8 Ә сынып оқушылары №31 қалалық кітапхана филиалында еркін әңгіме.</w:t>
      </w:r>
    </w:p>
    <w:p w14:paraId="204FCD97" w14:textId="77777777" w:rsidR="00FA1D49" w:rsidRPr="00FA1D49" w:rsidRDefault="00FA1D49" w:rsidP="00FA1D49">
      <w:pPr>
        <w:jc w:val="both"/>
        <w:rPr>
          <w:bCs/>
          <w:sz w:val="28"/>
          <w:szCs w:val="28"/>
          <w:bdr w:val="none" w:sz="0" w:space="0" w:color="auto" w:frame="1"/>
          <w:lang w:val="kk-KZ"/>
        </w:rPr>
      </w:pPr>
    </w:p>
    <w:p w14:paraId="308EDF04" w14:textId="77777777" w:rsidR="00FA1D49" w:rsidRPr="00FA1D49" w:rsidRDefault="008D1D0B" w:rsidP="00FA1D49">
      <w:pPr>
        <w:jc w:val="both"/>
        <w:rPr>
          <w:bCs/>
          <w:sz w:val="28"/>
          <w:szCs w:val="28"/>
          <w:bdr w:val="none" w:sz="0" w:space="0" w:color="auto" w:frame="1"/>
          <w:lang w:val="kk-KZ"/>
        </w:rPr>
      </w:pPr>
      <w:hyperlink r:id="rId899" w:history="1">
        <w:r w:rsidR="00FA1D49" w:rsidRPr="00FA1D49">
          <w:rPr>
            <w:rStyle w:val="ae"/>
            <w:bCs/>
            <w:sz w:val="28"/>
            <w:szCs w:val="28"/>
            <w:bdr w:val="none" w:sz="0" w:space="0" w:color="auto" w:frame="1"/>
            <w:lang w:val="kk-KZ"/>
          </w:rPr>
          <w:t>https://www.instagram.com/p/DdPJx6vCnf7/?vrfl=eHZzN3dtcWg3Y3J5</w:t>
        </w:r>
      </w:hyperlink>
    </w:p>
    <w:p w14:paraId="740E6907" w14:textId="77777777" w:rsidR="00FA1D49" w:rsidRPr="00FA1D49" w:rsidRDefault="00FA1D49" w:rsidP="00FA1D49">
      <w:pPr>
        <w:jc w:val="both"/>
        <w:rPr>
          <w:bCs/>
          <w:sz w:val="28"/>
          <w:szCs w:val="28"/>
          <w:bdr w:val="none" w:sz="0" w:space="0" w:color="auto" w:frame="1"/>
          <w:lang w:val="kk-KZ"/>
        </w:rPr>
      </w:pPr>
      <w:r w:rsidRPr="00FA1D49">
        <w:rPr>
          <w:bCs/>
          <w:sz w:val="28"/>
          <w:szCs w:val="28"/>
          <w:bdr w:val="none" w:sz="0" w:space="0" w:color="auto" w:frame="1"/>
          <w:lang w:val="kk-KZ"/>
        </w:rPr>
        <w:t>Отбасы күні – 2 сынып оқушылары  «Отбасы және мен» танымдық сабақ.</w:t>
      </w:r>
    </w:p>
    <w:p w14:paraId="67E023CE" w14:textId="77777777" w:rsidR="00FA1D49" w:rsidRPr="00FA1D49" w:rsidRDefault="00FA1D49" w:rsidP="00FA1D49">
      <w:pPr>
        <w:jc w:val="both"/>
        <w:rPr>
          <w:bCs/>
          <w:sz w:val="28"/>
          <w:szCs w:val="28"/>
          <w:bdr w:val="none" w:sz="0" w:space="0" w:color="auto" w:frame="1"/>
          <w:lang w:val="kk-KZ"/>
        </w:rPr>
      </w:pPr>
    </w:p>
    <w:p w14:paraId="1CCA9631" w14:textId="77777777" w:rsidR="00FA1D49" w:rsidRPr="00FA1D49" w:rsidRDefault="008D1D0B" w:rsidP="00FA1D49">
      <w:pPr>
        <w:jc w:val="both"/>
        <w:rPr>
          <w:bCs/>
          <w:sz w:val="28"/>
          <w:szCs w:val="28"/>
          <w:bdr w:val="none" w:sz="0" w:space="0" w:color="auto" w:frame="1"/>
          <w:lang w:val="kk-KZ"/>
        </w:rPr>
      </w:pPr>
      <w:hyperlink r:id="rId900" w:history="1">
        <w:r w:rsidR="00FA1D49" w:rsidRPr="00FA1D49">
          <w:rPr>
            <w:rStyle w:val="ae"/>
            <w:bCs/>
            <w:sz w:val="28"/>
            <w:szCs w:val="28"/>
            <w:bdr w:val="none" w:sz="0" w:space="0" w:color="auto" w:frame="1"/>
            <w:lang w:val="kk-KZ"/>
          </w:rPr>
          <w:t>https://www.instagram.com/p/Ddi3hx9CnzA/?srtk=b3RieW9meWhmamI5</w:t>
        </w:r>
      </w:hyperlink>
    </w:p>
    <w:p w14:paraId="22F08F0C" w14:textId="77777777" w:rsidR="00FA1D49" w:rsidRPr="00FA1D49" w:rsidRDefault="008D1D0B" w:rsidP="00FA1D49">
      <w:pPr>
        <w:jc w:val="both"/>
        <w:rPr>
          <w:bCs/>
          <w:sz w:val="28"/>
          <w:szCs w:val="28"/>
          <w:bdr w:val="none" w:sz="0" w:space="0" w:color="auto" w:frame="1"/>
          <w:lang w:val="kk-KZ"/>
        </w:rPr>
      </w:pPr>
      <w:hyperlink r:id="rId901" w:history="1">
        <w:r w:rsidR="00FA1D49" w:rsidRPr="00FA1D49">
          <w:rPr>
            <w:rStyle w:val="ae"/>
            <w:bCs/>
            <w:sz w:val="28"/>
            <w:szCs w:val="28"/>
            <w:bdr w:val="none" w:sz="0" w:space="0" w:color="auto" w:frame="1"/>
            <w:lang w:val="kk-KZ"/>
          </w:rPr>
          <w:t>https://www.instagram.com/reel/DdjUCLxqZGj/?psln=YWplazJ4eXNjdndx</w:t>
        </w:r>
      </w:hyperlink>
    </w:p>
    <w:p w14:paraId="01AC9083" w14:textId="77777777" w:rsidR="00FA1D49" w:rsidRPr="00FA1D49" w:rsidRDefault="008D1D0B" w:rsidP="00FA1D49">
      <w:pPr>
        <w:jc w:val="both"/>
        <w:rPr>
          <w:bCs/>
          <w:sz w:val="28"/>
          <w:szCs w:val="28"/>
          <w:bdr w:val="none" w:sz="0" w:space="0" w:color="auto" w:frame="1"/>
          <w:lang w:val="kk-KZ"/>
        </w:rPr>
      </w:pPr>
      <w:hyperlink r:id="rId902" w:history="1">
        <w:r w:rsidR="00FA1D49" w:rsidRPr="00FA1D49">
          <w:rPr>
            <w:rStyle w:val="ae"/>
            <w:bCs/>
            <w:sz w:val="28"/>
            <w:szCs w:val="28"/>
            <w:bdr w:val="none" w:sz="0" w:space="0" w:color="auto" w:frame="1"/>
            <w:lang w:val="kk-KZ"/>
          </w:rPr>
          <w:t>https://www.instagram.com/reel/Ddosunkq5Nv/?mdxt=ODZhd203bjdhZnJy</w:t>
        </w:r>
      </w:hyperlink>
    </w:p>
    <w:p w14:paraId="54309A33" w14:textId="77777777" w:rsidR="00FA1D49" w:rsidRPr="00FA1D49" w:rsidRDefault="008D1D0B" w:rsidP="00FA1D49">
      <w:pPr>
        <w:jc w:val="both"/>
        <w:rPr>
          <w:bCs/>
          <w:sz w:val="28"/>
          <w:szCs w:val="28"/>
          <w:bdr w:val="none" w:sz="0" w:space="0" w:color="auto" w:frame="1"/>
          <w:lang w:val="kk-KZ"/>
        </w:rPr>
      </w:pPr>
      <w:hyperlink r:id="rId903" w:history="1">
        <w:r w:rsidR="00FA1D49" w:rsidRPr="00FA1D49">
          <w:rPr>
            <w:rStyle w:val="ae"/>
            <w:bCs/>
            <w:sz w:val="28"/>
            <w:szCs w:val="28"/>
            <w:bdr w:val="none" w:sz="0" w:space="0" w:color="auto" w:frame="1"/>
            <w:lang w:val="kk-KZ"/>
          </w:rPr>
          <w:t>https://www.instagram.com/reel/Dds8DnIKGCj/?xtok=NjAzb2o1Nmg2Znc1</w:t>
        </w:r>
      </w:hyperlink>
    </w:p>
    <w:p w14:paraId="6798819A" w14:textId="77777777" w:rsidR="00FA1D49" w:rsidRPr="00FA1D49" w:rsidRDefault="008D1D0B" w:rsidP="00FA1D49">
      <w:pPr>
        <w:jc w:val="both"/>
        <w:rPr>
          <w:bCs/>
          <w:sz w:val="28"/>
          <w:szCs w:val="28"/>
          <w:bdr w:val="none" w:sz="0" w:space="0" w:color="auto" w:frame="1"/>
          <w:lang w:val="kk-KZ"/>
        </w:rPr>
      </w:pPr>
      <w:hyperlink r:id="rId904" w:history="1">
        <w:r w:rsidR="00FA1D49" w:rsidRPr="00FA1D49">
          <w:rPr>
            <w:rStyle w:val="ae"/>
            <w:bCs/>
            <w:sz w:val="28"/>
            <w:szCs w:val="28"/>
            <w:bdr w:val="none" w:sz="0" w:space="0" w:color="auto" w:frame="1"/>
            <w:lang w:val="kk-KZ"/>
          </w:rPr>
          <w:t>https://www.instagram.com/reel/Dd0nR2HKFpB/?rpxt=aHp5bjBtbnAxaWd6</w:t>
        </w:r>
      </w:hyperlink>
    </w:p>
    <w:p w14:paraId="60B0D114" w14:textId="77777777" w:rsidR="00FA1D49" w:rsidRPr="00FA1D49" w:rsidRDefault="00FA1D49" w:rsidP="00FA1D49">
      <w:pPr>
        <w:jc w:val="both"/>
        <w:rPr>
          <w:bCs/>
          <w:sz w:val="28"/>
          <w:szCs w:val="28"/>
          <w:bdr w:val="none" w:sz="0" w:space="0" w:color="auto" w:frame="1"/>
          <w:lang w:val="kk-KZ"/>
        </w:rPr>
      </w:pPr>
    </w:p>
    <w:p w14:paraId="7A51C7D3" w14:textId="77777777" w:rsidR="00FA1D49" w:rsidRDefault="00FA1D49" w:rsidP="00FA1D49">
      <w:pPr>
        <w:jc w:val="both"/>
        <w:rPr>
          <w:bCs/>
          <w:bdr w:val="none" w:sz="0" w:space="0" w:color="auto" w:frame="1"/>
          <w:lang w:val="kk-KZ"/>
        </w:rPr>
      </w:pPr>
      <w:r w:rsidRPr="00FA1D49">
        <w:rPr>
          <w:bCs/>
          <w:sz w:val="28"/>
          <w:szCs w:val="28"/>
          <w:bdr w:val="none" w:sz="0" w:space="0" w:color="auto" w:frame="1"/>
          <w:lang w:val="kk-KZ"/>
        </w:rPr>
        <w:t>«Кітап оқитын ұлт»  жоба аясында сынып оқушыларының ұйымдастырылған кітап оқуға трендтер, жарнамалар, марафондар</w:t>
      </w:r>
      <w:r>
        <w:rPr>
          <w:bCs/>
          <w:bdr w:val="none" w:sz="0" w:space="0" w:color="auto" w:frame="1"/>
          <w:lang w:val="kk-KZ"/>
        </w:rPr>
        <w:t>.</w:t>
      </w:r>
    </w:p>
    <w:p w14:paraId="72B253D1" w14:textId="77777777" w:rsidR="00B62EDD" w:rsidRDefault="00B62EDD" w:rsidP="00B62EDD">
      <w:pPr>
        <w:jc w:val="both"/>
        <w:rPr>
          <w:bCs/>
          <w:bdr w:val="none" w:sz="0" w:space="0" w:color="auto" w:frame="1"/>
          <w:lang w:val="kk-KZ"/>
        </w:rPr>
      </w:pPr>
    </w:p>
    <w:p w14:paraId="5B78DAF7" w14:textId="2570C7EB" w:rsidR="00884E6F" w:rsidRPr="00B62EDD" w:rsidRDefault="00B81EDF" w:rsidP="00B62EDD">
      <w:pPr>
        <w:jc w:val="both"/>
        <w:rPr>
          <w:b/>
          <w:sz w:val="28"/>
          <w:szCs w:val="28"/>
          <w:lang w:val="kk-KZ"/>
        </w:rPr>
      </w:pPr>
      <w:r w:rsidRPr="00953F17">
        <w:rPr>
          <w:b/>
          <w:bCs/>
          <w:sz w:val="28"/>
          <w:szCs w:val="28"/>
          <w:lang w:val="kk-KZ"/>
        </w:rPr>
        <w:t>VII</w:t>
      </w:r>
      <w:r w:rsidR="00884E6F" w:rsidRPr="00A92F2D">
        <w:rPr>
          <w:b/>
          <w:bCs/>
          <w:sz w:val="28"/>
          <w:szCs w:val="28"/>
          <w:lang w:val="kk-KZ"/>
        </w:rPr>
        <w:t xml:space="preserve">. </w:t>
      </w:r>
      <w:r w:rsidR="00E8435A" w:rsidRPr="00E8435A">
        <w:rPr>
          <w:b/>
          <w:bCs/>
          <w:sz w:val="28"/>
          <w:szCs w:val="28"/>
          <w:lang w:val="kk-KZ"/>
        </w:rPr>
        <w:t>Компьютерлік тестілеу</w:t>
      </w:r>
    </w:p>
    <w:p w14:paraId="7EEF1460" w14:textId="07930F33" w:rsidR="00720C0E" w:rsidRDefault="00720C0E" w:rsidP="008B676C">
      <w:pPr>
        <w:ind w:right="1092"/>
        <w:rPr>
          <w:sz w:val="32"/>
          <w:lang w:val="kk-KZ"/>
        </w:rPr>
      </w:pPr>
    </w:p>
    <w:p w14:paraId="4157A7CF" w14:textId="48859A94" w:rsidR="002F20BE" w:rsidRPr="002F20BE" w:rsidRDefault="002F20BE" w:rsidP="000038CD">
      <w:pPr>
        <w:jc w:val="both"/>
        <w:rPr>
          <w:sz w:val="28"/>
          <w:szCs w:val="28"/>
          <w:lang w:val="kk-KZ"/>
        </w:rPr>
      </w:pPr>
      <w:r>
        <w:rPr>
          <w:sz w:val="28"/>
          <w:szCs w:val="28"/>
          <w:lang w:val="kk-KZ"/>
        </w:rPr>
        <w:t xml:space="preserve">        </w:t>
      </w:r>
      <w:r w:rsidRPr="002F20BE">
        <w:rPr>
          <w:sz w:val="28"/>
          <w:szCs w:val="28"/>
          <w:lang w:val="kk-KZ"/>
        </w:rPr>
        <w:t>Компьютерлік тестілеуге бі</w:t>
      </w:r>
      <w:r w:rsidR="00EA734A">
        <w:rPr>
          <w:sz w:val="28"/>
          <w:szCs w:val="28"/>
          <w:lang w:val="kk-KZ"/>
        </w:rPr>
        <w:t>лім алушылардың жалпы санының 93,26</w:t>
      </w:r>
      <w:r w:rsidRPr="002F20BE">
        <w:rPr>
          <w:sz w:val="28"/>
          <w:szCs w:val="28"/>
          <w:lang w:val="kk-KZ"/>
        </w:rPr>
        <w:t>%-ы қатысты.</w:t>
      </w:r>
      <w:r>
        <w:rPr>
          <w:sz w:val="28"/>
          <w:szCs w:val="28"/>
          <w:lang w:val="kk-KZ"/>
        </w:rPr>
        <w:t xml:space="preserve"> Атап айтқанда, 4-сыныптарда 113 білім алушының 105-сы – 92,92%, 9-</w:t>
      </w:r>
      <w:r>
        <w:rPr>
          <w:sz w:val="28"/>
          <w:szCs w:val="28"/>
          <w:lang w:val="kk-KZ"/>
        </w:rPr>
        <w:lastRenderedPageBreak/>
        <w:t xml:space="preserve">сыныптарда 80 білім алушының </w:t>
      </w:r>
      <w:r w:rsidR="00EA734A" w:rsidRPr="00EA734A">
        <w:rPr>
          <w:sz w:val="28"/>
          <w:szCs w:val="28"/>
          <w:lang w:val="kk-KZ"/>
        </w:rPr>
        <w:t>75</w:t>
      </w:r>
      <w:r w:rsidRPr="00EA734A">
        <w:rPr>
          <w:sz w:val="28"/>
          <w:szCs w:val="28"/>
          <w:lang w:val="kk-KZ"/>
        </w:rPr>
        <w:t xml:space="preserve">-і – </w:t>
      </w:r>
      <w:r w:rsidR="00EA734A" w:rsidRPr="00EA734A">
        <w:rPr>
          <w:sz w:val="28"/>
          <w:szCs w:val="28"/>
          <w:lang w:val="kk-KZ"/>
        </w:rPr>
        <w:t>93,75</w:t>
      </w:r>
      <w:r w:rsidRPr="00EA734A">
        <w:rPr>
          <w:sz w:val="28"/>
          <w:szCs w:val="28"/>
          <w:lang w:val="kk-KZ"/>
        </w:rPr>
        <w:t>% қатысты</w:t>
      </w:r>
      <w:r w:rsidRPr="002F20BE">
        <w:rPr>
          <w:sz w:val="28"/>
          <w:szCs w:val="28"/>
          <w:lang w:val="kk-KZ"/>
        </w:rPr>
        <w:t>. Бұл білім беру ұйымдарының өзін-өзі бағалауын ұйымдастыру және жүргізу жөнін</w:t>
      </w:r>
      <w:r>
        <w:rPr>
          <w:sz w:val="28"/>
          <w:szCs w:val="28"/>
          <w:lang w:val="kk-KZ"/>
        </w:rPr>
        <w:t>дегі әдістемелік ұсынымдардың 53</w:t>
      </w:r>
      <w:r w:rsidRPr="002F20BE">
        <w:rPr>
          <w:sz w:val="28"/>
          <w:szCs w:val="28"/>
          <w:lang w:val="kk-KZ"/>
        </w:rPr>
        <w:t>-тармағына сәйкес келеді.</w:t>
      </w:r>
    </w:p>
    <w:p w14:paraId="5ACD7EA6" w14:textId="0911F5E5" w:rsidR="002F20BE" w:rsidRPr="002F20BE" w:rsidRDefault="002F20BE" w:rsidP="000038CD">
      <w:pPr>
        <w:jc w:val="both"/>
        <w:rPr>
          <w:sz w:val="28"/>
          <w:szCs w:val="28"/>
          <w:lang w:val="kk-KZ"/>
        </w:rPr>
      </w:pPr>
      <w:r w:rsidRPr="002F20BE">
        <w:rPr>
          <w:sz w:val="28"/>
          <w:szCs w:val="28"/>
          <w:lang w:val="kk-KZ"/>
        </w:rPr>
        <w:t>Білім алушылар контингентінің тізімдік құрамынан «қанағаттанарлық» бағасынан төмен емес нәтиже көрсеткен білім алуш</w:t>
      </w:r>
      <w:r>
        <w:rPr>
          <w:sz w:val="28"/>
          <w:szCs w:val="28"/>
          <w:lang w:val="kk-KZ"/>
        </w:rPr>
        <w:t>ылардың үлесі 4-сыныптарда 91,48</w:t>
      </w:r>
      <w:r w:rsidRPr="002F20BE">
        <w:rPr>
          <w:sz w:val="28"/>
          <w:szCs w:val="28"/>
          <w:lang w:val="kk-KZ"/>
        </w:rPr>
        <w:t xml:space="preserve">%-ды, 9-сыныптарда </w:t>
      </w:r>
      <w:r w:rsidR="00EA734A" w:rsidRPr="00EA734A">
        <w:rPr>
          <w:sz w:val="28"/>
          <w:szCs w:val="28"/>
          <w:lang w:val="kk-KZ"/>
        </w:rPr>
        <w:t>97</w:t>
      </w:r>
      <w:r w:rsidR="00F0438E">
        <w:rPr>
          <w:sz w:val="28"/>
          <w:szCs w:val="28"/>
          <w:lang w:val="kk-KZ"/>
        </w:rPr>
        <w:t>,3</w:t>
      </w:r>
      <w:r w:rsidRPr="002F20BE">
        <w:rPr>
          <w:sz w:val="28"/>
          <w:szCs w:val="28"/>
          <w:lang w:val="kk-KZ"/>
        </w:rPr>
        <w:t>%-ды құрады. Бұл көрсеткіштер бастауыш және негізгі орта білім берудің мемлекеттік жалпыға міндетті стандарттарының талаптарына сәйкес келеді.</w:t>
      </w:r>
    </w:p>
    <w:p w14:paraId="188086F7" w14:textId="77777777" w:rsidR="002F20BE" w:rsidRPr="002F20BE" w:rsidRDefault="002F20BE" w:rsidP="000038CD">
      <w:pPr>
        <w:jc w:val="both"/>
        <w:rPr>
          <w:sz w:val="28"/>
          <w:szCs w:val="28"/>
        </w:rPr>
      </w:pPr>
      <w:r w:rsidRPr="002F20BE">
        <w:rPr>
          <w:sz w:val="28"/>
          <w:szCs w:val="28"/>
        </w:rPr>
        <w:t>Орташа балл:</w:t>
      </w:r>
    </w:p>
    <w:p w14:paraId="15C67159" w14:textId="1F8925FD" w:rsidR="002F20BE" w:rsidRPr="002F20BE" w:rsidRDefault="002F20BE" w:rsidP="000038CD">
      <w:pPr>
        <w:jc w:val="both"/>
        <w:rPr>
          <w:sz w:val="28"/>
          <w:szCs w:val="28"/>
        </w:rPr>
      </w:pPr>
      <w:r>
        <w:rPr>
          <w:sz w:val="28"/>
          <w:szCs w:val="28"/>
        </w:rPr>
        <w:t>4-сыныптар – 20,28</w:t>
      </w:r>
      <w:r w:rsidRPr="002F20BE">
        <w:rPr>
          <w:sz w:val="28"/>
          <w:szCs w:val="28"/>
        </w:rPr>
        <w:t xml:space="preserve"> балл;</w:t>
      </w:r>
    </w:p>
    <w:p w14:paraId="78F71EF9" w14:textId="7376F6F8" w:rsidR="002F20BE" w:rsidRPr="002F20BE" w:rsidRDefault="002F20BE" w:rsidP="000038CD">
      <w:pPr>
        <w:jc w:val="both"/>
        <w:rPr>
          <w:sz w:val="28"/>
          <w:szCs w:val="28"/>
        </w:rPr>
      </w:pPr>
      <w:r w:rsidRPr="002F20BE">
        <w:rPr>
          <w:sz w:val="28"/>
          <w:szCs w:val="28"/>
        </w:rPr>
        <w:t xml:space="preserve">9-сыныптар – </w:t>
      </w:r>
      <w:r w:rsidR="00EA734A" w:rsidRPr="00EA734A">
        <w:rPr>
          <w:sz w:val="28"/>
          <w:szCs w:val="28"/>
        </w:rPr>
        <w:t>41,55</w:t>
      </w:r>
      <w:r w:rsidRPr="002F20BE">
        <w:rPr>
          <w:sz w:val="28"/>
          <w:szCs w:val="28"/>
        </w:rPr>
        <w:t xml:space="preserve"> балл.</w:t>
      </w:r>
    </w:p>
    <w:p w14:paraId="3B6C26C6" w14:textId="070579A5" w:rsidR="002F20BE" w:rsidRPr="002F20BE" w:rsidRDefault="002F20BE" w:rsidP="000038CD">
      <w:pPr>
        <w:jc w:val="both"/>
        <w:rPr>
          <w:sz w:val="28"/>
          <w:szCs w:val="28"/>
        </w:rPr>
      </w:pPr>
      <w:r w:rsidRPr="002F20BE">
        <w:rPr>
          <w:sz w:val="28"/>
          <w:szCs w:val="28"/>
        </w:rPr>
        <w:t xml:space="preserve">Барлық тестіленген бағыттар бойынша оң нәтижелердің үлесі </w:t>
      </w:r>
      <w:r w:rsidR="00F0438E">
        <w:rPr>
          <w:sz w:val="28"/>
          <w:szCs w:val="28"/>
          <w:lang w:val="kk-KZ"/>
        </w:rPr>
        <w:t>93,8</w:t>
      </w:r>
      <w:r w:rsidRPr="002F20BE">
        <w:rPr>
          <w:sz w:val="28"/>
          <w:szCs w:val="28"/>
        </w:rPr>
        <w:t>%-ды құрады.</w:t>
      </w:r>
    </w:p>
    <w:p w14:paraId="3F185E8F" w14:textId="77777777" w:rsidR="002F20BE" w:rsidRPr="002F20BE" w:rsidRDefault="002F20BE" w:rsidP="000038CD">
      <w:pPr>
        <w:jc w:val="both"/>
        <w:rPr>
          <w:sz w:val="28"/>
          <w:szCs w:val="28"/>
        </w:rPr>
      </w:pPr>
      <w:r w:rsidRPr="002F20BE">
        <w:rPr>
          <w:sz w:val="28"/>
          <w:szCs w:val="28"/>
        </w:rPr>
        <w:t>Компьютерлік тестілеу төмендегі пәндер бойынша өткізілді:</w:t>
      </w:r>
    </w:p>
    <w:p w14:paraId="24F06B9E" w14:textId="6D348EEF" w:rsidR="002F20BE" w:rsidRPr="002F20BE" w:rsidRDefault="002F20BE" w:rsidP="000038CD">
      <w:pPr>
        <w:jc w:val="both"/>
        <w:rPr>
          <w:sz w:val="28"/>
          <w:szCs w:val="28"/>
        </w:rPr>
      </w:pPr>
      <w:r w:rsidRPr="002F20BE">
        <w:rPr>
          <w:sz w:val="28"/>
          <w:szCs w:val="28"/>
        </w:rPr>
        <w:t>4-сын</w:t>
      </w:r>
      <w:r>
        <w:rPr>
          <w:sz w:val="28"/>
          <w:szCs w:val="28"/>
        </w:rPr>
        <w:t>ыптарда: оқыту тілі (қазақ тілі</w:t>
      </w:r>
      <w:r w:rsidRPr="002F20BE">
        <w:rPr>
          <w:sz w:val="28"/>
          <w:szCs w:val="28"/>
        </w:rPr>
        <w:t>), математика;</w:t>
      </w:r>
    </w:p>
    <w:p w14:paraId="365D53CE" w14:textId="545F9E5B" w:rsidR="002F20BE" w:rsidRPr="00EA734A" w:rsidRDefault="002F20BE" w:rsidP="000038CD">
      <w:pPr>
        <w:jc w:val="both"/>
        <w:rPr>
          <w:sz w:val="28"/>
          <w:szCs w:val="28"/>
          <w:lang w:val="kk-KZ"/>
        </w:rPr>
      </w:pPr>
      <w:r w:rsidRPr="002F20BE">
        <w:rPr>
          <w:sz w:val="28"/>
          <w:szCs w:val="28"/>
        </w:rPr>
        <w:t>9-сын</w:t>
      </w:r>
      <w:r>
        <w:rPr>
          <w:sz w:val="28"/>
          <w:szCs w:val="28"/>
        </w:rPr>
        <w:t>ыптарда: оқыту тілі (қазақ тілі</w:t>
      </w:r>
      <w:r w:rsidRPr="002F20BE">
        <w:rPr>
          <w:sz w:val="28"/>
          <w:szCs w:val="28"/>
        </w:rPr>
        <w:t xml:space="preserve">), математика, </w:t>
      </w:r>
      <w:r w:rsidR="00EA734A">
        <w:rPr>
          <w:sz w:val="28"/>
          <w:szCs w:val="28"/>
          <w:lang w:val="kk-KZ"/>
        </w:rPr>
        <w:t>қазақ әдебиеті, ағылшын тілі, дүниежүзі тарихы.</w:t>
      </w:r>
    </w:p>
    <w:p w14:paraId="3564E3A6" w14:textId="40AB3EDC" w:rsidR="002F20BE" w:rsidRDefault="002F20BE" w:rsidP="000038CD">
      <w:pPr>
        <w:jc w:val="both"/>
        <w:rPr>
          <w:sz w:val="28"/>
          <w:szCs w:val="28"/>
        </w:rPr>
      </w:pPr>
      <w:r w:rsidRPr="00EA734A">
        <w:rPr>
          <w:sz w:val="28"/>
          <w:szCs w:val="28"/>
          <w:lang w:val="kk-KZ"/>
        </w:rPr>
        <w:t xml:space="preserve">Тестілеу Білім саласында сапаны қамтамасыз ету департаменті (БССҚД) өкілінің қатысуымен өткізілді. </w:t>
      </w:r>
      <w:r w:rsidRPr="002F20BE">
        <w:rPr>
          <w:sz w:val="28"/>
          <w:szCs w:val="28"/>
        </w:rPr>
        <w:t>Тестілеу барысында бейнежазба үздіксіз жүргізілді.</w:t>
      </w:r>
    </w:p>
    <w:p w14:paraId="000B0F26" w14:textId="77777777" w:rsidR="002F20BE" w:rsidRDefault="002F20BE" w:rsidP="000038CD">
      <w:pPr>
        <w:jc w:val="both"/>
        <w:rPr>
          <w:sz w:val="28"/>
          <w:szCs w:val="28"/>
          <w:lang w:val="kk-KZ"/>
        </w:rPr>
      </w:pPr>
      <w:r>
        <w:rPr>
          <w:sz w:val="28"/>
          <w:szCs w:val="28"/>
          <w:lang w:val="kk-KZ"/>
        </w:rPr>
        <w:t xml:space="preserve"> </w:t>
      </w:r>
    </w:p>
    <w:p w14:paraId="3C5BB315" w14:textId="77777777" w:rsidR="00F0438E" w:rsidRDefault="00F0438E" w:rsidP="000038CD">
      <w:pPr>
        <w:jc w:val="both"/>
        <w:rPr>
          <w:sz w:val="28"/>
          <w:szCs w:val="28"/>
          <w:lang w:val="kk-KZ"/>
        </w:rPr>
      </w:pPr>
    </w:p>
    <w:p w14:paraId="51592774" w14:textId="17758A2F" w:rsidR="000038CD" w:rsidRDefault="00F0438E" w:rsidP="000038CD">
      <w:pPr>
        <w:jc w:val="both"/>
        <w:rPr>
          <w:sz w:val="28"/>
          <w:szCs w:val="28"/>
          <w:lang w:val="kk-KZ"/>
        </w:rPr>
      </w:pPr>
      <w:r w:rsidRPr="00F0438E">
        <w:rPr>
          <w:noProof/>
          <w:lang w:eastAsia="ru-RU"/>
        </w:rPr>
        <w:drawing>
          <wp:inline distT="0" distB="0" distL="0" distR="0" wp14:anchorId="6F5BAAC7" wp14:editId="747CDAA5">
            <wp:extent cx="6570345" cy="2052747"/>
            <wp:effectExtent l="0" t="0" r="1905" b="5080"/>
            <wp:docPr id="454" name="Рисунок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05">
                      <a:extLst>
                        <a:ext uri="{28A0092B-C50C-407E-A947-70E740481C1C}">
                          <a14:useLocalDpi xmlns:a14="http://schemas.microsoft.com/office/drawing/2010/main" val="0"/>
                        </a:ext>
                      </a:extLst>
                    </a:blip>
                    <a:srcRect/>
                    <a:stretch>
                      <a:fillRect/>
                    </a:stretch>
                  </pic:blipFill>
                  <pic:spPr bwMode="auto">
                    <a:xfrm>
                      <a:off x="0" y="0"/>
                      <a:ext cx="6570345" cy="2052747"/>
                    </a:xfrm>
                    <a:prstGeom prst="rect">
                      <a:avLst/>
                    </a:prstGeom>
                    <a:noFill/>
                    <a:ln>
                      <a:noFill/>
                    </a:ln>
                  </pic:spPr>
                </pic:pic>
              </a:graphicData>
            </a:graphic>
          </wp:inline>
        </w:drawing>
      </w:r>
    </w:p>
    <w:p w14:paraId="0B1D35A5" w14:textId="77777777" w:rsidR="00F0438E" w:rsidRDefault="00F0438E" w:rsidP="000038CD">
      <w:pPr>
        <w:jc w:val="both"/>
        <w:rPr>
          <w:sz w:val="28"/>
          <w:szCs w:val="28"/>
          <w:lang w:val="kk-KZ"/>
        </w:rPr>
      </w:pPr>
    </w:p>
    <w:p w14:paraId="2189829E" w14:textId="3612D25E" w:rsidR="002F20BE" w:rsidRPr="000038CD" w:rsidRDefault="000038CD" w:rsidP="000038CD">
      <w:pPr>
        <w:jc w:val="both"/>
        <w:rPr>
          <w:sz w:val="28"/>
          <w:szCs w:val="28"/>
          <w:lang w:val="kk-KZ"/>
        </w:rPr>
      </w:pPr>
      <w:r w:rsidRPr="000038CD">
        <w:rPr>
          <w:sz w:val="28"/>
          <w:szCs w:val="28"/>
          <w:lang w:val="kk-KZ"/>
        </w:rPr>
        <w:t xml:space="preserve">Барлық тестіленген бағыттар бойынша оң нәтижелердің үлесі </w:t>
      </w:r>
      <w:r w:rsidR="00EA734A">
        <w:rPr>
          <w:sz w:val="28"/>
          <w:szCs w:val="28"/>
          <w:lang w:val="kk-KZ"/>
        </w:rPr>
        <w:t>93,8</w:t>
      </w:r>
      <w:r w:rsidRPr="000038CD">
        <w:rPr>
          <w:sz w:val="28"/>
          <w:szCs w:val="28"/>
          <w:lang w:val="kk-KZ"/>
        </w:rPr>
        <w:t>%-ды құрады.</w:t>
      </w:r>
    </w:p>
    <w:p w14:paraId="2FBABAAC" w14:textId="2986CA4F" w:rsidR="002F20BE" w:rsidRPr="00505C7A" w:rsidRDefault="002F20BE" w:rsidP="00505C7A">
      <w:pPr>
        <w:ind w:right="141"/>
        <w:jc w:val="both"/>
        <w:rPr>
          <w:b/>
          <w:sz w:val="24"/>
          <w:szCs w:val="24"/>
          <w:lang w:val="kk-KZ"/>
        </w:rPr>
      </w:pPr>
    </w:p>
    <w:p w14:paraId="7CEF1CA3" w14:textId="77777777" w:rsidR="00505C7A" w:rsidRDefault="00505C7A" w:rsidP="000038CD">
      <w:pPr>
        <w:ind w:right="1092"/>
        <w:jc w:val="both"/>
        <w:rPr>
          <w:sz w:val="32"/>
          <w:lang w:val="kk-KZ"/>
        </w:rPr>
      </w:pPr>
    </w:p>
    <w:p w14:paraId="21F55883" w14:textId="23CCD102" w:rsidR="002F20BE" w:rsidRPr="000038CD" w:rsidRDefault="000038CD" w:rsidP="000038CD">
      <w:pPr>
        <w:ind w:right="1092"/>
        <w:jc w:val="both"/>
        <w:rPr>
          <w:sz w:val="28"/>
          <w:szCs w:val="28"/>
          <w:lang w:val="kk-KZ"/>
        </w:rPr>
      </w:pPr>
      <w:r w:rsidRPr="000038CD">
        <w:rPr>
          <w:sz w:val="28"/>
          <w:szCs w:val="28"/>
          <w:lang w:val="kk-KZ"/>
        </w:rPr>
        <w:t>4-сынып білім алушыларының компьютерлік тестілеу нәтижелерінің ведомосі:</w:t>
      </w:r>
    </w:p>
    <w:p w14:paraId="0D21414D" w14:textId="76D19236" w:rsidR="000038CD" w:rsidRPr="00F0438E" w:rsidRDefault="000038CD" w:rsidP="00F0438E">
      <w:pPr>
        <w:ind w:left="-142" w:right="141"/>
        <w:jc w:val="both"/>
        <w:rPr>
          <w:b/>
          <w:sz w:val="24"/>
          <w:szCs w:val="24"/>
          <w:lang w:val="kk-KZ"/>
        </w:rPr>
      </w:pPr>
      <w:r>
        <w:rPr>
          <w:sz w:val="24"/>
          <w:szCs w:val="24"/>
          <w:lang w:val="kk-KZ"/>
        </w:rPr>
        <w:t xml:space="preserve">      </w:t>
      </w:r>
    </w:p>
    <w:p w14:paraId="037B01D0" w14:textId="5A0501C1" w:rsidR="000038CD" w:rsidRPr="00F0438E" w:rsidRDefault="000038CD" w:rsidP="00F0438E">
      <w:pPr>
        <w:ind w:left="-284" w:right="141"/>
        <w:jc w:val="both"/>
        <w:rPr>
          <w:b/>
          <w:sz w:val="24"/>
          <w:szCs w:val="24"/>
          <w:lang w:val="kk-KZ"/>
        </w:rPr>
      </w:pPr>
      <w:r w:rsidRPr="00F0438E">
        <w:rPr>
          <w:b/>
          <w:sz w:val="24"/>
          <w:szCs w:val="24"/>
          <w:lang w:val="kk-KZ"/>
        </w:rPr>
        <w:t xml:space="preserve"> </w:t>
      </w:r>
    </w:p>
    <w:p w14:paraId="0B81DA05" w14:textId="1A7B1ABE" w:rsidR="000038CD" w:rsidRDefault="000038CD" w:rsidP="000038CD">
      <w:pPr>
        <w:ind w:right="1092"/>
        <w:jc w:val="both"/>
        <w:rPr>
          <w:sz w:val="28"/>
          <w:szCs w:val="28"/>
          <w:lang w:val="kk-KZ"/>
        </w:rPr>
      </w:pPr>
      <w:r w:rsidRPr="000038CD">
        <w:rPr>
          <w:sz w:val="28"/>
          <w:szCs w:val="28"/>
          <w:lang w:val="kk-KZ"/>
        </w:rPr>
        <w:t>9-сынып білім алушыларының компьютерлік тестілеу нәтижелерінің ведомосі:</w:t>
      </w:r>
    </w:p>
    <w:p w14:paraId="5EC7DB68" w14:textId="2EBEBBCD" w:rsidR="008B676C" w:rsidRDefault="008B676C" w:rsidP="00F0438E">
      <w:pPr>
        <w:ind w:right="141"/>
        <w:rPr>
          <w:b/>
          <w:sz w:val="24"/>
          <w:szCs w:val="24"/>
          <w:lang w:val="kk-KZ"/>
        </w:rPr>
      </w:pPr>
    </w:p>
    <w:p w14:paraId="03A69E4D" w14:textId="77777777" w:rsidR="00F0438E" w:rsidRPr="00F0438E" w:rsidRDefault="00F0438E" w:rsidP="00F0438E">
      <w:pPr>
        <w:ind w:right="141"/>
        <w:rPr>
          <w:b/>
          <w:sz w:val="24"/>
          <w:szCs w:val="24"/>
          <w:lang w:val="kk-KZ"/>
        </w:rPr>
      </w:pPr>
    </w:p>
    <w:p w14:paraId="0A0DC9B1" w14:textId="25F4AA6F" w:rsidR="008B676C" w:rsidRDefault="008B676C" w:rsidP="000038CD">
      <w:pPr>
        <w:pStyle w:val="TableParagraph"/>
        <w:jc w:val="both"/>
        <w:rPr>
          <w:b/>
          <w:sz w:val="28"/>
          <w:szCs w:val="28"/>
          <w:lang w:val="kk-KZ" w:eastAsia="ru-RU"/>
        </w:rPr>
      </w:pPr>
      <w:r w:rsidRPr="00953F17">
        <w:rPr>
          <w:b/>
          <w:bCs/>
          <w:sz w:val="28"/>
          <w:szCs w:val="28"/>
          <w:lang w:val="kk-KZ" w:eastAsia="ru-RU"/>
        </w:rPr>
        <w:t>VIII</w:t>
      </w:r>
      <w:r w:rsidRPr="00002FE8">
        <w:rPr>
          <w:b/>
          <w:sz w:val="28"/>
          <w:szCs w:val="28"/>
          <w:lang w:val="kk-KZ" w:eastAsia="ru-RU"/>
        </w:rPr>
        <w:t xml:space="preserve"> Кемшіліктер мен ескертулер, оларды жою жолдары</w:t>
      </w:r>
    </w:p>
    <w:p w14:paraId="363B1913" w14:textId="77777777" w:rsidR="00E256DB" w:rsidRDefault="00E256DB" w:rsidP="000038CD">
      <w:pPr>
        <w:pStyle w:val="TableParagraph"/>
        <w:jc w:val="both"/>
        <w:rPr>
          <w:b/>
          <w:sz w:val="28"/>
          <w:szCs w:val="28"/>
          <w:lang w:val="kk-KZ" w:eastAsia="ru-RU"/>
        </w:rPr>
      </w:pPr>
    </w:p>
    <w:p w14:paraId="2C0087C9" w14:textId="13A315AB" w:rsidR="00E256DB" w:rsidRPr="00E256DB" w:rsidRDefault="00E256DB" w:rsidP="00E256DB">
      <w:pPr>
        <w:jc w:val="both"/>
        <w:rPr>
          <w:sz w:val="28"/>
          <w:szCs w:val="28"/>
          <w:lang w:val="kk-KZ" w:eastAsia="ru-RU"/>
        </w:rPr>
      </w:pPr>
      <w:r w:rsidRPr="00E256DB">
        <w:rPr>
          <w:b/>
          <w:bCs/>
          <w:sz w:val="28"/>
          <w:szCs w:val="28"/>
          <w:lang w:val="kk-KZ" w:eastAsia="ru-RU"/>
        </w:rPr>
        <w:t>1.</w:t>
      </w:r>
      <w:r w:rsidRPr="00E256DB">
        <w:rPr>
          <w:sz w:val="28"/>
          <w:szCs w:val="28"/>
          <w:lang w:val="kk-KZ" w:eastAsia="ru-RU"/>
        </w:rPr>
        <w:t xml:space="preserve"> </w:t>
      </w:r>
      <w:r w:rsidR="00FD4D57" w:rsidRPr="00FD4D57">
        <w:rPr>
          <w:sz w:val="28"/>
          <w:szCs w:val="28"/>
          <w:lang w:val="kk-KZ" w:eastAsia="ru-RU"/>
        </w:rPr>
        <w:t xml:space="preserve">Педагог-сарапшы, педагог-зерттеуші, педагог-шебер біліктілік санаттары бар педагогтердің үлесінің </w:t>
      </w:r>
      <w:r w:rsidR="00FD4D57">
        <w:rPr>
          <w:sz w:val="28"/>
          <w:szCs w:val="28"/>
          <w:lang w:val="kk-KZ" w:eastAsia="ru-RU"/>
        </w:rPr>
        <w:t>аздығы</w:t>
      </w:r>
      <w:r w:rsidRPr="00E256DB">
        <w:rPr>
          <w:sz w:val="28"/>
          <w:szCs w:val="28"/>
          <w:lang w:val="kk-KZ" w:eastAsia="ru-RU"/>
        </w:rPr>
        <w:t>.</w:t>
      </w:r>
    </w:p>
    <w:p w14:paraId="2B65FA32" w14:textId="3F8BAE57" w:rsidR="00E256DB" w:rsidRDefault="00E256DB" w:rsidP="00E256DB">
      <w:pPr>
        <w:jc w:val="both"/>
        <w:rPr>
          <w:sz w:val="28"/>
          <w:szCs w:val="28"/>
          <w:lang w:val="kk-KZ" w:eastAsia="ru-RU"/>
        </w:rPr>
      </w:pPr>
      <w:r w:rsidRPr="00E256DB">
        <w:rPr>
          <w:b/>
          <w:bCs/>
          <w:sz w:val="28"/>
          <w:szCs w:val="28"/>
          <w:lang w:val="kk-KZ" w:eastAsia="ru-RU"/>
        </w:rPr>
        <w:t>Жою жолдары:</w:t>
      </w:r>
      <w:r w:rsidRPr="00E256DB">
        <w:rPr>
          <w:sz w:val="28"/>
          <w:szCs w:val="28"/>
          <w:lang w:val="kk-KZ" w:eastAsia="ru-RU"/>
        </w:rPr>
        <w:t xml:space="preserve"> Педагогтердің кәсіби біліктілігін арттыру, жоғары біліктілік </w:t>
      </w:r>
      <w:r w:rsidRPr="00E256DB">
        <w:rPr>
          <w:sz w:val="28"/>
          <w:szCs w:val="28"/>
          <w:lang w:val="kk-KZ" w:eastAsia="ru-RU"/>
        </w:rPr>
        <w:lastRenderedPageBreak/>
        <w:t>санаттарына өтуге әдістемелік қолдау көрсету және тәжірибе алмасу жұмыстарын жандандыру.</w:t>
      </w:r>
    </w:p>
    <w:p w14:paraId="6CAC2222" w14:textId="77777777" w:rsidR="00FD4D57" w:rsidRPr="00E256DB" w:rsidRDefault="00FD4D57" w:rsidP="00E256DB">
      <w:pPr>
        <w:jc w:val="both"/>
        <w:rPr>
          <w:sz w:val="28"/>
          <w:szCs w:val="28"/>
          <w:lang w:val="kk-KZ" w:eastAsia="ru-RU"/>
        </w:rPr>
      </w:pPr>
    </w:p>
    <w:p w14:paraId="0D3696FB" w14:textId="73DDAACB" w:rsidR="00FD4D57" w:rsidRPr="00FD4D57" w:rsidRDefault="00E256DB" w:rsidP="00FD4D57">
      <w:pPr>
        <w:ind w:right="-1"/>
        <w:jc w:val="both"/>
        <w:rPr>
          <w:sz w:val="28"/>
          <w:szCs w:val="28"/>
          <w:lang w:val="kk-KZ"/>
        </w:rPr>
      </w:pPr>
      <w:r w:rsidRPr="00E256DB">
        <w:rPr>
          <w:b/>
          <w:bCs/>
          <w:sz w:val="28"/>
          <w:szCs w:val="28"/>
          <w:lang w:val="kk-KZ" w:eastAsia="ru-RU"/>
        </w:rPr>
        <w:t>2.</w:t>
      </w:r>
      <w:r w:rsidRPr="00E256DB">
        <w:rPr>
          <w:sz w:val="28"/>
          <w:szCs w:val="28"/>
          <w:lang w:val="kk-KZ" w:eastAsia="ru-RU"/>
        </w:rPr>
        <w:t xml:space="preserve"> </w:t>
      </w:r>
      <w:r w:rsidR="00FD4D57" w:rsidRPr="00FD4D57">
        <w:rPr>
          <w:w w:val="110"/>
          <w:sz w:val="28"/>
          <w:szCs w:val="28"/>
          <w:lang w:val="kk-KZ"/>
        </w:rPr>
        <w:t>Сыныптардың</w:t>
      </w:r>
      <w:r w:rsidR="00FD4D57" w:rsidRPr="00FD4D57">
        <w:rPr>
          <w:spacing w:val="-13"/>
          <w:w w:val="110"/>
          <w:sz w:val="28"/>
          <w:szCs w:val="28"/>
          <w:lang w:val="kk-KZ"/>
        </w:rPr>
        <w:t xml:space="preserve"> </w:t>
      </w:r>
      <w:r w:rsidR="00FD4D57" w:rsidRPr="00FD4D57">
        <w:rPr>
          <w:w w:val="110"/>
          <w:sz w:val="28"/>
          <w:szCs w:val="28"/>
          <w:lang w:val="kk-KZ"/>
        </w:rPr>
        <w:t>толымдылығына және оларды топтарға бөлуге қойылатын</w:t>
      </w:r>
      <w:r w:rsidR="00FD4D57" w:rsidRPr="00FD4D57">
        <w:rPr>
          <w:spacing w:val="-4"/>
          <w:w w:val="110"/>
          <w:sz w:val="28"/>
          <w:szCs w:val="28"/>
          <w:lang w:val="kk-KZ"/>
        </w:rPr>
        <w:t xml:space="preserve"> </w:t>
      </w:r>
      <w:r w:rsidR="00FD4D57" w:rsidRPr="00FD4D57">
        <w:rPr>
          <w:w w:val="110"/>
          <w:sz w:val="28"/>
          <w:szCs w:val="28"/>
          <w:lang w:val="kk-KZ"/>
        </w:rPr>
        <w:t>МЖМБС талаптарының</w:t>
      </w:r>
      <w:r w:rsidR="00FD4D57" w:rsidRPr="00FD4D57">
        <w:rPr>
          <w:spacing w:val="-4"/>
          <w:w w:val="110"/>
          <w:sz w:val="28"/>
          <w:szCs w:val="28"/>
          <w:lang w:val="kk-KZ"/>
        </w:rPr>
        <w:t xml:space="preserve"> </w:t>
      </w:r>
      <w:r w:rsidR="00FD4D57">
        <w:rPr>
          <w:w w:val="110"/>
          <w:sz w:val="28"/>
          <w:szCs w:val="28"/>
          <w:lang w:val="kk-KZ"/>
        </w:rPr>
        <w:t>сақталмауы</w:t>
      </w:r>
      <w:r w:rsidR="00FD4D57" w:rsidRPr="00FD4D57">
        <w:rPr>
          <w:sz w:val="28"/>
          <w:szCs w:val="28"/>
          <w:lang w:val="kk-KZ" w:eastAsia="ru-RU"/>
        </w:rPr>
        <w:t xml:space="preserve"> ата-аналар тарапынан сұраныстың жоғары болуына </w:t>
      </w:r>
      <w:r w:rsidR="00FD4D57">
        <w:rPr>
          <w:sz w:val="28"/>
          <w:szCs w:val="28"/>
          <w:lang w:val="kk-KZ" w:eastAsia="ru-RU"/>
        </w:rPr>
        <w:t>байланысты,</w:t>
      </w:r>
      <w:r w:rsidR="00FD4D57" w:rsidRPr="00FD4D57">
        <w:rPr>
          <w:sz w:val="28"/>
          <w:szCs w:val="28"/>
          <w:lang w:val="kk-KZ" w:eastAsia="ru-RU"/>
        </w:rPr>
        <w:t xml:space="preserve"> </w:t>
      </w:r>
      <w:r w:rsidR="00FD4D57" w:rsidRPr="00FD4D57">
        <w:rPr>
          <w:sz w:val="28"/>
          <w:szCs w:val="28"/>
          <w:lang w:val="kk-KZ"/>
        </w:rPr>
        <w:t>өзге шағынаудандарда тұратын оқушылардың осы мектепте білім алуға қызығушылық танытып, ауысып келуі де оқушылар контингент</w:t>
      </w:r>
      <w:r w:rsidR="00FD4D57">
        <w:rPr>
          <w:sz w:val="28"/>
          <w:szCs w:val="28"/>
          <w:lang w:val="kk-KZ"/>
        </w:rPr>
        <w:t>інің ұлғаюына себеп болып отыр.</w:t>
      </w:r>
    </w:p>
    <w:p w14:paraId="1E4C1708" w14:textId="61E24DE1" w:rsidR="008B676C" w:rsidRPr="00FD4D57" w:rsidRDefault="00FD4D57" w:rsidP="00FD4D57">
      <w:pPr>
        <w:pStyle w:val="TableParagraph"/>
        <w:jc w:val="both"/>
        <w:rPr>
          <w:b/>
          <w:bCs/>
          <w:sz w:val="28"/>
          <w:szCs w:val="28"/>
          <w:lang w:val="kk-KZ" w:eastAsia="ru-RU"/>
        </w:rPr>
      </w:pPr>
      <w:r w:rsidRPr="00E256DB">
        <w:rPr>
          <w:b/>
          <w:bCs/>
          <w:sz w:val="28"/>
          <w:szCs w:val="28"/>
          <w:lang w:val="kk-KZ" w:eastAsia="ru-RU"/>
        </w:rPr>
        <w:t>Жою жолдары:</w:t>
      </w:r>
      <w:r>
        <w:rPr>
          <w:b/>
          <w:bCs/>
          <w:sz w:val="28"/>
          <w:szCs w:val="28"/>
          <w:lang w:val="kk-KZ" w:eastAsia="ru-RU"/>
        </w:rPr>
        <w:t xml:space="preserve"> </w:t>
      </w:r>
      <w:r w:rsidRPr="00FD4D57">
        <w:rPr>
          <w:sz w:val="28"/>
          <w:szCs w:val="28"/>
          <w:lang w:val="kk-KZ"/>
        </w:rPr>
        <w:t xml:space="preserve">Сыныптардың толымдылығын қолданыстағы нормативтік талаптарға сәйкестендіру мақсатында білім бөлімімен бірлесіп оқушылар контингентін реттеу жұмыстарын жүргізу. </w:t>
      </w:r>
    </w:p>
    <w:p w14:paraId="02546EE6" w14:textId="79059A4E" w:rsidR="00FD4D57" w:rsidRPr="00FD4D57" w:rsidRDefault="00FD4D57" w:rsidP="00FD4D57">
      <w:pPr>
        <w:ind w:right="-1"/>
        <w:jc w:val="both"/>
        <w:rPr>
          <w:sz w:val="28"/>
          <w:szCs w:val="28"/>
          <w:lang w:val="kk-KZ"/>
        </w:rPr>
      </w:pPr>
    </w:p>
    <w:p w14:paraId="1B472F8D" w14:textId="59593168" w:rsidR="008B676C" w:rsidRPr="00953F17" w:rsidRDefault="00002FE8" w:rsidP="000038CD">
      <w:pPr>
        <w:pStyle w:val="TableParagraph"/>
        <w:jc w:val="both"/>
        <w:rPr>
          <w:b/>
          <w:sz w:val="28"/>
          <w:szCs w:val="28"/>
          <w:lang w:val="kk-KZ" w:eastAsia="ru-RU"/>
        </w:rPr>
      </w:pPr>
      <w:r w:rsidRPr="00953F17">
        <w:rPr>
          <w:b/>
          <w:bCs/>
          <w:sz w:val="28"/>
          <w:szCs w:val="28"/>
          <w:lang w:val="kk-KZ" w:eastAsia="ru-RU"/>
        </w:rPr>
        <w:t>IX</w:t>
      </w:r>
      <w:r w:rsidR="008B676C" w:rsidRPr="00953F17">
        <w:rPr>
          <w:b/>
          <w:lang w:val="kk-KZ" w:eastAsia="ru-RU"/>
        </w:rPr>
        <w:t xml:space="preserve">. </w:t>
      </w:r>
      <w:r w:rsidR="008B676C" w:rsidRPr="00953F17">
        <w:rPr>
          <w:b/>
          <w:sz w:val="28"/>
          <w:szCs w:val="28"/>
          <w:lang w:val="kk-KZ" w:eastAsia="ru-RU"/>
        </w:rPr>
        <w:t>Қорытындылар мен ұсыныстар:</w:t>
      </w:r>
    </w:p>
    <w:p w14:paraId="14F8054C" w14:textId="5720ACB0" w:rsidR="008B676C" w:rsidRPr="00953F17" w:rsidRDefault="008B676C" w:rsidP="000038CD">
      <w:pPr>
        <w:pStyle w:val="TableParagraph"/>
        <w:jc w:val="both"/>
        <w:rPr>
          <w:sz w:val="28"/>
          <w:szCs w:val="28"/>
          <w:lang w:val="kk-KZ" w:eastAsia="ru-RU"/>
        </w:rPr>
      </w:pPr>
      <w:r w:rsidRPr="00953F17">
        <w:rPr>
          <w:sz w:val="28"/>
          <w:szCs w:val="28"/>
          <w:lang w:val="kk-KZ" w:eastAsia="ru-RU"/>
        </w:rPr>
        <w:t>Қазақстан Республи</w:t>
      </w:r>
      <w:r w:rsidR="007632C3">
        <w:rPr>
          <w:sz w:val="28"/>
          <w:szCs w:val="28"/>
          <w:lang w:val="kk-KZ" w:eastAsia="ru-RU"/>
        </w:rPr>
        <w:t xml:space="preserve">касы Оқу-ағарту министрінің 2026 жылғы </w:t>
      </w:r>
      <w:r w:rsidR="00276A4F">
        <w:rPr>
          <w:sz w:val="28"/>
          <w:szCs w:val="28"/>
          <w:lang w:val="kk-KZ" w:eastAsia="ru-RU"/>
        </w:rPr>
        <w:t>30 сәуірдегі</w:t>
      </w:r>
      <w:r w:rsidR="007632C3">
        <w:rPr>
          <w:sz w:val="28"/>
          <w:szCs w:val="28"/>
          <w:lang w:val="kk-KZ" w:eastAsia="ru-RU"/>
        </w:rPr>
        <w:t xml:space="preserve"> №114</w:t>
      </w:r>
      <w:r w:rsidRPr="00953F17">
        <w:rPr>
          <w:sz w:val="28"/>
          <w:szCs w:val="28"/>
          <w:lang w:val="kk-KZ" w:eastAsia="ru-RU"/>
        </w:rPr>
        <w:t xml:space="preserve"> бұйрығымен бекітілген бастауыш, негізгі орта және жалпы орта білім берудің жалпы білім беретін оқу бағдарламаларын іске асыратын білім беру ұйымдарының қызметін бағалау өлшемшарттарына сәйкес мектептің өзін-өзі бағалауын жүргізу жөніндегі комиссия тарапынан Бағалау парағы толтырылды.</w:t>
      </w:r>
    </w:p>
    <w:p w14:paraId="250DC573" w14:textId="77777777" w:rsidR="00F67FE2" w:rsidRDefault="00F67FE2" w:rsidP="00F67FE2">
      <w:pPr>
        <w:pStyle w:val="a8"/>
        <w:ind w:left="567" w:hanging="425"/>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p>
    <w:p w14:paraId="1491DADE" w14:textId="3BE6EC8E" w:rsidR="00884E6F" w:rsidRPr="00F67FE2" w:rsidRDefault="00F67FE2" w:rsidP="00F67FE2">
      <w:pPr>
        <w:pStyle w:val="a8"/>
        <w:ind w:left="567" w:hanging="425"/>
        <w:jc w:val="both"/>
        <w:rPr>
          <w:rFonts w:ascii="Times New Roman" w:hAnsi="Times New Roman" w:cs="Times New Roman"/>
          <w:b/>
          <w:bCs/>
          <w:sz w:val="28"/>
          <w:szCs w:val="28"/>
          <w:lang w:val="kk-KZ"/>
        </w:rPr>
      </w:pPr>
      <w:r w:rsidRPr="00F67FE2">
        <w:rPr>
          <w:rFonts w:ascii="Times New Roman" w:hAnsi="Times New Roman" w:cs="Times New Roman"/>
          <w:b/>
          <w:bCs/>
          <w:sz w:val="28"/>
          <w:szCs w:val="28"/>
          <w:lang w:val="kk-KZ"/>
        </w:rPr>
        <w:t>Бағалау өлшемшарттары</w:t>
      </w:r>
    </w:p>
    <w:p w14:paraId="7145E709" w14:textId="77777777" w:rsidR="00F67FE2" w:rsidRPr="00F67FE2" w:rsidRDefault="00F67FE2" w:rsidP="00F67FE2">
      <w:pPr>
        <w:pStyle w:val="a8"/>
        <w:ind w:left="567" w:hanging="425"/>
        <w:jc w:val="both"/>
        <w:rPr>
          <w:rFonts w:ascii="Times New Roman" w:hAnsi="Times New Roman" w:cs="Times New Roman"/>
          <w:b/>
          <w:bCs/>
          <w:sz w:val="24"/>
          <w:szCs w:val="24"/>
          <w:lang w:val="kk-KZ"/>
        </w:rPr>
      </w:pPr>
    </w:p>
    <w:p w14:paraId="0550901D" w14:textId="77777777" w:rsidR="00F67FE2" w:rsidRPr="00953F17" w:rsidRDefault="00F67FE2" w:rsidP="000038CD">
      <w:pPr>
        <w:pStyle w:val="a8"/>
        <w:ind w:left="1080"/>
        <w:jc w:val="both"/>
        <w:rPr>
          <w:rFonts w:ascii="Times New Roman" w:hAnsi="Times New Roman" w:cs="Times New Roman"/>
          <w:b/>
          <w:bCs/>
          <w:sz w:val="28"/>
          <w:szCs w:val="28"/>
          <w:lang w:val="kk-KZ"/>
        </w:rPr>
      </w:pPr>
      <w:bookmarkStart w:id="2" w:name="_GoBack"/>
      <w:bookmarkEnd w:id="2"/>
    </w:p>
    <w:p w14:paraId="2B4342EE" w14:textId="77777777" w:rsidR="00FD4D57" w:rsidRPr="00FD4D57" w:rsidRDefault="00FD4D57" w:rsidP="00FD4D57">
      <w:pPr>
        <w:spacing w:line="280" w:lineRule="auto"/>
        <w:ind w:left="4678" w:right="-142"/>
        <w:jc w:val="right"/>
        <w:rPr>
          <w:w w:val="110"/>
          <w:sz w:val="20"/>
          <w:szCs w:val="20"/>
          <w:lang w:val="kk-KZ"/>
        </w:rPr>
      </w:pPr>
      <w:r w:rsidRPr="00FD4D57">
        <w:rPr>
          <w:w w:val="110"/>
          <w:sz w:val="20"/>
          <w:szCs w:val="20"/>
          <w:lang w:val="kk-KZ"/>
        </w:rPr>
        <w:t xml:space="preserve">Меншік нысанына және </w:t>
      </w:r>
      <w:r w:rsidRPr="00FD4D57">
        <w:rPr>
          <w:spacing w:val="-2"/>
          <w:w w:val="110"/>
          <w:sz w:val="20"/>
          <w:szCs w:val="20"/>
          <w:lang w:val="kk-KZ"/>
        </w:rPr>
        <w:t xml:space="preserve">ведомстволық </w:t>
      </w:r>
      <w:r w:rsidRPr="00FD4D57">
        <w:rPr>
          <w:w w:val="110"/>
          <w:sz w:val="20"/>
          <w:szCs w:val="20"/>
          <w:lang w:val="kk-KZ"/>
        </w:rPr>
        <w:t>бағыныстылығына қарамастан, мектепке дейінгі тәрбие мен оқытудың, бастауыш, негізгі орта және жалпы орта білім берудің</w:t>
      </w:r>
      <w:r w:rsidRPr="00FD4D57">
        <w:rPr>
          <w:spacing w:val="-10"/>
          <w:w w:val="110"/>
          <w:sz w:val="20"/>
          <w:szCs w:val="20"/>
          <w:lang w:val="kk-KZ"/>
        </w:rPr>
        <w:t xml:space="preserve"> </w:t>
      </w:r>
      <w:r w:rsidRPr="00FD4D57">
        <w:rPr>
          <w:w w:val="110"/>
          <w:sz w:val="20"/>
          <w:szCs w:val="20"/>
          <w:lang w:val="kk-KZ"/>
        </w:rPr>
        <w:t>жалпы</w:t>
      </w:r>
      <w:r w:rsidRPr="00FD4D57">
        <w:rPr>
          <w:spacing w:val="-10"/>
          <w:w w:val="110"/>
          <w:sz w:val="20"/>
          <w:szCs w:val="20"/>
          <w:lang w:val="kk-KZ"/>
        </w:rPr>
        <w:t xml:space="preserve"> </w:t>
      </w:r>
      <w:r w:rsidRPr="00FD4D57">
        <w:rPr>
          <w:w w:val="110"/>
          <w:sz w:val="20"/>
          <w:szCs w:val="20"/>
          <w:lang w:val="kk-KZ"/>
        </w:rPr>
        <w:t>білім</w:t>
      </w:r>
      <w:r w:rsidRPr="00FD4D57">
        <w:rPr>
          <w:spacing w:val="-10"/>
          <w:w w:val="110"/>
          <w:sz w:val="20"/>
          <w:szCs w:val="20"/>
          <w:lang w:val="kk-KZ"/>
        </w:rPr>
        <w:t xml:space="preserve"> </w:t>
      </w:r>
      <w:r w:rsidRPr="00FD4D57">
        <w:rPr>
          <w:w w:val="110"/>
          <w:sz w:val="20"/>
          <w:szCs w:val="20"/>
          <w:lang w:val="kk-KZ"/>
        </w:rPr>
        <w:t>беретін</w:t>
      </w:r>
      <w:r w:rsidRPr="00FD4D57">
        <w:rPr>
          <w:spacing w:val="-10"/>
          <w:w w:val="110"/>
          <w:sz w:val="20"/>
          <w:szCs w:val="20"/>
          <w:lang w:val="kk-KZ"/>
        </w:rPr>
        <w:t xml:space="preserve"> </w:t>
      </w:r>
      <w:r w:rsidRPr="00FD4D57">
        <w:rPr>
          <w:w w:val="110"/>
          <w:sz w:val="20"/>
          <w:szCs w:val="20"/>
          <w:lang w:val="kk-KZ"/>
        </w:rPr>
        <w:t>оқу бағдарламаларын, техникалық және кәсіптік, орта білімнен кейінгі білімнің білім беру бағдарламаларын</w:t>
      </w:r>
      <w:r w:rsidRPr="00FD4D57">
        <w:rPr>
          <w:spacing w:val="-1"/>
          <w:w w:val="110"/>
          <w:sz w:val="20"/>
          <w:szCs w:val="20"/>
          <w:lang w:val="kk-KZ"/>
        </w:rPr>
        <w:t xml:space="preserve"> </w:t>
      </w:r>
      <w:r w:rsidRPr="00FD4D57">
        <w:rPr>
          <w:w w:val="110"/>
          <w:sz w:val="20"/>
          <w:szCs w:val="20"/>
          <w:lang w:val="kk-KZ"/>
        </w:rPr>
        <w:t>іске</w:t>
      </w:r>
      <w:r w:rsidRPr="00FD4D57">
        <w:rPr>
          <w:spacing w:val="-1"/>
          <w:w w:val="110"/>
          <w:sz w:val="20"/>
          <w:szCs w:val="20"/>
          <w:lang w:val="kk-KZ"/>
        </w:rPr>
        <w:t xml:space="preserve"> </w:t>
      </w:r>
      <w:r w:rsidRPr="00FD4D57">
        <w:rPr>
          <w:w w:val="110"/>
          <w:sz w:val="20"/>
          <w:szCs w:val="20"/>
          <w:lang w:val="kk-KZ"/>
        </w:rPr>
        <w:t>асыратын білім беру ұйымдарына мемлекеттік аттестаттау өткізу қағидаларына 2-қосымша</w:t>
      </w:r>
    </w:p>
    <w:p w14:paraId="0A805CAD" w14:textId="72C44957" w:rsidR="00FD4D57" w:rsidRPr="002309C7" w:rsidRDefault="00FD4D57" w:rsidP="00FD4D57">
      <w:pPr>
        <w:spacing w:line="280" w:lineRule="auto"/>
        <w:ind w:right="5878"/>
        <w:rPr>
          <w:sz w:val="24"/>
          <w:szCs w:val="24"/>
          <w:lang w:val="kk-KZ"/>
        </w:rPr>
      </w:pPr>
    </w:p>
    <w:p w14:paraId="79701D2E" w14:textId="77777777" w:rsidR="00FD4D57" w:rsidRPr="00FD4D57" w:rsidRDefault="00FD4D57" w:rsidP="00FD4D57">
      <w:pPr>
        <w:spacing w:line="280" w:lineRule="auto"/>
        <w:jc w:val="center"/>
        <w:outlineLvl w:val="0"/>
        <w:rPr>
          <w:sz w:val="28"/>
          <w:szCs w:val="28"/>
          <w:lang w:val="kk-KZ"/>
        </w:rPr>
      </w:pPr>
      <w:r w:rsidRPr="00FD4D57">
        <w:rPr>
          <w:b/>
          <w:bCs/>
          <w:w w:val="110"/>
          <w:sz w:val="28"/>
          <w:szCs w:val="28"/>
          <w:lang w:val="kk-KZ"/>
        </w:rPr>
        <w:t>Бастауыш, негізгі орта және жалпы орта білім берудің жалпы білім беретін оқу бағдарламаларын іске асыратын білім беру ұйымдарының қызметін бағалау өлшемшарттары</w:t>
      </w:r>
    </w:p>
    <w:p w14:paraId="5D1C60B9" w14:textId="77777777" w:rsidR="00FD4D57" w:rsidRPr="005E3039" w:rsidRDefault="00FD4D57" w:rsidP="00FD4D57">
      <w:pPr>
        <w:rPr>
          <w:sz w:val="24"/>
          <w:szCs w:val="24"/>
          <w:lang w:val="kk-KZ"/>
        </w:rPr>
      </w:pPr>
    </w:p>
    <w:tbl>
      <w:tblPr>
        <w:tblStyle w:val="a7"/>
        <w:tblpPr w:leftFromText="180" w:rightFromText="180" w:vertAnchor="text" w:tblpX="211" w:tblpY="1"/>
        <w:tblW w:w="10401" w:type="dxa"/>
        <w:tblLook w:val="04A0" w:firstRow="1" w:lastRow="0" w:firstColumn="1" w:lastColumn="0" w:noHBand="0" w:noVBand="1"/>
      </w:tblPr>
      <w:tblGrid>
        <w:gridCol w:w="510"/>
        <w:gridCol w:w="4992"/>
        <w:gridCol w:w="1910"/>
        <w:gridCol w:w="766"/>
        <w:gridCol w:w="1828"/>
        <w:gridCol w:w="395"/>
      </w:tblGrid>
      <w:tr w:rsidR="00FD4D57" w:rsidRPr="005E3039" w14:paraId="199C0BD2" w14:textId="77777777" w:rsidTr="00FD4D57">
        <w:tc>
          <w:tcPr>
            <w:tcW w:w="510" w:type="dxa"/>
          </w:tcPr>
          <w:p w14:paraId="24B79285" w14:textId="77777777" w:rsidR="00FD4D57" w:rsidRPr="005E3039" w:rsidRDefault="00FD4D57" w:rsidP="00FD4D57">
            <w:pPr>
              <w:rPr>
                <w:sz w:val="24"/>
                <w:szCs w:val="24"/>
                <w:lang w:val="kk-KZ"/>
              </w:rPr>
            </w:pPr>
            <w:r w:rsidRPr="005E3039">
              <w:rPr>
                <w:sz w:val="24"/>
                <w:szCs w:val="24"/>
                <w:lang w:val="kk-KZ"/>
              </w:rPr>
              <w:t>№</w:t>
            </w:r>
          </w:p>
          <w:p w14:paraId="317CAEB7" w14:textId="77777777" w:rsidR="00FD4D57" w:rsidRPr="005E3039" w:rsidRDefault="00FD4D57" w:rsidP="00FD4D57">
            <w:pPr>
              <w:rPr>
                <w:sz w:val="24"/>
                <w:szCs w:val="24"/>
                <w:lang w:val="kk-KZ"/>
              </w:rPr>
            </w:pPr>
            <w:r w:rsidRPr="005E3039">
              <w:rPr>
                <w:sz w:val="24"/>
                <w:szCs w:val="24"/>
                <w:lang w:val="kk-KZ"/>
              </w:rPr>
              <w:t>р/с</w:t>
            </w:r>
          </w:p>
        </w:tc>
        <w:tc>
          <w:tcPr>
            <w:tcW w:w="4992" w:type="dxa"/>
          </w:tcPr>
          <w:p w14:paraId="17477761" w14:textId="77777777" w:rsidR="00FD4D57" w:rsidRPr="005E3039" w:rsidRDefault="00FD4D57" w:rsidP="00FD4D57">
            <w:pPr>
              <w:rPr>
                <w:sz w:val="24"/>
                <w:szCs w:val="24"/>
                <w:lang w:val="kk-KZ"/>
              </w:rPr>
            </w:pPr>
            <w:r w:rsidRPr="005E3039">
              <w:rPr>
                <w:w w:val="105"/>
                <w:sz w:val="24"/>
                <w:szCs w:val="24"/>
                <w:lang w:val="kk-KZ"/>
              </w:rPr>
              <w:t>Бағалау</w:t>
            </w:r>
            <w:r w:rsidRPr="005E3039">
              <w:rPr>
                <w:spacing w:val="11"/>
                <w:w w:val="110"/>
                <w:sz w:val="24"/>
                <w:szCs w:val="24"/>
                <w:lang w:val="kk-KZ"/>
              </w:rPr>
              <w:t xml:space="preserve"> </w:t>
            </w:r>
            <w:r w:rsidRPr="005E3039">
              <w:rPr>
                <w:spacing w:val="-2"/>
                <w:w w:val="110"/>
                <w:sz w:val="24"/>
                <w:szCs w:val="24"/>
                <w:lang w:val="kk-KZ"/>
              </w:rPr>
              <w:t>өлшемшарттары</w:t>
            </w:r>
          </w:p>
        </w:tc>
        <w:tc>
          <w:tcPr>
            <w:tcW w:w="2676" w:type="dxa"/>
            <w:gridSpan w:val="2"/>
          </w:tcPr>
          <w:p w14:paraId="2BBB6FFF" w14:textId="77777777" w:rsidR="00FD4D57" w:rsidRPr="005E3039" w:rsidRDefault="00FD4D57" w:rsidP="00FD4D57">
            <w:pPr>
              <w:rPr>
                <w:sz w:val="24"/>
                <w:szCs w:val="24"/>
                <w:lang w:val="kk-KZ"/>
              </w:rPr>
            </w:pPr>
            <w:r w:rsidRPr="005E3039">
              <w:rPr>
                <w:spacing w:val="-2"/>
                <w:w w:val="110"/>
                <w:sz w:val="24"/>
                <w:szCs w:val="24"/>
                <w:lang w:val="kk-KZ"/>
              </w:rPr>
              <w:t>Өлшеуіштер</w:t>
            </w:r>
          </w:p>
        </w:tc>
        <w:tc>
          <w:tcPr>
            <w:tcW w:w="2223" w:type="dxa"/>
            <w:gridSpan w:val="2"/>
          </w:tcPr>
          <w:p w14:paraId="50C46679" w14:textId="77777777" w:rsidR="00FD4D57" w:rsidRPr="005E3039" w:rsidRDefault="00FD4D57" w:rsidP="00FD4D57">
            <w:pPr>
              <w:rPr>
                <w:sz w:val="24"/>
                <w:szCs w:val="24"/>
                <w:lang w:val="kk-KZ"/>
              </w:rPr>
            </w:pPr>
            <w:r w:rsidRPr="005E3039">
              <w:rPr>
                <w:spacing w:val="-2"/>
                <w:w w:val="110"/>
                <w:sz w:val="24"/>
                <w:szCs w:val="24"/>
                <w:lang w:val="kk-KZ"/>
              </w:rPr>
              <w:t>Баллдар</w:t>
            </w:r>
          </w:p>
        </w:tc>
      </w:tr>
      <w:tr w:rsidR="00FD4D57" w:rsidRPr="005E3039" w14:paraId="11350519" w14:textId="77777777" w:rsidTr="00FD4D57">
        <w:tc>
          <w:tcPr>
            <w:tcW w:w="10401" w:type="dxa"/>
            <w:gridSpan w:val="6"/>
          </w:tcPr>
          <w:p w14:paraId="127E454B" w14:textId="77777777" w:rsidR="00FD4D57" w:rsidRPr="005E3039" w:rsidRDefault="00FD4D57" w:rsidP="00FD4D57">
            <w:pPr>
              <w:jc w:val="center"/>
              <w:rPr>
                <w:sz w:val="24"/>
                <w:szCs w:val="24"/>
                <w:lang w:val="kk-KZ"/>
              </w:rPr>
            </w:pPr>
            <w:r w:rsidRPr="005E3039">
              <w:rPr>
                <w:w w:val="110"/>
                <w:sz w:val="24"/>
                <w:szCs w:val="24"/>
                <w:lang w:val="kk-KZ"/>
              </w:rPr>
              <w:t>Жалпы</w:t>
            </w:r>
            <w:r w:rsidRPr="005E3039">
              <w:rPr>
                <w:spacing w:val="-3"/>
                <w:w w:val="110"/>
                <w:sz w:val="24"/>
                <w:szCs w:val="24"/>
                <w:lang w:val="kk-KZ"/>
              </w:rPr>
              <w:t xml:space="preserve"> </w:t>
            </w:r>
            <w:r w:rsidRPr="005E3039">
              <w:rPr>
                <w:w w:val="110"/>
                <w:sz w:val="24"/>
                <w:szCs w:val="24"/>
                <w:lang w:val="kk-KZ"/>
              </w:rPr>
              <w:t>сипаттағы</w:t>
            </w:r>
            <w:r w:rsidRPr="005E3039">
              <w:rPr>
                <w:spacing w:val="-3"/>
                <w:w w:val="110"/>
                <w:sz w:val="24"/>
                <w:szCs w:val="24"/>
                <w:lang w:val="kk-KZ"/>
              </w:rPr>
              <w:t xml:space="preserve"> </w:t>
            </w:r>
            <w:r w:rsidRPr="005E3039">
              <w:rPr>
                <w:spacing w:val="-2"/>
                <w:w w:val="110"/>
                <w:sz w:val="24"/>
                <w:szCs w:val="24"/>
                <w:lang w:val="kk-KZ"/>
              </w:rPr>
              <w:t>өлшемшарттар</w:t>
            </w:r>
          </w:p>
        </w:tc>
      </w:tr>
      <w:tr w:rsidR="00FD4D57" w:rsidRPr="00E83645" w14:paraId="176A2C11" w14:textId="77777777" w:rsidTr="00FD4D57">
        <w:tc>
          <w:tcPr>
            <w:tcW w:w="510" w:type="dxa"/>
          </w:tcPr>
          <w:p w14:paraId="3A11420F" w14:textId="77777777" w:rsidR="00FD4D57" w:rsidRPr="005E3039" w:rsidRDefault="00FD4D57" w:rsidP="00FD4D57">
            <w:pPr>
              <w:rPr>
                <w:sz w:val="24"/>
                <w:szCs w:val="24"/>
                <w:lang w:val="kk-KZ"/>
              </w:rPr>
            </w:pPr>
            <w:r w:rsidRPr="005E3039">
              <w:rPr>
                <w:sz w:val="24"/>
                <w:szCs w:val="24"/>
                <w:lang w:val="kk-KZ"/>
              </w:rPr>
              <w:t>1</w:t>
            </w:r>
          </w:p>
        </w:tc>
        <w:tc>
          <w:tcPr>
            <w:tcW w:w="4992" w:type="dxa"/>
          </w:tcPr>
          <w:p w14:paraId="43201935" w14:textId="77777777" w:rsidR="00FD4D57" w:rsidRPr="005E3039" w:rsidRDefault="00FD4D57" w:rsidP="00FD4D57">
            <w:pPr>
              <w:rPr>
                <w:sz w:val="24"/>
                <w:szCs w:val="24"/>
                <w:lang w:val="kk-KZ"/>
              </w:rPr>
            </w:pPr>
            <w:r w:rsidRPr="005E3039">
              <w:rPr>
                <w:w w:val="110"/>
                <w:sz w:val="24"/>
                <w:szCs w:val="24"/>
                <w:lang w:val="kk-KZ"/>
              </w:rPr>
              <w:t>Білім беру қызметін жүзеге асыруға құқықты қамтамасыз ететін құрылтай және рұқсат беру құжаттарының болуы және олардың "Рұқсаттар және хабарламалар</w:t>
            </w:r>
            <w:r w:rsidRPr="005E3039">
              <w:rPr>
                <w:spacing w:val="-13"/>
                <w:w w:val="110"/>
                <w:sz w:val="24"/>
                <w:szCs w:val="24"/>
                <w:lang w:val="kk-KZ"/>
              </w:rPr>
              <w:t xml:space="preserve"> </w:t>
            </w:r>
            <w:r w:rsidRPr="005E3039">
              <w:rPr>
                <w:w w:val="110"/>
                <w:sz w:val="24"/>
                <w:szCs w:val="24"/>
                <w:lang w:val="kk-KZ"/>
              </w:rPr>
              <w:t>туралы"</w:t>
            </w:r>
            <w:r w:rsidRPr="005E3039">
              <w:rPr>
                <w:spacing w:val="-12"/>
                <w:w w:val="110"/>
                <w:sz w:val="24"/>
                <w:szCs w:val="24"/>
                <w:lang w:val="kk-KZ"/>
              </w:rPr>
              <w:t xml:space="preserve"> </w:t>
            </w:r>
            <w:r w:rsidRPr="005E3039">
              <w:rPr>
                <w:w w:val="110"/>
                <w:sz w:val="24"/>
                <w:szCs w:val="24"/>
                <w:lang w:val="kk-KZ"/>
              </w:rPr>
              <w:t>және</w:t>
            </w:r>
            <w:r w:rsidRPr="005E3039">
              <w:rPr>
                <w:spacing w:val="-13"/>
                <w:w w:val="110"/>
                <w:sz w:val="24"/>
                <w:szCs w:val="24"/>
                <w:lang w:val="kk-KZ"/>
              </w:rPr>
              <w:t xml:space="preserve"> </w:t>
            </w:r>
            <w:r w:rsidRPr="005E3039">
              <w:rPr>
                <w:w w:val="110"/>
                <w:sz w:val="24"/>
                <w:szCs w:val="24"/>
                <w:lang w:val="kk-KZ"/>
              </w:rPr>
              <w:t>"Білім туралы" Қазақстан Республикасы заңдарының</w:t>
            </w:r>
            <w:r w:rsidRPr="005E3039">
              <w:rPr>
                <w:spacing w:val="-4"/>
                <w:w w:val="110"/>
                <w:sz w:val="24"/>
                <w:szCs w:val="24"/>
                <w:lang w:val="kk-KZ"/>
              </w:rPr>
              <w:t xml:space="preserve"> </w:t>
            </w:r>
            <w:r w:rsidRPr="005E3039">
              <w:rPr>
                <w:w w:val="110"/>
                <w:sz w:val="24"/>
                <w:szCs w:val="24"/>
                <w:lang w:val="kk-KZ"/>
              </w:rPr>
              <w:t xml:space="preserve">талаптарына </w:t>
            </w:r>
            <w:r w:rsidRPr="005E3039">
              <w:rPr>
                <w:spacing w:val="-2"/>
                <w:w w:val="110"/>
                <w:sz w:val="24"/>
                <w:szCs w:val="24"/>
                <w:lang w:val="kk-KZ"/>
              </w:rPr>
              <w:t>сәйкестігі</w:t>
            </w:r>
          </w:p>
        </w:tc>
        <w:tc>
          <w:tcPr>
            <w:tcW w:w="2676" w:type="dxa"/>
            <w:gridSpan w:val="2"/>
          </w:tcPr>
          <w:p w14:paraId="4173E557" w14:textId="77777777" w:rsidR="00FD4D57" w:rsidRPr="005E3039" w:rsidRDefault="00FD4D57" w:rsidP="00FD4D57">
            <w:pPr>
              <w:rPr>
                <w:sz w:val="24"/>
                <w:szCs w:val="24"/>
                <w:lang w:val="kk-KZ"/>
              </w:rPr>
            </w:pPr>
            <w:r w:rsidRPr="005E3039">
              <w:rPr>
                <w:w w:val="110"/>
                <w:sz w:val="24"/>
                <w:szCs w:val="24"/>
                <w:lang w:val="kk-KZ"/>
              </w:rPr>
              <w:t>құжаттар</w:t>
            </w:r>
            <w:r w:rsidRPr="005E3039">
              <w:rPr>
                <w:spacing w:val="-3"/>
                <w:w w:val="110"/>
                <w:sz w:val="24"/>
                <w:szCs w:val="24"/>
                <w:lang w:val="kk-KZ"/>
              </w:rPr>
              <w:t xml:space="preserve"> </w:t>
            </w:r>
            <w:r w:rsidRPr="005E3039">
              <w:rPr>
                <w:w w:val="110"/>
                <w:sz w:val="24"/>
                <w:szCs w:val="24"/>
                <w:lang w:val="kk-KZ"/>
              </w:rPr>
              <w:t>Қазақстан</w:t>
            </w:r>
            <w:r w:rsidRPr="005E3039">
              <w:rPr>
                <w:spacing w:val="-3"/>
                <w:w w:val="110"/>
                <w:sz w:val="24"/>
                <w:szCs w:val="24"/>
                <w:lang w:val="kk-KZ"/>
              </w:rPr>
              <w:t xml:space="preserve"> </w:t>
            </w:r>
            <w:r w:rsidRPr="005E3039">
              <w:rPr>
                <w:w w:val="110"/>
                <w:sz w:val="24"/>
                <w:szCs w:val="24"/>
                <w:lang w:val="kk-KZ"/>
              </w:rPr>
              <w:t>Республикасы</w:t>
            </w:r>
            <w:r w:rsidRPr="005E3039">
              <w:rPr>
                <w:spacing w:val="-3"/>
                <w:w w:val="110"/>
                <w:sz w:val="24"/>
                <w:szCs w:val="24"/>
                <w:lang w:val="kk-KZ"/>
              </w:rPr>
              <w:t xml:space="preserve"> </w:t>
            </w:r>
            <w:r w:rsidRPr="005E3039">
              <w:rPr>
                <w:w w:val="110"/>
                <w:sz w:val="24"/>
                <w:szCs w:val="24"/>
                <w:lang w:val="kk-KZ"/>
              </w:rPr>
              <w:t>заңнамасының талаптарына сәйкес келеді</w:t>
            </w:r>
          </w:p>
        </w:tc>
        <w:tc>
          <w:tcPr>
            <w:tcW w:w="2223" w:type="dxa"/>
            <w:gridSpan w:val="2"/>
          </w:tcPr>
          <w:p w14:paraId="16320157" w14:textId="77777777" w:rsidR="00FD4D57" w:rsidRPr="005E3039" w:rsidRDefault="00FD4D57" w:rsidP="00FD4D57">
            <w:pPr>
              <w:rPr>
                <w:sz w:val="24"/>
                <w:szCs w:val="24"/>
                <w:lang w:val="kk-KZ"/>
              </w:rPr>
            </w:pPr>
            <w:r>
              <w:rPr>
                <w:sz w:val="24"/>
                <w:szCs w:val="24"/>
                <w:lang w:val="kk-KZ"/>
              </w:rPr>
              <w:t>5</w:t>
            </w:r>
          </w:p>
        </w:tc>
      </w:tr>
      <w:tr w:rsidR="00FD4D57" w:rsidRPr="00E83645" w14:paraId="64E23FFD" w14:textId="77777777" w:rsidTr="00FD4D57">
        <w:tc>
          <w:tcPr>
            <w:tcW w:w="510" w:type="dxa"/>
          </w:tcPr>
          <w:p w14:paraId="5F294A43" w14:textId="77777777" w:rsidR="00FD4D57" w:rsidRPr="005E3039" w:rsidRDefault="00FD4D57" w:rsidP="00FD4D57">
            <w:pPr>
              <w:rPr>
                <w:sz w:val="24"/>
                <w:szCs w:val="24"/>
                <w:lang w:val="kk-KZ"/>
              </w:rPr>
            </w:pPr>
            <w:r w:rsidRPr="005E3039">
              <w:rPr>
                <w:sz w:val="24"/>
                <w:szCs w:val="24"/>
                <w:lang w:val="kk-KZ"/>
              </w:rPr>
              <w:t>2</w:t>
            </w:r>
          </w:p>
        </w:tc>
        <w:tc>
          <w:tcPr>
            <w:tcW w:w="4992" w:type="dxa"/>
          </w:tcPr>
          <w:p w14:paraId="4E12CE1F" w14:textId="77777777" w:rsidR="00FD4D57" w:rsidRPr="005E3039" w:rsidRDefault="00FD4D57" w:rsidP="00FD4D57">
            <w:pPr>
              <w:pStyle w:val="TableParagraph"/>
              <w:spacing w:before="72" w:line="280" w:lineRule="auto"/>
              <w:ind w:left="82" w:right="71"/>
              <w:rPr>
                <w:sz w:val="24"/>
                <w:szCs w:val="24"/>
                <w:lang w:val="kk-KZ"/>
              </w:rPr>
            </w:pPr>
            <w:r w:rsidRPr="00FD4D57">
              <w:rPr>
                <w:w w:val="110"/>
                <w:sz w:val="24"/>
                <w:szCs w:val="24"/>
                <w:lang w:val="kk-KZ"/>
              </w:rPr>
              <w:t xml:space="preserve">Білім беру ұйымын басқару құрылымы мен басқару органдарының (педагогикалық, қамқоршылық, әдістемелік кеңестердің және </w:t>
            </w:r>
            <w:r w:rsidRPr="00FD4D57">
              <w:rPr>
                <w:w w:val="110"/>
                <w:sz w:val="24"/>
                <w:szCs w:val="24"/>
                <w:lang w:val="kk-KZ"/>
              </w:rPr>
              <w:lastRenderedPageBreak/>
              <w:t>педагогикалық әдеп жөніндегі кеңестің) қызметінің: "Мектепке дейінгі тәрбие мен оқыту, бастауыш, негізгі орта және жалпы орта білім беру ұйымдарында педагогикалық кеңес қызметін ұйымдастыру</w:t>
            </w:r>
            <w:r w:rsidRPr="00FD4D57">
              <w:rPr>
                <w:spacing w:val="80"/>
                <w:w w:val="110"/>
                <w:sz w:val="24"/>
                <w:szCs w:val="24"/>
                <w:lang w:val="kk-KZ"/>
              </w:rPr>
              <w:t xml:space="preserve"> </w:t>
            </w:r>
            <w:r w:rsidRPr="00FD4D57">
              <w:rPr>
                <w:w w:val="110"/>
                <w:sz w:val="24"/>
                <w:szCs w:val="24"/>
                <w:lang w:val="kk-KZ"/>
              </w:rPr>
              <w:t>және оны сайлау тәртібінің қағидаларын бекіту туралы" Қазақстан Республикасы Білім және ғылым министрі міндетін атқарушының 2008 жылғы 16 мамырдағы № 272 бұйрығына (Нормативтік құқықтық актілерді мемлекеттік тіркеу тізілімінде № 5229</w:t>
            </w:r>
            <w:r w:rsidRPr="00FD4D57">
              <w:rPr>
                <w:spacing w:val="-9"/>
                <w:w w:val="110"/>
                <w:sz w:val="24"/>
                <w:szCs w:val="24"/>
                <w:lang w:val="kk-KZ"/>
              </w:rPr>
              <w:t xml:space="preserve"> </w:t>
            </w:r>
            <w:r w:rsidRPr="00FD4D57">
              <w:rPr>
                <w:w w:val="110"/>
                <w:sz w:val="24"/>
                <w:szCs w:val="24"/>
                <w:lang w:val="kk-KZ"/>
              </w:rPr>
              <w:t>болып</w:t>
            </w:r>
            <w:r w:rsidRPr="00FD4D57">
              <w:rPr>
                <w:spacing w:val="-9"/>
                <w:w w:val="110"/>
                <w:sz w:val="24"/>
                <w:szCs w:val="24"/>
                <w:lang w:val="kk-KZ"/>
              </w:rPr>
              <w:t xml:space="preserve"> </w:t>
            </w:r>
            <w:r w:rsidRPr="00FD4D57">
              <w:rPr>
                <w:w w:val="110"/>
                <w:sz w:val="24"/>
                <w:szCs w:val="24"/>
                <w:lang w:val="kk-KZ"/>
              </w:rPr>
              <w:t>тіркелген),</w:t>
            </w:r>
            <w:r w:rsidRPr="00FD4D57">
              <w:rPr>
                <w:spacing w:val="-9"/>
                <w:w w:val="110"/>
                <w:sz w:val="24"/>
                <w:szCs w:val="24"/>
                <w:lang w:val="kk-KZ"/>
              </w:rPr>
              <w:t xml:space="preserve"> </w:t>
            </w:r>
            <w:r w:rsidRPr="00FD4D57">
              <w:rPr>
                <w:w w:val="110"/>
                <w:sz w:val="24"/>
                <w:szCs w:val="24"/>
                <w:lang w:val="kk-KZ"/>
              </w:rPr>
              <w:t>"Білім</w:t>
            </w:r>
            <w:r w:rsidRPr="00FD4D57">
              <w:rPr>
                <w:spacing w:val="-9"/>
                <w:w w:val="110"/>
                <w:sz w:val="24"/>
                <w:szCs w:val="24"/>
                <w:lang w:val="kk-KZ"/>
              </w:rPr>
              <w:t xml:space="preserve"> </w:t>
            </w:r>
            <w:r w:rsidRPr="00FD4D57">
              <w:rPr>
                <w:w w:val="110"/>
                <w:sz w:val="24"/>
                <w:szCs w:val="24"/>
                <w:lang w:val="kk-KZ"/>
              </w:rPr>
              <w:t>беру ұйымдарындағы</w:t>
            </w:r>
            <w:r w:rsidRPr="00FD4D57">
              <w:rPr>
                <w:spacing w:val="-4"/>
                <w:w w:val="110"/>
                <w:sz w:val="24"/>
                <w:szCs w:val="24"/>
                <w:lang w:val="kk-KZ"/>
              </w:rPr>
              <w:t xml:space="preserve"> </w:t>
            </w:r>
            <w:r w:rsidRPr="00FD4D57">
              <w:rPr>
                <w:w w:val="110"/>
                <w:sz w:val="24"/>
                <w:szCs w:val="24"/>
                <w:lang w:val="kk-KZ"/>
              </w:rPr>
              <w:t>қамқоршылық кеңестің</w:t>
            </w:r>
            <w:r w:rsidRPr="00FD4D57">
              <w:rPr>
                <w:spacing w:val="-4"/>
                <w:w w:val="110"/>
                <w:sz w:val="24"/>
                <w:szCs w:val="24"/>
                <w:lang w:val="kk-KZ"/>
              </w:rPr>
              <w:t xml:space="preserve"> </w:t>
            </w:r>
            <w:r w:rsidRPr="00FD4D57">
              <w:rPr>
                <w:w w:val="110"/>
                <w:sz w:val="24"/>
                <w:szCs w:val="24"/>
                <w:lang w:val="kk-KZ"/>
              </w:rPr>
              <w:t>жұмысын ұйымдастырудың</w:t>
            </w:r>
            <w:r w:rsidRPr="00FD4D57">
              <w:rPr>
                <w:spacing w:val="-4"/>
                <w:w w:val="110"/>
                <w:sz w:val="24"/>
                <w:szCs w:val="24"/>
                <w:lang w:val="kk-KZ"/>
              </w:rPr>
              <w:t xml:space="preserve"> </w:t>
            </w:r>
            <w:r w:rsidRPr="00FD4D57">
              <w:rPr>
                <w:w w:val="110"/>
                <w:sz w:val="24"/>
                <w:szCs w:val="24"/>
                <w:lang w:val="kk-KZ"/>
              </w:rPr>
              <w:t>үлгілік қағидаларын және оны сайлау тәртібін бекіту туралы" Қазақстан Республикасы Білім және ғылым министрінің 2017 жылғы 27 шілдедегі № 355 бұйрығына (Нормативтік құқықтық актілерді мемлекеттік тіркеу тізілімінде № 15584 болып тіркелген), "Мәдениет</w:t>
            </w:r>
            <w:r w:rsidRPr="00FD4D57">
              <w:rPr>
                <w:spacing w:val="-13"/>
                <w:w w:val="110"/>
                <w:sz w:val="24"/>
                <w:szCs w:val="24"/>
                <w:lang w:val="kk-KZ"/>
              </w:rPr>
              <w:t xml:space="preserve"> </w:t>
            </w:r>
            <w:r w:rsidRPr="00FD4D57">
              <w:rPr>
                <w:w w:val="110"/>
                <w:sz w:val="24"/>
                <w:szCs w:val="24"/>
                <w:lang w:val="kk-KZ"/>
              </w:rPr>
              <w:t>саласындағы</w:t>
            </w:r>
            <w:r w:rsidRPr="00FD4D57">
              <w:rPr>
                <w:spacing w:val="-12"/>
                <w:w w:val="110"/>
                <w:sz w:val="24"/>
                <w:szCs w:val="24"/>
                <w:lang w:val="kk-KZ"/>
              </w:rPr>
              <w:t xml:space="preserve"> </w:t>
            </w:r>
            <w:r w:rsidRPr="00FD4D57">
              <w:rPr>
                <w:w w:val="110"/>
                <w:sz w:val="24"/>
                <w:szCs w:val="24"/>
                <w:lang w:val="kk-KZ"/>
              </w:rPr>
              <w:t>білім</w:t>
            </w:r>
            <w:r w:rsidRPr="00FD4D57">
              <w:rPr>
                <w:spacing w:val="-13"/>
                <w:w w:val="110"/>
                <w:sz w:val="24"/>
                <w:szCs w:val="24"/>
                <w:lang w:val="kk-KZ"/>
              </w:rPr>
              <w:t xml:space="preserve"> </w:t>
            </w:r>
            <w:r w:rsidRPr="00FD4D57">
              <w:rPr>
                <w:w w:val="110"/>
                <w:sz w:val="24"/>
                <w:szCs w:val="24"/>
                <w:lang w:val="kk-KZ"/>
              </w:rPr>
              <w:t>беру ұйымдарын</w:t>
            </w:r>
            <w:r w:rsidRPr="00FD4D57">
              <w:rPr>
                <w:spacing w:val="-8"/>
                <w:w w:val="110"/>
                <w:sz w:val="24"/>
                <w:szCs w:val="24"/>
                <w:lang w:val="kk-KZ"/>
              </w:rPr>
              <w:t xml:space="preserve"> </w:t>
            </w:r>
            <w:r w:rsidRPr="00FD4D57">
              <w:rPr>
                <w:w w:val="110"/>
                <w:sz w:val="24"/>
                <w:szCs w:val="24"/>
                <w:lang w:val="kk-KZ"/>
              </w:rPr>
              <w:t>қоспағанда,</w:t>
            </w:r>
            <w:r w:rsidRPr="00FD4D57">
              <w:rPr>
                <w:spacing w:val="-8"/>
                <w:w w:val="110"/>
                <w:sz w:val="24"/>
                <w:szCs w:val="24"/>
                <w:lang w:val="kk-KZ"/>
              </w:rPr>
              <w:t xml:space="preserve"> </w:t>
            </w:r>
            <w:r w:rsidRPr="00FD4D57">
              <w:rPr>
                <w:w w:val="110"/>
                <w:sz w:val="24"/>
                <w:szCs w:val="24"/>
                <w:lang w:val="kk-KZ"/>
              </w:rPr>
              <w:t>білім</w:t>
            </w:r>
            <w:r w:rsidRPr="00FD4D57">
              <w:rPr>
                <w:spacing w:val="-8"/>
                <w:w w:val="110"/>
                <w:sz w:val="24"/>
                <w:szCs w:val="24"/>
                <w:lang w:val="kk-KZ"/>
              </w:rPr>
              <w:t xml:space="preserve"> </w:t>
            </w:r>
            <w:r w:rsidRPr="00FD4D57">
              <w:rPr>
                <w:w w:val="110"/>
                <w:sz w:val="24"/>
                <w:szCs w:val="24"/>
                <w:lang w:val="kk-KZ"/>
              </w:rPr>
              <w:t>беру ұйымдарында</w:t>
            </w:r>
            <w:r w:rsidRPr="00FD4D57">
              <w:rPr>
                <w:spacing w:val="-4"/>
                <w:w w:val="110"/>
                <w:sz w:val="24"/>
                <w:szCs w:val="24"/>
                <w:lang w:val="kk-KZ"/>
              </w:rPr>
              <w:t xml:space="preserve"> </w:t>
            </w:r>
            <w:r w:rsidRPr="00FD4D57">
              <w:rPr>
                <w:w w:val="110"/>
                <w:sz w:val="24"/>
                <w:szCs w:val="24"/>
                <w:lang w:val="kk-KZ"/>
              </w:rPr>
              <w:t>оқу-әдістемелік және</w:t>
            </w:r>
            <w:r w:rsidRPr="00FD4D57">
              <w:rPr>
                <w:spacing w:val="-4"/>
                <w:w w:val="110"/>
                <w:sz w:val="24"/>
                <w:szCs w:val="24"/>
                <w:lang w:val="kk-KZ"/>
              </w:rPr>
              <w:t xml:space="preserve"> </w:t>
            </w:r>
            <w:r w:rsidRPr="00FD4D57">
              <w:rPr>
                <w:w w:val="110"/>
                <w:sz w:val="24"/>
                <w:szCs w:val="24"/>
                <w:lang w:val="kk-KZ"/>
              </w:rPr>
              <w:t xml:space="preserve">ғылыми-әдістемелік жұмысты ұйымдастыру және жүзеге асыру қағидаларын бекіту туралы" Қазақстан Республикасы Оқу-ағарту министрінің 2023 </w:t>
            </w:r>
            <w:r w:rsidRPr="005E3039">
              <w:rPr>
                <w:w w:val="110"/>
                <w:sz w:val="24"/>
                <w:szCs w:val="24"/>
                <w:lang w:val="kk-KZ"/>
              </w:rPr>
              <w:t>жылғы 10 тамыздағы № 253 бұйрығына</w:t>
            </w:r>
            <w:r w:rsidRPr="005E3039">
              <w:rPr>
                <w:spacing w:val="-4"/>
                <w:w w:val="110"/>
                <w:sz w:val="24"/>
                <w:szCs w:val="24"/>
                <w:lang w:val="kk-KZ"/>
              </w:rPr>
              <w:t xml:space="preserve"> </w:t>
            </w:r>
            <w:r w:rsidRPr="005E3039">
              <w:rPr>
                <w:w w:val="110"/>
                <w:sz w:val="24"/>
                <w:szCs w:val="24"/>
                <w:lang w:val="kk-KZ"/>
              </w:rPr>
              <w:t>(Нормативтік құқықтық актілерді мемлекеттік тіркеу тізілімінде № 33285 болып тіркелген), "Педагогикалық әдеп қағидаларын бекіту туралы" Қазақстан Республикасы Білім және ғылым министрінің 2020 жылғы 11 мамырдағы № 190 бұйрығына</w:t>
            </w:r>
            <w:r w:rsidRPr="005E3039">
              <w:rPr>
                <w:spacing w:val="-4"/>
                <w:w w:val="110"/>
                <w:sz w:val="24"/>
                <w:szCs w:val="24"/>
                <w:lang w:val="kk-KZ"/>
              </w:rPr>
              <w:t xml:space="preserve"> </w:t>
            </w:r>
            <w:r w:rsidRPr="005E3039">
              <w:rPr>
                <w:w w:val="110"/>
                <w:sz w:val="24"/>
                <w:szCs w:val="24"/>
                <w:lang w:val="kk-KZ"/>
              </w:rPr>
              <w:t>(Нормативтік құқықтық актілерді мемлекеттік тіркеу тізілімінде № 20619 болып тіркелген)</w:t>
            </w:r>
            <w:r w:rsidRPr="005E3039">
              <w:rPr>
                <w:spacing w:val="-4"/>
                <w:w w:val="110"/>
                <w:sz w:val="24"/>
                <w:szCs w:val="24"/>
                <w:lang w:val="kk-KZ"/>
              </w:rPr>
              <w:t xml:space="preserve"> </w:t>
            </w:r>
            <w:r w:rsidRPr="005E3039">
              <w:rPr>
                <w:w w:val="110"/>
                <w:sz w:val="24"/>
                <w:szCs w:val="24"/>
                <w:lang w:val="kk-KZ"/>
              </w:rPr>
              <w:t>талаптарына</w:t>
            </w:r>
            <w:r w:rsidRPr="005E3039">
              <w:rPr>
                <w:spacing w:val="-4"/>
                <w:w w:val="110"/>
                <w:sz w:val="24"/>
                <w:szCs w:val="24"/>
                <w:lang w:val="kk-KZ"/>
              </w:rPr>
              <w:t xml:space="preserve"> </w:t>
            </w:r>
            <w:r w:rsidRPr="005E3039">
              <w:rPr>
                <w:w w:val="110"/>
                <w:sz w:val="24"/>
                <w:szCs w:val="24"/>
                <w:lang w:val="kk-KZ"/>
              </w:rPr>
              <w:t>сәйкестігі, сондай-ақ білім беру бағдарламаларын іске асыру үшін жағдайларды қамтамасыз ету.</w:t>
            </w:r>
          </w:p>
        </w:tc>
        <w:tc>
          <w:tcPr>
            <w:tcW w:w="2676" w:type="dxa"/>
            <w:gridSpan w:val="2"/>
          </w:tcPr>
          <w:p w14:paraId="427A56AD" w14:textId="77777777" w:rsidR="00FD4D57" w:rsidRPr="005E3039" w:rsidRDefault="00FD4D57" w:rsidP="00FD4D57">
            <w:pPr>
              <w:rPr>
                <w:sz w:val="24"/>
                <w:szCs w:val="24"/>
                <w:lang w:val="kk-KZ"/>
              </w:rPr>
            </w:pPr>
            <w:r w:rsidRPr="005E3039">
              <w:rPr>
                <w:w w:val="110"/>
                <w:sz w:val="24"/>
                <w:szCs w:val="24"/>
                <w:lang w:val="kk-KZ"/>
              </w:rPr>
              <w:lastRenderedPageBreak/>
              <w:t>басқару</w:t>
            </w:r>
            <w:r w:rsidRPr="005E3039">
              <w:rPr>
                <w:spacing w:val="-1"/>
                <w:w w:val="110"/>
                <w:sz w:val="24"/>
                <w:szCs w:val="24"/>
                <w:lang w:val="kk-KZ"/>
              </w:rPr>
              <w:t xml:space="preserve"> </w:t>
            </w:r>
            <w:r w:rsidRPr="005E3039">
              <w:rPr>
                <w:w w:val="110"/>
                <w:sz w:val="24"/>
                <w:szCs w:val="24"/>
                <w:lang w:val="kk-KZ"/>
              </w:rPr>
              <w:t>құрылымы</w:t>
            </w:r>
            <w:r w:rsidRPr="005E3039">
              <w:rPr>
                <w:spacing w:val="-1"/>
                <w:w w:val="110"/>
                <w:sz w:val="24"/>
                <w:szCs w:val="24"/>
                <w:lang w:val="kk-KZ"/>
              </w:rPr>
              <w:t xml:space="preserve"> </w:t>
            </w:r>
            <w:r w:rsidRPr="005E3039">
              <w:rPr>
                <w:w w:val="110"/>
                <w:sz w:val="24"/>
                <w:szCs w:val="24"/>
                <w:lang w:val="kk-KZ"/>
              </w:rPr>
              <w:t>мен</w:t>
            </w:r>
            <w:r w:rsidRPr="005E3039">
              <w:rPr>
                <w:spacing w:val="-1"/>
                <w:w w:val="110"/>
                <w:sz w:val="24"/>
                <w:szCs w:val="24"/>
                <w:lang w:val="kk-KZ"/>
              </w:rPr>
              <w:t xml:space="preserve"> </w:t>
            </w:r>
            <w:r w:rsidRPr="005E3039">
              <w:rPr>
                <w:w w:val="110"/>
                <w:sz w:val="24"/>
                <w:szCs w:val="24"/>
                <w:lang w:val="kk-KZ"/>
              </w:rPr>
              <w:t>басқару</w:t>
            </w:r>
            <w:r w:rsidRPr="005E3039">
              <w:rPr>
                <w:spacing w:val="-1"/>
                <w:w w:val="110"/>
                <w:sz w:val="24"/>
                <w:szCs w:val="24"/>
                <w:lang w:val="kk-KZ"/>
              </w:rPr>
              <w:t xml:space="preserve"> </w:t>
            </w:r>
            <w:r w:rsidRPr="005E3039">
              <w:rPr>
                <w:w w:val="110"/>
                <w:sz w:val="24"/>
                <w:szCs w:val="24"/>
                <w:lang w:val="kk-KZ"/>
              </w:rPr>
              <w:t>органдарының</w:t>
            </w:r>
            <w:r w:rsidRPr="005E3039">
              <w:rPr>
                <w:spacing w:val="-1"/>
                <w:w w:val="110"/>
                <w:sz w:val="24"/>
                <w:szCs w:val="24"/>
                <w:lang w:val="kk-KZ"/>
              </w:rPr>
              <w:t xml:space="preserve"> </w:t>
            </w:r>
            <w:r w:rsidRPr="005E3039">
              <w:rPr>
                <w:w w:val="110"/>
                <w:sz w:val="24"/>
                <w:szCs w:val="24"/>
                <w:lang w:val="kk-KZ"/>
              </w:rPr>
              <w:t xml:space="preserve">қызметі заңнама талаптарына сәйкес </w:t>
            </w:r>
            <w:r w:rsidRPr="005E3039">
              <w:rPr>
                <w:w w:val="110"/>
                <w:sz w:val="24"/>
                <w:szCs w:val="24"/>
                <w:lang w:val="kk-KZ"/>
              </w:rPr>
              <w:lastRenderedPageBreak/>
              <w:t>келеді</w:t>
            </w:r>
          </w:p>
        </w:tc>
        <w:tc>
          <w:tcPr>
            <w:tcW w:w="2223" w:type="dxa"/>
            <w:gridSpan w:val="2"/>
          </w:tcPr>
          <w:p w14:paraId="6A5BF566" w14:textId="77777777" w:rsidR="00FD4D57" w:rsidRPr="005E3039" w:rsidRDefault="00FD4D57" w:rsidP="00FD4D57">
            <w:pPr>
              <w:rPr>
                <w:sz w:val="24"/>
                <w:szCs w:val="24"/>
                <w:lang w:val="kk-KZ"/>
              </w:rPr>
            </w:pPr>
            <w:r>
              <w:rPr>
                <w:sz w:val="24"/>
                <w:szCs w:val="24"/>
                <w:lang w:val="kk-KZ"/>
              </w:rPr>
              <w:lastRenderedPageBreak/>
              <w:t>5</w:t>
            </w:r>
          </w:p>
        </w:tc>
      </w:tr>
      <w:tr w:rsidR="00FD4D57" w:rsidRPr="0079238F" w14:paraId="52EC6434" w14:textId="77777777" w:rsidTr="00FD4D57">
        <w:tc>
          <w:tcPr>
            <w:tcW w:w="510" w:type="dxa"/>
          </w:tcPr>
          <w:p w14:paraId="56BDC95D" w14:textId="77777777" w:rsidR="00FD4D57" w:rsidRPr="005E3039" w:rsidRDefault="00FD4D57" w:rsidP="00FD4D57">
            <w:pPr>
              <w:rPr>
                <w:sz w:val="24"/>
                <w:szCs w:val="24"/>
                <w:lang w:val="kk-KZ"/>
              </w:rPr>
            </w:pPr>
          </w:p>
          <w:p w14:paraId="49E2E9AC" w14:textId="77777777" w:rsidR="00FD4D57" w:rsidRPr="005E3039" w:rsidRDefault="00FD4D57" w:rsidP="00FD4D57">
            <w:pPr>
              <w:rPr>
                <w:sz w:val="24"/>
                <w:szCs w:val="24"/>
                <w:lang w:val="kk-KZ"/>
              </w:rPr>
            </w:pPr>
            <w:r>
              <w:rPr>
                <w:sz w:val="24"/>
                <w:szCs w:val="24"/>
                <w:lang w:val="kk-KZ"/>
              </w:rPr>
              <w:t>3</w:t>
            </w:r>
          </w:p>
          <w:p w14:paraId="212B531D" w14:textId="77777777" w:rsidR="00FD4D57" w:rsidRPr="005E3039" w:rsidRDefault="00FD4D57" w:rsidP="00FD4D57">
            <w:pPr>
              <w:rPr>
                <w:sz w:val="24"/>
                <w:szCs w:val="24"/>
                <w:lang w:val="kk-KZ"/>
              </w:rPr>
            </w:pPr>
          </w:p>
          <w:p w14:paraId="16203B08" w14:textId="77777777" w:rsidR="00FD4D57" w:rsidRPr="005E3039" w:rsidRDefault="00FD4D57" w:rsidP="00FD4D57">
            <w:pPr>
              <w:rPr>
                <w:sz w:val="24"/>
                <w:szCs w:val="24"/>
                <w:lang w:val="kk-KZ"/>
              </w:rPr>
            </w:pPr>
          </w:p>
          <w:p w14:paraId="6D855DEC" w14:textId="77777777" w:rsidR="00FD4D57" w:rsidRPr="005E3039" w:rsidRDefault="00FD4D57" w:rsidP="00FD4D57">
            <w:pPr>
              <w:rPr>
                <w:sz w:val="24"/>
                <w:szCs w:val="24"/>
                <w:lang w:val="kk-KZ"/>
              </w:rPr>
            </w:pPr>
          </w:p>
          <w:p w14:paraId="30711388" w14:textId="77777777" w:rsidR="00FD4D57" w:rsidRPr="005E3039" w:rsidRDefault="00FD4D57" w:rsidP="00FD4D57">
            <w:pPr>
              <w:rPr>
                <w:sz w:val="24"/>
                <w:szCs w:val="24"/>
                <w:lang w:val="kk-KZ"/>
              </w:rPr>
            </w:pPr>
          </w:p>
          <w:p w14:paraId="7D07185A" w14:textId="77777777" w:rsidR="00FD4D57" w:rsidRPr="005E3039" w:rsidRDefault="00FD4D57" w:rsidP="00FD4D57">
            <w:pPr>
              <w:rPr>
                <w:sz w:val="24"/>
                <w:szCs w:val="24"/>
                <w:lang w:val="kk-KZ"/>
              </w:rPr>
            </w:pPr>
          </w:p>
        </w:tc>
        <w:tc>
          <w:tcPr>
            <w:tcW w:w="4992" w:type="dxa"/>
          </w:tcPr>
          <w:p w14:paraId="143E2DA2" w14:textId="77777777" w:rsidR="00FD4D57" w:rsidRPr="005E3039" w:rsidRDefault="00FD4D57" w:rsidP="00FD4D57">
            <w:pPr>
              <w:rPr>
                <w:sz w:val="24"/>
                <w:szCs w:val="24"/>
                <w:lang w:val="kk-KZ"/>
              </w:rPr>
            </w:pPr>
            <w:r w:rsidRPr="005E3039">
              <w:rPr>
                <w:w w:val="110"/>
                <w:sz w:val="24"/>
                <w:szCs w:val="24"/>
                <w:lang w:val="kk-KZ"/>
              </w:rPr>
              <w:lastRenderedPageBreak/>
              <w:t xml:space="preserve">Білім беру ұйымы басшысының Қазақстан Республикасы Білім және ғылым министрінің 2009 жылғы 13 шілдедегі №338 бұйрығымен бекітілген </w:t>
            </w:r>
            <w:r w:rsidRPr="005E3039">
              <w:rPr>
                <w:w w:val="110"/>
                <w:sz w:val="24"/>
                <w:szCs w:val="24"/>
                <w:lang w:val="kk-KZ"/>
              </w:rPr>
              <w:lastRenderedPageBreak/>
              <w:t>педагог лауазымдарының</w:t>
            </w:r>
            <w:r w:rsidRPr="005E3039">
              <w:rPr>
                <w:spacing w:val="-13"/>
                <w:w w:val="110"/>
                <w:sz w:val="24"/>
                <w:szCs w:val="24"/>
                <w:lang w:val="kk-KZ"/>
              </w:rPr>
              <w:t xml:space="preserve"> </w:t>
            </w:r>
            <w:r w:rsidRPr="005E3039">
              <w:rPr>
                <w:w w:val="110"/>
                <w:sz w:val="24"/>
                <w:szCs w:val="24"/>
                <w:lang w:val="kk-KZ"/>
              </w:rPr>
              <w:t>үлгілік</w:t>
            </w:r>
            <w:r w:rsidRPr="005E3039">
              <w:rPr>
                <w:spacing w:val="-12"/>
                <w:w w:val="110"/>
                <w:sz w:val="24"/>
                <w:szCs w:val="24"/>
                <w:lang w:val="kk-KZ"/>
              </w:rPr>
              <w:t xml:space="preserve"> </w:t>
            </w:r>
            <w:r w:rsidRPr="005E3039">
              <w:rPr>
                <w:w w:val="110"/>
                <w:sz w:val="24"/>
                <w:szCs w:val="24"/>
                <w:lang w:val="kk-KZ"/>
              </w:rPr>
              <w:t>біліктілік сипаттамаларына</w:t>
            </w:r>
            <w:r w:rsidRPr="005E3039">
              <w:rPr>
                <w:spacing w:val="-4"/>
                <w:w w:val="110"/>
                <w:sz w:val="24"/>
                <w:szCs w:val="24"/>
                <w:lang w:val="kk-KZ"/>
              </w:rPr>
              <w:t xml:space="preserve"> </w:t>
            </w:r>
            <w:r w:rsidRPr="005E3039">
              <w:rPr>
                <w:w w:val="110"/>
                <w:sz w:val="24"/>
                <w:szCs w:val="24"/>
                <w:lang w:val="kk-KZ"/>
              </w:rPr>
              <w:t>(Нормативтік құқықтық актілерді мемлекеттік тіркеу тізілімінде № 5750 болып тіркелген)</w:t>
            </w:r>
            <w:r w:rsidRPr="005E3039">
              <w:rPr>
                <w:spacing w:val="-4"/>
                <w:w w:val="110"/>
                <w:sz w:val="24"/>
                <w:szCs w:val="24"/>
                <w:lang w:val="kk-KZ"/>
              </w:rPr>
              <w:t xml:space="preserve"> </w:t>
            </w:r>
            <w:r w:rsidRPr="005E3039">
              <w:rPr>
                <w:w w:val="110"/>
                <w:sz w:val="24"/>
                <w:szCs w:val="24"/>
                <w:lang w:val="kk-KZ"/>
              </w:rPr>
              <w:t>сәйкестігі</w:t>
            </w:r>
          </w:p>
        </w:tc>
        <w:tc>
          <w:tcPr>
            <w:tcW w:w="2676" w:type="dxa"/>
            <w:gridSpan w:val="2"/>
          </w:tcPr>
          <w:p w14:paraId="306959EC" w14:textId="77777777" w:rsidR="00FD4D57" w:rsidRPr="005E3039" w:rsidRDefault="00FD4D57" w:rsidP="00FD4D57">
            <w:pPr>
              <w:rPr>
                <w:sz w:val="24"/>
                <w:szCs w:val="24"/>
                <w:lang w:val="kk-KZ"/>
              </w:rPr>
            </w:pPr>
            <w:r w:rsidRPr="005E3039">
              <w:rPr>
                <w:w w:val="110"/>
                <w:sz w:val="24"/>
                <w:szCs w:val="24"/>
                <w:lang w:val="kk-KZ"/>
              </w:rPr>
              <w:lastRenderedPageBreak/>
              <w:t>біліктілік</w:t>
            </w:r>
            <w:r w:rsidRPr="005E3039">
              <w:rPr>
                <w:spacing w:val="-2"/>
                <w:w w:val="110"/>
                <w:sz w:val="24"/>
                <w:szCs w:val="24"/>
                <w:lang w:val="kk-KZ"/>
              </w:rPr>
              <w:t xml:space="preserve"> </w:t>
            </w:r>
            <w:r w:rsidRPr="005E3039">
              <w:rPr>
                <w:w w:val="110"/>
                <w:sz w:val="24"/>
                <w:szCs w:val="24"/>
                <w:lang w:val="kk-KZ"/>
              </w:rPr>
              <w:t>талаптарына</w:t>
            </w:r>
            <w:r w:rsidRPr="005E3039">
              <w:rPr>
                <w:spacing w:val="-2"/>
                <w:w w:val="110"/>
                <w:sz w:val="24"/>
                <w:szCs w:val="24"/>
                <w:lang w:val="kk-KZ"/>
              </w:rPr>
              <w:t xml:space="preserve"> </w:t>
            </w:r>
            <w:r w:rsidRPr="005E3039">
              <w:rPr>
                <w:w w:val="110"/>
                <w:sz w:val="24"/>
                <w:szCs w:val="24"/>
                <w:lang w:val="kk-KZ"/>
              </w:rPr>
              <w:t>сәйкес</w:t>
            </w:r>
            <w:r w:rsidRPr="005E3039">
              <w:rPr>
                <w:spacing w:val="-2"/>
                <w:w w:val="110"/>
                <w:sz w:val="24"/>
                <w:szCs w:val="24"/>
                <w:lang w:val="kk-KZ"/>
              </w:rPr>
              <w:t xml:space="preserve"> </w:t>
            </w:r>
            <w:r w:rsidRPr="005E3039">
              <w:rPr>
                <w:w w:val="110"/>
                <w:sz w:val="24"/>
                <w:szCs w:val="24"/>
                <w:lang w:val="kk-KZ"/>
              </w:rPr>
              <w:t>келеді;</w:t>
            </w:r>
            <w:r w:rsidRPr="005E3039">
              <w:rPr>
                <w:spacing w:val="-2"/>
                <w:w w:val="110"/>
                <w:sz w:val="24"/>
                <w:szCs w:val="24"/>
                <w:lang w:val="kk-KZ"/>
              </w:rPr>
              <w:t xml:space="preserve"> </w:t>
            </w:r>
            <w:r w:rsidRPr="005E3039">
              <w:rPr>
                <w:w w:val="110"/>
                <w:sz w:val="24"/>
                <w:szCs w:val="24"/>
                <w:lang w:val="kk-KZ"/>
              </w:rPr>
              <w:t xml:space="preserve">тағайындау белгіленген </w:t>
            </w:r>
            <w:r w:rsidRPr="005E3039">
              <w:rPr>
                <w:w w:val="110"/>
                <w:sz w:val="24"/>
                <w:szCs w:val="24"/>
                <w:lang w:val="kk-KZ"/>
              </w:rPr>
              <w:lastRenderedPageBreak/>
              <w:t>тәртіппен рәсімделген</w:t>
            </w:r>
          </w:p>
        </w:tc>
        <w:tc>
          <w:tcPr>
            <w:tcW w:w="2223" w:type="dxa"/>
            <w:gridSpan w:val="2"/>
          </w:tcPr>
          <w:p w14:paraId="54AB83CE" w14:textId="77777777" w:rsidR="00FD4D57" w:rsidRPr="0079238F" w:rsidRDefault="00FD4D57" w:rsidP="00FD4D57">
            <w:pPr>
              <w:rPr>
                <w:sz w:val="24"/>
                <w:szCs w:val="24"/>
                <w:lang w:val="en-US"/>
              </w:rPr>
            </w:pPr>
            <w:r>
              <w:rPr>
                <w:sz w:val="24"/>
                <w:szCs w:val="24"/>
                <w:lang w:val="en-US"/>
              </w:rPr>
              <w:lastRenderedPageBreak/>
              <w:t>5</w:t>
            </w:r>
          </w:p>
        </w:tc>
      </w:tr>
      <w:tr w:rsidR="00FD4D57" w:rsidRPr="0079238F" w14:paraId="42BA0A76" w14:textId="77777777" w:rsidTr="00FD4D57">
        <w:tc>
          <w:tcPr>
            <w:tcW w:w="510" w:type="dxa"/>
          </w:tcPr>
          <w:p w14:paraId="51CD0E15" w14:textId="77777777" w:rsidR="00FD4D57" w:rsidRPr="005E3039" w:rsidRDefault="00FD4D57" w:rsidP="00FD4D57">
            <w:pPr>
              <w:rPr>
                <w:sz w:val="24"/>
                <w:szCs w:val="24"/>
                <w:lang w:val="kk-KZ"/>
              </w:rPr>
            </w:pPr>
            <w:r w:rsidRPr="005E3039">
              <w:rPr>
                <w:sz w:val="24"/>
                <w:szCs w:val="24"/>
                <w:lang w:val="kk-KZ"/>
              </w:rPr>
              <w:t>4</w:t>
            </w:r>
          </w:p>
        </w:tc>
        <w:tc>
          <w:tcPr>
            <w:tcW w:w="4992" w:type="dxa"/>
          </w:tcPr>
          <w:p w14:paraId="42A22ABF" w14:textId="77777777" w:rsidR="00FD4D57" w:rsidRPr="005E3039" w:rsidRDefault="00FD4D57" w:rsidP="00FD4D57">
            <w:pPr>
              <w:pStyle w:val="TableParagraph"/>
              <w:spacing w:before="72"/>
              <w:ind w:left="82"/>
              <w:rPr>
                <w:sz w:val="24"/>
                <w:szCs w:val="24"/>
                <w:lang w:val="kk-KZ"/>
              </w:rPr>
            </w:pPr>
            <w:r w:rsidRPr="00FD4D57">
              <w:rPr>
                <w:w w:val="110"/>
                <w:sz w:val="24"/>
                <w:szCs w:val="24"/>
                <w:lang w:val="kk-KZ"/>
              </w:rPr>
              <w:t>Қазақстан</w:t>
            </w:r>
            <w:r w:rsidRPr="00FD4D57">
              <w:rPr>
                <w:spacing w:val="1"/>
                <w:w w:val="110"/>
                <w:sz w:val="24"/>
                <w:szCs w:val="24"/>
                <w:lang w:val="kk-KZ"/>
              </w:rPr>
              <w:t xml:space="preserve"> </w:t>
            </w:r>
            <w:r w:rsidRPr="00FD4D57">
              <w:rPr>
                <w:spacing w:val="-2"/>
                <w:w w:val="110"/>
                <w:sz w:val="24"/>
                <w:szCs w:val="24"/>
                <w:lang w:val="kk-KZ"/>
              </w:rPr>
              <w:t>Республикасы</w:t>
            </w:r>
            <w:r w:rsidRPr="00FD4D57">
              <w:rPr>
                <w:sz w:val="24"/>
                <w:szCs w:val="24"/>
                <w:lang w:val="kk-KZ"/>
              </w:rPr>
              <w:t xml:space="preserve"> </w:t>
            </w:r>
            <w:r w:rsidRPr="00FD4D57">
              <w:rPr>
                <w:w w:val="110"/>
                <w:sz w:val="24"/>
                <w:szCs w:val="24"/>
                <w:lang w:val="kk-KZ"/>
              </w:rPr>
              <w:t>Оқу-ағарту</w:t>
            </w:r>
            <w:r w:rsidRPr="00FD4D57">
              <w:rPr>
                <w:spacing w:val="-2"/>
                <w:w w:val="110"/>
                <w:sz w:val="24"/>
                <w:szCs w:val="24"/>
                <w:lang w:val="kk-KZ"/>
              </w:rPr>
              <w:t xml:space="preserve"> </w:t>
            </w:r>
            <w:r w:rsidRPr="00FD4D57">
              <w:rPr>
                <w:w w:val="110"/>
                <w:sz w:val="24"/>
                <w:szCs w:val="24"/>
                <w:lang w:val="kk-KZ"/>
              </w:rPr>
              <w:t>министрінің</w:t>
            </w:r>
            <w:r w:rsidRPr="00FD4D57">
              <w:rPr>
                <w:spacing w:val="-1"/>
                <w:w w:val="110"/>
                <w:sz w:val="24"/>
                <w:szCs w:val="24"/>
                <w:lang w:val="kk-KZ"/>
              </w:rPr>
              <w:t xml:space="preserve"> </w:t>
            </w:r>
            <w:r w:rsidRPr="00FD4D57">
              <w:rPr>
                <w:spacing w:val="-4"/>
                <w:w w:val="110"/>
                <w:sz w:val="24"/>
                <w:szCs w:val="24"/>
                <w:lang w:val="kk-KZ"/>
              </w:rPr>
              <w:t xml:space="preserve">2022 </w:t>
            </w:r>
            <w:r w:rsidRPr="005E3039">
              <w:rPr>
                <w:w w:val="110"/>
                <w:sz w:val="24"/>
                <w:szCs w:val="24"/>
                <w:lang w:val="kk-KZ"/>
              </w:rPr>
              <w:t>жылғы 3 тамыздағы № 348 бұйрығымен</w:t>
            </w:r>
            <w:r w:rsidRPr="005E3039">
              <w:rPr>
                <w:spacing w:val="-4"/>
                <w:w w:val="110"/>
                <w:sz w:val="24"/>
                <w:szCs w:val="24"/>
                <w:lang w:val="kk-KZ"/>
              </w:rPr>
              <w:t xml:space="preserve"> </w:t>
            </w:r>
            <w:r w:rsidRPr="005E3039">
              <w:rPr>
                <w:w w:val="110"/>
                <w:sz w:val="24"/>
                <w:szCs w:val="24"/>
                <w:lang w:val="kk-KZ"/>
              </w:rPr>
              <w:t xml:space="preserve">бекітілген (Нормативтік құқықтық актілерді мемлекеттік тіркеу тізілімінде № 29031 болып тіркелген) мемлекеттік жалпыға міндетті мектепке дейінгі тәрбие мен оқыту, бастауыш, негізгі орта, жалпы орта, техникалық және кәсіптік, орта білімнен кейінгі білім беру стандарттарының </w:t>
            </w:r>
            <w:r w:rsidRPr="005E3039">
              <w:rPr>
                <w:spacing w:val="-2"/>
                <w:w w:val="110"/>
                <w:sz w:val="24"/>
                <w:szCs w:val="24"/>
                <w:lang w:val="kk-KZ"/>
              </w:rPr>
              <w:t>(бұдан</w:t>
            </w:r>
            <w:r w:rsidRPr="005E3039">
              <w:rPr>
                <w:spacing w:val="-9"/>
                <w:w w:val="110"/>
                <w:sz w:val="24"/>
                <w:szCs w:val="24"/>
                <w:lang w:val="kk-KZ"/>
              </w:rPr>
              <w:t xml:space="preserve"> </w:t>
            </w:r>
            <w:r w:rsidRPr="005E3039">
              <w:rPr>
                <w:spacing w:val="-2"/>
                <w:w w:val="110"/>
                <w:sz w:val="24"/>
                <w:szCs w:val="24"/>
                <w:lang w:val="kk-KZ"/>
              </w:rPr>
              <w:t>әрі</w:t>
            </w:r>
            <w:r w:rsidRPr="005E3039">
              <w:rPr>
                <w:spacing w:val="-9"/>
                <w:w w:val="110"/>
                <w:sz w:val="24"/>
                <w:szCs w:val="24"/>
                <w:lang w:val="kk-KZ"/>
              </w:rPr>
              <w:t xml:space="preserve"> </w:t>
            </w:r>
            <w:r w:rsidRPr="005E3039">
              <w:rPr>
                <w:spacing w:val="-2"/>
                <w:w w:val="110"/>
                <w:sz w:val="24"/>
                <w:szCs w:val="24"/>
                <w:lang w:val="kk-KZ"/>
              </w:rPr>
              <w:t>–</w:t>
            </w:r>
            <w:r w:rsidRPr="005E3039">
              <w:rPr>
                <w:spacing w:val="-9"/>
                <w:w w:val="110"/>
                <w:sz w:val="24"/>
                <w:szCs w:val="24"/>
                <w:lang w:val="kk-KZ"/>
              </w:rPr>
              <w:t xml:space="preserve"> </w:t>
            </w:r>
            <w:r w:rsidRPr="005E3039">
              <w:rPr>
                <w:spacing w:val="-2"/>
                <w:w w:val="110"/>
                <w:sz w:val="24"/>
                <w:szCs w:val="24"/>
                <w:lang w:val="kk-KZ"/>
              </w:rPr>
              <w:t>МЖМБС)</w:t>
            </w:r>
            <w:r w:rsidRPr="005E3039">
              <w:rPr>
                <w:spacing w:val="-9"/>
                <w:w w:val="110"/>
                <w:sz w:val="24"/>
                <w:szCs w:val="24"/>
                <w:lang w:val="kk-KZ"/>
              </w:rPr>
              <w:t xml:space="preserve"> </w:t>
            </w:r>
            <w:r w:rsidRPr="005E3039">
              <w:rPr>
                <w:spacing w:val="-2"/>
                <w:w w:val="110"/>
                <w:sz w:val="24"/>
                <w:szCs w:val="24"/>
                <w:lang w:val="kk-KZ"/>
              </w:rPr>
              <w:t xml:space="preserve">талаптарына </w:t>
            </w:r>
            <w:r w:rsidRPr="005E3039">
              <w:rPr>
                <w:w w:val="110"/>
                <w:sz w:val="24"/>
                <w:szCs w:val="24"/>
                <w:lang w:val="kk-KZ"/>
              </w:rPr>
              <w:t>сәйкес білім сапасын қамтамасыз етуге және оқыту нәтижелеріне қол жеткізуге бағытталған білім беру ұйымын дамыту</w:t>
            </w:r>
            <w:r w:rsidRPr="005E3039">
              <w:rPr>
                <w:spacing w:val="40"/>
                <w:w w:val="110"/>
                <w:sz w:val="24"/>
                <w:szCs w:val="24"/>
                <w:lang w:val="kk-KZ"/>
              </w:rPr>
              <w:t xml:space="preserve"> </w:t>
            </w:r>
            <w:r w:rsidRPr="005E3039">
              <w:rPr>
                <w:w w:val="110"/>
                <w:sz w:val="24"/>
                <w:szCs w:val="24"/>
                <w:lang w:val="kk-KZ"/>
              </w:rPr>
              <w:t xml:space="preserve">жоспарының болуы және іске </w:t>
            </w:r>
            <w:r w:rsidRPr="005E3039">
              <w:rPr>
                <w:spacing w:val="-2"/>
                <w:w w:val="110"/>
                <w:sz w:val="24"/>
                <w:szCs w:val="24"/>
                <w:lang w:val="kk-KZ"/>
              </w:rPr>
              <w:t>асырылуы</w:t>
            </w:r>
          </w:p>
        </w:tc>
        <w:tc>
          <w:tcPr>
            <w:tcW w:w="2676" w:type="dxa"/>
            <w:gridSpan w:val="2"/>
          </w:tcPr>
          <w:p w14:paraId="624EC989" w14:textId="77777777" w:rsidR="00FD4D57" w:rsidRPr="00D07C0E" w:rsidRDefault="00FD4D57" w:rsidP="00FD4D57">
            <w:pPr>
              <w:rPr>
                <w:sz w:val="24"/>
                <w:szCs w:val="24"/>
                <w:lang w:val="kk-KZ"/>
              </w:rPr>
            </w:pPr>
            <w:r w:rsidRPr="00D07C0E">
              <w:rPr>
                <w:sz w:val="24"/>
                <w:szCs w:val="24"/>
                <w:lang w:val="kk-KZ"/>
              </w:rPr>
              <w:t>даму жоспары бекітілген; өзекті; оқу нәтижелерімен және МЖМБС талаптарымен байланысты мақсатты индикаторларды қамтиды; іске асырылу нәтижелері расталған (талдау, есептер, ақпараттық жүйе деректері)</w:t>
            </w:r>
          </w:p>
          <w:p w14:paraId="0396790C" w14:textId="77777777" w:rsidR="00FD4D57" w:rsidRPr="005E3039" w:rsidRDefault="00FD4D57" w:rsidP="00FD4D57">
            <w:pPr>
              <w:rPr>
                <w:sz w:val="24"/>
                <w:szCs w:val="24"/>
                <w:lang w:val="kk-KZ"/>
              </w:rPr>
            </w:pPr>
          </w:p>
        </w:tc>
        <w:tc>
          <w:tcPr>
            <w:tcW w:w="2223" w:type="dxa"/>
            <w:gridSpan w:val="2"/>
          </w:tcPr>
          <w:p w14:paraId="3EAE6088" w14:textId="77777777" w:rsidR="00FD4D57" w:rsidRPr="0079238F" w:rsidRDefault="00FD4D57" w:rsidP="00FD4D57">
            <w:pPr>
              <w:rPr>
                <w:sz w:val="24"/>
                <w:szCs w:val="24"/>
                <w:lang w:val="en-US"/>
              </w:rPr>
            </w:pPr>
            <w:r>
              <w:rPr>
                <w:sz w:val="24"/>
                <w:szCs w:val="24"/>
                <w:lang w:val="en-US"/>
              </w:rPr>
              <w:t>5</w:t>
            </w:r>
          </w:p>
        </w:tc>
      </w:tr>
      <w:tr w:rsidR="00FD4D57" w:rsidRPr="005E3039" w14:paraId="3175CCD5" w14:textId="77777777" w:rsidTr="00FD4D57">
        <w:tc>
          <w:tcPr>
            <w:tcW w:w="10401" w:type="dxa"/>
            <w:gridSpan w:val="6"/>
          </w:tcPr>
          <w:p w14:paraId="76302E86" w14:textId="77777777" w:rsidR="00FD4D57" w:rsidRPr="005E3039" w:rsidRDefault="00FD4D57" w:rsidP="00FD4D57">
            <w:pPr>
              <w:jc w:val="center"/>
              <w:rPr>
                <w:sz w:val="24"/>
                <w:szCs w:val="24"/>
                <w:lang w:val="kk-KZ"/>
              </w:rPr>
            </w:pPr>
            <w:r w:rsidRPr="005E3039">
              <w:rPr>
                <w:w w:val="110"/>
                <w:sz w:val="24"/>
                <w:szCs w:val="24"/>
                <w:lang w:val="kk-KZ"/>
              </w:rPr>
              <w:t>Кадр</w:t>
            </w:r>
            <w:r w:rsidRPr="005E3039">
              <w:rPr>
                <w:spacing w:val="1"/>
                <w:w w:val="110"/>
                <w:sz w:val="24"/>
                <w:szCs w:val="24"/>
                <w:lang w:val="kk-KZ"/>
              </w:rPr>
              <w:t xml:space="preserve"> </w:t>
            </w:r>
            <w:r w:rsidRPr="005E3039">
              <w:rPr>
                <w:w w:val="110"/>
                <w:sz w:val="24"/>
                <w:szCs w:val="24"/>
                <w:lang w:val="kk-KZ"/>
              </w:rPr>
              <w:t>құрамына</w:t>
            </w:r>
            <w:r w:rsidRPr="005E3039">
              <w:rPr>
                <w:spacing w:val="2"/>
                <w:w w:val="110"/>
                <w:sz w:val="24"/>
                <w:szCs w:val="24"/>
                <w:lang w:val="kk-KZ"/>
              </w:rPr>
              <w:t xml:space="preserve"> </w:t>
            </w:r>
            <w:r w:rsidRPr="005E3039">
              <w:rPr>
                <w:w w:val="110"/>
                <w:sz w:val="24"/>
                <w:szCs w:val="24"/>
                <w:lang w:val="kk-KZ"/>
              </w:rPr>
              <w:t>қойылатын</w:t>
            </w:r>
            <w:r w:rsidRPr="005E3039">
              <w:rPr>
                <w:spacing w:val="2"/>
                <w:w w:val="110"/>
                <w:sz w:val="24"/>
                <w:szCs w:val="24"/>
                <w:lang w:val="kk-KZ"/>
              </w:rPr>
              <w:t xml:space="preserve"> </w:t>
            </w:r>
            <w:r w:rsidRPr="005E3039">
              <w:rPr>
                <w:spacing w:val="-2"/>
                <w:w w:val="110"/>
                <w:sz w:val="24"/>
                <w:szCs w:val="24"/>
                <w:lang w:val="kk-KZ"/>
              </w:rPr>
              <w:t>өлшемшарттар</w:t>
            </w:r>
          </w:p>
        </w:tc>
      </w:tr>
      <w:tr w:rsidR="00FD4D57" w:rsidRPr="0079238F" w14:paraId="7D173F3C" w14:textId="77777777" w:rsidTr="00FD4D57">
        <w:tc>
          <w:tcPr>
            <w:tcW w:w="510" w:type="dxa"/>
          </w:tcPr>
          <w:p w14:paraId="0F3FCE7D" w14:textId="77777777" w:rsidR="00FD4D57" w:rsidRPr="005E3039" w:rsidRDefault="00FD4D57" w:rsidP="00FD4D57">
            <w:pPr>
              <w:rPr>
                <w:sz w:val="24"/>
                <w:szCs w:val="24"/>
                <w:lang w:val="kk-KZ"/>
              </w:rPr>
            </w:pPr>
            <w:r w:rsidRPr="005E3039">
              <w:rPr>
                <w:sz w:val="24"/>
                <w:szCs w:val="24"/>
                <w:lang w:val="kk-KZ"/>
              </w:rPr>
              <w:t>5</w:t>
            </w:r>
          </w:p>
          <w:p w14:paraId="1DE15359" w14:textId="77777777" w:rsidR="00FD4D57" w:rsidRPr="005E3039" w:rsidRDefault="00FD4D57" w:rsidP="00FD4D57">
            <w:pPr>
              <w:rPr>
                <w:sz w:val="24"/>
                <w:szCs w:val="24"/>
                <w:lang w:val="kk-KZ"/>
              </w:rPr>
            </w:pPr>
          </w:p>
        </w:tc>
        <w:tc>
          <w:tcPr>
            <w:tcW w:w="4992" w:type="dxa"/>
          </w:tcPr>
          <w:p w14:paraId="6847512D" w14:textId="77777777" w:rsidR="00FD4D57" w:rsidRPr="005E3039" w:rsidRDefault="00FD4D57" w:rsidP="00FD4D57">
            <w:pPr>
              <w:rPr>
                <w:sz w:val="24"/>
                <w:szCs w:val="24"/>
                <w:lang w:val="kk-KZ"/>
              </w:rPr>
            </w:pPr>
            <w:r w:rsidRPr="005E3039">
              <w:rPr>
                <w:w w:val="110"/>
                <w:sz w:val="24"/>
                <w:szCs w:val="24"/>
                <w:lang w:val="kk-KZ"/>
              </w:rPr>
              <w:t>Педагогтердің тиісті бейін бойынша педагогикалық және (немесе) кәсіптік білімге қойылатын</w:t>
            </w:r>
            <w:r w:rsidRPr="005E3039">
              <w:rPr>
                <w:spacing w:val="-3"/>
                <w:w w:val="110"/>
                <w:sz w:val="24"/>
                <w:szCs w:val="24"/>
                <w:lang w:val="kk-KZ"/>
              </w:rPr>
              <w:t xml:space="preserve"> </w:t>
            </w:r>
            <w:r w:rsidRPr="005E3039">
              <w:rPr>
                <w:w w:val="110"/>
                <w:sz w:val="24"/>
                <w:szCs w:val="24"/>
                <w:lang w:val="kk-KZ"/>
              </w:rPr>
              <w:t>талаптарға</w:t>
            </w:r>
            <w:r w:rsidRPr="005E3039">
              <w:rPr>
                <w:spacing w:val="-3"/>
                <w:w w:val="110"/>
                <w:sz w:val="24"/>
                <w:szCs w:val="24"/>
                <w:lang w:val="kk-KZ"/>
              </w:rPr>
              <w:t xml:space="preserve"> </w:t>
            </w:r>
            <w:r w:rsidRPr="005E3039">
              <w:rPr>
                <w:w w:val="110"/>
                <w:sz w:val="24"/>
                <w:szCs w:val="24"/>
                <w:lang w:val="kk-KZ"/>
              </w:rPr>
              <w:t>сәйкестігі не педагогикалық қайта даярлау туралы құжатының болуы</w:t>
            </w:r>
          </w:p>
        </w:tc>
        <w:tc>
          <w:tcPr>
            <w:tcW w:w="2676" w:type="dxa"/>
            <w:gridSpan w:val="2"/>
          </w:tcPr>
          <w:p w14:paraId="13020F01" w14:textId="77777777" w:rsidR="00FD4D57" w:rsidRPr="005E3039" w:rsidRDefault="00FD4D57" w:rsidP="00FD4D57">
            <w:pPr>
              <w:rPr>
                <w:sz w:val="24"/>
                <w:szCs w:val="24"/>
                <w:lang w:val="kk-KZ"/>
              </w:rPr>
            </w:pPr>
            <w:r w:rsidRPr="005E3039">
              <w:rPr>
                <w:w w:val="110"/>
                <w:sz w:val="24"/>
                <w:szCs w:val="24"/>
                <w:lang w:val="kk-KZ"/>
              </w:rPr>
              <w:t>педагогтердің</w:t>
            </w:r>
            <w:r w:rsidRPr="005E3039">
              <w:rPr>
                <w:spacing w:val="-3"/>
                <w:w w:val="110"/>
                <w:sz w:val="24"/>
                <w:szCs w:val="24"/>
                <w:lang w:val="kk-KZ"/>
              </w:rPr>
              <w:t xml:space="preserve"> </w:t>
            </w:r>
            <w:r w:rsidRPr="005E3039">
              <w:rPr>
                <w:w w:val="110"/>
                <w:sz w:val="24"/>
                <w:szCs w:val="24"/>
                <w:lang w:val="kk-KZ"/>
              </w:rPr>
              <w:t>100%-ы</w:t>
            </w:r>
            <w:r w:rsidRPr="005E3039">
              <w:rPr>
                <w:spacing w:val="-3"/>
                <w:w w:val="110"/>
                <w:sz w:val="24"/>
                <w:szCs w:val="24"/>
                <w:lang w:val="kk-KZ"/>
              </w:rPr>
              <w:t xml:space="preserve"> </w:t>
            </w:r>
            <w:r w:rsidRPr="005E3039">
              <w:rPr>
                <w:w w:val="110"/>
                <w:sz w:val="24"/>
                <w:szCs w:val="24"/>
                <w:lang w:val="kk-KZ"/>
              </w:rPr>
              <w:t>талаптарға</w:t>
            </w:r>
            <w:r w:rsidRPr="005E3039">
              <w:rPr>
                <w:spacing w:val="-3"/>
                <w:w w:val="110"/>
                <w:sz w:val="24"/>
                <w:szCs w:val="24"/>
                <w:lang w:val="kk-KZ"/>
              </w:rPr>
              <w:t xml:space="preserve"> </w:t>
            </w:r>
            <w:r w:rsidRPr="005E3039">
              <w:rPr>
                <w:w w:val="110"/>
                <w:sz w:val="24"/>
                <w:szCs w:val="24"/>
                <w:lang w:val="kk-KZ"/>
              </w:rPr>
              <w:t>сәйкес</w:t>
            </w:r>
            <w:r w:rsidRPr="005E3039">
              <w:rPr>
                <w:spacing w:val="-3"/>
                <w:w w:val="110"/>
                <w:sz w:val="24"/>
                <w:szCs w:val="24"/>
                <w:lang w:val="kk-KZ"/>
              </w:rPr>
              <w:t xml:space="preserve"> </w:t>
            </w:r>
            <w:r w:rsidRPr="005E3039">
              <w:rPr>
                <w:spacing w:val="-2"/>
                <w:w w:val="110"/>
                <w:sz w:val="24"/>
                <w:szCs w:val="24"/>
                <w:lang w:val="kk-KZ"/>
              </w:rPr>
              <w:t>келеді</w:t>
            </w:r>
          </w:p>
        </w:tc>
        <w:tc>
          <w:tcPr>
            <w:tcW w:w="2223" w:type="dxa"/>
            <w:gridSpan w:val="2"/>
          </w:tcPr>
          <w:p w14:paraId="5106632B" w14:textId="77777777" w:rsidR="00FD4D57" w:rsidRPr="0079238F" w:rsidRDefault="00FD4D57" w:rsidP="00FD4D57">
            <w:pPr>
              <w:rPr>
                <w:sz w:val="24"/>
                <w:szCs w:val="24"/>
                <w:lang w:val="en-US"/>
              </w:rPr>
            </w:pPr>
            <w:r>
              <w:rPr>
                <w:sz w:val="24"/>
                <w:szCs w:val="24"/>
                <w:lang w:val="en-US"/>
              </w:rPr>
              <w:t>5</w:t>
            </w:r>
          </w:p>
        </w:tc>
      </w:tr>
      <w:tr w:rsidR="00FD4D57" w:rsidRPr="005E3039" w14:paraId="35D746B3" w14:textId="77777777" w:rsidTr="00FD4D57">
        <w:trPr>
          <w:trHeight w:val="562"/>
        </w:trPr>
        <w:tc>
          <w:tcPr>
            <w:tcW w:w="510" w:type="dxa"/>
            <w:vMerge w:val="restart"/>
          </w:tcPr>
          <w:p w14:paraId="7FE1E019" w14:textId="77777777" w:rsidR="00FD4D57" w:rsidRPr="005E3039" w:rsidRDefault="00FD4D57" w:rsidP="00FD4D57">
            <w:pPr>
              <w:rPr>
                <w:sz w:val="24"/>
                <w:szCs w:val="24"/>
                <w:lang w:val="kk-KZ"/>
              </w:rPr>
            </w:pPr>
            <w:r w:rsidRPr="005E3039">
              <w:rPr>
                <w:sz w:val="24"/>
                <w:szCs w:val="24"/>
                <w:lang w:val="kk-KZ"/>
              </w:rPr>
              <w:t>6</w:t>
            </w:r>
          </w:p>
        </w:tc>
        <w:tc>
          <w:tcPr>
            <w:tcW w:w="4992" w:type="dxa"/>
            <w:vMerge w:val="restart"/>
          </w:tcPr>
          <w:p w14:paraId="175F104D" w14:textId="77777777" w:rsidR="00FD4D57" w:rsidRPr="00436357" w:rsidRDefault="00FD4D57" w:rsidP="00FD4D57">
            <w:pPr>
              <w:spacing w:before="72"/>
              <w:ind w:left="82"/>
              <w:rPr>
                <w:sz w:val="24"/>
                <w:szCs w:val="24"/>
                <w:lang w:val="kk-KZ"/>
              </w:rPr>
            </w:pPr>
            <w:r w:rsidRPr="00D07C0E">
              <w:rPr>
                <w:w w:val="110"/>
                <w:sz w:val="24"/>
                <w:szCs w:val="24"/>
                <w:lang w:val="kk-KZ"/>
              </w:rPr>
              <w:t>Педагог-</w:t>
            </w:r>
            <w:r w:rsidRPr="00D07C0E">
              <w:rPr>
                <w:spacing w:val="-2"/>
                <w:w w:val="110"/>
                <w:sz w:val="24"/>
                <w:szCs w:val="24"/>
                <w:lang w:val="kk-KZ"/>
              </w:rPr>
              <w:t>сарапшы,</w:t>
            </w:r>
            <w:r>
              <w:rPr>
                <w:sz w:val="24"/>
                <w:szCs w:val="24"/>
                <w:lang w:val="kk-KZ"/>
              </w:rPr>
              <w:t xml:space="preserve"> </w:t>
            </w:r>
            <w:r w:rsidRPr="005E3039">
              <w:rPr>
                <w:w w:val="110"/>
                <w:sz w:val="24"/>
                <w:szCs w:val="24"/>
                <w:lang w:val="kk-KZ"/>
              </w:rPr>
              <w:t>педагог-зерттеуші,</w:t>
            </w:r>
            <w:r w:rsidRPr="005E3039">
              <w:rPr>
                <w:spacing w:val="-4"/>
                <w:w w:val="110"/>
                <w:sz w:val="24"/>
                <w:szCs w:val="24"/>
                <w:lang w:val="kk-KZ"/>
              </w:rPr>
              <w:t xml:space="preserve"> </w:t>
            </w:r>
            <w:r w:rsidRPr="005E3039">
              <w:rPr>
                <w:w w:val="110"/>
                <w:sz w:val="24"/>
                <w:szCs w:val="24"/>
                <w:lang w:val="kk-KZ"/>
              </w:rPr>
              <w:t>педагог-шебер біліктілік санаттары бар педагогтердің үлесінің Қазақстан Республикасы</w:t>
            </w:r>
            <w:r w:rsidRPr="005E3039">
              <w:rPr>
                <w:spacing w:val="-4"/>
                <w:w w:val="110"/>
                <w:sz w:val="24"/>
                <w:szCs w:val="24"/>
                <w:lang w:val="kk-KZ"/>
              </w:rPr>
              <w:t xml:space="preserve"> </w:t>
            </w:r>
            <w:r w:rsidRPr="005E3039">
              <w:rPr>
                <w:w w:val="110"/>
                <w:sz w:val="24"/>
                <w:szCs w:val="24"/>
                <w:lang w:val="kk-KZ"/>
              </w:rPr>
              <w:t>Оқу-ағарту министрінің 2022 жылғы 24 қарашадағы № 473 бұйрығымен бекітілген</w:t>
            </w:r>
            <w:r w:rsidRPr="005E3039">
              <w:rPr>
                <w:spacing w:val="-4"/>
                <w:w w:val="110"/>
                <w:sz w:val="24"/>
                <w:szCs w:val="24"/>
                <w:lang w:val="kk-KZ"/>
              </w:rPr>
              <w:t xml:space="preserve"> </w:t>
            </w:r>
            <w:r w:rsidRPr="005E3039">
              <w:rPr>
                <w:w w:val="110"/>
                <w:sz w:val="24"/>
                <w:szCs w:val="24"/>
                <w:lang w:val="kk-KZ"/>
              </w:rPr>
              <w:t>(Нормативтік</w:t>
            </w:r>
            <w:r w:rsidRPr="005E3039">
              <w:rPr>
                <w:spacing w:val="-4"/>
                <w:w w:val="110"/>
                <w:sz w:val="24"/>
                <w:szCs w:val="24"/>
                <w:lang w:val="kk-KZ"/>
              </w:rPr>
              <w:t xml:space="preserve"> </w:t>
            </w:r>
            <w:r w:rsidRPr="005E3039">
              <w:rPr>
                <w:w w:val="110"/>
                <w:sz w:val="24"/>
                <w:szCs w:val="24"/>
                <w:lang w:val="kk-KZ"/>
              </w:rPr>
              <w:t>құқықтық актілерді мемлекеттік тіркеу тізілімінде № 30721 болып тіркелген) жоғары және жоғары оқу орнынан кейінгі білім беру ұйымдарын</w:t>
            </w:r>
            <w:r w:rsidRPr="005E3039">
              <w:rPr>
                <w:spacing w:val="-8"/>
                <w:w w:val="110"/>
                <w:sz w:val="24"/>
                <w:szCs w:val="24"/>
                <w:lang w:val="kk-KZ"/>
              </w:rPr>
              <w:t xml:space="preserve"> </w:t>
            </w:r>
            <w:r w:rsidRPr="005E3039">
              <w:rPr>
                <w:w w:val="110"/>
                <w:sz w:val="24"/>
                <w:szCs w:val="24"/>
                <w:lang w:val="kk-KZ"/>
              </w:rPr>
              <w:t>қоспағанда,</w:t>
            </w:r>
            <w:r w:rsidRPr="005E3039">
              <w:rPr>
                <w:spacing w:val="-8"/>
                <w:w w:val="110"/>
                <w:sz w:val="24"/>
                <w:szCs w:val="24"/>
                <w:lang w:val="kk-KZ"/>
              </w:rPr>
              <w:t xml:space="preserve"> </w:t>
            </w:r>
            <w:r w:rsidRPr="005E3039">
              <w:rPr>
                <w:w w:val="110"/>
                <w:sz w:val="24"/>
                <w:szCs w:val="24"/>
                <w:lang w:val="kk-KZ"/>
              </w:rPr>
              <w:t>білім</w:t>
            </w:r>
            <w:r w:rsidRPr="005E3039">
              <w:rPr>
                <w:spacing w:val="-8"/>
                <w:w w:val="110"/>
                <w:sz w:val="24"/>
                <w:szCs w:val="24"/>
                <w:lang w:val="kk-KZ"/>
              </w:rPr>
              <w:t xml:space="preserve"> </w:t>
            </w:r>
            <w:r w:rsidRPr="005E3039">
              <w:rPr>
                <w:w w:val="110"/>
                <w:sz w:val="24"/>
                <w:szCs w:val="24"/>
                <w:lang w:val="kk-KZ"/>
              </w:rPr>
              <w:t>беру ұйымдарының білім беру қызметіне қойылатын біліктілік талаптарына және оларға сәйкестікті растайтын құжаттар тізбесіне (бұдан әрі – біліктілік талаптары)</w:t>
            </w:r>
            <w:r w:rsidRPr="005E3039">
              <w:rPr>
                <w:spacing w:val="-4"/>
                <w:w w:val="110"/>
                <w:sz w:val="24"/>
                <w:szCs w:val="24"/>
                <w:lang w:val="kk-KZ"/>
              </w:rPr>
              <w:t xml:space="preserve"> </w:t>
            </w:r>
            <w:r w:rsidRPr="005E3039">
              <w:rPr>
                <w:w w:val="110"/>
                <w:sz w:val="24"/>
                <w:szCs w:val="24"/>
                <w:lang w:val="kk-KZ"/>
              </w:rPr>
              <w:t>сәйкестігі</w:t>
            </w:r>
          </w:p>
        </w:tc>
        <w:tc>
          <w:tcPr>
            <w:tcW w:w="1910" w:type="dxa"/>
          </w:tcPr>
          <w:p w14:paraId="35011F22" w14:textId="77777777" w:rsidR="00FD4D57" w:rsidRPr="005E3039" w:rsidRDefault="00FD4D57" w:rsidP="00FD4D57">
            <w:pPr>
              <w:rPr>
                <w:sz w:val="24"/>
                <w:szCs w:val="24"/>
                <w:lang w:val="kk-KZ"/>
              </w:rPr>
            </w:pPr>
            <w:r w:rsidRPr="005E3039">
              <w:rPr>
                <w:spacing w:val="-2"/>
                <w:w w:val="110"/>
                <w:sz w:val="24"/>
                <w:szCs w:val="24"/>
              </w:rPr>
              <w:t>бастауыш</w:t>
            </w:r>
          </w:p>
        </w:tc>
        <w:tc>
          <w:tcPr>
            <w:tcW w:w="2594" w:type="dxa"/>
            <w:gridSpan w:val="2"/>
          </w:tcPr>
          <w:p w14:paraId="071427EF" w14:textId="77777777" w:rsidR="00FD4D57" w:rsidRPr="005E3039" w:rsidRDefault="00FD4D57" w:rsidP="00FD4D57">
            <w:pPr>
              <w:rPr>
                <w:sz w:val="24"/>
                <w:szCs w:val="24"/>
                <w:lang w:val="kk-KZ"/>
              </w:rPr>
            </w:pPr>
            <w:r w:rsidRPr="005E3039">
              <w:rPr>
                <w:w w:val="110"/>
                <w:sz w:val="24"/>
                <w:szCs w:val="24"/>
              </w:rPr>
              <w:t>негізгі</w:t>
            </w:r>
            <w:r w:rsidRPr="005E3039">
              <w:rPr>
                <w:spacing w:val="-3"/>
                <w:w w:val="110"/>
                <w:sz w:val="24"/>
                <w:szCs w:val="24"/>
              </w:rPr>
              <w:t xml:space="preserve"> </w:t>
            </w:r>
            <w:r w:rsidRPr="005E3039">
              <w:rPr>
                <w:w w:val="110"/>
                <w:sz w:val="24"/>
                <w:szCs w:val="24"/>
              </w:rPr>
              <w:t>орта</w:t>
            </w:r>
            <w:r w:rsidRPr="005E3039">
              <w:rPr>
                <w:spacing w:val="-3"/>
                <w:w w:val="110"/>
                <w:sz w:val="24"/>
                <w:szCs w:val="24"/>
              </w:rPr>
              <w:t xml:space="preserve"> </w:t>
            </w:r>
            <w:r w:rsidRPr="005E3039">
              <w:rPr>
                <w:w w:val="110"/>
                <w:sz w:val="24"/>
                <w:szCs w:val="24"/>
              </w:rPr>
              <w:t>және</w:t>
            </w:r>
            <w:r w:rsidRPr="005E3039">
              <w:rPr>
                <w:spacing w:val="-2"/>
                <w:w w:val="110"/>
                <w:sz w:val="24"/>
                <w:szCs w:val="24"/>
              </w:rPr>
              <w:t xml:space="preserve"> </w:t>
            </w:r>
            <w:r w:rsidRPr="005E3039">
              <w:rPr>
                <w:w w:val="110"/>
                <w:sz w:val="24"/>
                <w:szCs w:val="24"/>
              </w:rPr>
              <w:t>жалпы</w:t>
            </w:r>
            <w:r w:rsidRPr="005E3039">
              <w:rPr>
                <w:spacing w:val="-3"/>
                <w:w w:val="110"/>
                <w:sz w:val="24"/>
                <w:szCs w:val="24"/>
              </w:rPr>
              <w:t xml:space="preserve"> </w:t>
            </w:r>
            <w:r w:rsidRPr="005E3039">
              <w:rPr>
                <w:spacing w:val="-4"/>
                <w:w w:val="110"/>
                <w:sz w:val="24"/>
                <w:szCs w:val="24"/>
              </w:rPr>
              <w:t>орта</w:t>
            </w:r>
          </w:p>
        </w:tc>
        <w:tc>
          <w:tcPr>
            <w:tcW w:w="395" w:type="dxa"/>
          </w:tcPr>
          <w:p w14:paraId="2B4CA15D" w14:textId="77777777" w:rsidR="00FD4D57" w:rsidRPr="00436357" w:rsidRDefault="00FD4D57" w:rsidP="00FD4D57">
            <w:pPr>
              <w:rPr>
                <w:sz w:val="24"/>
                <w:szCs w:val="24"/>
              </w:rPr>
            </w:pPr>
          </w:p>
        </w:tc>
      </w:tr>
      <w:tr w:rsidR="00FD4D57" w:rsidRPr="0079238F" w14:paraId="4270E2D4" w14:textId="77777777" w:rsidTr="00FD4D57">
        <w:tc>
          <w:tcPr>
            <w:tcW w:w="510" w:type="dxa"/>
            <w:vMerge/>
          </w:tcPr>
          <w:p w14:paraId="1EC019AB" w14:textId="77777777" w:rsidR="00FD4D57" w:rsidRPr="005E3039" w:rsidRDefault="00FD4D57" w:rsidP="00FD4D57">
            <w:pPr>
              <w:rPr>
                <w:sz w:val="24"/>
                <w:szCs w:val="24"/>
                <w:lang w:val="kk-KZ"/>
              </w:rPr>
            </w:pPr>
          </w:p>
        </w:tc>
        <w:tc>
          <w:tcPr>
            <w:tcW w:w="4992" w:type="dxa"/>
            <w:vMerge/>
          </w:tcPr>
          <w:p w14:paraId="4AA58A64" w14:textId="77777777" w:rsidR="00FD4D57" w:rsidRPr="005E3039" w:rsidRDefault="00FD4D57" w:rsidP="00FD4D57">
            <w:pPr>
              <w:rPr>
                <w:sz w:val="24"/>
                <w:szCs w:val="24"/>
                <w:lang w:val="kk-KZ"/>
              </w:rPr>
            </w:pPr>
          </w:p>
        </w:tc>
        <w:tc>
          <w:tcPr>
            <w:tcW w:w="1910" w:type="dxa"/>
          </w:tcPr>
          <w:p w14:paraId="4BBAECED" w14:textId="77777777" w:rsidR="00FD4D57" w:rsidRPr="00D07C0E" w:rsidRDefault="00FD4D57" w:rsidP="00FD4D57">
            <w:pPr>
              <w:spacing w:before="72" w:line="280" w:lineRule="auto"/>
              <w:ind w:left="82"/>
              <w:rPr>
                <w:sz w:val="24"/>
                <w:szCs w:val="24"/>
                <w:lang w:val="kk-KZ"/>
              </w:rPr>
            </w:pPr>
            <w:r w:rsidRPr="00D07C0E">
              <w:rPr>
                <w:w w:val="110"/>
                <w:sz w:val="24"/>
                <w:szCs w:val="24"/>
                <w:lang w:val="kk-KZ"/>
              </w:rPr>
              <w:t>толық</w:t>
            </w:r>
            <w:r w:rsidRPr="00D07C0E">
              <w:rPr>
                <w:spacing w:val="-4"/>
                <w:w w:val="110"/>
                <w:sz w:val="24"/>
                <w:szCs w:val="24"/>
                <w:lang w:val="kk-KZ"/>
              </w:rPr>
              <w:t xml:space="preserve"> </w:t>
            </w:r>
            <w:r w:rsidRPr="00D07C0E">
              <w:rPr>
                <w:w w:val="110"/>
                <w:sz w:val="24"/>
                <w:szCs w:val="24"/>
                <w:lang w:val="kk-KZ"/>
              </w:rPr>
              <w:t>жинақталған білім</w:t>
            </w:r>
            <w:r w:rsidRPr="00D07C0E">
              <w:rPr>
                <w:spacing w:val="-13"/>
                <w:w w:val="110"/>
                <w:sz w:val="24"/>
                <w:szCs w:val="24"/>
                <w:lang w:val="kk-KZ"/>
              </w:rPr>
              <w:t xml:space="preserve"> </w:t>
            </w:r>
            <w:r w:rsidRPr="00D07C0E">
              <w:rPr>
                <w:w w:val="110"/>
                <w:sz w:val="24"/>
                <w:szCs w:val="24"/>
                <w:lang w:val="kk-KZ"/>
              </w:rPr>
              <w:t>беру</w:t>
            </w:r>
            <w:r w:rsidRPr="00D07C0E">
              <w:rPr>
                <w:spacing w:val="-12"/>
                <w:w w:val="110"/>
                <w:sz w:val="24"/>
                <w:szCs w:val="24"/>
                <w:lang w:val="kk-KZ"/>
              </w:rPr>
              <w:t xml:space="preserve"> </w:t>
            </w:r>
            <w:r w:rsidRPr="00D07C0E">
              <w:rPr>
                <w:w w:val="110"/>
                <w:sz w:val="24"/>
                <w:szCs w:val="24"/>
                <w:lang w:val="kk-KZ"/>
              </w:rPr>
              <w:t xml:space="preserve">ұйымдары </w:t>
            </w:r>
            <w:r w:rsidRPr="00D07C0E">
              <w:rPr>
                <w:spacing w:val="-4"/>
                <w:w w:val="110"/>
                <w:sz w:val="24"/>
                <w:szCs w:val="24"/>
                <w:lang w:val="kk-KZ"/>
              </w:rPr>
              <w:t>үшін:</w:t>
            </w:r>
          </w:p>
          <w:p w14:paraId="5D202EB1" w14:textId="77777777" w:rsidR="00FD4D57" w:rsidRPr="00D07C0E" w:rsidRDefault="00FD4D57" w:rsidP="00FD4D57">
            <w:pPr>
              <w:spacing w:before="3" w:line="280" w:lineRule="auto"/>
              <w:ind w:left="82"/>
              <w:rPr>
                <w:sz w:val="24"/>
                <w:szCs w:val="24"/>
                <w:lang w:val="kk-KZ"/>
              </w:rPr>
            </w:pPr>
            <w:r w:rsidRPr="00D07C0E">
              <w:rPr>
                <w:w w:val="110"/>
                <w:sz w:val="24"/>
                <w:szCs w:val="24"/>
                <w:lang w:val="kk-KZ"/>
              </w:rPr>
              <w:t>жалпы</w:t>
            </w:r>
            <w:r w:rsidRPr="00D07C0E">
              <w:rPr>
                <w:spacing w:val="-13"/>
                <w:w w:val="110"/>
                <w:sz w:val="24"/>
                <w:szCs w:val="24"/>
                <w:lang w:val="kk-KZ"/>
              </w:rPr>
              <w:t xml:space="preserve"> </w:t>
            </w:r>
            <w:r w:rsidRPr="00D07C0E">
              <w:rPr>
                <w:w w:val="110"/>
                <w:sz w:val="24"/>
                <w:szCs w:val="24"/>
                <w:lang w:val="kk-KZ"/>
              </w:rPr>
              <w:t>білім</w:t>
            </w:r>
            <w:r w:rsidRPr="00D07C0E">
              <w:rPr>
                <w:spacing w:val="-12"/>
                <w:w w:val="110"/>
                <w:sz w:val="24"/>
                <w:szCs w:val="24"/>
                <w:lang w:val="kk-KZ"/>
              </w:rPr>
              <w:t xml:space="preserve"> </w:t>
            </w:r>
            <w:r w:rsidRPr="00D07C0E">
              <w:rPr>
                <w:w w:val="110"/>
                <w:sz w:val="24"/>
                <w:szCs w:val="24"/>
                <w:lang w:val="kk-KZ"/>
              </w:rPr>
              <w:t xml:space="preserve">беретін </w:t>
            </w:r>
            <w:r w:rsidRPr="00D07C0E">
              <w:rPr>
                <w:spacing w:val="-2"/>
                <w:w w:val="110"/>
                <w:sz w:val="24"/>
                <w:szCs w:val="24"/>
                <w:lang w:val="kk-KZ"/>
              </w:rPr>
              <w:t>мектептер,</w:t>
            </w:r>
          </w:p>
          <w:p w14:paraId="36AC1A09" w14:textId="77777777" w:rsidR="00FD4D57" w:rsidRPr="00D07C0E" w:rsidRDefault="00FD4D57" w:rsidP="00FD4D57">
            <w:pPr>
              <w:spacing w:before="1" w:line="280" w:lineRule="auto"/>
              <w:ind w:left="82" w:right="71"/>
              <w:rPr>
                <w:sz w:val="24"/>
                <w:szCs w:val="24"/>
                <w:lang w:val="kk-KZ"/>
              </w:rPr>
            </w:pPr>
            <w:r w:rsidRPr="00D07C0E">
              <w:rPr>
                <w:spacing w:val="-2"/>
                <w:w w:val="110"/>
                <w:sz w:val="24"/>
                <w:szCs w:val="24"/>
                <w:lang w:val="kk-KZ"/>
              </w:rPr>
              <w:t>мектеп-гимназиялар, мектеп-лицейлер</w:t>
            </w:r>
            <w:r w:rsidRPr="00D07C0E">
              <w:rPr>
                <w:spacing w:val="80"/>
                <w:w w:val="110"/>
                <w:sz w:val="24"/>
                <w:szCs w:val="24"/>
                <w:lang w:val="kk-KZ"/>
              </w:rPr>
              <w:t xml:space="preserve"> </w:t>
            </w:r>
            <w:r w:rsidRPr="00D07C0E">
              <w:rPr>
                <w:w w:val="110"/>
                <w:sz w:val="24"/>
                <w:szCs w:val="24"/>
                <w:lang w:val="kk-KZ"/>
              </w:rPr>
              <w:t xml:space="preserve">35% -дан 44 % </w:t>
            </w:r>
            <w:r w:rsidRPr="00D07C0E">
              <w:rPr>
                <w:spacing w:val="-2"/>
                <w:w w:val="110"/>
                <w:sz w:val="24"/>
                <w:szCs w:val="24"/>
                <w:lang w:val="kk-KZ"/>
              </w:rPr>
              <w:t xml:space="preserve">аралығында, </w:t>
            </w:r>
            <w:r w:rsidRPr="00D07C0E">
              <w:rPr>
                <w:w w:val="110"/>
                <w:sz w:val="24"/>
                <w:szCs w:val="24"/>
                <w:lang w:val="kk-KZ"/>
              </w:rPr>
              <w:t>гимназиялар</w:t>
            </w:r>
            <w:r w:rsidRPr="00D07C0E">
              <w:rPr>
                <w:spacing w:val="-4"/>
                <w:w w:val="110"/>
                <w:sz w:val="24"/>
                <w:szCs w:val="24"/>
                <w:lang w:val="kk-KZ"/>
              </w:rPr>
              <w:t xml:space="preserve"> </w:t>
            </w:r>
            <w:r w:rsidRPr="00D07C0E">
              <w:rPr>
                <w:w w:val="110"/>
                <w:sz w:val="24"/>
                <w:szCs w:val="24"/>
                <w:lang w:val="kk-KZ"/>
              </w:rPr>
              <w:t>–40%-</w:t>
            </w:r>
          </w:p>
          <w:p w14:paraId="036FAE07" w14:textId="77777777" w:rsidR="00FD4D57" w:rsidRPr="00D07C0E" w:rsidRDefault="00FD4D57" w:rsidP="00FD4D57">
            <w:pPr>
              <w:spacing w:before="4" w:line="280" w:lineRule="auto"/>
              <w:ind w:left="82"/>
              <w:rPr>
                <w:sz w:val="24"/>
                <w:szCs w:val="24"/>
                <w:lang w:val="kk-KZ"/>
              </w:rPr>
            </w:pPr>
            <w:r w:rsidRPr="00D07C0E">
              <w:rPr>
                <w:w w:val="110"/>
                <w:sz w:val="24"/>
                <w:szCs w:val="24"/>
                <w:lang w:val="kk-KZ"/>
              </w:rPr>
              <w:t>дан</w:t>
            </w:r>
            <w:r w:rsidRPr="00D07C0E">
              <w:rPr>
                <w:spacing w:val="-13"/>
                <w:w w:val="110"/>
                <w:sz w:val="24"/>
                <w:szCs w:val="24"/>
                <w:lang w:val="kk-KZ"/>
              </w:rPr>
              <w:t xml:space="preserve"> </w:t>
            </w:r>
            <w:r w:rsidRPr="00D07C0E">
              <w:rPr>
                <w:w w:val="110"/>
                <w:sz w:val="24"/>
                <w:szCs w:val="24"/>
                <w:lang w:val="kk-KZ"/>
              </w:rPr>
              <w:t>49%</w:t>
            </w:r>
            <w:r w:rsidRPr="00D07C0E">
              <w:rPr>
                <w:spacing w:val="-12"/>
                <w:w w:val="110"/>
                <w:sz w:val="24"/>
                <w:szCs w:val="24"/>
                <w:lang w:val="kk-KZ"/>
              </w:rPr>
              <w:t xml:space="preserve"> </w:t>
            </w:r>
            <w:r w:rsidRPr="00D07C0E">
              <w:rPr>
                <w:w w:val="110"/>
                <w:sz w:val="24"/>
                <w:szCs w:val="24"/>
                <w:lang w:val="kk-KZ"/>
              </w:rPr>
              <w:t>аралығында; Шағын</w:t>
            </w:r>
            <w:r w:rsidRPr="00D07C0E">
              <w:rPr>
                <w:spacing w:val="-4"/>
                <w:w w:val="110"/>
                <w:sz w:val="24"/>
                <w:szCs w:val="24"/>
                <w:lang w:val="kk-KZ"/>
              </w:rPr>
              <w:t xml:space="preserve"> </w:t>
            </w:r>
            <w:r w:rsidRPr="00D07C0E">
              <w:rPr>
                <w:w w:val="110"/>
                <w:sz w:val="24"/>
                <w:szCs w:val="24"/>
                <w:lang w:val="kk-KZ"/>
              </w:rPr>
              <w:t xml:space="preserve">жинақталған </w:t>
            </w:r>
            <w:r w:rsidRPr="00D07C0E">
              <w:rPr>
                <w:w w:val="110"/>
                <w:sz w:val="24"/>
                <w:szCs w:val="24"/>
                <w:lang w:val="kk-KZ"/>
              </w:rPr>
              <w:lastRenderedPageBreak/>
              <w:t>білім</w:t>
            </w:r>
            <w:r w:rsidRPr="00D07C0E">
              <w:rPr>
                <w:spacing w:val="-11"/>
                <w:w w:val="110"/>
                <w:sz w:val="24"/>
                <w:szCs w:val="24"/>
                <w:lang w:val="kk-KZ"/>
              </w:rPr>
              <w:t xml:space="preserve"> </w:t>
            </w:r>
            <w:r w:rsidRPr="00D07C0E">
              <w:rPr>
                <w:w w:val="110"/>
                <w:sz w:val="24"/>
                <w:szCs w:val="24"/>
                <w:lang w:val="kk-KZ"/>
              </w:rPr>
              <w:t>беру</w:t>
            </w:r>
            <w:r w:rsidRPr="00D07C0E">
              <w:rPr>
                <w:spacing w:val="-11"/>
                <w:w w:val="110"/>
                <w:sz w:val="24"/>
                <w:szCs w:val="24"/>
                <w:lang w:val="kk-KZ"/>
              </w:rPr>
              <w:t xml:space="preserve"> </w:t>
            </w:r>
            <w:r w:rsidRPr="00D07C0E">
              <w:rPr>
                <w:w w:val="110"/>
                <w:sz w:val="24"/>
                <w:szCs w:val="24"/>
                <w:lang w:val="kk-KZ"/>
              </w:rPr>
              <w:t xml:space="preserve">ұйымдары </w:t>
            </w:r>
            <w:r w:rsidRPr="00D07C0E">
              <w:rPr>
                <w:spacing w:val="-4"/>
                <w:w w:val="110"/>
                <w:sz w:val="24"/>
                <w:szCs w:val="24"/>
                <w:lang w:val="kk-KZ"/>
              </w:rPr>
              <w:t>үшін:</w:t>
            </w:r>
          </w:p>
          <w:p w14:paraId="6E740574" w14:textId="77777777" w:rsidR="00FD4D57" w:rsidRPr="005E3039" w:rsidRDefault="00FD4D57" w:rsidP="00FD4D57">
            <w:pPr>
              <w:rPr>
                <w:sz w:val="24"/>
                <w:szCs w:val="24"/>
                <w:lang w:val="kk-KZ"/>
              </w:rPr>
            </w:pPr>
            <w:r w:rsidRPr="005E3039">
              <w:rPr>
                <w:w w:val="110"/>
                <w:sz w:val="24"/>
                <w:szCs w:val="24"/>
                <w:lang w:val="kk-KZ"/>
              </w:rPr>
              <w:t>жалпы білім беретін мектептер</w:t>
            </w:r>
            <w:r w:rsidRPr="005E3039">
              <w:rPr>
                <w:spacing w:val="-6"/>
                <w:w w:val="110"/>
                <w:sz w:val="24"/>
                <w:szCs w:val="24"/>
                <w:lang w:val="kk-KZ"/>
              </w:rPr>
              <w:t xml:space="preserve"> </w:t>
            </w:r>
            <w:r w:rsidRPr="005E3039">
              <w:rPr>
                <w:w w:val="110"/>
                <w:sz w:val="24"/>
                <w:szCs w:val="24"/>
                <w:lang w:val="kk-KZ"/>
              </w:rPr>
              <w:t>–</w:t>
            </w:r>
            <w:r w:rsidRPr="005E3039">
              <w:rPr>
                <w:spacing w:val="-6"/>
                <w:w w:val="110"/>
                <w:sz w:val="24"/>
                <w:szCs w:val="24"/>
                <w:lang w:val="kk-KZ"/>
              </w:rPr>
              <w:t xml:space="preserve"> </w:t>
            </w:r>
            <w:r w:rsidRPr="005E3039">
              <w:rPr>
                <w:w w:val="110"/>
                <w:sz w:val="24"/>
                <w:szCs w:val="24"/>
                <w:lang w:val="kk-KZ"/>
              </w:rPr>
              <w:t>25%-дан 29%</w:t>
            </w:r>
            <w:r w:rsidRPr="005E3039">
              <w:rPr>
                <w:spacing w:val="-4"/>
                <w:w w:val="110"/>
                <w:sz w:val="24"/>
                <w:szCs w:val="24"/>
                <w:lang w:val="kk-KZ"/>
              </w:rPr>
              <w:t xml:space="preserve"> </w:t>
            </w:r>
            <w:r w:rsidRPr="005E3039">
              <w:rPr>
                <w:w w:val="110"/>
                <w:sz w:val="24"/>
                <w:szCs w:val="24"/>
                <w:lang w:val="kk-KZ"/>
              </w:rPr>
              <w:t>аралығында</w:t>
            </w:r>
          </w:p>
        </w:tc>
        <w:tc>
          <w:tcPr>
            <w:tcW w:w="2594" w:type="dxa"/>
            <w:gridSpan w:val="2"/>
          </w:tcPr>
          <w:p w14:paraId="740214D8" w14:textId="77777777" w:rsidR="00FD4D57" w:rsidRPr="00D07C0E" w:rsidRDefault="00FD4D57" w:rsidP="00FD4D57">
            <w:pPr>
              <w:spacing w:before="72" w:line="280" w:lineRule="auto"/>
              <w:ind w:left="82"/>
              <w:rPr>
                <w:sz w:val="24"/>
                <w:szCs w:val="24"/>
                <w:lang w:val="kk-KZ"/>
              </w:rPr>
            </w:pPr>
            <w:r w:rsidRPr="00D07C0E">
              <w:rPr>
                <w:w w:val="110"/>
                <w:sz w:val="24"/>
                <w:szCs w:val="24"/>
                <w:lang w:val="kk-KZ"/>
              </w:rPr>
              <w:lastRenderedPageBreak/>
              <w:t>толық</w:t>
            </w:r>
            <w:r w:rsidRPr="00D07C0E">
              <w:rPr>
                <w:spacing w:val="-12"/>
                <w:w w:val="110"/>
                <w:sz w:val="24"/>
                <w:szCs w:val="24"/>
                <w:lang w:val="kk-KZ"/>
              </w:rPr>
              <w:t xml:space="preserve"> </w:t>
            </w:r>
            <w:r w:rsidRPr="00D07C0E">
              <w:rPr>
                <w:w w:val="110"/>
                <w:sz w:val="24"/>
                <w:szCs w:val="24"/>
                <w:lang w:val="kk-KZ"/>
              </w:rPr>
              <w:t>жинақталған</w:t>
            </w:r>
            <w:r w:rsidRPr="00D07C0E">
              <w:rPr>
                <w:spacing w:val="-12"/>
                <w:w w:val="110"/>
                <w:sz w:val="24"/>
                <w:szCs w:val="24"/>
                <w:lang w:val="kk-KZ"/>
              </w:rPr>
              <w:t xml:space="preserve"> </w:t>
            </w:r>
            <w:r w:rsidRPr="00D07C0E">
              <w:rPr>
                <w:w w:val="110"/>
                <w:sz w:val="24"/>
                <w:szCs w:val="24"/>
                <w:lang w:val="kk-KZ"/>
              </w:rPr>
              <w:t>білім</w:t>
            </w:r>
            <w:r w:rsidRPr="00D07C0E">
              <w:rPr>
                <w:spacing w:val="-12"/>
                <w:w w:val="110"/>
                <w:sz w:val="24"/>
                <w:szCs w:val="24"/>
                <w:lang w:val="kk-KZ"/>
              </w:rPr>
              <w:t xml:space="preserve"> </w:t>
            </w:r>
            <w:r w:rsidRPr="00D07C0E">
              <w:rPr>
                <w:w w:val="110"/>
                <w:sz w:val="24"/>
                <w:szCs w:val="24"/>
                <w:lang w:val="kk-KZ"/>
              </w:rPr>
              <w:t>беру ұйымдары</w:t>
            </w:r>
            <w:r w:rsidRPr="00D07C0E">
              <w:rPr>
                <w:spacing w:val="-4"/>
                <w:w w:val="110"/>
                <w:sz w:val="24"/>
                <w:szCs w:val="24"/>
                <w:lang w:val="kk-KZ"/>
              </w:rPr>
              <w:t xml:space="preserve"> </w:t>
            </w:r>
            <w:r w:rsidRPr="00D07C0E">
              <w:rPr>
                <w:w w:val="110"/>
                <w:sz w:val="24"/>
                <w:szCs w:val="24"/>
                <w:lang w:val="kk-KZ"/>
              </w:rPr>
              <w:t>үшін:</w:t>
            </w:r>
          </w:p>
          <w:p w14:paraId="0EE69D48" w14:textId="77777777" w:rsidR="00FD4D57" w:rsidRPr="00D07C0E" w:rsidRDefault="00FD4D57" w:rsidP="00FD4D57">
            <w:pPr>
              <w:spacing w:before="2" w:line="280" w:lineRule="auto"/>
              <w:ind w:left="82" w:right="124"/>
              <w:rPr>
                <w:sz w:val="24"/>
                <w:szCs w:val="24"/>
                <w:lang w:val="kk-KZ"/>
              </w:rPr>
            </w:pPr>
            <w:r w:rsidRPr="00D07C0E">
              <w:rPr>
                <w:w w:val="110"/>
                <w:sz w:val="24"/>
                <w:szCs w:val="24"/>
                <w:lang w:val="kk-KZ"/>
              </w:rPr>
              <w:t>жалпы</w:t>
            </w:r>
            <w:r w:rsidRPr="00D07C0E">
              <w:rPr>
                <w:spacing w:val="-5"/>
                <w:w w:val="110"/>
                <w:sz w:val="24"/>
                <w:szCs w:val="24"/>
                <w:lang w:val="kk-KZ"/>
              </w:rPr>
              <w:t xml:space="preserve"> </w:t>
            </w:r>
            <w:r w:rsidRPr="00D07C0E">
              <w:rPr>
                <w:w w:val="110"/>
                <w:sz w:val="24"/>
                <w:szCs w:val="24"/>
                <w:lang w:val="kk-KZ"/>
              </w:rPr>
              <w:t>білім</w:t>
            </w:r>
            <w:r w:rsidRPr="00D07C0E">
              <w:rPr>
                <w:spacing w:val="-5"/>
                <w:w w:val="110"/>
                <w:sz w:val="24"/>
                <w:szCs w:val="24"/>
                <w:lang w:val="kk-KZ"/>
              </w:rPr>
              <w:t xml:space="preserve"> </w:t>
            </w:r>
            <w:r w:rsidRPr="00D07C0E">
              <w:rPr>
                <w:w w:val="110"/>
                <w:sz w:val="24"/>
                <w:szCs w:val="24"/>
                <w:lang w:val="kk-KZ"/>
              </w:rPr>
              <w:t>беретін</w:t>
            </w:r>
            <w:r w:rsidRPr="00D07C0E">
              <w:rPr>
                <w:spacing w:val="-5"/>
                <w:w w:val="110"/>
                <w:sz w:val="24"/>
                <w:szCs w:val="24"/>
                <w:lang w:val="kk-KZ"/>
              </w:rPr>
              <w:t xml:space="preserve"> </w:t>
            </w:r>
            <w:r w:rsidRPr="00D07C0E">
              <w:rPr>
                <w:w w:val="110"/>
                <w:sz w:val="24"/>
                <w:szCs w:val="24"/>
                <w:lang w:val="kk-KZ"/>
              </w:rPr>
              <w:t xml:space="preserve">мектептер, </w:t>
            </w:r>
            <w:r w:rsidRPr="00D07C0E">
              <w:rPr>
                <w:spacing w:val="-2"/>
                <w:w w:val="110"/>
                <w:sz w:val="24"/>
                <w:szCs w:val="24"/>
                <w:lang w:val="kk-KZ"/>
              </w:rPr>
              <w:t>мектеп-гимназиялар,</w:t>
            </w:r>
          </w:p>
          <w:p w14:paraId="402C7B8B" w14:textId="77777777" w:rsidR="00FD4D57" w:rsidRPr="00D07C0E" w:rsidRDefault="00FD4D57" w:rsidP="00FD4D57">
            <w:pPr>
              <w:spacing w:before="2"/>
              <w:ind w:left="82"/>
              <w:rPr>
                <w:sz w:val="24"/>
                <w:szCs w:val="24"/>
                <w:lang w:val="kk-KZ"/>
              </w:rPr>
            </w:pPr>
            <w:r w:rsidRPr="00D07C0E">
              <w:rPr>
                <w:w w:val="110"/>
                <w:sz w:val="24"/>
                <w:szCs w:val="24"/>
                <w:lang w:val="kk-KZ"/>
              </w:rPr>
              <w:t>мектеп-лицейлер</w:t>
            </w:r>
            <w:r w:rsidRPr="00D07C0E">
              <w:rPr>
                <w:spacing w:val="8"/>
                <w:w w:val="110"/>
                <w:sz w:val="24"/>
                <w:szCs w:val="24"/>
                <w:lang w:val="kk-KZ"/>
              </w:rPr>
              <w:t xml:space="preserve"> </w:t>
            </w:r>
            <w:r w:rsidRPr="00D07C0E">
              <w:rPr>
                <w:w w:val="110"/>
                <w:sz w:val="24"/>
                <w:szCs w:val="24"/>
                <w:lang w:val="kk-KZ"/>
              </w:rPr>
              <w:t>-45%</w:t>
            </w:r>
            <w:r w:rsidRPr="00D07C0E">
              <w:rPr>
                <w:spacing w:val="8"/>
                <w:w w:val="110"/>
                <w:sz w:val="24"/>
                <w:szCs w:val="24"/>
                <w:lang w:val="kk-KZ"/>
              </w:rPr>
              <w:t xml:space="preserve"> </w:t>
            </w:r>
            <w:r w:rsidRPr="00D07C0E">
              <w:rPr>
                <w:w w:val="110"/>
                <w:sz w:val="24"/>
                <w:szCs w:val="24"/>
                <w:lang w:val="kk-KZ"/>
              </w:rPr>
              <w:t>-дан</w:t>
            </w:r>
            <w:r w:rsidRPr="00D07C0E">
              <w:rPr>
                <w:spacing w:val="8"/>
                <w:w w:val="110"/>
                <w:sz w:val="24"/>
                <w:szCs w:val="24"/>
                <w:lang w:val="kk-KZ"/>
              </w:rPr>
              <w:t xml:space="preserve"> </w:t>
            </w:r>
            <w:r w:rsidRPr="00D07C0E">
              <w:rPr>
                <w:spacing w:val="-5"/>
                <w:w w:val="110"/>
                <w:sz w:val="24"/>
                <w:szCs w:val="24"/>
                <w:lang w:val="kk-KZ"/>
              </w:rPr>
              <w:t>54</w:t>
            </w:r>
          </w:p>
          <w:p w14:paraId="058C59AB" w14:textId="77777777" w:rsidR="00FD4D57" w:rsidRPr="00D07C0E" w:rsidRDefault="00FD4D57" w:rsidP="00FD4D57">
            <w:pPr>
              <w:spacing w:before="36" w:line="280" w:lineRule="auto"/>
              <w:ind w:left="82" w:right="561"/>
              <w:jc w:val="both"/>
              <w:rPr>
                <w:sz w:val="24"/>
                <w:szCs w:val="24"/>
                <w:lang w:val="kk-KZ"/>
              </w:rPr>
            </w:pPr>
            <w:r w:rsidRPr="00D07C0E">
              <w:rPr>
                <w:w w:val="110"/>
                <w:sz w:val="24"/>
                <w:szCs w:val="24"/>
                <w:lang w:val="kk-KZ"/>
              </w:rPr>
              <w:t>%</w:t>
            </w:r>
            <w:r w:rsidRPr="00D07C0E">
              <w:rPr>
                <w:spacing w:val="-1"/>
                <w:w w:val="110"/>
                <w:sz w:val="24"/>
                <w:szCs w:val="24"/>
                <w:lang w:val="kk-KZ"/>
              </w:rPr>
              <w:t xml:space="preserve"> </w:t>
            </w:r>
            <w:r w:rsidRPr="00D07C0E">
              <w:rPr>
                <w:w w:val="110"/>
                <w:sz w:val="24"/>
                <w:szCs w:val="24"/>
                <w:lang w:val="kk-KZ"/>
              </w:rPr>
              <w:t>аралығында,</w:t>
            </w:r>
            <w:r w:rsidRPr="00D07C0E">
              <w:rPr>
                <w:spacing w:val="-1"/>
                <w:w w:val="110"/>
                <w:sz w:val="24"/>
                <w:szCs w:val="24"/>
                <w:lang w:val="kk-KZ"/>
              </w:rPr>
              <w:t xml:space="preserve"> </w:t>
            </w:r>
            <w:r w:rsidRPr="00D07C0E">
              <w:rPr>
                <w:w w:val="110"/>
                <w:sz w:val="24"/>
                <w:szCs w:val="24"/>
                <w:lang w:val="kk-KZ"/>
              </w:rPr>
              <w:t>лицейлер</w:t>
            </w:r>
            <w:r w:rsidRPr="00D07C0E">
              <w:rPr>
                <w:spacing w:val="-1"/>
                <w:w w:val="110"/>
                <w:sz w:val="24"/>
                <w:szCs w:val="24"/>
                <w:lang w:val="kk-KZ"/>
              </w:rPr>
              <w:t xml:space="preserve"> </w:t>
            </w:r>
            <w:r w:rsidRPr="00D07C0E">
              <w:rPr>
                <w:w w:val="110"/>
                <w:sz w:val="24"/>
                <w:szCs w:val="24"/>
                <w:lang w:val="kk-KZ"/>
              </w:rPr>
              <w:t xml:space="preserve">- </w:t>
            </w:r>
            <w:r w:rsidRPr="00D07C0E">
              <w:rPr>
                <w:spacing w:val="-2"/>
                <w:w w:val="110"/>
                <w:sz w:val="24"/>
                <w:szCs w:val="24"/>
                <w:lang w:val="kk-KZ"/>
              </w:rPr>
              <w:t>50%-дан</w:t>
            </w:r>
            <w:r w:rsidRPr="00D07C0E">
              <w:rPr>
                <w:spacing w:val="-9"/>
                <w:w w:val="110"/>
                <w:sz w:val="24"/>
                <w:szCs w:val="24"/>
                <w:lang w:val="kk-KZ"/>
              </w:rPr>
              <w:t xml:space="preserve"> </w:t>
            </w:r>
            <w:r w:rsidRPr="00D07C0E">
              <w:rPr>
                <w:spacing w:val="-2"/>
                <w:w w:val="110"/>
                <w:sz w:val="24"/>
                <w:szCs w:val="24"/>
                <w:lang w:val="kk-KZ"/>
              </w:rPr>
              <w:t>59</w:t>
            </w:r>
            <w:r w:rsidRPr="00D07C0E">
              <w:rPr>
                <w:spacing w:val="-9"/>
                <w:w w:val="110"/>
                <w:sz w:val="24"/>
                <w:szCs w:val="24"/>
                <w:lang w:val="kk-KZ"/>
              </w:rPr>
              <w:t xml:space="preserve"> </w:t>
            </w:r>
            <w:r w:rsidRPr="00D07C0E">
              <w:rPr>
                <w:spacing w:val="-2"/>
                <w:w w:val="110"/>
                <w:sz w:val="24"/>
                <w:szCs w:val="24"/>
                <w:lang w:val="kk-KZ"/>
              </w:rPr>
              <w:t>%</w:t>
            </w:r>
            <w:r w:rsidRPr="00D07C0E">
              <w:rPr>
                <w:spacing w:val="-9"/>
                <w:w w:val="110"/>
                <w:sz w:val="24"/>
                <w:szCs w:val="24"/>
                <w:lang w:val="kk-KZ"/>
              </w:rPr>
              <w:t xml:space="preserve"> </w:t>
            </w:r>
            <w:r w:rsidRPr="00D07C0E">
              <w:rPr>
                <w:spacing w:val="-2"/>
                <w:w w:val="110"/>
                <w:sz w:val="24"/>
                <w:szCs w:val="24"/>
                <w:lang w:val="kk-KZ"/>
              </w:rPr>
              <w:t xml:space="preserve">аралығында, </w:t>
            </w:r>
            <w:r w:rsidRPr="00D07C0E">
              <w:rPr>
                <w:w w:val="110"/>
                <w:sz w:val="24"/>
                <w:szCs w:val="24"/>
                <w:lang w:val="kk-KZ"/>
              </w:rPr>
              <w:t>оның</w:t>
            </w:r>
            <w:r w:rsidRPr="00D07C0E">
              <w:rPr>
                <w:spacing w:val="-4"/>
                <w:w w:val="110"/>
                <w:sz w:val="24"/>
                <w:szCs w:val="24"/>
                <w:lang w:val="kk-KZ"/>
              </w:rPr>
              <w:t xml:space="preserve"> </w:t>
            </w:r>
            <w:r w:rsidRPr="00D07C0E">
              <w:rPr>
                <w:w w:val="110"/>
                <w:sz w:val="24"/>
                <w:szCs w:val="24"/>
                <w:lang w:val="kk-KZ"/>
              </w:rPr>
              <w:t>ішінде</w:t>
            </w:r>
          </w:p>
          <w:p w14:paraId="7458A440" w14:textId="77777777" w:rsidR="00FD4D57" w:rsidRPr="00D07C0E" w:rsidRDefault="00FD4D57" w:rsidP="00FD4D57">
            <w:pPr>
              <w:spacing w:before="2" w:line="280" w:lineRule="auto"/>
              <w:ind w:left="82" w:right="74"/>
              <w:rPr>
                <w:sz w:val="24"/>
                <w:szCs w:val="24"/>
                <w:lang w:val="kk-KZ"/>
              </w:rPr>
            </w:pPr>
            <w:r w:rsidRPr="00D07C0E">
              <w:rPr>
                <w:spacing w:val="-2"/>
                <w:w w:val="110"/>
                <w:sz w:val="24"/>
                <w:szCs w:val="24"/>
                <w:lang w:val="kk-KZ"/>
              </w:rPr>
              <w:t xml:space="preserve">жаратылыстану-математикалық </w:t>
            </w:r>
            <w:r w:rsidRPr="00D07C0E">
              <w:rPr>
                <w:w w:val="110"/>
                <w:sz w:val="24"/>
                <w:szCs w:val="24"/>
                <w:lang w:val="kk-KZ"/>
              </w:rPr>
              <w:t>бағыттағы педагогтердің үлесі 40%-дан 49% аралығында, гимназиялар</w:t>
            </w:r>
            <w:r w:rsidRPr="00D07C0E">
              <w:rPr>
                <w:spacing w:val="-12"/>
                <w:w w:val="110"/>
                <w:sz w:val="24"/>
                <w:szCs w:val="24"/>
                <w:lang w:val="kk-KZ"/>
              </w:rPr>
              <w:t xml:space="preserve"> </w:t>
            </w:r>
            <w:r w:rsidRPr="00D07C0E">
              <w:rPr>
                <w:w w:val="110"/>
                <w:sz w:val="24"/>
                <w:szCs w:val="24"/>
                <w:lang w:val="kk-KZ"/>
              </w:rPr>
              <w:t>үшін</w:t>
            </w:r>
            <w:r w:rsidRPr="00D07C0E">
              <w:rPr>
                <w:spacing w:val="-12"/>
                <w:w w:val="110"/>
                <w:sz w:val="24"/>
                <w:szCs w:val="24"/>
                <w:lang w:val="kk-KZ"/>
              </w:rPr>
              <w:t xml:space="preserve"> </w:t>
            </w:r>
            <w:r w:rsidRPr="00D07C0E">
              <w:rPr>
                <w:w w:val="110"/>
                <w:sz w:val="24"/>
                <w:szCs w:val="24"/>
                <w:lang w:val="kk-KZ"/>
              </w:rPr>
              <w:lastRenderedPageBreak/>
              <w:t>50%-дан</w:t>
            </w:r>
            <w:r w:rsidRPr="00D07C0E">
              <w:rPr>
                <w:spacing w:val="-12"/>
                <w:w w:val="110"/>
                <w:sz w:val="24"/>
                <w:szCs w:val="24"/>
                <w:lang w:val="kk-KZ"/>
              </w:rPr>
              <w:t xml:space="preserve"> </w:t>
            </w:r>
            <w:r w:rsidRPr="00D07C0E">
              <w:rPr>
                <w:w w:val="110"/>
                <w:sz w:val="24"/>
                <w:szCs w:val="24"/>
                <w:lang w:val="kk-KZ"/>
              </w:rPr>
              <w:t>59</w:t>
            </w:r>
            <w:r w:rsidRPr="00D07C0E">
              <w:rPr>
                <w:spacing w:val="-12"/>
                <w:w w:val="110"/>
                <w:sz w:val="24"/>
                <w:szCs w:val="24"/>
                <w:lang w:val="kk-KZ"/>
              </w:rPr>
              <w:t xml:space="preserve"> </w:t>
            </w:r>
            <w:r w:rsidRPr="00D07C0E">
              <w:rPr>
                <w:w w:val="110"/>
                <w:sz w:val="24"/>
                <w:szCs w:val="24"/>
                <w:lang w:val="kk-KZ"/>
              </w:rPr>
              <w:t xml:space="preserve">% аралығында, оның ішінде </w:t>
            </w:r>
            <w:r w:rsidRPr="00D07C0E">
              <w:rPr>
                <w:spacing w:val="-2"/>
                <w:w w:val="110"/>
                <w:sz w:val="24"/>
                <w:szCs w:val="24"/>
                <w:lang w:val="kk-KZ"/>
              </w:rPr>
              <w:t xml:space="preserve">қоғамдық-гуманитарлық </w:t>
            </w:r>
            <w:r w:rsidRPr="00D07C0E">
              <w:rPr>
                <w:w w:val="110"/>
                <w:sz w:val="24"/>
                <w:szCs w:val="24"/>
                <w:lang w:val="kk-KZ"/>
              </w:rPr>
              <w:t>бағыттағы педагогтердің үлесі 40%-дан 49% аралығында, дарынды балаларға арналған мамандандырылған білім беру ұйымдары үшін 55%-дан 64% аралығында, оның ішінде аудандық</w:t>
            </w:r>
            <w:r w:rsidRPr="00D07C0E">
              <w:rPr>
                <w:spacing w:val="-4"/>
                <w:w w:val="110"/>
                <w:sz w:val="24"/>
                <w:szCs w:val="24"/>
                <w:lang w:val="kk-KZ"/>
              </w:rPr>
              <w:t xml:space="preserve"> </w:t>
            </w:r>
            <w:r w:rsidRPr="00D07C0E">
              <w:rPr>
                <w:w w:val="110"/>
                <w:sz w:val="24"/>
                <w:szCs w:val="24"/>
                <w:lang w:val="kk-KZ"/>
              </w:rPr>
              <w:t>және/немесе</w:t>
            </w:r>
            <w:r w:rsidRPr="00D07C0E">
              <w:rPr>
                <w:spacing w:val="40"/>
                <w:w w:val="110"/>
                <w:sz w:val="24"/>
                <w:szCs w:val="24"/>
                <w:lang w:val="kk-KZ"/>
              </w:rPr>
              <w:t xml:space="preserve"> </w:t>
            </w:r>
            <w:r w:rsidRPr="00D07C0E">
              <w:rPr>
                <w:w w:val="110"/>
                <w:sz w:val="24"/>
                <w:szCs w:val="24"/>
                <w:lang w:val="kk-KZ"/>
              </w:rPr>
              <w:t>облыстық конкурстар мен жарыстар</w:t>
            </w:r>
            <w:r w:rsidRPr="00D07C0E">
              <w:rPr>
                <w:spacing w:val="-4"/>
                <w:w w:val="110"/>
                <w:sz w:val="24"/>
                <w:szCs w:val="24"/>
                <w:lang w:val="kk-KZ"/>
              </w:rPr>
              <w:t xml:space="preserve"> </w:t>
            </w:r>
            <w:r w:rsidRPr="00D07C0E">
              <w:rPr>
                <w:w w:val="110"/>
                <w:sz w:val="24"/>
                <w:szCs w:val="24"/>
                <w:lang w:val="kk-KZ"/>
              </w:rPr>
              <w:t>кезеңдерінің жеңімпаздарын</w:t>
            </w:r>
            <w:r w:rsidRPr="00D07C0E">
              <w:rPr>
                <w:spacing w:val="-4"/>
                <w:w w:val="110"/>
                <w:sz w:val="24"/>
                <w:szCs w:val="24"/>
                <w:lang w:val="kk-KZ"/>
              </w:rPr>
              <w:t xml:space="preserve"> </w:t>
            </w:r>
            <w:r w:rsidRPr="00D07C0E">
              <w:rPr>
                <w:w w:val="110"/>
                <w:sz w:val="24"/>
                <w:szCs w:val="24"/>
                <w:lang w:val="kk-KZ"/>
              </w:rPr>
              <w:t>және/немесе білім беру саласындағы уәкілетті орган бекіткен соңғы бес жылдағы республикалық конкурстар мен жарыстардың қатысушылары</w:t>
            </w:r>
            <w:r w:rsidRPr="00D07C0E">
              <w:rPr>
                <w:spacing w:val="-4"/>
                <w:w w:val="110"/>
                <w:sz w:val="24"/>
                <w:szCs w:val="24"/>
                <w:lang w:val="kk-KZ"/>
              </w:rPr>
              <w:t xml:space="preserve"> </w:t>
            </w:r>
            <w:r w:rsidRPr="00D07C0E">
              <w:rPr>
                <w:w w:val="110"/>
                <w:sz w:val="24"/>
                <w:szCs w:val="24"/>
                <w:lang w:val="kk-KZ"/>
              </w:rPr>
              <w:t>мен жеңімпаздарын</w:t>
            </w:r>
            <w:r w:rsidRPr="00D07C0E">
              <w:rPr>
                <w:spacing w:val="-4"/>
                <w:w w:val="110"/>
                <w:sz w:val="24"/>
                <w:szCs w:val="24"/>
                <w:lang w:val="kk-KZ"/>
              </w:rPr>
              <w:t xml:space="preserve"> </w:t>
            </w:r>
            <w:r w:rsidRPr="00D07C0E">
              <w:rPr>
                <w:w w:val="110"/>
                <w:sz w:val="24"/>
                <w:szCs w:val="24"/>
                <w:lang w:val="kk-KZ"/>
              </w:rPr>
              <w:t>дайындаған педагогтер (болған жағдайда); Шағын жинақталған білім беру ұйымдары</w:t>
            </w:r>
            <w:r w:rsidRPr="00D07C0E">
              <w:rPr>
                <w:spacing w:val="-4"/>
                <w:w w:val="110"/>
                <w:sz w:val="24"/>
                <w:szCs w:val="24"/>
                <w:lang w:val="kk-KZ"/>
              </w:rPr>
              <w:t xml:space="preserve"> </w:t>
            </w:r>
            <w:r w:rsidRPr="00D07C0E">
              <w:rPr>
                <w:w w:val="110"/>
                <w:sz w:val="24"/>
                <w:szCs w:val="24"/>
                <w:lang w:val="kk-KZ"/>
              </w:rPr>
              <w:t>үшін:</w:t>
            </w:r>
          </w:p>
          <w:p w14:paraId="07A20EC2" w14:textId="77777777" w:rsidR="00FD4D57" w:rsidRPr="005E3039" w:rsidRDefault="00FD4D57" w:rsidP="00FD4D57">
            <w:pPr>
              <w:rPr>
                <w:sz w:val="24"/>
                <w:szCs w:val="24"/>
                <w:lang w:val="kk-KZ"/>
              </w:rPr>
            </w:pPr>
            <w:r w:rsidRPr="005E3039">
              <w:rPr>
                <w:w w:val="110"/>
                <w:sz w:val="24"/>
                <w:szCs w:val="24"/>
                <w:lang w:val="kk-KZ"/>
              </w:rPr>
              <w:t>жалпы</w:t>
            </w:r>
            <w:r w:rsidRPr="005E3039">
              <w:rPr>
                <w:spacing w:val="-5"/>
                <w:w w:val="110"/>
                <w:sz w:val="24"/>
                <w:szCs w:val="24"/>
                <w:lang w:val="kk-KZ"/>
              </w:rPr>
              <w:t xml:space="preserve"> </w:t>
            </w:r>
            <w:r w:rsidRPr="005E3039">
              <w:rPr>
                <w:w w:val="110"/>
                <w:sz w:val="24"/>
                <w:szCs w:val="24"/>
                <w:lang w:val="kk-KZ"/>
              </w:rPr>
              <w:t>білім</w:t>
            </w:r>
            <w:r w:rsidRPr="005E3039">
              <w:rPr>
                <w:spacing w:val="-5"/>
                <w:w w:val="110"/>
                <w:sz w:val="24"/>
                <w:szCs w:val="24"/>
                <w:lang w:val="kk-KZ"/>
              </w:rPr>
              <w:t xml:space="preserve"> </w:t>
            </w:r>
            <w:r w:rsidRPr="005E3039">
              <w:rPr>
                <w:w w:val="110"/>
                <w:sz w:val="24"/>
                <w:szCs w:val="24"/>
                <w:lang w:val="kk-KZ"/>
              </w:rPr>
              <w:t>беретін</w:t>
            </w:r>
            <w:r w:rsidRPr="005E3039">
              <w:rPr>
                <w:spacing w:val="-5"/>
                <w:w w:val="110"/>
                <w:sz w:val="24"/>
                <w:szCs w:val="24"/>
                <w:lang w:val="kk-KZ"/>
              </w:rPr>
              <w:t xml:space="preserve"> </w:t>
            </w:r>
            <w:r w:rsidRPr="005E3039">
              <w:rPr>
                <w:w w:val="110"/>
                <w:sz w:val="24"/>
                <w:szCs w:val="24"/>
                <w:lang w:val="kk-KZ"/>
              </w:rPr>
              <w:t>мектептер 30%-дан 34 % аралығында</w:t>
            </w:r>
          </w:p>
        </w:tc>
        <w:tc>
          <w:tcPr>
            <w:tcW w:w="395" w:type="dxa"/>
          </w:tcPr>
          <w:p w14:paraId="6F1CE457" w14:textId="77777777" w:rsidR="00FD4D57" w:rsidRPr="0079238F" w:rsidRDefault="00FD4D57" w:rsidP="00FD4D57">
            <w:pPr>
              <w:rPr>
                <w:sz w:val="24"/>
                <w:szCs w:val="24"/>
                <w:lang w:val="en-US"/>
              </w:rPr>
            </w:pPr>
            <w:r>
              <w:rPr>
                <w:sz w:val="24"/>
                <w:szCs w:val="24"/>
                <w:lang w:val="en-US"/>
              </w:rPr>
              <w:lastRenderedPageBreak/>
              <w:t>4</w:t>
            </w:r>
          </w:p>
        </w:tc>
      </w:tr>
      <w:tr w:rsidR="00FD4D57" w:rsidRPr="0079238F" w14:paraId="58AAB148" w14:textId="77777777" w:rsidTr="00FD4D57">
        <w:tc>
          <w:tcPr>
            <w:tcW w:w="510" w:type="dxa"/>
          </w:tcPr>
          <w:p w14:paraId="7FBAB75A" w14:textId="77777777" w:rsidR="00FD4D57" w:rsidRPr="005E3039" w:rsidRDefault="00FD4D57" w:rsidP="00FD4D57">
            <w:pPr>
              <w:rPr>
                <w:sz w:val="24"/>
                <w:szCs w:val="24"/>
                <w:lang w:val="kk-KZ"/>
              </w:rPr>
            </w:pPr>
            <w:r w:rsidRPr="005E3039">
              <w:rPr>
                <w:sz w:val="24"/>
                <w:szCs w:val="24"/>
                <w:lang w:val="kk-KZ"/>
              </w:rPr>
              <w:t>7</w:t>
            </w:r>
          </w:p>
          <w:p w14:paraId="3918FDD1" w14:textId="77777777" w:rsidR="00FD4D57" w:rsidRPr="005E3039" w:rsidRDefault="00FD4D57" w:rsidP="00FD4D57">
            <w:pPr>
              <w:rPr>
                <w:sz w:val="24"/>
                <w:szCs w:val="24"/>
                <w:lang w:val="kk-KZ"/>
              </w:rPr>
            </w:pPr>
          </w:p>
          <w:p w14:paraId="0ECE1A2A" w14:textId="77777777" w:rsidR="00FD4D57" w:rsidRPr="005E3039" w:rsidRDefault="00FD4D57" w:rsidP="00FD4D57">
            <w:pPr>
              <w:rPr>
                <w:sz w:val="24"/>
                <w:szCs w:val="24"/>
                <w:lang w:val="kk-KZ"/>
              </w:rPr>
            </w:pPr>
          </w:p>
        </w:tc>
        <w:tc>
          <w:tcPr>
            <w:tcW w:w="4992" w:type="dxa"/>
          </w:tcPr>
          <w:p w14:paraId="13CE6B91" w14:textId="77777777" w:rsidR="00FD4D57" w:rsidRPr="005E3039" w:rsidRDefault="00FD4D57" w:rsidP="00FD4D57">
            <w:pPr>
              <w:rPr>
                <w:sz w:val="24"/>
                <w:szCs w:val="24"/>
                <w:lang w:val="kk-KZ"/>
              </w:rPr>
            </w:pPr>
            <w:r w:rsidRPr="005E3039">
              <w:rPr>
                <w:w w:val="110"/>
                <w:sz w:val="24"/>
                <w:szCs w:val="24"/>
                <w:lang w:val="kk-KZ"/>
              </w:rPr>
              <w:t>Біліктілік талаптарына сәйкес кемінде үш жылда бір рет біліктілікті арттырудан өткен педагогтердің</w:t>
            </w:r>
            <w:r w:rsidRPr="005E3039">
              <w:rPr>
                <w:spacing w:val="-13"/>
                <w:w w:val="110"/>
                <w:sz w:val="24"/>
                <w:szCs w:val="24"/>
                <w:lang w:val="kk-KZ"/>
              </w:rPr>
              <w:t xml:space="preserve"> </w:t>
            </w:r>
            <w:r w:rsidRPr="005E3039">
              <w:rPr>
                <w:w w:val="110"/>
                <w:sz w:val="24"/>
                <w:szCs w:val="24"/>
                <w:lang w:val="kk-KZ"/>
              </w:rPr>
              <w:t>үлесінің</w:t>
            </w:r>
            <w:r w:rsidRPr="005E3039">
              <w:rPr>
                <w:spacing w:val="-12"/>
                <w:w w:val="110"/>
                <w:sz w:val="24"/>
                <w:szCs w:val="24"/>
                <w:lang w:val="kk-KZ"/>
              </w:rPr>
              <w:t xml:space="preserve"> </w:t>
            </w:r>
            <w:r w:rsidRPr="005E3039">
              <w:rPr>
                <w:w w:val="110"/>
                <w:sz w:val="24"/>
                <w:szCs w:val="24"/>
                <w:lang w:val="kk-KZ"/>
              </w:rPr>
              <w:t>сәйкестігі</w:t>
            </w:r>
          </w:p>
        </w:tc>
        <w:tc>
          <w:tcPr>
            <w:tcW w:w="2676" w:type="dxa"/>
            <w:gridSpan w:val="2"/>
          </w:tcPr>
          <w:p w14:paraId="710156E4" w14:textId="77777777" w:rsidR="00FD4D57" w:rsidRPr="005E3039" w:rsidRDefault="00FD4D57" w:rsidP="00FD4D57">
            <w:pPr>
              <w:rPr>
                <w:sz w:val="24"/>
                <w:szCs w:val="24"/>
                <w:lang w:val="kk-KZ"/>
              </w:rPr>
            </w:pPr>
            <w:r w:rsidRPr="005E3039">
              <w:rPr>
                <w:w w:val="110"/>
                <w:sz w:val="24"/>
                <w:szCs w:val="24"/>
                <w:lang w:val="kk-KZ"/>
              </w:rPr>
              <w:t>педагогтердің</w:t>
            </w:r>
            <w:r w:rsidRPr="005E3039">
              <w:rPr>
                <w:spacing w:val="-3"/>
                <w:w w:val="110"/>
                <w:sz w:val="24"/>
                <w:szCs w:val="24"/>
                <w:lang w:val="kk-KZ"/>
              </w:rPr>
              <w:t xml:space="preserve"> </w:t>
            </w:r>
            <w:r w:rsidRPr="005E3039">
              <w:rPr>
                <w:w w:val="110"/>
                <w:sz w:val="24"/>
                <w:szCs w:val="24"/>
                <w:lang w:val="kk-KZ"/>
              </w:rPr>
              <w:t>100%-ы</w:t>
            </w:r>
            <w:r w:rsidRPr="005E3039">
              <w:rPr>
                <w:spacing w:val="-3"/>
                <w:w w:val="110"/>
                <w:sz w:val="24"/>
                <w:szCs w:val="24"/>
                <w:lang w:val="kk-KZ"/>
              </w:rPr>
              <w:t xml:space="preserve"> </w:t>
            </w:r>
            <w:r w:rsidRPr="005E3039">
              <w:rPr>
                <w:w w:val="110"/>
                <w:sz w:val="24"/>
                <w:szCs w:val="24"/>
                <w:lang w:val="kk-KZ"/>
              </w:rPr>
              <w:t>талаптарға</w:t>
            </w:r>
            <w:r w:rsidRPr="005E3039">
              <w:rPr>
                <w:spacing w:val="-3"/>
                <w:w w:val="110"/>
                <w:sz w:val="24"/>
                <w:szCs w:val="24"/>
                <w:lang w:val="kk-KZ"/>
              </w:rPr>
              <w:t xml:space="preserve"> </w:t>
            </w:r>
            <w:r w:rsidRPr="005E3039">
              <w:rPr>
                <w:w w:val="110"/>
                <w:sz w:val="24"/>
                <w:szCs w:val="24"/>
                <w:lang w:val="kk-KZ"/>
              </w:rPr>
              <w:t>сәйкес</w:t>
            </w:r>
            <w:r w:rsidRPr="005E3039">
              <w:rPr>
                <w:spacing w:val="-3"/>
                <w:w w:val="110"/>
                <w:sz w:val="24"/>
                <w:szCs w:val="24"/>
                <w:lang w:val="kk-KZ"/>
              </w:rPr>
              <w:t xml:space="preserve"> </w:t>
            </w:r>
            <w:r w:rsidRPr="005E3039">
              <w:rPr>
                <w:spacing w:val="-2"/>
                <w:w w:val="110"/>
                <w:sz w:val="24"/>
                <w:szCs w:val="24"/>
                <w:lang w:val="kk-KZ"/>
              </w:rPr>
              <w:t>келеді</w:t>
            </w:r>
          </w:p>
        </w:tc>
        <w:tc>
          <w:tcPr>
            <w:tcW w:w="2223" w:type="dxa"/>
            <w:gridSpan w:val="2"/>
          </w:tcPr>
          <w:p w14:paraId="5B6F5207" w14:textId="77777777" w:rsidR="00FD4D57" w:rsidRPr="0079238F" w:rsidRDefault="00FD4D57" w:rsidP="00FD4D57">
            <w:pPr>
              <w:rPr>
                <w:sz w:val="24"/>
                <w:szCs w:val="24"/>
                <w:lang w:val="en-US"/>
              </w:rPr>
            </w:pPr>
            <w:r>
              <w:rPr>
                <w:sz w:val="24"/>
                <w:szCs w:val="24"/>
                <w:lang w:val="en-US"/>
              </w:rPr>
              <w:t>5</w:t>
            </w:r>
          </w:p>
        </w:tc>
      </w:tr>
      <w:tr w:rsidR="00FD4D57" w:rsidRPr="005E3039" w14:paraId="267C5A82" w14:textId="77777777" w:rsidTr="00FD4D57">
        <w:tc>
          <w:tcPr>
            <w:tcW w:w="10401" w:type="dxa"/>
            <w:gridSpan w:val="6"/>
          </w:tcPr>
          <w:p w14:paraId="275FEFB9" w14:textId="77777777" w:rsidR="00FD4D57" w:rsidRPr="005E3039" w:rsidRDefault="00FD4D57" w:rsidP="00FD4D57">
            <w:pPr>
              <w:jc w:val="center"/>
              <w:rPr>
                <w:sz w:val="24"/>
                <w:szCs w:val="24"/>
                <w:lang w:val="kk-KZ"/>
              </w:rPr>
            </w:pPr>
            <w:r w:rsidRPr="005E3039">
              <w:rPr>
                <w:w w:val="110"/>
                <w:sz w:val="24"/>
                <w:szCs w:val="24"/>
                <w:lang w:val="kk-KZ"/>
              </w:rPr>
              <w:t>Білім алушылар контингентіне</w:t>
            </w:r>
            <w:r w:rsidRPr="005E3039">
              <w:rPr>
                <w:spacing w:val="1"/>
                <w:w w:val="110"/>
                <w:sz w:val="24"/>
                <w:szCs w:val="24"/>
                <w:lang w:val="kk-KZ"/>
              </w:rPr>
              <w:t xml:space="preserve"> </w:t>
            </w:r>
            <w:r w:rsidRPr="005E3039">
              <w:rPr>
                <w:w w:val="110"/>
                <w:sz w:val="24"/>
                <w:szCs w:val="24"/>
                <w:lang w:val="kk-KZ"/>
              </w:rPr>
              <w:t xml:space="preserve">қойылатын </w:t>
            </w:r>
            <w:r w:rsidRPr="005E3039">
              <w:rPr>
                <w:spacing w:val="-2"/>
                <w:w w:val="110"/>
                <w:sz w:val="24"/>
                <w:szCs w:val="24"/>
                <w:lang w:val="kk-KZ"/>
              </w:rPr>
              <w:t>өлшемшарттар</w:t>
            </w:r>
          </w:p>
        </w:tc>
      </w:tr>
      <w:tr w:rsidR="00FD4D57" w:rsidRPr="0079238F" w14:paraId="6732DB48" w14:textId="77777777" w:rsidTr="00FD4D57">
        <w:tc>
          <w:tcPr>
            <w:tcW w:w="510" w:type="dxa"/>
          </w:tcPr>
          <w:p w14:paraId="0BA8FFF3" w14:textId="77777777" w:rsidR="00FD4D57" w:rsidRPr="005E3039" w:rsidRDefault="00FD4D57" w:rsidP="00FD4D57">
            <w:pPr>
              <w:rPr>
                <w:sz w:val="24"/>
                <w:szCs w:val="24"/>
                <w:lang w:val="kk-KZ"/>
              </w:rPr>
            </w:pPr>
            <w:r w:rsidRPr="005E3039">
              <w:rPr>
                <w:sz w:val="24"/>
                <w:szCs w:val="24"/>
                <w:lang w:val="kk-KZ"/>
              </w:rPr>
              <w:t>8</w:t>
            </w:r>
          </w:p>
        </w:tc>
        <w:tc>
          <w:tcPr>
            <w:tcW w:w="4992" w:type="dxa"/>
          </w:tcPr>
          <w:p w14:paraId="6D6FD522" w14:textId="77777777" w:rsidR="00FD4D57" w:rsidRPr="00B548A0" w:rsidRDefault="00FD4D57" w:rsidP="00FD4D57">
            <w:pPr>
              <w:spacing w:before="72" w:line="280" w:lineRule="auto"/>
              <w:ind w:left="82" w:right="107"/>
              <w:rPr>
                <w:sz w:val="24"/>
                <w:szCs w:val="24"/>
                <w:lang w:val="kk-KZ"/>
              </w:rPr>
            </w:pPr>
            <w:r w:rsidRPr="00B548A0">
              <w:rPr>
                <w:w w:val="110"/>
                <w:sz w:val="24"/>
                <w:szCs w:val="24"/>
                <w:lang w:val="kk-KZ"/>
              </w:rPr>
              <w:t>Білім</w:t>
            </w:r>
            <w:r w:rsidRPr="00B548A0">
              <w:rPr>
                <w:spacing w:val="-1"/>
                <w:w w:val="110"/>
                <w:sz w:val="24"/>
                <w:szCs w:val="24"/>
                <w:lang w:val="kk-KZ"/>
              </w:rPr>
              <w:t xml:space="preserve"> </w:t>
            </w:r>
            <w:r w:rsidRPr="00B548A0">
              <w:rPr>
                <w:w w:val="110"/>
                <w:sz w:val="24"/>
                <w:szCs w:val="24"/>
                <w:lang w:val="kk-KZ"/>
              </w:rPr>
              <w:t>алушыларды</w:t>
            </w:r>
            <w:r w:rsidRPr="00B548A0">
              <w:rPr>
                <w:spacing w:val="-1"/>
                <w:w w:val="110"/>
                <w:sz w:val="24"/>
                <w:szCs w:val="24"/>
                <w:lang w:val="kk-KZ"/>
              </w:rPr>
              <w:t xml:space="preserve"> </w:t>
            </w:r>
            <w:r w:rsidRPr="00B548A0">
              <w:rPr>
                <w:w w:val="110"/>
                <w:sz w:val="24"/>
                <w:szCs w:val="24"/>
                <w:lang w:val="kk-KZ"/>
              </w:rPr>
              <w:t xml:space="preserve">қабылдаудың, </w:t>
            </w:r>
            <w:r w:rsidRPr="00B548A0">
              <w:rPr>
                <w:w w:val="110"/>
                <w:sz w:val="24"/>
                <w:szCs w:val="24"/>
                <w:lang w:val="kk-KZ"/>
              </w:rPr>
              <w:lastRenderedPageBreak/>
              <w:t>ауыстырудың және шығарудың Қазақстан Республикасы Білім және ғылым министрінің 2018 жылғы 12 қазандағы № 564 бұйрығымен</w:t>
            </w:r>
            <w:r w:rsidRPr="00B548A0">
              <w:rPr>
                <w:spacing w:val="-4"/>
                <w:w w:val="110"/>
                <w:sz w:val="24"/>
                <w:szCs w:val="24"/>
                <w:lang w:val="kk-KZ"/>
              </w:rPr>
              <w:t xml:space="preserve"> </w:t>
            </w:r>
            <w:r w:rsidRPr="00B548A0">
              <w:rPr>
                <w:w w:val="110"/>
                <w:sz w:val="24"/>
                <w:szCs w:val="24"/>
                <w:lang w:val="kk-KZ"/>
              </w:rPr>
              <w:t>бекітілген (Нормативтік</w:t>
            </w:r>
            <w:r w:rsidRPr="00B548A0">
              <w:rPr>
                <w:spacing w:val="-8"/>
                <w:w w:val="110"/>
                <w:sz w:val="24"/>
                <w:szCs w:val="24"/>
                <w:lang w:val="kk-KZ"/>
              </w:rPr>
              <w:t xml:space="preserve"> </w:t>
            </w:r>
            <w:r w:rsidRPr="00B548A0">
              <w:rPr>
                <w:w w:val="110"/>
                <w:sz w:val="24"/>
                <w:szCs w:val="24"/>
                <w:lang w:val="kk-KZ"/>
              </w:rPr>
              <w:t>құқықтық</w:t>
            </w:r>
            <w:r w:rsidRPr="00B548A0">
              <w:rPr>
                <w:spacing w:val="-8"/>
                <w:w w:val="110"/>
                <w:sz w:val="24"/>
                <w:szCs w:val="24"/>
                <w:lang w:val="kk-KZ"/>
              </w:rPr>
              <w:t xml:space="preserve"> </w:t>
            </w:r>
            <w:r w:rsidRPr="00B548A0">
              <w:rPr>
                <w:w w:val="110"/>
                <w:sz w:val="24"/>
                <w:szCs w:val="24"/>
                <w:lang w:val="kk-KZ"/>
              </w:rPr>
              <w:t>актілерді мемлекеттік тіркеу тізілімінде № 17553 болып тіркелген) олимпиадалық</w:t>
            </w:r>
            <w:r w:rsidRPr="00B548A0">
              <w:rPr>
                <w:spacing w:val="-4"/>
                <w:w w:val="110"/>
                <w:sz w:val="24"/>
                <w:szCs w:val="24"/>
                <w:lang w:val="kk-KZ"/>
              </w:rPr>
              <w:t xml:space="preserve"> </w:t>
            </w:r>
            <w:r w:rsidRPr="00B548A0">
              <w:rPr>
                <w:w w:val="110"/>
                <w:sz w:val="24"/>
                <w:szCs w:val="24"/>
                <w:lang w:val="kk-KZ"/>
              </w:rPr>
              <w:t>резервтің республикалық,</w:t>
            </w:r>
            <w:r w:rsidRPr="00B548A0">
              <w:rPr>
                <w:spacing w:val="-4"/>
                <w:w w:val="110"/>
                <w:sz w:val="24"/>
                <w:szCs w:val="24"/>
                <w:lang w:val="kk-KZ"/>
              </w:rPr>
              <w:t xml:space="preserve"> </w:t>
            </w:r>
            <w:r w:rsidRPr="00B548A0">
              <w:rPr>
                <w:w w:val="110"/>
                <w:sz w:val="24"/>
                <w:szCs w:val="24"/>
                <w:lang w:val="kk-KZ"/>
              </w:rPr>
              <w:t xml:space="preserve">облыстық, республикалық маңызы бар қалалардың және астананың </w:t>
            </w:r>
            <w:r w:rsidRPr="00B548A0">
              <w:rPr>
                <w:spacing w:val="-2"/>
                <w:w w:val="110"/>
                <w:sz w:val="24"/>
                <w:szCs w:val="24"/>
                <w:lang w:val="kk-KZ"/>
              </w:rPr>
              <w:t>мамандандырылған</w:t>
            </w:r>
          </w:p>
          <w:p w14:paraId="76505A9B" w14:textId="77777777" w:rsidR="00FD4D57" w:rsidRPr="005E3039" w:rsidRDefault="00FD4D57" w:rsidP="00FD4D57">
            <w:pPr>
              <w:rPr>
                <w:sz w:val="24"/>
                <w:szCs w:val="24"/>
                <w:lang w:val="kk-KZ"/>
              </w:rPr>
            </w:pPr>
            <w:r w:rsidRPr="005E3039">
              <w:rPr>
                <w:spacing w:val="-2"/>
                <w:w w:val="110"/>
                <w:sz w:val="24"/>
                <w:szCs w:val="24"/>
                <w:lang w:val="kk-KZ"/>
              </w:rPr>
              <w:t xml:space="preserve">мектеп-интернат-колледждерін </w:t>
            </w:r>
            <w:r w:rsidRPr="005E3039">
              <w:rPr>
                <w:w w:val="110"/>
                <w:sz w:val="24"/>
                <w:szCs w:val="24"/>
                <w:lang w:val="kk-KZ"/>
              </w:rPr>
              <w:t xml:space="preserve">және спорттағы дарынды балаларға арналған облыстық, республикалық маңызы бар қалалардың және астананың </w:t>
            </w:r>
            <w:r w:rsidRPr="005E3039">
              <w:rPr>
                <w:spacing w:val="-2"/>
                <w:w w:val="110"/>
                <w:sz w:val="24"/>
                <w:szCs w:val="24"/>
                <w:lang w:val="kk-KZ"/>
              </w:rPr>
              <w:t>мектеп-интернаттарын</w:t>
            </w:r>
            <w:r w:rsidRPr="005E3039">
              <w:rPr>
                <w:spacing w:val="80"/>
                <w:w w:val="110"/>
                <w:sz w:val="24"/>
                <w:szCs w:val="24"/>
                <w:lang w:val="kk-KZ"/>
              </w:rPr>
              <w:t xml:space="preserve"> </w:t>
            </w:r>
            <w:r w:rsidRPr="005E3039">
              <w:rPr>
                <w:w w:val="110"/>
                <w:sz w:val="24"/>
                <w:szCs w:val="24"/>
                <w:lang w:val="kk-KZ"/>
              </w:rPr>
              <w:t>қоспағанда,</w:t>
            </w:r>
            <w:r w:rsidRPr="005E3039">
              <w:rPr>
                <w:spacing w:val="-10"/>
                <w:w w:val="110"/>
                <w:sz w:val="24"/>
                <w:szCs w:val="24"/>
                <w:lang w:val="kk-KZ"/>
              </w:rPr>
              <w:t xml:space="preserve"> </w:t>
            </w:r>
            <w:r w:rsidRPr="005E3039">
              <w:rPr>
                <w:w w:val="110"/>
                <w:sz w:val="24"/>
                <w:szCs w:val="24"/>
                <w:lang w:val="kk-KZ"/>
              </w:rPr>
              <w:t>бастауыш,</w:t>
            </w:r>
            <w:r w:rsidRPr="005E3039">
              <w:rPr>
                <w:spacing w:val="-10"/>
                <w:w w:val="110"/>
                <w:sz w:val="24"/>
                <w:szCs w:val="24"/>
                <w:lang w:val="kk-KZ"/>
              </w:rPr>
              <w:t xml:space="preserve"> </w:t>
            </w:r>
            <w:r w:rsidRPr="005E3039">
              <w:rPr>
                <w:w w:val="110"/>
                <w:sz w:val="24"/>
                <w:szCs w:val="24"/>
                <w:lang w:val="kk-KZ"/>
              </w:rPr>
              <w:t>негізгі</w:t>
            </w:r>
            <w:r w:rsidRPr="005E3039">
              <w:rPr>
                <w:spacing w:val="-10"/>
                <w:w w:val="110"/>
                <w:sz w:val="24"/>
                <w:szCs w:val="24"/>
                <w:lang w:val="kk-KZ"/>
              </w:rPr>
              <w:t xml:space="preserve"> </w:t>
            </w:r>
            <w:r w:rsidRPr="005E3039">
              <w:rPr>
                <w:w w:val="110"/>
                <w:sz w:val="24"/>
                <w:szCs w:val="24"/>
                <w:lang w:val="kk-KZ"/>
              </w:rPr>
              <w:t>орта және жалпы орта білімнің жалпы білім беретін оқу</w:t>
            </w:r>
            <w:r w:rsidRPr="005E3039">
              <w:rPr>
                <w:spacing w:val="40"/>
                <w:w w:val="110"/>
                <w:sz w:val="24"/>
                <w:szCs w:val="24"/>
                <w:lang w:val="kk-KZ"/>
              </w:rPr>
              <w:t xml:space="preserve"> </w:t>
            </w:r>
            <w:r w:rsidRPr="005E3039">
              <w:rPr>
                <w:w w:val="110"/>
                <w:sz w:val="24"/>
                <w:szCs w:val="24"/>
                <w:lang w:val="kk-KZ"/>
              </w:rPr>
              <w:t>бағдарламаларын іске асыратын білім беру ұйымдарына оқуға қабылдаудың үлгілік қағидалары талаптарына</w:t>
            </w:r>
            <w:r w:rsidRPr="005E3039">
              <w:rPr>
                <w:spacing w:val="-4"/>
                <w:w w:val="110"/>
                <w:sz w:val="24"/>
                <w:szCs w:val="24"/>
                <w:lang w:val="kk-KZ"/>
              </w:rPr>
              <w:t xml:space="preserve"> </w:t>
            </w:r>
            <w:r w:rsidRPr="005E3039">
              <w:rPr>
                <w:w w:val="110"/>
                <w:sz w:val="24"/>
                <w:szCs w:val="24"/>
                <w:lang w:val="kk-KZ"/>
              </w:rPr>
              <w:t>сәйкестігі</w:t>
            </w:r>
          </w:p>
        </w:tc>
        <w:tc>
          <w:tcPr>
            <w:tcW w:w="2676" w:type="dxa"/>
            <w:gridSpan w:val="2"/>
          </w:tcPr>
          <w:p w14:paraId="03B0E3D3" w14:textId="77777777" w:rsidR="00FD4D57" w:rsidRPr="005E3039" w:rsidRDefault="00FD4D57" w:rsidP="00FD4D57">
            <w:pPr>
              <w:rPr>
                <w:sz w:val="24"/>
                <w:szCs w:val="24"/>
                <w:lang w:val="kk-KZ"/>
              </w:rPr>
            </w:pPr>
            <w:r w:rsidRPr="005E3039">
              <w:rPr>
                <w:w w:val="110"/>
                <w:sz w:val="24"/>
                <w:szCs w:val="24"/>
                <w:lang w:val="kk-KZ"/>
              </w:rPr>
              <w:lastRenderedPageBreak/>
              <w:t xml:space="preserve">жоспарлар бекітілген; </w:t>
            </w:r>
            <w:r w:rsidRPr="005E3039">
              <w:rPr>
                <w:w w:val="110"/>
                <w:sz w:val="24"/>
                <w:szCs w:val="24"/>
                <w:lang w:val="kk-KZ"/>
              </w:rPr>
              <w:lastRenderedPageBreak/>
              <w:t>әдістемелік бірлестіктер жұмыс істейді;</w:t>
            </w:r>
            <w:r w:rsidRPr="005E3039">
              <w:rPr>
                <w:spacing w:val="-3"/>
                <w:w w:val="110"/>
                <w:sz w:val="24"/>
                <w:szCs w:val="24"/>
                <w:lang w:val="kk-KZ"/>
              </w:rPr>
              <w:t xml:space="preserve"> </w:t>
            </w:r>
            <w:r w:rsidRPr="005E3039">
              <w:rPr>
                <w:w w:val="110"/>
                <w:sz w:val="24"/>
                <w:szCs w:val="24"/>
                <w:lang w:val="kk-KZ"/>
              </w:rPr>
              <w:t>хаттамалар</w:t>
            </w:r>
            <w:r w:rsidRPr="005E3039">
              <w:rPr>
                <w:spacing w:val="-3"/>
                <w:w w:val="110"/>
                <w:sz w:val="24"/>
                <w:szCs w:val="24"/>
                <w:lang w:val="kk-KZ"/>
              </w:rPr>
              <w:t xml:space="preserve"> </w:t>
            </w:r>
            <w:r w:rsidRPr="005E3039">
              <w:rPr>
                <w:w w:val="110"/>
                <w:sz w:val="24"/>
                <w:szCs w:val="24"/>
                <w:lang w:val="kk-KZ"/>
              </w:rPr>
              <w:t>бар</w:t>
            </w:r>
            <w:r w:rsidRPr="005E3039">
              <w:rPr>
                <w:spacing w:val="-3"/>
                <w:w w:val="110"/>
                <w:sz w:val="24"/>
                <w:szCs w:val="24"/>
                <w:lang w:val="kk-KZ"/>
              </w:rPr>
              <w:t xml:space="preserve"> </w:t>
            </w:r>
            <w:r w:rsidRPr="005E3039">
              <w:rPr>
                <w:w w:val="110"/>
                <w:sz w:val="24"/>
                <w:szCs w:val="24"/>
                <w:lang w:val="kk-KZ"/>
              </w:rPr>
              <w:t>(жылына</w:t>
            </w:r>
            <w:r w:rsidRPr="005E3039">
              <w:rPr>
                <w:spacing w:val="-3"/>
                <w:w w:val="110"/>
                <w:sz w:val="24"/>
                <w:szCs w:val="24"/>
                <w:lang w:val="kk-KZ"/>
              </w:rPr>
              <w:t xml:space="preserve"> </w:t>
            </w:r>
            <w:r w:rsidRPr="005E3039">
              <w:rPr>
                <w:w w:val="110"/>
                <w:sz w:val="24"/>
                <w:szCs w:val="24"/>
                <w:lang w:val="kk-KZ"/>
              </w:rPr>
              <w:t>кемінде</w:t>
            </w:r>
            <w:r w:rsidRPr="005E3039">
              <w:rPr>
                <w:spacing w:val="-3"/>
                <w:w w:val="110"/>
                <w:sz w:val="24"/>
                <w:szCs w:val="24"/>
                <w:lang w:val="kk-KZ"/>
              </w:rPr>
              <w:t xml:space="preserve"> </w:t>
            </w:r>
            <w:r w:rsidRPr="005E3039">
              <w:rPr>
                <w:w w:val="110"/>
                <w:sz w:val="24"/>
                <w:szCs w:val="24"/>
                <w:lang w:val="kk-KZ"/>
              </w:rPr>
              <w:t>3);</w:t>
            </w:r>
            <w:r w:rsidRPr="005E3039">
              <w:rPr>
                <w:spacing w:val="-3"/>
                <w:w w:val="110"/>
                <w:sz w:val="24"/>
                <w:szCs w:val="24"/>
                <w:lang w:val="kk-KZ"/>
              </w:rPr>
              <w:t xml:space="preserve"> </w:t>
            </w:r>
            <w:r w:rsidRPr="005E3039">
              <w:rPr>
                <w:w w:val="110"/>
                <w:sz w:val="24"/>
                <w:szCs w:val="24"/>
                <w:lang w:val="kk-KZ"/>
              </w:rPr>
              <w:t>бұйрықтар рәсімделген; тәлімгерлік ұйымдастырылған</w:t>
            </w:r>
          </w:p>
        </w:tc>
        <w:tc>
          <w:tcPr>
            <w:tcW w:w="2223" w:type="dxa"/>
            <w:gridSpan w:val="2"/>
          </w:tcPr>
          <w:p w14:paraId="3420BE57" w14:textId="77777777" w:rsidR="00FD4D57" w:rsidRPr="0079238F" w:rsidRDefault="00FD4D57" w:rsidP="00FD4D57">
            <w:pPr>
              <w:rPr>
                <w:sz w:val="24"/>
                <w:szCs w:val="24"/>
                <w:lang w:val="en-US"/>
              </w:rPr>
            </w:pPr>
            <w:r>
              <w:rPr>
                <w:sz w:val="24"/>
                <w:szCs w:val="24"/>
                <w:lang w:val="en-US"/>
              </w:rPr>
              <w:lastRenderedPageBreak/>
              <w:t>5</w:t>
            </w:r>
          </w:p>
        </w:tc>
      </w:tr>
      <w:tr w:rsidR="00FD4D57" w:rsidRPr="005E3039" w14:paraId="74ED462B" w14:textId="77777777" w:rsidTr="00FD4D57">
        <w:trPr>
          <w:trHeight w:val="1390"/>
        </w:trPr>
        <w:tc>
          <w:tcPr>
            <w:tcW w:w="510" w:type="dxa"/>
          </w:tcPr>
          <w:p w14:paraId="25134488" w14:textId="77777777" w:rsidR="00FD4D57" w:rsidRPr="005E3039" w:rsidRDefault="00FD4D57" w:rsidP="00FD4D57">
            <w:pPr>
              <w:rPr>
                <w:sz w:val="24"/>
                <w:szCs w:val="24"/>
                <w:lang w:val="kk-KZ"/>
              </w:rPr>
            </w:pPr>
            <w:r w:rsidRPr="005E3039">
              <w:rPr>
                <w:sz w:val="24"/>
                <w:szCs w:val="24"/>
                <w:lang w:val="kk-KZ"/>
              </w:rPr>
              <w:t>9</w:t>
            </w:r>
          </w:p>
        </w:tc>
        <w:tc>
          <w:tcPr>
            <w:tcW w:w="4992" w:type="dxa"/>
          </w:tcPr>
          <w:p w14:paraId="6F38D40B" w14:textId="77777777" w:rsidR="00FD4D57" w:rsidRPr="005E3039" w:rsidRDefault="00FD4D57" w:rsidP="00FD4D57">
            <w:pPr>
              <w:rPr>
                <w:sz w:val="24"/>
                <w:szCs w:val="24"/>
                <w:lang w:val="kk-KZ"/>
              </w:rPr>
            </w:pPr>
            <w:r w:rsidRPr="005E3039">
              <w:rPr>
                <w:w w:val="110"/>
                <w:sz w:val="24"/>
                <w:szCs w:val="24"/>
                <w:lang w:val="kk-KZ"/>
              </w:rPr>
              <w:t>Сыныптардың</w:t>
            </w:r>
            <w:r w:rsidRPr="005E3039">
              <w:rPr>
                <w:spacing w:val="-13"/>
                <w:w w:val="110"/>
                <w:sz w:val="24"/>
                <w:szCs w:val="24"/>
                <w:lang w:val="kk-KZ"/>
              </w:rPr>
              <w:t xml:space="preserve"> </w:t>
            </w:r>
            <w:r w:rsidRPr="005E3039">
              <w:rPr>
                <w:w w:val="110"/>
                <w:sz w:val="24"/>
                <w:szCs w:val="24"/>
                <w:lang w:val="kk-KZ"/>
              </w:rPr>
              <w:t>толымдылығына және оларды топтарға бөлуге қойылатын</w:t>
            </w:r>
            <w:r w:rsidRPr="005E3039">
              <w:rPr>
                <w:spacing w:val="-4"/>
                <w:w w:val="110"/>
                <w:sz w:val="24"/>
                <w:szCs w:val="24"/>
                <w:lang w:val="kk-KZ"/>
              </w:rPr>
              <w:t xml:space="preserve"> </w:t>
            </w:r>
            <w:r w:rsidRPr="005E3039">
              <w:rPr>
                <w:w w:val="110"/>
                <w:sz w:val="24"/>
                <w:szCs w:val="24"/>
                <w:lang w:val="kk-KZ"/>
              </w:rPr>
              <w:t>МЖМБС талаптарының</w:t>
            </w:r>
            <w:r w:rsidRPr="005E3039">
              <w:rPr>
                <w:spacing w:val="-4"/>
                <w:w w:val="110"/>
                <w:sz w:val="24"/>
                <w:szCs w:val="24"/>
                <w:lang w:val="kk-KZ"/>
              </w:rPr>
              <w:t xml:space="preserve"> </w:t>
            </w:r>
            <w:r w:rsidRPr="005E3039">
              <w:rPr>
                <w:w w:val="110"/>
                <w:sz w:val="24"/>
                <w:szCs w:val="24"/>
                <w:lang w:val="kk-KZ"/>
              </w:rPr>
              <w:t>сақталуы</w:t>
            </w:r>
          </w:p>
        </w:tc>
        <w:tc>
          <w:tcPr>
            <w:tcW w:w="2676" w:type="dxa"/>
            <w:gridSpan w:val="2"/>
          </w:tcPr>
          <w:p w14:paraId="722BA480" w14:textId="77777777" w:rsidR="00FD4D57" w:rsidRPr="005E3039" w:rsidRDefault="00FD4D57" w:rsidP="00FD4D57">
            <w:pPr>
              <w:rPr>
                <w:sz w:val="24"/>
                <w:szCs w:val="24"/>
                <w:lang w:val="kk-KZ"/>
              </w:rPr>
            </w:pPr>
            <w:r w:rsidRPr="005E3039">
              <w:rPr>
                <w:w w:val="110"/>
                <w:sz w:val="24"/>
                <w:szCs w:val="24"/>
                <w:lang w:val="kk-KZ"/>
              </w:rPr>
              <w:t>білім</w:t>
            </w:r>
            <w:r w:rsidRPr="005E3039">
              <w:rPr>
                <w:spacing w:val="-1"/>
                <w:w w:val="110"/>
                <w:sz w:val="24"/>
                <w:szCs w:val="24"/>
                <w:lang w:val="kk-KZ"/>
              </w:rPr>
              <w:t xml:space="preserve"> </w:t>
            </w:r>
            <w:r w:rsidRPr="005E3039">
              <w:rPr>
                <w:w w:val="110"/>
                <w:sz w:val="24"/>
                <w:szCs w:val="24"/>
                <w:lang w:val="kk-KZ"/>
              </w:rPr>
              <w:t>алушылардың</w:t>
            </w:r>
            <w:r w:rsidRPr="005E3039">
              <w:rPr>
                <w:spacing w:val="-1"/>
                <w:w w:val="110"/>
                <w:sz w:val="24"/>
                <w:szCs w:val="24"/>
                <w:lang w:val="kk-KZ"/>
              </w:rPr>
              <w:t xml:space="preserve"> </w:t>
            </w:r>
            <w:r w:rsidRPr="005E3039">
              <w:rPr>
                <w:w w:val="110"/>
                <w:sz w:val="24"/>
                <w:szCs w:val="24"/>
                <w:lang w:val="kk-KZ"/>
              </w:rPr>
              <w:t>құқықтарына</w:t>
            </w:r>
            <w:r w:rsidRPr="005E3039">
              <w:rPr>
                <w:spacing w:val="-1"/>
                <w:w w:val="110"/>
                <w:sz w:val="24"/>
                <w:szCs w:val="24"/>
                <w:lang w:val="kk-KZ"/>
              </w:rPr>
              <w:t xml:space="preserve"> </w:t>
            </w:r>
            <w:r w:rsidRPr="005E3039">
              <w:rPr>
                <w:w w:val="110"/>
                <w:sz w:val="24"/>
                <w:szCs w:val="24"/>
                <w:lang w:val="kk-KZ"/>
              </w:rPr>
              <w:t>әсер</w:t>
            </w:r>
            <w:r w:rsidRPr="005E3039">
              <w:rPr>
                <w:spacing w:val="-1"/>
                <w:w w:val="110"/>
                <w:sz w:val="24"/>
                <w:szCs w:val="24"/>
                <w:lang w:val="kk-KZ"/>
              </w:rPr>
              <w:t xml:space="preserve"> </w:t>
            </w:r>
            <w:r w:rsidRPr="005E3039">
              <w:rPr>
                <w:w w:val="110"/>
                <w:sz w:val="24"/>
                <w:szCs w:val="24"/>
                <w:lang w:val="kk-KZ"/>
              </w:rPr>
              <w:t>етпейтін жекелеген рәсімдік бұзушылықтар бар</w:t>
            </w:r>
          </w:p>
        </w:tc>
        <w:tc>
          <w:tcPr>
            <w:tcW w:w="2223" w:type="dxa"/>
            <w:gridSpan w:val="2"/>
          </w:tcPr>
          <w:p w14:paraId="0F52C21B" w14:textId="77777777" w:rsidR="00FD4D57" w:rsidRPr="0079238F" w:rsidRDefault="00FD4D57" w:rsidP="00FD4D57">
            <w:pPr>
              <w:rPr>
                <w:sz w:val="24"/>
                <w:szCs w:val="24"/>
                <w:lang w:val="en-US"/>
              </w:rPr>
            </w:pPr>
            <w:r>
              <w:rPr>
                <w:sz w:val="24"/>
                <w:szCs w:val="24"/>
                <w:lang w:val="en-US"/>
              </w:rPr>
              <w:t>4</w:t>
            </w:r>
          </w:p>
        </w:tc>
      </w:tr>
      <w:tr w:rsidR="00FD4D57" w:rsidRPr="0079238F" w14:paraId="0927918A" w14:textId="77777777" w:rsidTr="00FD4D57">
        <w:tc>
          <w:tcPr>
            <w:tcW w:w="10401" w:type="dxa"/>
            <w:gridSpan w:val="6"/>
          </w:tcPr>
          <w:p w14:paraId="4DA9E0F2" w14:textId="77777777" w:rsidR="00FD4D57" w:rsidRPr="005E3039" w:rsidRDefault="00FD4D57" w:rsidP="00FD4D57">
            <w:pPr>
              <w:jc w:val="center"/>
              <w:rPr>
                <w:sz w:val="24"/>
                <w:szCs w:val="24"/>
                <w:lang w:val="kk-KZ"/>
              </w:rPr>
            </w:pPr>
            <w:r w:rsidRPr="005E3039">
              <w:rPr>
                <w:w w:val="110"/>
                <w:sz w:val="24"/>
                <w:szCs w:val="24"/>
                <w:lang w:val="kk-KZ"/>
              </w:rPr>
              <w:t>Оқу-әдістемелік</w:t>
            </w:r>
            <w:r w:rsidRPr="005E3039">
              <w:rPr>
                <w:spacing w:val="1"/>
                <w:w w:val="110"/>
                <w:sz w:val="24"/>
                <w:szCs w:val="24"/>
                <w:lang w:val="kk-KZ"/>
              </w:rPr>
              <w:t xml:space="preserve"> </w:t>
            </w:r>
            <w:r w:rsidRPr="005E3039">
              <w:rPr>
                <w:w w:val="110"/>
                <w:sz w:val="24"/>
                <w:szCs w:val="24"/>
                <w:lang w:val="kk-KZ"/>
              </w:rPr>
              <w:t>жұмысқа</w:t>
            </w:r>
            <w:r w:rsidRPr="005E3039">
              <w:rPr>
                <w:spacing w:val="1"/>
                <w:w w:val="110"/>
                <w:sz w:val="24"/>
                <w:szCs w:val="24"/>
                <w:lang w:val="kk-KZ"/>
              </w:rPr>
              <w:t xml:space="preserve"> </w:t>
            </w:r>
            <w:r w:rsidRPr="005E3039">
              <w:rPr>
                <w:w w:val="110"/>
                <w:sz w:val="24"/>
                <w:szCs w:val="24"/>
                <w:lang w:val="kk-KZ"/>
              </w:rPr>
              <w:t>қойылатын</w:t>
            </w:r>
            <w:r w:rsidRPr="005E3039">
              <w:rPr>
                <w:spacing w:val="1"/>
                <w:w w:val="110"/>
                <w:sz w:val="24"/>
                <w:szCs w:val="24"/>
                <w:lang w:val="kk-KZ"/>
              </w:rPr>
              <w:t xml:space="preserve"> </w:t>
            </w:r>
            <w:r w:rsidRPr="005E3039">
              <w:rPr>
                <w:spacing w:val="-2"/>
                <w:w w:val="110"/>
                <w:sz w:val="24"/>
                <w:szCs w:val="24"/>
                <w:lang w:val="kk-KZ"/>
              </w:rPr>
              <w:t>өлшемшарттар</w:t>
            </w:r>
          </w:p>
        </w:tc>
      </w:tr>
      <w:tr w:rsidR="00FD4D57" w:rsidRPr="005E3039" w14:paraId="7AE81C0D" w14:textId="77777777" w:rsidTr="00FD4D57">
        <w:tc>
          <w:tcPr>
            <w:tcW w:w="510" w:type="dxa"/>
          </w:tcPr>
          <w:p w14:paraId="4E0704A4" w14:textId="77777777" w:rsidR="00FD4D57" w:rsidRPr="005E3039" w:rsidRDefault="00FD4D57" w:rsidP="00FD4D57">
            <w:pPr>
              <w:rPr>
                <w:sz w:val="24"/>
                <w:szCs w:val="24"/>
                <w:lang w:val="kk-KZ"/>
              </w:rPr>
            </w:pPr>
            <w:r w:rsidRPr="005E3039">
              <w:rPr>
                <w:sz w:val="24"/>
                <w:szCs w:val="24"/>
                <w:lang w:val="kk-KZ"/>
              </w:rPr>
              <w:t>10</w:t>
            </w:r>
          </w:p>
        </w:tc>
        <w:tc>
          <w:tcPr>
            <w:tcW w:w="4992" w:type="dxa"/>
          </w:tcPr>
          <w:p w14:paraId="7E49F98A" w14:textId="77777777" w:rsidR="00FD4D57" w:rsidRPr="005E3039" w:rsidRDefault="00FD4D57" w:rsidP="00FD4D57">
            <w:pPr>
              <w:rPr>
                <w:sz w:val="24"/>
                <w:szCs w:val="24"/>
                <w:lang w:val="kk-KZ"/>
              </w:rPr>
            </w:pPr>
            <w:r w:rsidRPr="005E3039">
              <w:rPr>
                <w:w w:val="110"/>
                <w:sz w:val="24"/>
                <w:szCs w:val="24"/>
                <w:lang w:val="kk-KZ"/>
              </w:rPr>
              <w:t>Жұмыс оқу жоспарының (бұдан әрі</w:t>
            </w:r>
            <w:r w:rsidRPr="005E3039">
              <w:rPr>
                <w:spacing w:val="-10"/>
                <w:w w:val="110"/>
                <w:sz w:val="24"/>
                <w:szCs w:val="24"/>
                <w:lang w:val="kk-KZ"/>
              </w:rPr>
              <w:t xml:space="preserve"> </w:t>
            </w:r>
            <w:r w:rsidRPr="005E3039">
              <w:rPr>
                <w:w w:val="110"/>
                <w:sz w:val="24"/>
                <w:szCs w:val="24"/>
                <w:lang w:val="kk-KZ"/>
              </w:rPr>
              <w:t>–</w:t>
            </w:r>
            <w:r w:rsidRPr="005E3039">
              <w:rPr>
                <w:spacing w:val="-10"/>
                <w:w w:val="110"/>
                <w:sz w:val="24"/>
                <w:szCs w:val="24"/>
                <w:lang w:val="kk-KZ"/>
              </w:rPr>
              <w:t xml:space="preserve"> </w:t>
            </w:r>
            <w:r w:rsidRPr="005E3039">
              <w:rPr>
                <w:w w:val="110"/>
                <w:sz w:val="24"/>
                <w:szCs w:val="24"/>
                <w:lang w:val="kk-KZ"/>
              </w:rPr>
              <w:t>ЖОЖ)</w:t>
            </w:r>
            <w:r w:rsidRPr="005E3039">
              <w:rPr>
                <w:spacing w:val="-10"/>
                <w:w w:val="110"/>
                <w:sz w:val="24"/>
                <w:szCs w:val="24"/>
                <w:lang w:val="kk-KZ"/>
              </w:rPr>
              <w:t xml:space="preserve"> </w:t>
            </w:r>
            <w:r w:rsidRPr="005E3039">
              <w:rPr>
                <w:w w:val="110"/>
                <w:sz w:val="24"/>
                <w:szCs w:val="24"/>
                <w:lang w:val="kk-KZ"/>
              </w:rPr>
              <w:t>МЖМБС</w:t>
            </w:r>
            <w:r w:rsidRPr="005E3039">
              <w:rPr>
                <w:spacing w:val="-10"/>
                <w:w w:val="110"/>
                <w:sz w:val="24"/>
                <w:szCs w:val="24"/>
                <w:lang w:val="kk-KZ"/>
              </w:rPr>
              <w:t xml:space="preserve"> </w:t>
            </w:r>
            <w:r w:rsidRPr="005E3039">
              <w:rPr>
                <w:w w:val="110"/>
                <w:sz w:val="24"/>
                <w:szCs w:val="24"/>
                <w:lang w:val="kk-KZ"/>
              </w:rPr>
              <w:t>талаптарына және Қазақстан Республикасы Білім және ғылым министрінің 2012 жылғы 8 қарашадағы № 500 бұйрығымен</w:t>
            </w:r>
            <w:r w:rsidRPr="005E3039">
              <w:rPr>
                <w:spacing w:val="-4"/>
                <w:w w:val="110"/>
                <w:sz w:val="24"/>
                <w:szCs w:val="24"/>
                <w:lang w:val="kk-KZ"/>
              </w:rPr>
              <w:t xml:space="preserve"> </w:t>
            </w:r>
            <w:r w:rsidRPr="005E3039">
              <w:rPr>
                <w:w w:val="110"/>
                <w:sz w:val="24"/>
                <w:szCs w:val="24"/>
                <w:lang w:val="kk-KZ"/>
              </w:rPr>
              <w:t>бекітілген (Нормативтік құқықтық актілерді мемлекеттік тіркеу тізілімінде № 8170 болып тіркелген) бастауыш, негізгі орта және жалпы орта білімнің</w:t>
            </w:r>
            <w:r w:rsidRPr="005E3039">
              <w:rPr>
                <w:spacing w:val="-13"/>
                <w:w w:val="110"/>
                <w:sz w:val="24"/>
                <w:szCs w:val="24"/>
                <w:lang w:val="kk-KZ"/>
              </w:rPr>
              <w:t xml:space="preserve"> </w:t>
            </w:r>
            <w:r w:rsidRPr="005E3039">
              <w:rPr>
                <w:w w:val="110"/>
                <w:sz w:val="24"/>
                <w:szCs w:val="24"/>
                <w:lang w:val="kk-KZ"/>
              </w:rPr>
              <w:t>үлгілік</w:t>
            </w:r>
            <w:r w:rsidRPr="005E3039">
              <w:rPr>
                <w:spacing w:val="-12"/>
                <w:w w:val="110"/>
                <w:sz w:val="24"/>
                <w:szCs w:val="24"/>
                <w:lang w:val="kk-KZ"/>
              </w:rPr>
              <w:t xml:space="preserve"> </w:t>
            </w:r>
            <w:r w:rsidRPr="005E3039">
              <w:rPr>
                <w:w w:val="110"/>
                <w:sz w:val="24"/>
                <w:szCs w:val="24"/>
                <w:lang w:val="kk-KZ"/>
              </w:rPr>
              <w:t>оқу</w:t>
            </w:r>
            <w:r w:rsidRPr="005E3039">
              <w:rPr>
                <w:spacing w:val="-13"/>
                <w:w w:val="110"/>
                <w:sz w:val="24"/>
                <w:szCs w:val="24"/>
                <w:lang w:val="kk-KZ"/>
              </w:rPr>
              <w:t xml:space="preserve"> </w:t>
            </w:r>
            <w:r w:rsidRPr="005E3039">
              <w:rPr>
                <w:w w:val="110"/>
                <w:sz w:val="24"/>
                <w:szCs w:val="24"/>
                <w:lang w:val="kk-KZ"/>
              </w:rPr>
              <w:t>жоспарларына (бұдан әрі – ҮОЖ) сәйкестігі.</w:t>
            </w:r>
          </w:p>
        </w:tc>
        <w:tc>
          <w:tcPr>
            <w:tcW w:w="2676" w:type="dxa"/>
            <w:gridSpan w:val="2"/>
          </w:tcPr>
          <w:p w14:paraId="76F72DE6" w14:textId="77777777" w:rsidR="00FD4D57" w:rsidRPr="005E3039" w:rsidRDefault="00FD4D57" w:rsidP="00FD4D57">
            <w:pPr>
              <w:rPr>
                <w:sz w:val="24"/>
                <w:szCs w:val="24"/>
                <w:lang w:val="kk-KZ"/>
              </w:rPr>
            </w:pPr>
            <w:r w:rsidRPr="005E3039">
              <w:rPr>
                <w:spacing w:val="2"/>
                <w:w w:val="105"/>
                <w:sz w:val="24"/>
                <w:szCs w:val="24"/>
              </w:rPr>
              <w:t>бұзушылықтар</w:t>
            </w:r>
            <w:r w:rsidRPr="005E3039">
              <w:rPr>
                <w:spacing w:val="15"/>
                <w:w w:val="110"/>
                <w:sz w:val="24"/>
                <w:szCs w:val="24"/>
              </w:rPr>
              <w:t xml:space="preserve"> </w:t>
            </w:r>
            <w:r w:rsidRPr="005E3039">
              <w:rPr>
                <w:spacing w:val="-5"/>
                <w:w w:val="110"/>
                <w:sz w:val="24"/>
                <w:szCs w:val="24"/>
              </w:rPr>
              <w:t>жоқ</w:t>
            </w:r>
          </w:p>
        </w:tc>
        <w:tc>
          <w:tcPr>
            <w:tcW w:w="2223" w:type="dxa"/>
            <w:gridSpan w:val="2"/>
          </w:tcPr>
          <w:p w14:paraId="03A8B9AF" w14:textId="77777777" w:rsidR="00FD4D57" w:rsidRPr="0079238F" w:rsidRDefault="00FD4D57" w:rsidP="00FD4D57">
            <w:pPr>
              <w:rPr>
                <w:sz w:val="24"/>
                <w:szCs w:val="24"/>
                <w:lang w:val="en-US"/>
              </w:rPr>
            </w:pPr>
            <w:r>
              <w:rPr>
                <w:sz w:val="24"/>
                <w:szCs w:val="24"/>
                <w:lang w:val="en-US"/>
              </w:rPr>
              <w:t>5</w:t>
            </w:r>
          </w:p>
        </w:tc>
      </w:tr>
      <w:tr w:rsidR="00FD4D57" w:rsidRPr="005E3039" w14:paraId="6BAF8DE5" w14:textId="77777777" w:rsidTr="00FD4D57">
        <w:tc>
          <w:tcPr>
            <w:tcW w:w="510" w:type="dxa"/>
          </w:tcPr>
          <w:p w14:paraId="358928BE" w14:textId="77777777" w:rsidR="00FD4D57" w:rsidRPr="005E3039" w:rsidRDefault="00FD4D57" w:rsidP="00FD4D57">
            <w:pPr>
              <w:rPr>
                <w:sz w:val="24"/>
                <w:szCs w:val="24"/>
                <w:lang w:val="kk-KZ"/>
              </w:rPr>
            </w:pPr>
            <w:r w:rsidRPr="005E3039">
              <w:rPr>
                <w:sz w:val="24"/>
                <w:szCs w:val="24"/>
                <w:lang w:val="kk-KZ"/>
              </w:rPr>
              <w:t>11</w:t>
            </w:r>
          </w:p>
        </w:tc>
        <w:tc>
          <w:tcPr>
            <w:tcW w:w="4992" w:type="dxa"/>
          </w:tcPr>
          <w:p w14:paraId="69ECCAFA" w14:textId="77777777" w:rsidR="00FD4D57" w:rsidRPr="005E3039" w:rsidRDefault="00FD4D57" w:rsidP="00FD4D57">
            <w:pPr>
              <w:spacing w:before="72" w:line="280" w:lineRule="auto"/>
              <w:ind w:left="82" w:right="70"/>
              <w:rPr>
                <w:sz w:val="24"/>
                <w:szCs w:val="24"/>
                <w:lang w:val="kk-KZ"/>
              </w:rPr>
            </w:pPr>
            <w:r w:rsidRPr="005E3039">
              <w:rPr>
                <w:w w:val="110"/>
                <w:sz w:val="24"/>
                <w:szCs w:val="24"/>
                <w:lang w:val="kk-KZ"/>
              </w:rPr>
              <w:t>Оқу</w:t>
            </w:r>
            <w:r w:rsidRPr="005E3039">
              <w:rPr>
                <w:spacing w:val="-9"/>
                <w:w w:val="110"/>
                <w:sz w:val="24"/>
                <w:szCs w:val="24"/>
                <w:lang w:val="kk-KZ"/>
              </w:rPr>
              <w:t xml:space="preserve"> </w:t>
            </w:r>
            <w:r w:rsidRPr="005E3039">
              <w:rPr>
                <w:w w:val="110"/>
                <w:sz w:val="24"/>
                <w:szCs w:val="24"/>
                <w:lang w:val="kk-KZ"/>
              </w:rPr>
              <w:t>процесін</w:t>
            </w:r>
            <w:r w:rsidRPr="005E3039">
              <w:rPr>
                <w:spacing w:val="-9"/>
                <w:w w:val="110"/>
                <w:sz w:val="24"/>
                <w:szCs w:val="24"/>
                <w:lang w:val="kk-KZ"/>
              </w:rPr>
              <w:t xml:space="preserve"> </w:t>
            </w:r>
            <w:r w:rsidRPr="005E3039">
              <w:rPr>
                <w:w w:val="110"/>
                <w:sz w:val="24"/>
                <w:szCs w:val="24"/>
                <w:lang w:val="kk-KZ"/>
              </w:rPr>
              <w:t>жоспарлау</w:t>
            </w:r>
            <w:r w:rsidRPr="005E3039">
              <w:rPr>
                <w:spacing w:val="-9"/>
                <w:w w:val="110"/>
                <w:sz w:val="24"/>
                <w:szCs w:val="24"/>
                <w:lang w:val="kk-KZ"/>
              </w:rPr>
              <w:t xml:space="preserve"> </w:t>
            </w:r>
            <w:r w:rsidRPr="005E3039">
              <w:rPr>
                <w:w w:val="110"/>
                <w:sz w:val="24"/>
                <w:szCs w:val="24"/>
                <w:lang w:val="kk-KZ"/>
              </w:rPr>
              <w:t>мен</w:t>
            </w:r>
            <w:r w:rsidRPr="005E3039">
              <w:rPr>
                <w:spacing w:val="-9"/>
                <w:w w:val="110"/>
                <w:sz w:val="24"/>
                <w:szCs w:val="24"/>
                <w:lang w:val="kk-KZ"/>
              </w:rPr>
              <w:t xml:space="preserve"> </w:t>
            </w:r>
            <w:r w:rsidRPr="005E3039">
              <w:rPr>
                <w:w w:val="110"/>
                <w:sz w:val="24"/>
                <w:szCs w:val="24"/>
                <w:lang w:val="kk-KZ"/>
              </w:rPr>
              <w:t>іске асырудың, оқу пәндерінің мазмұнының</w:t>
            </w:r>
            <w:r w:rsidRPr="005E3039">
              <w:rPr>
                <w:spacing w:val="-4"/>
                <w:w w:val="110"/>
                <w:sz w:val="24"/>
                <w:szCs w:val="24"/>
                <w:lang w:val="kk-KZ"/>
              </w:rPr>
              <w:t xml:space="preserve"> </w:t>
            </w:r>
            <w:r w:rsidRPr="005E3039">
              <w:rPr>
                <w:w w:val="110"/>
                <w:sz w:val="24"/>
                <w:szCs w:val="24"/>
                <w:lang w:val="kk-KZ"/>
              </w:rPr>
              <w:t>Қазақстан Республикасы</w:t>
            </w:r>
            <w:r w:rsidRPr="005E3039">
              <w:rPr>
                <w:spacing w:val="-4"/>
                <w:w w:val="110"/>
                <w:sz w:val="24"/>
                <w:szCs w:val="24"/>
                <w:lang w:val="kk-KZ"/>
              </w:rPr>
              <w:t xml:space="preserve"> </w:t>
            </w:r>
            <w:r w:rsidRPr="005E3039">
              <w:rPr>
                <w:w w:val="110"/>
                <w:sz w:val="24"/>
                <w:szCs w:val="24"/>
                <w:lang w:val="kk-KZ"/>
              </w:rPr>
              <w:t>Оқу-ағарту министрінің 2022 жылғы 16 қыркүйектегі</w:t>
            </w:r>
            <w:r w:rsidRPr="005E3039">
              <w:rPr>
                <w:spacing w:val="-11"/>
                <w:w w:val="110"/>
                <w:sz w:val="24"/>
                <w:szCs w:val="24"/>
                <w:lang w:val="kk-KZ"/>
              </w:rPr>
              <w:t xml:space="preserve"> </w:t>
            </w:r>
            <w:r w:rsidRPr="005E3039">
              <w:rPr>
                <w:w w:val="110"/>
                <w:sz w:val="24"/>
                <w:szCs w:val="24"/>
                <w:lang w:val="kk-KZ"/>
              </w:rPr>
              <w:t>№</w:t>
            </w:r>
            <w:r w:rsidRPr="005E3039">
              <w:rPr>
                <w:spacing w:val="-11"/>
                <w:w w:val="110"/>
                <w:sz w:val="24"/>
                <w:szCs w:val="24"/>
                <w:lang w:val="kk-KZ"/>
              </w:rPr>
              <w:t xml:space="preserve"> </w:t>
            </w:r>
            <w:r w:rsidRPr="005E3039">
              <w:rPr>
                <w:w w:val="110"/>
                <w:sz w:val="24"/>
                <w:szCs w:val="24"/>
                <w:lang w:val="kk-KZ"/>
              </w:rPr>
              <w:t>399</w:t>
            </w:r>
            <w:r w:rsidRPr="005E3039">
              <w:rPr>
                <w:spacing w:val="-11"/>
                <w:w w:val="110"/>
                <w:sz w:val="24"/>
                <w:szCs w:val="24"/>
                <w:lang w:val="kk-KZ"/>
              </w:rPr>
              <w:t xml:space="preserve"> </w:t>
            </w:r>
            <w:r w:rsidRPr="005E3039">
              <w:rPr>
                <w:w w:val="110"/>
                <w:sz w:val="24"/>
                <w:szCs w:val="24"/>
                <w:lang w:val="kk-KZ"/>
              </w:rPr>
              <w:t>бұйрығымен  бекітілген</w:t>
            </w:r>
            <w:r w:rsidRPr="005E3039">
              <w:rPr>
                <w:spacing w:val="-4"/>
                <w:w w:val="110"/>
                <w:sz w:val="24"/>
                <w:szCs w:val="24"/>
                <w:lang w:val="kk-KZ"/>
              </w:rPr>
              <w:t xml:space="preserve"> </w:t>
            </w:r>
            <w:r w:rsidRPr="005E3039">
              <w:rPr>
                <w:w w:val="110"/>
                <w:sz w:val="24"/>
                <w:szCs w:val="24"/>
                <w:lang w:val="kk-KZ"/>
              </w:rPr>
              <w:t>(Нормативтік</w:t>
            </w:r>
            <w:r w:rsidRPr="005E3039">
              <w:rPr>
                <w:spacing w:val="-4"/>
                <w:w w:val="110"/>
                <w:sz w:val="24"/>
                <w:szCs w:val="24"/>
                <w:lang w:val="kk-KZ"/>
              </w:rPr>
              <w:t xml:space="preserve"> </w:t>
            </w:r>
            <w:r w:rsidRPr="005E3039">
              <w:rPr>
                <w:w w:val="110"/>
                <w:sz w:val="24"/>
                <w:szCs w:val="24"/>
                <w:lang w:val="kk-KZ"/>
              </w:rPr>
              <w:t>құқықтық актілерді мемлекеттік тіркеу тізілімінде № 29767 болып тіркелген) бастауыш, негізгі орта және жалпы орта білім беру деңгейлерінің</w:t>
            </w:r>
            <w:r w:rsidRPr="005E3039">
              <w:rPr>
                <w:spacing w:val="-7"/>
                <w:w w:val="110"/>
                <w:sz w:val="24"/>
                <w:szCs w:val="24"/>
                <w:lang w:val="kk-KZ"/>
              </w:rPr>
              <w:t xml:space="preserve"> </w:t>
            </w:r>
            <w:r w:rsidRPr="005E3039">
              <w:rPr>
                <w:w w:val="110"/>
                <w:sz w:val="24"/>
                <w:szCs w:val="24"/>
                <w:lang w:val="kk-KZ"/>
              </w:rPr>
              <w:t>жалпы</w:t>
            </w:r>
            <w:r w:rsidRPr="005E3039">
              <w:rPr>
                <w:spacing w:val="-7"/>
                <w:w w:val="110"/>
                <w:sz w:val="24"/>
                <w:szCs w:val="24"/>
                <w:lang w:val="kk-KZ"/>
              </w:rPr>
              <w:t xml:space="preserve"> </w:t>
            </w:r>
            <w:r w:rsidRPr="005E3039">
              <w:rPr>
                <w:w w:val="110"/>
                <w:sz w:val="24"/>
                <w:szCs w:val="24"/>
                <w:lang w:val="kk-KZ"/>
              </w:rPr>
              <w:t>білім</w:t>
            </w:r>
            <w:r w:rsidRPr="005E3039">
              <w:rPr>
                <w:spacing w:val="-7"/>
                <w:w w:val="110"/>
                <w:sz w:val="24"/>
                <w:szCs w:val="24"/>
                <w:lang w:val="kk-KZ"/>
              </w:rPr>
              <w:t xml:space="preserve"> </w:t>
            </w:r>
            <w:r w:rsidRPr="005E3039">
              <w:rPr>
                <w:w w:val="110"/>
                <w:sz w:val="24"/>
                <w:szCs w:val="24"/>
                <w:lang w:val="kk-KZ"/>
              </w:rPr>
              <w:t xml:space="preserve">беретін </w:t>
            </w:r>
            <w:r w:rsidRPr="005E3039">
              <w:rPr>
                <w:w w:val="110"/>
                <w:sz w:val="24"/>
                <w:szCs w:val="24"/>
                <w:lang w:val="kk-KZ"/>
              </w:rPr>
              <w:lastRenderedPageBreak/>
              <w:t>пәндері мен таңдау курстары бойынша үлгілік оқу бағдарламаларының (бұдан әрі – ҮОБ) талаптарына және</w:t>
            </w:r>
          </w:p>
          <w:p w14:paraId="3C33BD60" w14:textId="77777777" w:rsidR="00FD4D57" w:rsidRPr="005E3039" w:rsidRDefault="00FD4D57" w:rsidP="00FD4D57">
            <w:pPr>
              <w:rPr>
                <w:sz w:val="24"/>
                <w:szCs w:val="24"/>
                <w:lang w:val="kk-KZ"/>
              </w:rPr>
            </w:pPr>
            <w:r w:rsidRPr="005E3039">
              <w:rPr>
                <w:spacing w:val="-2"/>
                <w:w w:val="110"/>
                <w:sz w:val="24"/>
                <w:szCs w:val="24"/>
                <w:lang w:val="kk-KZ"/>
              </w:rPr>
              <w:t>МЖМБС-да</w:t>
            </w:r>
            <w:r w:rsidRPr="005E3039">
              <w:rPr>
                <w:spacing w:val="-11"/>
                <w:w w:val="110"/>
                <w:sz w:val="24"/>
                <w:szCs w:val="24"/>
                <w:lang w:val="kk-KZ"/>
              </w:rPr>
              <w:t xml:space="preserve"> </w:t>
            </w:r>
            <w:r w:rsidRPr="005E3039">
              <w:rPr>
                <w:spacing w:val="-2"/>
                <w:w w:val="110"/>
                <w:sz w:val="24"/>
                <w:szCs w:val="24"/>
                <w:lang w:val="kk-KZ"/>
              </w:rPr>
              <w:t>көзделген</w:t>
            </w:r>
            <w:r w:rsidRPr="005E3039">
              <w:rPr>
                <w:spacing w:val="-10"/>
                <w:w w:val="110"/>
                <w:sz w:val="24"/>
                <w:szCs w:val="24"/>
                <w:lang w:val="kk-KZ"/>
              </w:rPr>
              <w:t xml:space="preserve"> </w:t>
            </w:r>
            <w:r w:rsidRPr="005E3039">
              <w:rPr>
                <w:spacing w:val="-2"/>
                <w:w w:val="110"/>
                <w:sz w:val="24"/>
                <w:szCs w:val="24"/>
                <w:lang w:val="kk-KZ"/>
              </w:rPr>
              <w:t xml:space="preserve">күтілетін </w:t>
            </w:r>
            <w:r w:rsidRPr="005E3039">
              <w:rPr>
                <w:w w:val="110"/>
                <w:sz w:val="24"/>
                <w:szCs w:val="24"/>
                <w:lang w:val="kk-KZ"/>
              </w:rPr>
              <w:t>оқыту</w:t>
            </w:r>
            <w:r w:rsidRPr="005E3039">
              <w:rPr>
                <w:spacing w:val="-4"/>
                <w:w w:val="110"/>
                <w:sz w:val="24"/>
                <w:szCs w:val="24"/>
                <w:lang w:val="kk-KZ"/>
              </w:rPr>
              <w:t xml:space="preserve"> </w:t>
            </w:r>
            <w:r w:rsidRPr="005E3039">
              <w:rPr>
                <w:w w:val="110"/>
                <w:sz w:val="24"/>
                <w:szCs w:val="24"/>
                <w:lang w:val="kk-KZ"/>
              </w:rPr>
              <w:t>нәтижелеріне бағдарлануына</w:t>
            </w:r>
            <w:r w:rsidRPr="005E3039">
              <w:rPr>
                <w:spacing w:val="-4"/>
                <w:w w:val="110"/>
                <w:sz w:val="24"/>
                <w:szCs w:val="24"/>
                <w:lang w:val="kk-KZ"/>
              </w:rPr>
              <w:t xml:space="preserve"> </w:t>
            </w:r>
            <w:r w:rsidRPr="005E3039">
              <w:rPr>
                <w:w w:val="110"/>
                <w:sz w:val="24"/>
                <w:szCs w:val="24"/>
                <w:lang w:val="kk-KZ"/>
              </w:rPr>
              <w:t>сәйкестігі.</w:t>
            </w:r>
          </w:p>
        </w:tc>
        <w:tc>
          <w:tcPr>
            <w:tcW w:w="2676" w:type="dxa"/>
            <w:gridSpan w:val="2"/>
          </w:tcPr>
          <w:p w14:paraId="27F4DC93" w14:textId="77777777" w:rsidR="00FD4D57" w:rsidRPr="005E3039" w:rsidRDefault="00FD4D57" w:rsidP="00FD4D57">
            <w:pPr>
              <w:rPr>
                <w:sz w:val="24"/>
                <w:szCs w:val="24"/>
                <w:lang w:val="kk-KZ"/>
              </w:rPr>
            </w:pPr>
            <w:r w:rsidRPr="005E3039">
              <w:rPr>
                <w:w w:val="110"/>
                <w:sz w:val="24"/>
                <w:szCs w:val="24"/>
              </w:rPr>
              <w:lastRenderedPageBreak/>
              <w:t>толық</w:t>
            </w:r>
            <w:r w:rsidRPr="005E3039">
              <w:rPr>
                <w:spacing w:val="-2"/>
                <w:w w:val="110"/>
                <w:sz w:val="24"/>
                <w:szCs w:val="24"/>
              </w:rPr>
              <w:t xml:space="preserve"> </w:t>
            </w:r>
            <w:r w:rsidRPr="005E3039">
              <w:rPr>
                <w:w w:val="110"/>
                <w:sz w:val="24"/>
                <w:szCs w:val="24"/>
              </w:rPr>
              <w:t>сәйкес</w:t>
            </w:r>
            <w:r w:rsidRPr="005E3039">
              <w:rPr>
                <w:spacing w:val="-2"/>
                <w:w w:val="110"/>
                <w:sz w:val="24"/>
                <w:szCs w:val="24"/>
              </w:rPr>
              <w:t xml:space="preserve"> келеді</w:t>
            </w:r>
          </w:p>
        </w:tc>
        <w:tc>
          <w:tcPr>
            <w:tcW w:w="2223" w:type="dxa"/>
            <w:gridSpan w:val="2"/>
          </w:tcPr>
          <w:p w14:paraId="77BEBEED" w14:textId="77777777" w:rsidR="00FD4D57" w:rsidRPr="0079238F" w:rsidRDefault="00FD4D57" w:rsidP="00FD4D57">
            <w:pPr>
              <w:rPr>
                <w:sz w:val="24"/>
                <w:szCs w:val="24"/>
                <w:lang w:val="en-US"/>
              </w:rPr>
            </w:pPr>
            <w:r>
              <w:rPr>
                <w:sz w:val="24"/>
                <w:szCs w:val="24"/>
                <w:lang w:val="en-US"/>
              </w:rPr>
              <w:t>5</w:t>
            </w:r>
          </w:p>
        </w:tc>
      </w:tr>
      <w:tr w:rsidR="00FD4D57" w:rsidRPr="0079238F" w14:paraId="22DF3D5F" w14:textId="77777777" w:rsidTr="00FD4D57">
        <w:tc>
          <w:tcPr>
            <w:tcW w:w="510" w:type="dxa"/>
          </w:tcPr>
          <w:p w14:paraId="48E37783" w14:textId="77777777" w:rsidR="00FD4D57" w:rsidRPr="005E3039" w:rsidRDefault="00FD4D57" w:rsidP="00FD4D57">
            <w:pPr>
              <w:rPr>
                <w:sz w:val="24"/>
                <w:szCs w:val="24"/>
                <w:lang w:val="kk-KZ"/>
              </w:rPr>
            </w:pPr>
            <w:r w:rsidRPr="005E3039">
              <w:rPr>
                <w:sz w:val="24"/>
                <w:szCs w:val="24"/>
                <w:lang w:val="kk-KZ"/>
              </w:rPr>
              <w:t>12</w:t>
            </w:r>
          </w:p>
        </w:tc>
        <w:tc>
          <w:tcPr>
            <w:tcW w:w="4992" w:type="dxa"/>
          </w:tcPr>
          <w:p w14:paraId="596CB707" w14:textId="77777777" w:rsidR="00FD4D57" w:rsidRPr="005E3039" w:rsidRDefault="00FD4D57" w:rsidP="00FD4D57">
            <w:pPr>
              <w:rPr>
                <w:sz w:val="24"/>
                <w:szCs w:val="24"/>
                <w:lang w:val="kk-KZ"/>
              </w:rPr>
            </w:pPr>
            <w:r w:rsidRPr="005E3039">
              <w:rPr>
                <w:w w:val="110"/>
                <w:sz w:val="24"/>
                <w:szCs w:val="24"/>
                <w:lang w:val="kk-KZ"/>
              </w:rPr>
              <w:t>Жалпы</w:t>
            </w:r>
            <w:r w:rsidRPr="005E3039">
              <w:rPr>
                <w:spacing w:val="-9"/>
                <w:w w:val="110"/>
                <w:sz w:val="24"/>
                <w:szCs w:val="24"/>
                <w:lang w:val="kk-KZ"/>
              </w:rPr>
              <w:t xml:space="preserve"> </w:t>
            </w:r>
            <w:r w:rsidRPr="005E3039">
              <w:rPr>
                <w:w w:val="110"/>
                <w:sz w:val="24"/>
                <w:szCs w:val="24"/>
                <w:lang w:val="kk-KZ"/>
              </w:rPr>
              <w:t>орта</w:t>
            </w:r>
            <w:r w:rsidRPr="005E3039">
              <w:rPr>
                <w:spacing w:val="-9"/>
                <w:w w:val="110"/>
                <w:sz w:val="24"/>
                <w:szCs w:val="24"/>
                <w:lang w:val="kk-KZ"/>
              </w:rPr>
              <w:t xml:space="preserve"> </w:t>
            </w:r>
            <w:r w:rsidRPr="005E3039">
              <w:rPr>
                <w:w w:val="110"/>
                <w:sz w:val="24"/>
                <w:szCs w:val="24"/>
                <w:lang w:val="kk-KZ"/>
              </w:rPr>
              <w:t>білім</w:t>
            </w:r>
            <w:r w:rsidRPr="005E3039">
              <w:rPr>
                <w:spacing w:val="-9"/>
                <w:w w:val="110"/>
                <w:sz w:val="24"/>
                <w:szCs w:val="24"/>
                <w:lang w:val="kk-KZ"/>
              </w:rPr>
              <w:t xml:space="preserve"> </w:t>
            </w:r>
            <w:r w:rsidRPr="005E3039">
              <w:rPr>
                <w:w w:val="110"/>
                <w:sz w:val="24"/>
                <w:szCs w:val="24"/>
                <w:lang w:val="kk-KZ"/>
              </w:rPr>
              <w:t>беру</w:t>
            </w:r>
            <w:r w:rsidRPr="005E3039">
              <w:rPr>
                <w:spacing w:val="-9"/>
                <w:w w:val="110"/>
                <w:sz w:val="24"/>
                <w:szCs w:val="24"/>
                <w:lang w:val="kk-KZ"/>
              </w:rPr>
              <w:t xml:space="preserve"> </w:t>
            </w:r>
            <w:r w:rsidRPr="005E3039">
              <w:rPr>
                <w:w w:val="110"/>
                <w:sz w:val="24"/>
                <w:szCs w:val="24"/>
                <w:lang w:val="kk-KZ"/>
              </w:rPr>
              <w:t>деңгейінде бейіндік оқытуды (болған жағдайда) МЖМБС талаптарына сәйкес іске асыру</w:t>
            </w:r>
          </w:p>
        </w:tc>
        <w:tc>
          <w:tcPr>
            <w:tcW w:w="2676" w:type="dxa"/>
            <w:gridSpan w:val="2"/>
          </w:tcPr>
          <w:p w14:paraId="3AB66A99" w14:textId="77777777" w:rsidR="00FD4D57" w:rsidRPr="005E3039" w:rsidRDefault="00FD4D57" w:rsidP="00FD4D57">
            <w:pPr>
              <w:rPr>
                <w:sz w:val="24"/>
                <w:szCs w:val="24"/>
                <w:lang w:val="kk-KZ"/>
              </w:rPr>
            </w:pPr>
            <w:r w:rsidRPr="005E3039">
              <w:rPr>
                <w:w w:val="110"/>
                <w:sz w:val="24"/>
                <w:szCs w:val="24"/>
                <w:lang w:val="kk-KZ"/>
              </w:rPr>
              <w:t>бейіндік</w:t>
            </w:r>
            <w:r w:rsidRPr="005E3039">
              <w:rPr>
                <w:spacing w:val="-12"/>
                <w:w w:val="110"/>
                <w:sz w:val="24"/>
                <w:szCs w:val="24"/>
                <w:lang w:val="kk-KZ"/>
              </w:rPr>
              <w:t xml:space="preserve"> </w:t>
            </w:r>
            <w:r w:rsidRPr="005E3039">
              <w:rPr>
                <w:w w:val="110"/>
                <w:sz w:val="24"/>
                <w:szCs w:val="24"/>
                <w:lang w:val="kk-KZ"/>
              </w:rPr>
              <w:t>оқыту</w:t>
            </w:r>
            <w:r w:rsidRPr="005E3039">
              <w:rPr>
                <w:spacing w:val="-12"/>
                <w:w w:val="110"/>
                <w:sz w:val="24"/>
                <w:szCs w:val="24"/>
                <w:lang w:val="kk-KZ"/>
              </w:rPr>
              <w:t xml:space="preserve"> </w:t>
            </w:r>
            <w:r w:rsidRPr="005E3039">
              <w:rPr>
                <w:w w:val="110"/>
                <w:sz w:val="24"/>
                <w:szCs w:val="24"/>
                <w:lang w:val="kk-KZ"/>
              </w:rPr>
              <w:t>үлгілік</w:t>
            </w:r>
            <w:r w:rsidRPr="005E3039">
              <w:rPr>
                <w:spacing w:val="-12"/>
                <w:w w:val="110"/>
                <w:sz w:val="24"/>
                <w:szCs w:val="24"/>
                <w:lang w:val="kk-KZ"/>
              </w:rPr>
              <w:t xml:space="preserve"> </w:t>
            </w:r>
            <w:r w:rsidRPr="005E3039">
              <w:rPr>
                <w:w w:val="110"/>
                <w:sz w:val="24"/>
                <w:szCs w:val="24"/>
                <w:lang w:val="kk-KZ"/>
              </w:rPr>
              <w:t>оқу</w:t>
            </w:r>
            <w:r w:rsidRPr="005E3039">
              <w:rPr>
                <w:spacing w:val="-12"/>
                <w:w w:val="110"/>
                <w:sz w:val="24"/>
                <w:szCs w:val="24"/>
                <w:lang w:val="kk-KZ"/>
              </w:rPr>
              <w:t xml:space="preserve"> </w:t>
            </w:r>
            <w:r w:rsidRPr="005E3039">
              <w:rPr>
                <w:w w:val="110"/>
                <w:sz w:val="24"/>
                <w:szCs w:val="24"/>
                <w:lang w:val="kk-KZ"/>
              </w:rPr>
              <w:t>жоспарына</w:t>
            </w:r>
            <w:r w:rsidRPr="005E3039">
              <w:rPr>
                <w:spacing w:val="-12"/>
                <w:w w:val="110"/>
                <w:sz w:val="24"/>
                <w:szCs w:val="24"/>
                <w:lang w:val="kk-KZ"/>
              </w:rPr>
              <w:t xml:space="preserve"> </w:t>
            </w:r>
            <w:r w:rsidRPr="005E3039">
              <w:rPr>
                <w:w w:val="110"/>
                <w:sz w:val="24"/>
                <w:szCs w:val="24"/>
                <w:lang w:val="kk-KZ"/>
              </w:rPr>
              <w:t>сәйкес</w:t>
            </w:r>
            <w:r w:rsidRPr="005E3039">
              <w:rPr>
                <w:spacing w:val="-12"/>
                <w:w w:val="110"/>
                <w:sz w:val="24"/>
                <w:szCs w:val="24"/>
                <w:lang w:val="kk-KZ"/>
              </w:rPr>
              <w:t xml:space="preserve"> </w:t>
            </w:r>
            <w:r w:rsidRPr="005E3039">
              <w:rPr>
                <w:w w:val="110"/>
                <w:sz w:val="24"/>
                <w:szCs w:val="24"/>
                <w:lang w:val="kk-KZ"/>
              </w:rPr>
              <w:t xml:space="preserve">іске </w:t>
            </w:r>
            <w:r w:rsidRPr="005E3039">
              <w:rPr>
                <w:spacing w:val="-2"/>
                <w:w w:val="110"/>
                <w:sz w:val="24"/>
                <w:szCs w:val="24"/>
                <w:lang w:val="kk-KZ"/>
              </w:rPr>
              <w:t>асырылады</w:t>
            </w:r>
          </w:p>
        </w:tc>
        <w:tc>
          <w:tcPr>
            <w:tcW w:w="2223" w:type="dxa"/>
            <w:gridSpan w:val="2"/>
          </w:tcPr>
          <w:p w14:paraId="03244E5F" w14:textId="77777777" w:rsidR="00FD4D57" w:rsidRPr="0079238F" w:rsidRDefault="00FD4D57" w:rsidP="00FD4D57">
            <w:pPr>
              <w:rPr>
                <w:sz w:val="24"/>
                <w:szCs w:val="24"/>
                <w:lang w:val="en-US"/>
              </w:rPr>
            </w:pPr>
            <w:r>
              <w:rPr>
                <w:sz w:val="24"/>
                <w:szCs w:val="24"/>
                <w:lang w:val="en-US"/>
              </w:rPr>
              <w:t>5</w:t>
            </w:r>
          </w:p>
        </w:tc>
      </w:tr>
      <w:tr w:rsidR="00FD4D57" w:rsidRPr="0079238F" w14:paraId="1D7F6279" w14:textId="77777777" w:rsidTr="00FD4D57">
        <w:tc>
          <w:tcPr>
            <w:tcW w:w="510" w:type="dxa"/>
          </w:tcPr>
          <w:p w14:paraId="69423B74" w14:textId="77777777" w:rsidR="00FD4D57" w:rsidRPr="005E3039" w:rsidRDefault="00FD4D57" w:rsidP="00FD4D57">
            <w:pPr>
              <w:rPr>
                <w:sz w:val="24"/>
                <w:szCs w:val="24"/>
                <w:lang w:val="kk-KZ"/>
              </w:rPr>
            </w:pPr>
            <w:r w:rsidRPr="005E3039">
              <w:rPr>
                <w:sz w:val="24"/>
                <w:szCs w:val="24"/>
                <w:lang w:val="kk-KZ"/>
              </w:rPr>
              <w:t>13</w:t>
            </w:r>
          </w:p>
          <w:p w14:paraId="2CEFCF19" w14:textId="77777777" w:rsidR="00FD4D57" w:rsidRPr="005E3039" w:rsidRDefault="00FD4D57" w:rsidP="00FD4D57">
            <w:pPr>
              <w:rPr>
                <w:sz w:val="24"/>
                <w:szCs w:val="24"/>
                <w:lang w:val="kk-KZ"/>
              </w:rPr>
            </w:pPr>
          </w:p>
        </w:tc>
        <w:tc>
          <w:tcPr>
            <w:tcW w:w="4992" w:type="dxa"/>
          </w:tcPr>
          <w:p w14:paraId="06E8B286" w14:textId="77777777" w:rsidR="00FD4D57" w:rsidRPr="005E3039" w:rsidRDefault="00FD4D57" w:rsidP="00FD4D57">
            <w:pPr>
              <w:rPr>
                <w:sz w:val="24"/>
                <w:szCs w:val="24"/>
                <w:lang w:val="kk-KZ"/>
              </w:rPr>
            </w:pPr>
            <w:r w:rsidRPr="005E3039">
              <w:rPr>
                <w:w w:val="110"/>
                <w:sz w:val="24"/>
                <w:szCs w:val="24"/>
                <w:lang w:val="kk-KZ"/>
              </w:rPr>
              <w:t xml:space="preserve">Вариативтік компонентті, оның ішінде элективтік курстар мен </w:t>
            </w:r>
            <w:r w:rsidRPr="005E3039">
              <w:rPr>
                <w:spacing w:val="-2"/>
                <w:w w:val="110"/>
                <w:sz w:val="24"/>
                <w:szCs w:val="24"/>
                <w:lang w:val="kk-KZ"/>
              </w:rPr>
              <w:t>факультативтік</w:t>
            </w:r>
            <w:r w:rsidRPr="005E3039">
              <w:rPr>
                <w:spacing w:val="-4"/>
                <w:w w:val="110"/>
                <w:sz w:val="24"/>
                <w:szCs w:val="24"/>
                <w:lang w:val="kk-KZ"/>
              </w:rPr>
              <w:t xml:space="preserve"> </w:t>
            </w:r>
            <w:r w:rsidRPr="005E3039">
              <w:rPr>
                <w:spacing w:val="-2"/>
                <w:w w:val="110"/>
                <w:sz w:val="24"/>
                <w:szCs w:val="24"/>
                <w:lang w:val="kk-KZ"/>
              </w:rPr>
              <w:t>сабақтарды</w:t>
            </w:r>
            <w:r w:rsidRPr="005E3039">
              <w:rPr>
                <w:spacing w:val="-4"/>
                <w:w w:val="110"/>
                <w:sz w:val="24"/>
                <w:szCs w:val="24"/>
                <w:lang w:val="kk-KZ"/>
              </w:rPr>
              <w:t xml:space="preserve"> </w:t>
            </w:r>
            <w:r w:rsidRPr="005E3039">
              <w:rPr>
                <w:spacing w:val="-2"/>
                <w:w w:val="110"/>
                <w:sz w:val="24"/>
                <w:szCs w:val="24"/>
                <w:lang w:val="kk-KZ"/>
              </w:rPr>
              <w:t xml:space="preserve">ҮОЖ </w:t>
            </w:r>
            <w:r w:rsidRPr="005E3039">
              <w:rPr>
                <w:w w:val="110"/>
                <w:sz w:val="24"/>
                <w:szCs w:val="24"/>
                <w:lang w:val="kk-KZ"/>
              </w:rPr>
              <w:t>сәйкес іске асыру</w:t>
            </w:r>
          </w:p>
        </w:tc>
        <w:tc>
          <w:tcPr>
            <w:tcW w:w="2676" w:type="dxa"/>
            <w:gridSpan w:val="2"/>
          </w:tcPr>
          <w:p w14:paraId="28157A40" w14:textId="77777777" w:rsidR="00FD4D57" w:rsidRPr="005E3039" w:rsidRDefault="00FD4D57" w:rsidP="00FD4D57">
            <w:pPr>
              <w:rPr>
                <w:sz w:val="24"/>
                <w:szCs w:val="24"/>
                <w:lang w:val="kk-KZ"/>
              </w:rPr>
            </w:pPr>
            <w:r w:rsidRPr="005E3039">
              <w:rPr>
                <w:w w:val="110"/>
                <w:sz w:val="24"/>
                <w:szCs w:val="24"/>
                <w:lang w:val="kk-KZ"/>
              </w:rPr>
              <w:t>вариативтік</w:t>
            </w:r>
            <w:r w:rsidRPr="005E3039">
              <w:rPr>
                <w:spacing w:val="-2"/>
                <w:w w:val="110"/>
                <w:sz w:val="24"/>
                <w:szCs w:val="24"/>
                <w:lang w:val="kk-KZ"/>
              </w:rPr>
              <w:t xml:space="preserve"> </w:t>
            </w:r>
            <w:r w:rsidRPr="005E3039">
              <w:rPr>
                <w:w w:val="110"/>
                <w:sz w:val="24"/>
                <w:szCs w:val="24"/>
                <w:lang w:val="kk-KZ"/>
              </w:rPr>
              <w:t>компонент</w:t>
            </w:r>
            <w:r w:rsidRPr="005E3039">
              <w:rPr>
                <w:spacing w:val="-2"/>
                <w:w w:val="110"/>
                <w:sz w:val="24"/>
                <w:szCs w:val="24"/>
                <w:lang w:val="kk-KZ"/>
              </w:rPr>
              <w:t xml:space="preserve"> </w:t>
            </w:r>
            <w:r w:rsidRPr="005E3039">
              <w:rPr>
                <w:w w:val="110"/>
                <w:sz w:val="24"/>
                <w:szCs w:val="24"/>
                <w:lang w:val="kk-KZ"/>
              </w:rPr>
              <w:t>жұмыс</w:t>
            </w:r>
            <w:r w:rsidRPr="005E3039">
              <w:rPr>
                <w:spacing w:val="-2"/>
                <w:w w:val="110"/>
                <w:sz w:val="24"/>
                <w:szCs w:val="24"/>
                <w:lang w:val="kk-KZ"/>
              </w:rPr>
              <w:t xml:space="preserve"> </w:t>
            </w:r>
            <w:r w:rsidRPr="005E3039">
              <w:rPr>
                <w:w w:val="110"/>
                <w:sz w:val="24"/>
                <w:szCs w:val="24"/>
                <w:lang w:val="kk-KZ"/>
              </w:rPr>
              <w:t>оқу</w:t>
            </w:r>
            <w:r w:rsidRPr="005E3039">
              <w:rPr>
                <w:spacing w:val="-2"/>
                <w:w w:val="110"/>
                <w:sz w:val="24"/>
                <w:szCs w:val="24"/>
                <w:lang w:val="kk-KZ"/>
              </w:rPr>
              <w:t xml:space="preserve"> </w:t>
            </w:r>
            <w:r w:rsidRPr="005E3039">
              <w:rPr>
                <w:w w:val="110"/>
                <w:sz w:val="24"/>
                <w:szCs w:val="24"/>
                <w:lang w:val="kk-KZ"/>
              </w:rPr>
              <w:t>жоспарында</w:t>
            </w:r>
            <w:r w:rsidRPr="005E3039">
              <w:rPr>
                <w:spacing w:val="-2"/>
                <w:w w:val="110"/>
                <w:sz w:val="24"/>
                <w:szCs w:val="24"/>
                <w:lang w:val="kk-KZ"/>
              </w:rPr>
              <w:t xml:space="preserve"> </w:t>
            </w:r>
            <w:r w:rsidRPr="005E3039">
              <w:rPr>
                <w:w w:val="110"/>
                <w:sz w:val="24"/>
                <w:szCs w:val="24"/>
                <w:lang w:val="kk-KZ"/>
              </w:rPr>
              <w:t>толық көзделген және іске асырылады: барлық элективтік курстар мен факультативтік сабақтар үлгілік оқу жоспарларына сәйкес өткізіледі</w:t>
            </w:r>
          </w:p>
        </w:tc>
        <w:tc>
          <w:tcPr>
            <w:tcW w:w="2223" w:type="dxa"/>
            <w:gridSpan w:val="2"/>
          </w:tcPr>
          <w:p w14:paraId="5AFFAC3C" w14:textId="77777777" w:rsidR="00FD4D57" w:rsidRPr="0079238F" w:rsidRDefault="00FD4D57" w:rsidP="00FD4D57">
            <w:pPr>
              <w:rPr>
                <w:sz w:val="24"/>
                <w:szCs w:val="24"/>
                <w:lang w:val="en-US"/>
              </w:rPr>
            </w:pPr>
            <w:r>
              <w:rPr>
                <w:sz w:val="24"/>
                <w:szCs w:val="24"/>
                <w:lang w:val="en-US"/>
              </w:rPr>
              <w:t>5</w:t>
            </w:r>
          </w:p>
        </w:tc>
      </w:tr>
      <w:tr w:rsidR="00FD4D57" w:rsidRPr="0079238F" w14:paraId="6889D661" w14:textId="77777777" w:rsidTr="00FD4D57">
        <w:tc>
          <w:tcPr>
            <w:tcW w:w="510" w:type="dxa"/>
          </w:tcPr>
          <w:p w14:paraId="3AF18C48" w14:textId="77777777" w:rsidR="00FD4D57" w:rsidRPr="005E3039" w:rsidRDefault="00FD4D57" w:rsidP="00FD4D57">
            <w:pPr>
              <w:rPr>
                <w:sz w:val="24"/>
                <w:szCs w:val="24"/>
                <w:lang w:val="kk-KZ"/>
              </w:rPr>
            </w:pPr>
            <w:r w:rsidRPr="005E3039">
              <w:rPr>
                <w:sz w:val="24"/>
                <w:szCs w:val="24"/>
                <w:lang w:val="kk-KZ"/>
              </w:rPr>
              <w:t>14</w:t>
            </w:r>
          </w:p>
        </w:tc>
        <w:tc>
          <w:tcPr>
            <w:tcW w:w="4992" w:type="dxa"/>
          </w:tcPr>
          <w:p w14:paraId="5F9F7534" w14:textId="77777777" w:rsidR="00FD4D57" w:rsidRPr="005E3039" w:rsidRDefault="00FD4D57" w:rsidP="00FD4D57">
            <w:pPr>
              <w:rPr>
                <w:sz w:val="24"/>
                <w:szCs w:val="24"/>
                <w:lang w:val="kk-KZ"/>
              </w:rPr>
            </w:pPr>
            <w:r w:rsidRPr="005E3039">
              <w:rPr>
                <w:w w:val="110"/>
                <w:sz w:val="24"/>
                <w:szCs w:val="24"/>
                <w:lang w:val="kk-KZ"/>
              </w:rPr>
              <w:t>"Өмір</w:t>
            </w:r>
            <w:r w:rsidRPr="005E3039">
              <w:rPr>
                <w:spacing w:val="-13"/>
                <w:w w:val="110"/>
                <w:sz w:val="24"/>
                <w:szCs w:val="24"/>
                <w:lang w:val="kk-KZ"/>
              </w:rPr>
              <w:t xml:space="preserve"> </w:t>
            </w:r>
            <w:r w:rsidRPr="005E3039">
              <w:rPr>
                <w:w w:val="110"/>
                <w:sz w:val="24"/>
                <w:szCs w:val="24"/>
                <w:lang w:val="kk-KZ"/>
              </w:rPr>
              <w:t>қауіпсіздігінің</w:t>
            </w:r>
            <w:r w:rsidRPr="005E3039">
              <w:rPr>
                <w:spacing w:val="-12"/>
                <w:w w:val="110"/>
                <w:sz w:val="24"/>
                <w:szCs w:val="24"/>
                <w:lang w:val="kk-KZ"/>
              </w:rPr>
              <w:t xml:space="preserve"> </w:t>
            </w:r>
            <w:r w:rsidRPr="005E3039">
              <w:rPr>
                <w:w w:val="110"/>
                <w:sz w:val="24"/>
                <w:szCs w:val="24"/>
                <w:lang w:val="kk-KZ"/>
              </w:rPr>
              <w:t>негіздері" міндетті</w:t>
            </w:r>
            <w:r w:rsidRPr="005E3039">
              <w:rPr>
                <w:spacing w:val="-4"/>
                <w:w w:val="110"/>
                <w:sz w:val="24"/>
                <w:szCs w:val="24"/>
                <w:lang w:val="kk-KZ"/>
              </w:rPr>
              <w:t xml:space="preserve"> </w:t>
            </w:r>
            <w:r w:rsidRPr="005E3039">
              <w:rPr>
                <w:w w:val="110"/>
                <w:sz w:val="24"/>
                <w:szCs w:val="24"/>
                <w:lang w:val="kk-KZ"/>
              </w:rPr>
              <w:t>оқу</w:t>
            </w:r>
            <w:r w:rsidRPr="005E3039">
              <w:rPr>
                <w:spacing w:val="-4"/>
                <w:w w:val="110"/>
                <w:sz w:val="24"/>
                <w:szCs w:val="24"/>
                <w:lang w:val="kk-KZ"/>
              </w:rPr>
              <w:t xml:space="preserve"> </w:t>
            </w:r>
            <w:r w:rsidRPr="005E3039">
              <w:rPr>
                <w:w w:val="110"/>
                <w:sz w:val="24"/>
                <w:szCs w:val="24"/>
                <w:lang w:val="kk-KZ"/>
              </w:rPr>
              <w:t>курсын</w:t>
            </w:r>
            <w:r w:rsidRPr="005E3039">
              <w:rPr>
                <w:spacing w:val="-4"/>
                <w:w w:val="110"/>
                <w:sz w:val="24"/>
                <w:szCs w:val="24"/>
                <w:lang w:val="kk-KZ"/>
              </w:rPr>
              <w:t xml:space="preserve"> </w:t>
            </w:r>
            <w:r w:rsidRPr="005E3039">
              <w:rPr>
                <w:w w:val="110"/>
                <w:sz w:val="24"/>
                <w:szCs w:val="24"/>
                <w:lang w:val="kk-KZ"/>
              </w:rPr>
              <w:t>оқытудың талаптарға</w:t>
            </w:r>
            <w:r w:rsidRPr="005E3039">
              <w:rPr>
                <w:spacing w:val="-4"/>
                <w:w w:val="110"/>
                <w:sz w:val="24"/>
                <w:szCs w:val="24"/>
                <w:lang w:val="kk-KZ"/>
              </w:rPr>
              <w:t xml:space="preserve"> </w:t>
            </w:r>
            <w:r w:rsidRPr="005E3039">
              <w:rPr>
                <w:w w:val="110"/>
                <w:sz w:val="24"/>
                <w:szCs w:val="24"/>
                <w:lang w:val="kk-KZ"/>
              </w:rPr>
              <w:t>сәйкестігі</w:t>
            </w:r>
          </w:p>
        </w:tc>
        <w:tc>
          <w:tcPr>
            <w:tcW w:w="2676" w:type="dxa"/>
            <w:gridSpan w:val="2"/>
          </w:tcPr>
          <w:p w14:paraId="03603DEF" w14:textId="77777777" w:rsidR="00FD4D57" w:rsidRPr="005E3039" w:rsidRDefault="00FD4D57" w:rsidP="00FD4D57">
            <w:pPr>
              <w:rPr>
                <w:sz w:val="24"/>
                <w:szCs w:val="24"/>
                <w:lang w:val="kk-KZ"/>
              </w:rPr>
            </w:pPr>
            <w:r w:rsidRPr="005E3039">
              <w:rPr>
                <w:w w:val="110"/>
                <w:sz w:val="24"/>
                <w:szCs w:val="24"/>
                <w:lang w:val="kk-KZ"/>
              </w:rPr>
              <w:t>курс</w:t>
            </w:r>
            <w:r w:rsidRPr="005E3039">
              <w:rPr>
                <w:spacing w:val="-7"/>
                <w:w w:val="110"/>
                <w:sz w:val="24"/>
                <w:szCs w:val="24"/>
                <w:lang w:val="kk-KZ"/>
              </w:rPr>
              <w:t xml:space="preserve"> </w:t>
            </w:r>
            <w:r w:rsidRPr="005E3039">
              <w:rPr>
                <w:w w:val="110"/>
                <w:sz w:val="24"/>
                <w:szCs w:val="24"/>
                <w:lang w:val="kk-KZ"/>
              </w:rPr>
              <w:t>мазмұны</w:t>
            </w:r>
            <w:r w:rsidRPr="005E3039">
              <w:rPr>
                <w:spacing w:val="-7"/>
                <w:w w:val="110"/>
                <w:sz w:val="24"/>
                <w:szCs w:val="24"/>
                <w:lang w:val="kk-KZ"/>
              </w:rPr>
              <w:t xml:space="preserve"> </w:t>
            </w:r>
            <w:r w:rsidRPr="005E3039">
              <w:rPr>
                <w:w w:val="110"/>
                <w:sz w:val="24"/>
                <w:szCs w:val="24"/>
                <w:lang w:val="kk-KZ"/>
              </w:rPr>
              <w:t>жоспарлауда</w:t>
            </w:r>
            <w:r w:rsidRPr="005E3039">
              <w:rPr>
                <w:spacing w:val="-7"/>
                <w:w w:val="110"/>
                <w:sz w:val="24"/>
                <w:szCs w:val="24"/>
                <w:lang w:val="kk-KZ"/>
              </w:rPr>
              <w:t xml:space="preserve"> </w:t>
            </w:r>
            <w:r w:rsidRPr="005E3039">
              <w:rPr>
                <w:w w:val="110"/>
                <w:sz w:val="24"/>
                <w:szCs w:val="24"/>
                <w:lang w:val="kk-KZ"/>
              </w:rPr>
              <w:t>көрсетілген</w:t>
            </w:r>
            <w:r w:rsidRPr="005E3039">
              <w:rPr>
                <w:spacing w:val="-7"/>
                <w:w w:val="110"/>
                <w:sz w:val="24"/>
                <w:szCs w:val="24"/>
                <w:lang w:val="kk-KZ"/>
              </w:rPr>
              <w:t xml:space="preserve"> </w:t>
            </w:r>
            <w:r w:rsidRPr="005E3039">
              <w:rPr>
                <w:w w:val="110"/>
                <w:sz w:val="24"/>
                <w:szCs w:val="24"/>
                <w:lang w:val="kk-KZ"/>
              </w:rPr>
              <w:t>және</w:t>
            </w:r>
            <w:r w:rsidRPr="005E3039">
              <w:rPr>
                <w:spacing w:val="-7"/>
                <w:w w:val="110"/>
                <w:sz w:val="24"/>
                <w:szCs w:val="24"/>
                <w:lang w:val="kk-KZ"/>
              </w:rPr>
              <w:t xml:space="preserve"> </w:t>
            </w:r>
            <w:r w:rsidRPr="005E3039">
              <w:rPr>
                <w:w w:val="110"/>
                <w:sz w:val="24"/>
                <w:szCs w:val="24"/>
                <w:lang w:val="kk-KZ"/>
              </w:rPr>
              <w:t>толық көлемде іске асырылады</w:t>
            </w:r>
          </w:p>
        </w:tc>
        <w:tc>
          <w:tcPr>
            <w:tcW w:w="2223" w:type="dxa"/>
            <w:gridSpan w:val="2"/>
          </w:tcPr>
          <w:p w14:paraId="1E34BED6" w14:textId="77777777" w:rsidR="00FD4D57" w:rsidRPr="0079238F" w:rsidRDefault="00FD4D57" w:rsidP="00FD4D57">
            <w:pPr>
              <w:rPr>
                <w:sz w:val="24"/>
                <w:szCs w:val="24"/>
                <w:lang w:val="en-US"/>
              </w:rPr>
            </w:pPr>
            <w:r>
              <w:rPr>
                <w:sz w:val="24"/>
                <w:szCs w:val="24"/>
                <w:lang w:val="en-US"/>
              </w:rPr>
              <w:t>5</w:t>
            </w:r>
          </w:p>
        </w:tc>
      </w:tr>
      <w:tr w:rsidR="00FD4D57" w:rsidRPr="0079238F" w14:paraId="51BF28E8" w14:textId="77777777" w:rsidTr="00FD4D57">
        <w:tc>
          <w:tcPr>
            <w:tcW w:w="510" w:type="dxa"/>
          </w:tcPr>
          <w:p w14:paraId="0AF241C0" w14:textId="77777777" w:rsidR="00FD4D57" w:rsidRPr="005E3039" w:rsidRDefault="00FD4D57" w:rsidP="00FD4D57">
            <w:pPr>
              <w:rPr>
                <w:sz w:val="24"/>
                <w:szCs w:val="24"/>
                <w:lang w:val="kk-KZ"/>
              </w:rPr>
            </w:pPr>
            <w:r w:rsidRPr="005E3039">
              <w:rPr>
                <w:sz w:val="24"/>
                <w:szCs w:val="24"/>
                <w:lang w:val="kk-KZ"/>
              </w:rPr>
              <w:t>15</w:t>
            </w:r>
          </w:p>
        </w:tc>
        <w:tc>
          <w:tcPr>
            <w:tcW w:w="4992" w:type="dxa"/>
          </w:tcPr>
          <w:p w14:paraId="0AD1158E" w14:textId="77777777" w:rsidR="00FD4D57" w:rsidRPr="005E3039" w:rsidRDefault="00FD4D57" w:rsidP="00FD4D57">
            <w:pPr>
              <w:rPr>
                <w:sz w:val="24"/>
                <w:szCs w:val="24"/>
                <w:lang w:val="kk-KZ"/>
              </w:rPr>
            </w:pPr>
            <w:r w:rsidRPr="005E3039">
              <w:rPr>
                <w:w w:val="110"/>
                <w:sz w:val="24"/>
                <w:szCs w:val="24"/>
                <w:lang w:val="kk-KZ"/>
              </w:rPr>
              <w:t>"Жол қозғалысы ережелері" міндетті оқу курсын іске асырудың</w:t>
            </w:r>
            <w:r w:rsidRPr="005E3039">
              <w:rPr>
                <w:spacing w:val="-12"/>
                <w:w w:val="110"/>
                <w:sz w:val="24"/>
                <w:szCs w:val="24"/>
                <w:lang w:val="kk-KZ"/>
              </w:rPr>
              <w:t xml:space="preserve"> </w:t>
            </w:r>
            <w:r w:rsidRPr="005E3039">
              <w:rPr>
                <w:w w:val="110"/>
                <w:sz w:val="24"/>
                <w:szCs w:val="24"/>
                <w:lang w:val="kk-KZ"/>
              </w:rPr>
              <w:t>талаптарға</w:t>
            </w:r>
            <w:r w:rsidRPr="005E3039">
              <w:rPr>
                <w:spacing w:val="-12"/>
                <w:w w:val="110"/>
                <w:sz w:val="24"/>
                <w:szCs w:val="24"/>
                <w:lang w:val="kk-KZ"/>
              </w:rPr>
              <w:t xml:space="preserve"> </w:t>
            </w:r>
            <w:r w:rsidRPr="005E3039">
              <w:rPr>
                <w:w w:val="110"/>
                <w:sz w:val="24"/>
                <w:szCs w:val="24"/>
                <w:lang w:val="kk-KZ"/>
              </w:rPr>
              <w:t>сәйкестігі</w:t>
            </w:r>
          </w:p>
        </w:tc>
        <w:tc>
          <w:tcPr>
            <w:tcW w:w="2676" w:type="dxa"/>
            <w:gridSpan w:val="2"/>
          </w:tcPr>
          <w:p w14:paraId="1234A1E9" w14:textId="77777777" w:rsidR="00FD4D57" w:rsidRPr="005E3039" w:rsidRDefault="00FD4D57" w:rsidP="00FD4D57">
            <w:pPr>
              <w:rPr>
                <w:sz w:val="24"/>
                <w:szCs w:val="24"/>
                <w:lang w:val="kk-KZ"/>
              </w:rPr>
            </w:pPr>
            <w:r w:rsidRPr="005E3039">
              <w:rPr>
                <w:w w:val="110"/>
                <w:sz w:val="24"/>
                <w:szCs w:val="24"/>
                <w:lang w:val="kk-KZ"/>
              </w:rPr>
              <w:t>курс</w:t>
            </w:r>
            <w:r w:rsidRPr="005E3039">
              <w:rPr>
                <w:spacing w:val="-4"/>
                <w:w w:val="110"/>
                <w:sz w:val="24"/>
                <w:szCs w:val="24"/>
                <w:lang w:val="kk-KZ"/>
              </w:rPr>
              <w:t xml:space="preserve"> </w:t>
            </w:r>
            <w:r w:rsidRPr="005E3039">
              <w:rPr>
                <w:w w:val="110"/>
                <w:sz w:val="24"/>
                <w:szCs w:val="24"/>
                <w:lang w:val="kk-KZ"/>
              </w:rPr>
              <w:t>мазмұны</w:t>
            </w:r>
            <w:r w:rsidRPr="005E3039">
              <w:rPr>
                <w:spacing w:val="-4"/>
                <w:w w:val="110"/>
                <w:sz w:val="24"/>
                <w:szCs w:val="24"/>
                <w:lang w:val="kk-KZ"/>
              </w:rPr>
              <w:t xml:space="preserve"> </w:t>
            </w:r>
            <w:r w:rsidRPr="005E3039">
              <w:rPr>
                <w:w w:val="110"/>
                <w:sz w:val="24"/>
                <w:szCs w:val="24"/>
                <w:lang w:val="kk-KZ"/>
              </w:rPr>
              <w:t>белгіленген</w:t>
            </w:r>
            <w:r w:rsidRPr="005E3039">
              <w:rPr>
                <w:spacing w:val="-4"/>
                <w:w w:val="110"/>
                <w:sz w:val="24"/>
                <w:szCs w:val="24"/>
                <w:lang w:val="kk-KZ"/>
              </w:rPr>
              <w:t xml:space="preserve"> </w:t>
            </w:r>
            <w:r w:rsidRPr="005E3039">
              <w:rPr>
                <w:w w:val="110"/>
                <w:sz w:val="24"/>
                <w:szCs w:val="24"/>
                <w:lang w:val="kk-KZ"/>
              </w:rPr>
              <w:t>көлемде</w:t>
            </w:r>
            <w:r w:rsidRPr="005E3039">
              <w:rPr>
                <w:spacing w:val="-4"/>
                <w:w w:val="110"/>
                <w:sz w:val="24"/>
                <w:szCs w:val="24"/>
                <w:lang w:val="kk-KZ"/>
              </w:rPr>
              <w:t xml:space="preserve"> </w:t>
            </w:r>
            <w:r w:rsidRPr="005E3039">
              <w:rPr>
                <w:w w:val="110"/>
                <w:sz w:val="24"/>
                <w:szCs w:val="24"/>
                <w:lang w:val="kk-KZ"/>
              </w:rPr>
              <w:t>іске</w:t>
            </w:r>
            <w:r w:rsidRPr="005E3039">
              <w:rPr>
                <w:spacing w:val="-4"/>
                <w:w w:val="110"/>
                <w:sz w:val="24"/>
                <w:szCs w:val="24"/>
                <w:lang w:val="kk-KZ"/>
              </w:rPr>
              <w:t xml:space="preserve"> </w:t>
            </w:r>
            <w:r w:rsidRPr="005E3039">
              <w:rPr>
                <w:w w:val="110"/>
                <w:sz w:val="24"/>
                <w:szCs w:val="24"/>
                <w:lang w:val="kk-KZ"/>
              </w:rPr>
              <w:t>асырылады; сабақ</w:t>
            </w:r>
            <w:r w:rsidRPr="005E3039">
              <w:rPr>
                <w:spacing w:val="-1"/>
                <w:w w:val="110"/>
                <w:sz w:val="24"/>
                <w:szCs w:val="24"/>
                <w:lang w:val="kk-KZ"/>
              </w:rPr>
              <w:t xml:space="preserve"> </w:t>
            </w:r>
            <w:r w:rsidRPr="005E3039">
              <w:rPr>
                <w:w w:val="110"/>
                <w:sz w:val="24"/>
                <w:szCs w:val="24"/>
                <w:lang w:val="kk-KZ"/>
              </w:rPr>
              <w:t>тақырыптары</w:t>
            </w:r>
            <w:r w:rsidRPr="005E3039">
              <w:rPr>
                <w:spacing w:val="-1"/>
                <w:w w:val="110"/>
                <w:sz w:val="24"/>
                <w:szCs w:val="24"/>
                <w:lang w:val="kk-KZ"/>
              </w:rPr>
              <w:t xml:space="preserve"> </w:t>
            </w:r>
            <w:r w:rsidRPr="005E3039">
              <w:rPr>
                <w:w w:val="110"/>
                <w:sz w:val="24"/>
                <w:szCs w:val="24"/>
                <w:lang w:val="kk-KZ"/>
              </w:rPr>
              <w:t>мен</w:t>
            </w:r>
            <w:r w:rsidRPr="005E3039">
              <w:rPr>
                <w:spacing w:val="-1"/>
                <w:w w:val="110"/>
                <w:sz w:val="24"/>
                <w:szCs w:val="24"/>
                <w:lang w:val="kk-KZ"/>
              </w:rPr>
              <w:t xml:space="preserve"> </w:t>
            </w:r>
            <w:r w:rsidRPr="005E3039">
              <w:rPr>
                <w:w w:val="110"/>
                <w:sz w:val="24"/>
                <w:szCs w:val="24"/>
                <w:lang w:val="kk-KZ"/>
              </w:rPr>
              <w:t>күндері</w:t>
            </w:r>
            <w:r w:rsidRPr="005E3039">
              <w:rPr>
                <w:spacing w:val="-1"/>
                <w:w w:val="110"/>
                <w:sz w:val="24"/>
                <w:szCs w:val="24"/>
                <w:lang w:val="kk-KZ"/>
              </w:rPr>
              <w:t xml:space="preserve"> </w:t>
            </w:r>
            <w:r w:rsidRPr="005E3039">
              <w:rPr>
                <w:w w:val="110"/>
                <w:sz w:val="24"/>
                <w:szCs w:val="24"/>
                <w:lang w:val="kk-KZ"/>
              </w:rPr>
              <w:t>тіркелген;</w:t>
            </w:r>
            <w:r w:rsidRPr="005E3039">
              <w:rPr>
                <w:spacing w:val="-1"/>
                <w:w w:val="110"/>
                <w:sz w:val="24"/>
                <w:szCs w:val="24"/>
                <w:lang w:val="kk-KZ"/>
              </w:rPr>
              <w:t xml:space="preserve"> </w:t>
            </w:r>
            <w:r w:rsidRPr="005E3039">
              <w:rPr>
                <w:w w:val="110"/>
                <w:sz w:val="24"/>
                <w:szCs w:val="24"/>
                <w:lang w:val="kk-KZ"/>
              </w:rPr>
              <w:t xml:space="preserve">өткізілуі </w:t>
            </w:r>
            <w:r w:rsidRPr="005E3039">
              <w:rPr>
                <w:spacing w:val="-2"/>
                <w:w w:val="110"/>
                <w:sz w:val="24"/>
                <w:szCs w:val="24"/>
                <w:lang w:val="kk-KZ"/>
              </w:rPr>
              <w:t>расталған</w:t>
            </w:r>
          </w:p>
        </w:tc>
        <w:tc>
          <w:tcPr>
            <w:tcW w:w="2223" w:type="dxa"/>
            <w:gridSpan w:val="2"/>
          </w:tcPr>
          <w:p w14:paraId="08341967" w14:textId="77777777" w:rsidR="00FD4D57" w:rsidRPr="0079238F" w:rsidRDefault="00FD4D57" w:rsidP="00FD4D57">
            <w:pPr>
              <w:rPr>
                <w:sz w:val="24"/>
                <w:szCs w:val="24"/>
                <w:lang w:val="en-US"/>
              </w:rPr>
            </w:pPr>
            <w:r>
              <w:rPr>
                <w:sz w:val="24"/>
                <w:szCs w:val="24"/>
                <w:lang w:val="en-US"/>
              </w:rPr>
              <w:t>5</w:t>
            </w:r>
          </w:p>
        </w:tc>
      </w:tr>
      <w:tr w:rsidR="00FD4D57" w:rsidRPr="0079238F" w14:paraId="62AC6EB7" w14:textId="77777777" w:rsidTr="00FD4D57">
        <w:tc>
          <w:tcPr>
            <w:tcW w:w="510" w:type="dxa"/>
          </w:tcPr>
          <w:p w14:paraId="2D9137BB" w14:textId="77777777" w:rsidR="00FD4D57" w:rsidRPr="005E3039" w:rsidRDefault="00FD4D57" w:rsidP="00FD4D57">
            <w:pPr>
              <w:rPr>
                <w:sz w:val="24"/>
                <w:szCs w:val="24"/>
                <w:lang w:val="kk-KZ"/>
              </w:rPr>
            </w:pPr>
            <w:r w:rsidRPr="005E3039">
              <w:rPr>
                <w:sz w:val="24"/>
                <w:szCs w:val="24"/>
                <w:lang w:val="kk-KZ"/>
              </w:rPr>
              <w:t>16</w:t>
            </w:r>
          </w:p>
          <w:p w14:paraId="3713C68B" w14:textId="77777777" w:rsidR="00FD4D57" w:rsidRPr="005E3039" w:rsidRDefault="00FD4D57" w:rsidP="00FD4D57">
            <w:pPr>
              <w:rPr>
                <w:sz w:val="24"/>
                <w:szCs w:val="24"/>
                <w:lang w:val="kk-KZ"/>
              </w:rPr>
            </w:pPr>
          </w:p>
        </w:tc>
        <w:tc>
          <w:tcPr>
            <w:tcW w:w="4992" w:type="dxa"/>
          </w:tcPr>
          <w:p w14:paraId="0CB49286" w14:textId="77777777" w:rsidR="00FD4D57" w:rsidRPr="005E3039" w:rsidRDefault="00FD4D57" w:rsidP="00FD4D57">
            <w:pPr>
              <w:rPr>
                <w:sz w:val="24"/>
                <w:szCs w:val="24"/>
                <w:lang w:val="kk-KZ"/>
              </w:rPr>
            </w:pPr>
            <w:r w:rsidRPr="005E3039">
              <w:rPr>
                <w:w w:val="110"/>
                <w:sz w:val="24"/>
                <w:szCs w:val="24"/>
                <w:lang w:val="kk-KZ"/>
              </w:rPr>
              <w:t>МЖМБС-да белгіленген білім алушылардың апталық және жылдық оқу жүктемесінің ең жоғары</w:t>
            </w:r>
            <w:r w:rsidRPr="005E3039">
              <w:rPr>
                <w:spacing w:val="-9"/>
                <w:w w:val="110"/>
                <w:sz w:val="24"/>
                <w:szCs w:val="24"/>
                <w:lang w:val="kk-KZ"/>
              </w:rPr>
              <w:t xml:space="preserve"> </w:t>
            </w:r>
            <w:r w:rsidRPr="005E3039">
              <w:rPr>
                <w:w w:val="110"/>
                <w:sz w:val="24"/>
                <w:szCs w:val="24"/>
                <w:lang w:val="kk-KZ"/>
              </w:rPr>
              <w:t>көлеміне,</w:t>
            </w:r>
            <w:r w:rsidRPr="005E3039">
              <w:rPr>
                <w:spacing w:val="-9"/>
                <w:w w:val="110"/>
                <w:sz w:val="24"/>
                <w:szCs w:val="24"/>
                <w:lang w:val="kk-KZ"/>
              </w:rPr>
              <w:t xml:space="preserve"> </w:t>
            </w:r>
            <w:r w:rsidRPr="005E3039">
              <w:rPr>
                <w:w w:val="110"/>
                <w:sz w:val="24"/>
                <w:szCs w:val="24"/>
                <w:lang w:val="kk-KZ"/>
              </w:rPr>
              <w:t>оның</w:t>
            </w:r>
            <w:r w:rsidRPr="005E3039">
              <w:rPr>
                <w:spacing w:val="-9"/>
                <w:w w:val="110"/>
                <w:sz w:val="24"/>
                <w:szCs w:val="24"/>
                <w:lang w:val="kk-KZ"/>
              </w:rPr>
              <w:t xml:space="preserve"> </w:t>
            </w:r>
            <w:r w:rsidRPr="005E3039">
              <w:rPr>
                <w:w w:val="110"/>
                <w:sz w:val="24"/>
                <w:szCs w:val="24"/>
                <w:lang w:val="kk-KZ"/>
              </w:rPr>
              <w:t>ішінде инвариантты және вариативті компоненттерге</w:t>
            </w:r>
            <w:r w:rsidRPr="005E3039">
              <w:rPr>
                <w:spacing w:val="-4"/>
                <w:w w:val="110"/>
                <w:sz w:val="24"/>
                <w:szCs w:val="24"/>
                <w:lang w:val="kk-KZ"/>
              </w:rPr>
              <w:t xml:space="preserve"> </w:t>
            </w:r>
            <w:r w:rsidRPr="005E3039">
              <w:rPr>
                <w:w w:val="110"/>
                <w:sz w:val="24"/>
                <w:szCs w:val="24"/>
                <w:lang w:val="kk-KZ"/>
              </w:rPr>
              <w:t xml:space="preserve">қойылатын талаптардың сәйкестігі және </w:t>
            </w:r>
            <w:r w:rsidRPr="005E3039">
              <w:rPr>
                <w:spacing w:val="-2"/>
                <w:w w:val="110"/>
                <w:sz w:val="24"/>
                <w:szCs w:val="24"/>
                <w:lang w:val="kk-KZ"/>
              </w:rPr>
              <w:t>сақталуы</w:t>
            </w:r>
          </w:p>
        </w:tc>
        <w:tc>
          <w:tcPr>
            <w:tcW w:w="2676" w:type="dxa"/>
            <w:gridSpan w:val="2"/>
          </w:tcPr>
          <w:p w14:paraId="0665D1DC" w14:textId="77777777" w:rsidR="00FD4D57" w:rsidRPr="005E3039" w:rsidRDefault="00FD4D57" w:rsidP="00FD4D57">
            <w:pPr>
              <w:rPr>
                <w:sz w:val="24"/>
                <w:szCs w:val="24"/>
                <w:lang w:val="kk-KZ"/>
              </w:rPr>
            </w:pPr>
            <w:r w:rsidRPr="005E3039">
              <w:rPr>
                <w:w w:val="110"/>
                <w:sz w:val="24"/>
                <w:szCs w:val="24"/>
                <w:lang w:val="kk-KZ"/>
              </w:rPr>
              <w:t>оқу жүктемесі МЖМБС және үлгілік оқу жоспарларының талаптарына сәйкес келеді</w:t>
            </w:r>
          </w:p>
        </w:tc>
        <w:tc>
          <w:tcPr>
            <w:tcW w:w="2223" w:type="dxa"/>
            <w:gridSpan w:val="2"/>
          </w:tcPr>
          <w:p w14:paraId="0B309AB9" w14:textId="77777777" w:rsidR="00FD4D57" w:rsidRPr="0079238F" w:rsidRDefault="00FD4D57" w:rsidP="00FD4D57">
            <w:pPr>
              <w:rPr>
                <w:sz w:val="24"/>
                <w:szCs w:val="24"/>
                <w:lang w:val="en-US"/>
              </w:rPr>
            </w:pPr>
            <w:r>
              <w:rPr>
                <w:sz w:val="24"/>
                <w:szCs w:val="24"/>
                <w:lang w:val="en-US"/>
              </w:rPr>
              <w:t>5</w:t>
            </w:r>
          </w:p>
        </w:tc>
      </w:tr>
      <w:tr w:rsidR="00FD4D57" w:rsidRPr="0079238F" w14:paraId="2F2CEA33" w14:textId="77777777" w:rsidTr="00FD4D57">
        <w:tc>
          <w:tcPr>
            <w:tcW w:w="510" w:type="dxa"/>
          </w:tcPr>
          <w:p w14:paraId="0C205593" w14:textId="77777777" w:rsidR="00FD4D57" w:rsidRPr="005E3039" w:rsidRDefault="00FD4D57" w:rsidP="00FD4D57">
            <w:pPr>
              <w:rPr>
                <w:sz w:val="24"/>
                <w:szCs w:val="24"/>
                <w:lang w:val="kk-KZ"/>
              </w:rPr>
            </w:pPr>
            <w:r w:rsidRPr="005E3039">
              <w:rPr>
                <w:sz w:val="24"/>
                <w:szCs w:val="24"/>
                <w:lang w:val="kk-KZ"/>
              </w:rPr>
              <w:t>17</w:t>
            </w:r>
          </w:p>
          <w:p w14:paraId="4F7F9BE1" w14:textId="77777777" w:rsidR="00FD4D57" w:rsidRPr="005E3039" w:rsidRDefault="00FD4D57" w:rsidP="00FD4D57">
            <w:pPr>
              <w:rPr>
                <w:sz w:val="24"/>
                <w:szCs w:val="24"/>
                <w:lang w:val="kk-KZ"/>
              </w:rPr>
            </w:pPr>
          </w:p>
          <w:p w14:paraId="6D8BD868" w14:textId="77777777" w:rsidR="00FD4D57" w:rsidRPr="005E3039" w:rsidRDefault="00FD4D57" w:rsidP="00FD4D57">
            <w:pPr>
              <w:rPr>
                <w:sz w:val="24"/>
                <w:szCs w:val="24"/>
                <w:lang w:val="kk-KZ"/>
              </w:rPr>
            </w:pPr>
          </w:p>
        </w:tc>
        <w:tc>
          <w:tcPr>
            <w:tcW w:w="4992" w:type="dxa"/>
          </w:tcPr>
          <w:p w14:paraId="28FA0D89" w14:textId="77777777" w:rsidR="00FD4D57" w:rsidRPr="005E3039" w:rsidRDefault="00FD4D57" w:rsidP="00FD4D57">
            <w:pPr>
              <w:rPr>
                <w:sz w:val="24"/>
                <w:szCs w:val="24"/>
                <w:lang w:val="kk-KZ"/>
              </w:rPr>
            </w:pPr>
            <w:r w:rsidRPr="005E3039">
              <w:rPr>
                <w:w w:val="110"/>
                <w:sz w:val="24"/>
                <w:szCs w:val="24"/>
                <w:lang w:val="kk-KZ"/>
              </w:rPr>
              <w:t>Білім алушылардың оқу жетістіктерін бағалау жүйесінің, оның ішінде ағымдағы үлгерімді бақылаудың, аралық және қорытынды</w:t>
            </w:r>
            <w:r w:rsidRPr="005E3039">
              <w:rPr>
                <w:spacing w:val="-4"/>
                <w:w w:val="110"/>
                <w:sz w:val="24"/>
                <w:szCs w:val="24"/>
                <w:lang w:val="kk-KZ"/>
              </w:rPr>
              <w:t xml:space="preserve"> </w:t>
            </w:r>
            <w:r w:rsidRPr="005E3039">
              <w:rPr>
                <w:w w:val="110"/>
                <w:sz w:val="24"/>
                <w:szCs w:val="24"/>
                <w:lang w:val="kk-KZ"/>
              </w:rPr>
              <w:t>аттестаттаудың Қазақстан Республикасы Білім және ғылым министрінің 2008 жылғы 18 наурыздағы № 125 бұйрығымен</w:t>
            </w:r>
            <w:r w:rsidRPr="005E3039">
              <w:rPr>
                <w:spacing w:val="-4"/>
                <w:w w:val="110"/>
                <w:sz w:val="24"/>
                <w:szCs w:val="24"/>
                <w:lang w:val="kk-KZ"/>
              </w:rPr>
              <w:t xml:space="preserve"> </w:t>
            </w:r>
            <w:r w:rsidRPr="005E3039">
              <w:rPr>
                <w:w w:val="110"/>
                <w:sz w:val="24"/>
                <w:szCs w:val="24"/>
                <w:lang w:val="kk-KZ"/>
              </w:rPr>
              <w:t>бекітілген (Нормативтік</w:t>
            </w:r>
            <w:r w:rsidRPr="005E3039">
              <w:rPr>
                <w:spacing w:val="-8"/>
                <w:w w:val="110"/>
                <w:sz w:val="24"/>
                <w:szCs w:val="24"/>
                <w:lang w:val="kk-KZ"/>
              </w:rPr>
              <w:t xml:space="preserve"> </w:t>
            </w:r>
            <w:r w:rsidRPr="005E3039">
              <w:rPr>
                <w:w w:val="110"/>
                <w:sz w:val="24"/>
                <w:szCs w:val="24"/>
                <w:lang w:val="kk-KZ"/>
              </w:rPr>
              <w:t>құқықтық</w:t>
            </w:r>
            <w:r w:rsidRPr="005E3039">
              <w:rPr>
                <w:spacing w:val="-8"/>
                <w:w w:val="110"/>
                <w:sz w:val="24"/>
                <w:szCs w:val="24"/>
                <w:lang w:val="kk-KZ"/>
              </w:rPr>
              <w:t xml:space="preserve"> </w:t>
            </w:r>
            <w:r w:rsidRPr="005E3039">
              <w:rPr>
                <w:w w:val="110"/>
                <w:sz w:val="24"/>
                <w:szCs w:val="24"/>
                <w:lang w:val="kk-KZ"/>
              </w:rPr>
              <w:t>актілерді мемлекеттік тіркеу тізілімінде № 5191 болып тіркелген) орта, техникалық және кәсіптік, орта білімнен кейінгі білім беру ұйымдары үшін білім алушылардың</w:t>
            </w:r>
            <w:r w:rsidRPr="005E3039">
              <w:rPr>
                <w:spacing w:val="-4"/>
                <w:w w:val="110"/>
                <w:sz w:val="24"/>
                <w:szCs w:val="24"/>
                <w:lang w:val="kk-KZ"/>
              </w:rPr>
              <w:t xml:space="preserve"> </w:t>
            </w:r>
            <w:r w:rsidRPr="005E3039">
              <w:rPr>
                <w:w w:val="110"/>
                <w:sz w:val="24"/>
                <w:szCs w:val="24"/>
                <w:lang w:val="kk-KZ"/>
              </w:rPr>
              <w:t>үлгеріміне ағымдағы бақылау, аралық және қорытынды</w:t>
            </w:r>
            <w:r w:rsidRPr="005E3039">
              <w:rPr>
                <w:spacing w:val="-4"/>
                <w:w w:val="110"/>
                <w:sz w:val="24"/>
                <w:szCs w:val="24"/>
                <w:lang w:val="kk-KZ"/>
              </w:rPr>
              <w:t xml:space="preserve"> </w:t>
            </w:r>
            <w:r w:rsidRPr="005E3039">
              <w:rPr>
                <w:w w:val="110"/>
                <w:sz w:val="24"/>
                <w:szCs w:val="24"/>
                <w:lang w:val="kk-KZ"/>
              </w:rPr>
              <w:t>аттестаттау жүргізудің үлгілік қағидалары талаптарына</w:t>
            </w:r>
            <w:r w:rsidRPr="005E3039">
              <w:rPr>
                <w:spacing w:val="-4"/>
                <w:w w:val="110"/>
                <w:sz w:val="24"/>
                <w:szCs w:val="24"/>
                <w:lang w:val="kk-KZ"/>
              </w:rPr>
              <w:t xml:space="preserve"> </w:t>
            </w:r>
            <w:r w:rsidRPr="005E3039">
              <w:rPr>
                <w:w w:val="110"/>
                <w:sz w:val="24"/>
                <w:szCs w:val="24"/>
                <w:lang w:val="kk-KZ"/>
              </w:rPr>
              <w:lastRenderedPageBreak/>
              <w:t>сәйкестігі</w:t>
            </w:r>
          </w:p>
        </w:tc>
        <w:tc>
          <w:tcPr>
            <w:tcW w:w="2676" w:type="dxa"/>
            <w:gridSpan w:val="2"/>
          </w:tcPr>
          <w:p w14:paraId="1BE60F12" w14:textId="77777777" w:rsidR="00FD4D57" w:rsidRPr="005E3039" w:rsidRDefault="00FD4D57" w:rsidP="00FD4D57">
            <w:pPr>
              <w:rPr>
                <w:sz w:val="24"/>
                <w:szCs w:val="24"/>
                <w:lang w:val="kk-KZ"/>
              </w:rPr>
            </w:pPr>
            <w:r w:rsidRPr="005E3039">
              <w:rPr>
                <w:w w:val="110"/>
                <w:sz w:val="24"/>
                <w:szCs w:val="24"/>
                <w:lang w:val="kk-KZ"/>
              </w:rPr>
              <w:lastRenderedPageBreak/>
              <w:t>бағалау</w:t>
            </w:r>
            <w:r w:rsidRPr="005E3039">
              <w:rPr>
                <w:spacing w:val="-12"/>
                <w:w w:val="110"/>
                <w:sz w:val="24"/>
                <w:szCs w:val="24"/>
                <w:lang w:val="kk-KZ"/>
              </w:rPr>
              <w:t xml:space="preserve"> </w:t>
            </w:r>
            <w:r w:rsidRPr="005E3039">
              <w:rPr>
                <w:w w:val="110"/>
                <w:sz w:val="24"/>
                <w:szCs w:val="24"/>
                <w:lang w:val="kk-KZ"/>
              </w:rPr>
              <w:t>белгіленген</w:t>
            </w:r>
            <w:r w:rsidRPr="005E3039">
              <w:rPr>
                <w:spacing w:val="-12"/>
                <w:w w:val="110"/>
                <w:sz w:val="24"/>
                <w:szCs w:val="24"/>
                <w:lang w:val="kk-KZ"/>
              </w:rPr>
              <w:t xml:space="preserve"> </w:t>
            </w:r>
            <w:r w:rsidRPr="005E3039">
              <w:rPr>
                <w:w w:val="110"/>
                <w:sz w:val="24"/>
                <w:szCs w:val="24"/>
                <w:lang w:val="kk-KZ"/>
              </w:rPr>
              <w:t>талаптарға</w:t>
            </w:r>
            <w:r w:rsidRPr="005E3039">
              <w:rPr>
                <w:spacing w:val="-12"/>
                <w:w w:val="110"/>
                <w:sz w:val="24"/>
                <w:szCs w:val="24"/>
                <w:lang w:val="kk-KZ"/>
              </w:rPr>
              <w:t xml:space="preserve"> </w:t>
            </w:r>
            <w:r w:rsidRPr="005E3039">
              <w:rPr>
                <w:w w:val="110"/>
                <w:sz w:val="24"/>
                <w:szCs w:val="24"/>
                <w:lang w:val="kk-KZ"/>
              </w:rPr>
              <w:t>сәйкес</w:t>
            </w:r>
            <w:r w:rsidRPr="005E3039">
              <w:rPr>
                <w:spacing w:val="-12"/>
                <w:w w:val="110"/>
                <w:sz w:val="24"/>
                <w:szCs w:val="24"/>
                <w:lang w:val="kk-KZ"/>
              </w:rPr>
              <w:t xml:space="preserve"> </w:t>
            </w:r>
            <w:r w:rsidRPr="005E3039">
              <w:rPr>
                <w:w w:val="110"/>
                <w:sz w:val="24"/>
                <w:szCs w:val="24"/>
                <w:lang w:val="kk-KZ"/>
              </w:rPr>
              <w:t xml:space="preserve">жүзеге </w:t>
            </w:r>
            <w:r w:rsidRPr="005E3039">
              <w:rPr>
                <w:spacing w:val="-2"/>
                <w:w w:val="110"/>
                <w:sz w:val="24"/>
                <w:szCs w:val="24"/>
                <w:lang w:val="kk-KZ"/>
              </w:rPr>
              <w:t>асырылады</w:t>
            </w:r>
          </w:p>
        </w:tc>
        <w:tc>
          <w:tcPr>
            <w:tcW w:w="2223" w:type="dxa"/>
            <w:gridSpan w:val="2"/>
          </w:tcPr>
          <w:p w14:paraId="63DCF842" w14:textId="77777777" w:rsidR="00FD4D57" w:rsidRPr="0079238F" w:rsidRDefault="00FD4D57" w:rsidP="00FD4D57">
            <w:pPr>
              <w:rPr>
                <w:sz w:val="24"/>
                <w:szCs w:val="24"/>
                <w:lang w:val="en-US"/>
              </w:rPr>
            </w:pPr>
            <w:r>
              <w:rPr>
                <w:sz w:val="24"/>
                <w:szCs w:val="24"/>
                <w:lang w:val="en-US"/>
              </w:rPr>
              <w:t>5</w:t>
            </w:r>
          </w:p>
        </w:tc>
      </w:tr>
      <w:tr w:rsidR="00FD4D57" w:rsidRPr="0079238F" w14:paraId="48987A0B" w14:textId="77777777" w:rsidTr="00FD4D57">
        <w:tc>
          <w:tcPr>
            <w:tcW w:w="510" w:type="dxa"/>
          </w:tcPr>
          <w:p w14:paraId="6921616B" w14:textId="77777777" w:rsidR="00FD4D57" w:rsidRPr="005E3039" w:rsidRDefault="00FD4D57" w:rsidP="00FD4D57">
            <w:pPr>
              <w:rPr>
                <w:sz w:val="24"/>
                <w:szCs w:val="24"/>
                <w:lang w:val="kk-KZ"/>
              </w:rPr>
            </w:pPr>
            <w:r w:rsidRPr="005E3039">
              <w:rPr>
                <w:sz w:val="24"/>
                <w:szCs w:val="24"/>
                <w:lang w:val="kk-KZ"/>
              </w:rPr>
              <w:t>18</w:t>
            </w:r>
          </w:p>
        </w:tc>
        <w:tc>
          <w:tcPr>
            <w:tcW w:w="4992" w:type="dxa"/>
          </w:tcPr>
          <w:p w14:paraId="40A33D3B" w14:textId="77777777" w:rsidR="00FD4D57" w:rsidRPr="005E3039" w:rsidRDefault="00FD4D57" w:rsidP="00FD4D57">
            <w:pPr>
              <w:rPr>
                <w:sz w:val="24"/>
                <w:szCs w:val="24"/>
                <w:lang w:val="kk-KZ"/>
              </w:rPr>
            </w:pPr>
            <w:r w:rsidRPr="005E3039">
              <w:rPr>
                <w:w w:val="110"/>
                <w:sz w:val="24"/>
                <w:szCs w:val="24"/>
                <w:lang w:val="kk-KZ"/>
              </w:rPr>
              <w:t>Білім сапасының ішкі</w:t>
            </w:r>
            <w:r w:rsidRPr="005E3039">
              <w:rPr>
                <w:spacing w:val="40"/>
                <w:w w:val="110"/>
                <w:sz w:val="24"/>
                <w:szCs w:val="24"/>
                <w:lang w:val="kk-KZ"/>
              </w:rPr>
              <w:t xml:space="preserve"> </w:t>
            </w:r>
            <w:r w:rsidRPr="005E3039">
              <w:rPr>
                <w:w w:val="110"/>
                <w:sz w:val="24"/>
                <w:szCs w:val="24"/>
                <w:lang w:val="kk-KZ"/>
              </w:rPr>
              <w:t>мониторингі және мектепішілік бақылау жүйесінің Қазақстан Республикасы Білім және ғылым министрінің 2020 жылғы 6 сәуірдегі № 130 бұйрығымен бекітілген</w:t>
            </w:r>
            <w:r w:rsidRPr="005E3039">
              <w:rPr>
                <w:spacing w:val="-13"/>
                <w:w w:val="110"/>
                <w:sz w:val="24"/>
                <w:szCs w:val="24"/>
                <w:lang w:val="kk-KZ"/>
              </w:rPr>
              <w:t xml:space="preserve"> </w:t>
            </w:r>
            <w:r w:rsidRPr="005E3039">
              <w:rPr>
                <w:w w:val="110"/>
                <w:sz w:val="24"/>
                <w:szCs w:val="24"/>
                <w:lang w:val="kk-KZ"/>
              </w:rPr>
              <w:t>(Нормативтік</w:t>
            </w:r>
            <w:r w:rsidRPr="005E3039">
              <w:rPr>
                <w:spacing w:val="-12"/>
                <w:w w:val="110"/>
                <w:sz w:val="24"/>
                <w:szCs w:val="24"/>
                <w:lang w:val="kk-KZ"/>
              </w:rPr>
              <w:t xml:space="preserve"> </w:t>
            </w:r>
            <w:r w:rsidRPr="005E3039">
              <w:rPr>
                <w:w w:val="110"/>
                <w:sz w:val="24"/>
                <w:szCs w:val="24"/>
                <w:lang w:val="kk-KZ"/>
              </w:rPr>
              <w:t xml:space="preserve">құқықтық актілерді мемлекеттік тіркеу тізілімінде № 20317 болып тіркелген) мектепке дейінгі  ұйымдардың және жалпы білім беретін мектептердің, лицейлер мен гимназиялардың мектепалды сыныптары педагогтері, орта, арнайы, қосымша, техникалық және кәсіптік, орта білімнен кейінгі білім беру ұйымдары педагогтері жүргізу үшін міндетті құжаттардың тізбесіне және олардың нысандарына қойылатын талаптарға сәйкестікте жұмыс </w:t>
            </w:r>
            <w:r w:rsidRPr="005E3039">
              <w:rPr>
                <w:spacing w:val="-2"/>
                <w:w w:val="110"/>
                <w:sz w:val="24"/>
                <w:szCs w:val="24"/>
                <w:lang w:val="kk-KZ"/>
              </w:rPr>
              <w:t>істеуі.</w:t>
            </w:r>
          </w:p>
        </w:tc>
        <w:tc>
          <w:tcPr>
            <w:tcW w:w="2676" w:type="dxa"/>
            <w:gridSpan w:val="2"/>
          </w:tcPr>
          <w:p w14:paraId="5170E7D5" w14:textId="77777777" w:rsidR="00FD4D57" w:rsidRPr="005E3039" w:rsidRDefault="00FD4D57" w:rsidP="00FD4D57">
            <w:pPr>
              <w:rPr>
                <w:sz w:val="24"/>
                <w:szCs w:val="24"/>
                <w:lang w:val="kk-KZ"/>
              </w:rPr>
            </w:pPr>
            <w:r w:rsidRPr="005E3039">
              <w:rPr>
                <w:w w:val="110"/>
                <w:sz w:val="24"/>
                <w:szCs w:val="24"/>
                <w:lang w:val="kk-KZ"/>
              </w:rPr>
              <w:t>ішкі</w:t>
            </w:r>
            <w:r w:rsidRPr="005E3039">
              <w:rPr>
                <w:spacing w:val="-4"/>
                <w:w w:val="110"/>
                <w:sz w:val="24"/>
                <w:szCs w:val="24"/>
                <w:lang w:val="kk-KZ"/>
              </w:rPr>
              <w:t xml:space="preserve"> </w:t>
            </w:r>
            <w:r w:rsidRPr="005E3039">
              <w:rPr>
                <w:w w:val="110"/>
                <w:sz w:val="24"/>
                <w:szCs w:val="24"/>
                <w:lang w:val="kk-KZ"/>
              </w:rPr>
              <w:t>мониторинг</w:t>
            </w:r>
            <w:r w:rsidRPr="005E3039">
              <w:rPr>
                <w:spacing w:val="-4"/>
                <w:w w:val="110"/>
                <w:sz w:val="24"/>
                <w:szCs w:val="24"/>
                <w:lang w:val="kk-KZ"/>
              </w:rPr>
              <w:t xml:space="preserve"> </w:t>
            </w:r>
            <w:r w:rsidRPr="005E3039">
              <w:rPr>
                <w:w w:val="110"/>
                <w:sz w:val="24"/>
                <w:szCs w:val="24"/>
                <w:lang w:val="kk-KZ"/>
              </w:rPr>
              <w:t>пен</w:t>
            </w:r>
            <w:r w:rsidRPr="005E3039">
              <w:rPr>
                <w:spacing w:val="-4"/>
                <w:w w:val="110"/>
                <w:sz w:val="24"/>
                <w:szCs w:val="24"/>
                <w:lang w:val="kk-KZ"/>
              </w:rPr>
              <w:t xml:space="preserve"> </w:t>
            </w:r>
            <w:r w:rsidRPr="005E3039">
              <w:rPr>
                <w:w w:val="110"/>
                <w:sz w:val="24"/>
                <w:szCs w:val="24"/>
                <w:lang w:val="kk-KZ"/>
              </w:rPr>
              <w:t>мектепішілік</w:t>
            </w:r>
            <w:r w:rsidRPr="005E3039">
              <w:rPr>
                <w:spacing w:val="-4"/>
                <w:w w:val="110"/>
                <w:sz w:val="24"/>
                <w:szCs w:val="24"/>
                <w:lang w:val="kk-KZ"/>
              </w:rPr>
              <w:t xml:space="preserve"> </w:t>
            </w:r>
            <w:r w:rsidRPr="005E3039">
              <w:rPr>
                <w:w w:val="110"/>
                <w:sz w:val="24"/>
                <w:szCs w:val="24"/>
                <w:lang w:val="kk-KZ"/>
              </w:rPr>
              <w:t>бақылау</w:t>
            </w:r>
            <w:r w:rsidRPr="005E3039">
              <w:rPr>
                <w:spacing w:val="-4"/>
                <w:w w:val="110"/>
                <w:sz w:val="24"/>
                <w:szCs w:val="24"/>
                <w:lang w:val="kk-KZ"/>
              </w:rPr>
              <w:t xml:space="preserve"> </w:t>
            </w:r>
            <w:r w:rsidRPr="005E3039">
              <w:rPr>
                <w:w w:val="110"/>
                <w:sz w:val="24"/>
                <w:szCs w:val="24"/>
                <w:lang w:val="kk-KZ"/>
              </w:rPr>
              <w:t xml:space="preserve">белгіленген тәртіпте ұйымдастырылған; жоспар мен рәсімдер бекітілген; оқу нәтижелері бойынша деректерді жүйелі түрде жинау және талдау қамтамасыз етілген; олардың орындалуы тіркеле отырып, басқарушылық шешімдер </w:t>
            </w:r>
            <w:r w:rsidRPr="005E3039">
              <w:rPr>
                <w:spacing w:val="-2"/>
                <w:w w:val="110"/>
                <w:sz w:val="24"/>
                <w:szCs w:val="24"/>
                <w:lang w:val="kk-KZ"/>
              </w:rPr>
              <w:t>қабылданады</w:t>
            </w:r>
          </w:p>
        </w:tc>
        <w:tc>
          <w:tcPr>
            <w:tcW w:w="2223" w:type="dxa"/>
            <w:gridSpan w:val="2"/>
          </w:tcPr>
          <w:p w14:paraId="737AC9B1" w14:textId="77777777" w:rsidR="00FD4D57" w:rsidRPr="0079238F" w:rsidRDefault="00FD4D57" w:rsidP="00FD4D57">
            <w:pPr>
              <w:rPr>
                <w:sz w:val="24"/>
                <w:szCs w:val="24"/>
                <w:lang w:val="en-US"/>
              </w:rPr>
            </w:pPr>
            <w:r>
              <w:rPr>
                <w:sz w:val="24"/>
                <w:szCs w:val="24"/>
                <w:lang w:val="en-US"/>
              </w:rPr>
              <w:t>5</w:t>
            </w:r>
          </w:p>
        </w:tc>
      </w:tr>
      <w:tr w:rsidR="00FD4D57" w:rsidRPr="0079238F" w14:paraId="6FE58B36" w14:textId="77777777" w:rsidTr="00FD4D57">
        <w:tc>
          <w:tcPr>
            <w:tcW w:w="510" w:type="dxa"/>
          </w:tcPr>
          <w:p w14:paraId="1C8EE3D2" w14:textId="77777777" w:rsidR="00FD4D57" w:rsidRPr="005E3039" w:rsidRDefault="00FD4D57" w:rsidP="00FD4D57">
            <w:pPr>
              <w:rPr>
                <w:sz w:val="24"/>
                <w:szCs w:val="24"/>
                <w:lang w:val="kk-KZ"/>
              </w:rPr>
            </w:pPr>
            <w:r w:rsidRPr="005E3039">
              <w:rPr>
                <w:sz w:val="24"/>
                <w:szCs w:val="24"/>
                <w:lang w:val="kk-KZ"/>
              </w:rPr>
              <w:t>19</w:t>
            </w:r>
          </w:p>
          <w:p w14:paraId="30C6B161" w14:textId="77777777" w:rsidR="00FD4D57" w:rsidRPr="005E3039" w:rsidRDefault="00FD4D57" w:rsidP="00FD4D57">
            <w:pPr>
              <w:rPr>
                <w:sz w:val="24"/>
                <w:szCs w:val="24"/>
                <w:lang w:val="kk-KZ"/>
              </w:rPr>
            </w:pPr>
          </w:p>
          <w:p w14:paraId="518F91A8" w14:textId="77777777" w:rsidR="00FD4D57" w:rsidRPr="005E3039" w:rsidRDefault="00FD4D57" w:rsidP="00FD4D57">
            <w:pPr>
              <w:rPr>
                <w:sz w:val="24"/>
                <w:szCs w:val="24"/>
                <w:lang w:val="kk-KZ"/>
              </w:rPr>
            </w:pPr>
          </w:p>
        </w:tc>
        <w:tc>
          <w:tcPr>
            <w:tcW w:w="4992" w:type="dxa"/>
          </w:tcPr>
          <w:p w14:paraId="0BD3B573" w14:textId="77777777" w:rsidR="00FD4D57" w:rsidRPr="005E3039" w:rsidRDefault="00FD4D57" w:rsidP="00FD4D57">
            <w:pPr>
              <w:rPr>
                <w:sz w:val="24"/>
                <w:szCs w:val="24"/>
                <w:lang w:val="kk-KZ"/>
              </w:rPr>
            </w:pPr>
            <w:r w:rsidRPr="005E3039">
              <w:rPr>
                <w:w w:val="110"/>
                <w:sz w:val="24"/>
                <w:szCs w:val="24"/>
                <w:lang w:val="kk-KZ"/>
              </w:rPr>
              <w:t>Білім беру процесін ұйымдастырудың</w:t>
            </w:r>
            <w:r w:rsidRPr="005E3039">
              <w:rPr>
                <w:spacing w:val="-4"/>
                <w:w w:val="110"/>
                <w:sz w:val="24"/>
                <w:szCs w:val="24"/>
                <w:lang w:val="kk-KZ"/>
              </w:rPr>
              <w:t xml:space="preserve"> </w:t>
            </w:r>
            <w:r w:rsidRPr="005E3039">
              <w:rPr>
                <w:w w:val="110"/>
                <w:sz w:val="24"/>
                <w:szCs w:val="24"/>
                <w:lang w:val="kk-KZ"/>
              </w:rPr>
              <w:t>білім алушылардың</w:t>
            </w:r>
            <w:r w:rsidRPr="005E3039">
              <w:rPr>
                <w:spacing w:val="-4"/>
                <w:w w:val="110"/>
                <w:sz w:val="24"/>
                <w:szCs w:val="24"/>
                <w:lang w:val="kk-KZ"/>
              </w:rPr>
              <w:t xml:space="preserve"> </w:t>
            </w:r>
            <w:r w:rsidRPr="005E3039">
              <w:rPr>
                <w:w w:val="110"/>
                <w:sz w:val="24"/>
                <w:szCs w:val="24"/>
                <w:lang w:val="kk-KZ"/>
              </w:rPr>
              <w:t>жеке ерекшеліктеріне, оның ішінде ерекше</w:t>
            </w:r>
            <w:r w:rsidRPr="005E3039">
              <w:rPr>
                <w:spacing w:val="-12"/>
                <w:w w:val="110"/>
                <w:sz w:val="24"/>
                <w:szCs w:val="24"/>
                <w:lang w:val="kk-KZ"/>
              </w:rPr>
              <w:t xml:space="preserve"> </w:t>
            </w:r>
            <w:r w:rsidRPr="005E3039">
              <w:rPr>
                <w:w w:val="110"/>
                <w:sz w:val="24"/>
                <w:szCs w:val="24"/>
                <w:lang w:val="kk-KZ"/>
              </w:rPr>
              <w:t>білім</w:t>
            </w:r>
            <w:r w:rsidRPr="005E3039">
              <w:rPr>
                <w:spacing w:val="-12"/>
                <w:w w:val="110"/>
                <w:sz w:val="24"/>
                <w:szCs w:val="24"/>
                <w:lang w:val="kk-KZ"/>
              </w:rPr>
              <w:t xml:space="preserve"> </w:t>
            </w:r>
            <w:r w:rsidRPr="005E3039">
              <w:rPr>
                <w:w w:val="110"/>
                <w:sz w:val="24"/>
                <w:szCs w:val="24"/>
                <w:lang w:val="kk-KZ"/>
              </w:rPr>
              <w:t>беру</w:t>
            </w:r>
            <w:r w:rsidRPr="005E3039">
              <w:rPr>
                <w:spacing w:val="-12"/>
                <w:w w:val="110"/>
                <w:sz w:val="24"/>
                <w:szCs w:val="24"/>
                <w:lang w:val="kk-KZ"/>
              </w:rPr>
              <w:t xml:space="preserve"> </w:t>
            </w:r>
            <w:r w:rsidRPr="005E3039">
              <w:rPr>
                <w:w w:val="110"/>
                <w:sz w:val="24"/>
                <w:szCs w:val="24"/>
                <w:lang w:val="kk-KZ"/>
              </w:rPr>
              <w:t>қажеттіліктері (бұдан әрі – ЕББҚ) бар білім алушыларға</w:t>
            </w:r>
            <w:r w:rsidRPr="005E3039">
              <w:rPr>
                <w:spacing w:val="-4"/>
                <w:w w:val="110"/>
                <w:sz w:val="24"/>
                <w:szCs w:val="24"/>
                <w:lang w:val="kk-KZ"/>
              </w:rPr>
              <w:t xml:space="preserve"> </w:t>
            </w:r>
            <w:r w:rsidRPr="005E3039">
              <w:rPr>
                <w:w w:val="110"/>
                <w:sz w:val="24"/>
                <w:szCs w:val="24"/>
                <w:lang w:val="kk-KZ"/>
              </w:rPr>
              <w:t>сәйкестігі</w:t>
            </w:r>
          </w:p>
        </w:tc>
        <w:tc>
          <w:tcPr>
            <w:tcW w:w="2676" w:type="dxa"/>
            <w:gridSpan w:val="2"/>
          </w:tcPr>
          <w:p w14:paraId="53E4A0F8" w14:textId="77777777" w:rsidR="00FD4D57" w:rsidRPr="005E3039" w:rsidRDefault="00FD4D57" w:rsidP="00FD4D57">
            <w:pPr>
              <w:rPr>
                <w:sz w:val="24"/>
                <w:szCs w:val="24"/>
                <w:lang w:val="kk-KZ"/>
              </w:rPr>
            </w:pPr>
            <w:r w:rsidRPr="005E3039">
              <w:rPr>
                <w:w w:val="110"/>
                <w:sz w:val="24"/>
                <w:szCs w:val="24"/>
                <w:lang w:val="kk-KZ"/>
              </w:rPr>
              <w:t>білім беру процесі білім алушылардың жеке ерекшеліктерін ескере отырып ұйымдастырылған; бағдарламаларды іске асыру және сүйемелдеу қамтамасыз</w:t>
            </w:r>
            <w:r w:rsidRPr="005E3039">
              <w:rPr>
                <w:spacing w:val="-4"/>
                <w:w w:val="110"/>
                <w:sz w:val="24"/>
                <w:szCs w:val="24"/>
                <w:lang w:val="kk-KZ"/>
              </w:rPr>
              <w:t xml:space="preserve"> </w:t>
            </w:r>
            <w:r w:rsidRPr="005E3039">
              <w:rPr>
                <w:w w:val="110"/>
                <w:sz w:val="24"/>
                <w:szCs w:val="24"/>
                <w:lang w:val="kk-KZ"/>
              </w:rPr>
              <w:t>етілген</w:t>
            </w:r>
          </w:p>
        </w:tc>
        <w:tc>
          <w:tcPr>
            <w:tcW w:w="2223" w:type="dxa"/>
            <w:gridSpan w:val="2"/>
          </w:tcPr>
          <w:p w14:paraId="050019AC" w14:textId="77777777" w:rsidR="00FD4D57" w:rsidRPr="0079238F" w:rsidRDefault="00FD4D57" w:rsidP="00FD4D57">
            <w:pPr>
              <w:rPr>
                <w:sz w:val="24"/>
                <w:szCs w:val="24"/>
                <w:lang w:val="en-US"/>
              </w:rPr>
            </w:pPr>
            <w:r>
              <w:rPr>
                <w:sz w:val="24"/>
                <w:szCs w:val="24"/>
                <w:lang w:val="en-US"/>
              </w:rPr>
              <w:t>5</w:t>
            </w:r>
          </w:p>
        </w:tc>
      </w:tr>
      <w:tr w:rsidR="00FD4D57" w:rsidRPr="0079238F" w14:paraId="0718E56E" w14:textId="77777777" w:rsidTr="00FD4D57">
        <w:tc>
          <w:tcPr>
            <w:tcW w:w="510" w:type="dxa"/>
          </w:tcPr>
          <w:p w14:paraId="541A8B81" w14:textId="77777777" w:rsidR="00FD4D57" w:rsidRPr="005E3039" w:rsidRDefault="00FD4D57" w:rsidP="00FD4D57">
            <w:pPr>
              <w:rPr>
                <w:sz w:val="24"/>
                <w:szCs w:val="24"/>
                <w:lang w:val="kk-KZ"/>
              </w:rPr>
            </w:pPr>
            <w:r w:rsidRPr="005E3039">
              <w:rPr>
                <w:sz w:val="24"/>
                <w:szCs w:val="24"/>
                <w:lang w:val="kk-KZ"/>
              </w:rPr>
              <w:t>20</w:t>
            </w:r>
          </w:p>
        </w:tc>
        <w:tc>
          <w:tcPr>
            <w:tcW w:w="4992" w:type="dxa"/>
          </w:tcPr>
          <w:p w14:paraId="1966BB7E" w14:textId="77777777" w:rsidR="00FD4D57" w:rsidRPr="005E3039" w:rsidRDefault="00FD4D57" w:rsidP="00FD4D57">
            <w:pPr>
              <w:rPr>
                <w:sz w:val="24"/>
                <w:szCs w:val="24"/>
                <w:lang w:val="kk-KZ"/>
              </w:rPr>
            </w:pPr>
            <w:r w:rsidRPr="005E3039">
              <w:rPr>
                <w:spacing w:val="-2"/>
                <w:w w:val="110"/>
                <w:sz w:val="24"/>
                <w:szCs w:val="24"/>
                <w:lang w:val="kk-KZ"/>
              </w:rPr>
              <w:t>ЕББҚ</w:t>
            </w:r>
            <w:r w:rsidRPr="005E3039">
              <w:rPr>
                <w:spacing w:val="-10"/>
                <w:w w:val="110"/>
                <w:sz w:val="24"/>
                <w:szCs w:val="24"/>
                <w:lang w:val="kk-KZ"/>
              </w:rPr>
              <w:t xml:space="preserve"> </w:t>
            </w:r>
            <w:r w:rsidRPr="005E3039">
              <w:rPr>
                <w:spacing w:val="-2"/>
                <w:w w:val="110"/>
                <w:sz w:val="24"/>
                <w:szCs w:val="24"/>
                <w:lang w:val="kk-KZ"/>
              </w:rPr>
              <w:t>бар</w:t>
            </w:r>
            <w:r w:rsidRPr="005E3039">
              <w:rPr>
                <w:spacing w:val="-10"/>
                <w:w w:val="110"/>
                <w:sz w:val="24"/>
                <w:szCs w:val="24"/>
                <w:lang w:val="kk-KZ"/>
              </w:rPr>
              <w:t xml:space="preserve"> </w:t>
            </w:r>
            <w:r w:rsidRPr="005E3039">
              <w:rPr>
                <w:spacing w:val="-2"/>
                <w:w w:val="110"/>
                <w:sz w:val="24"/>
                <w:szCs w:val="24"/>
                <w:lang w:val="kk-KZ"/>
              </w:rPr>
              <w:t>білім</w:t>
            </w:r>
            <w:r w:rsidRPr="005E3039">
              <w:rPr>
                <w:spacing w:val="-10"/>
                <w:w w:val="110"/>
                <w:sz w:val="24"/>
                <w:szCs w:val="24"/>
                <w:lang w:val="kk-KZ"/>
              </w:rPr>
              <w:t xml:space="preserve"> </w:t>
            </w:r>
            <w:r w:rsidRPr="005E3039">
              <w:rPr>
                <w:spacing w:val="-2"/>
                <w:w w:val="110"/>
                <w:sz w:val="24"/>
                <w:szCs w:val="24"/>
                <w:lang w:val="kk-KZ"/>
              </w:rPr>
              <w:t>алушыларды</w:t>
            </w:r>
            <w:r w:rsidRPr="005E3039">
              <w:rPr>
                <w:spacing w:val="-10"/>
                <w:w w:val="110"/>
                <w:sz w:val="24"/>
                <w:szCs w:val="24"/>
                <w:lang w:val="kk-KZ"/>
              </w:rPr>
              <w:t xml:space="preserve"> </w:t>
            </w:r>
            <w:r w:rsidRPr="005E3039">
              <w:rPr>
                <w:spacing w:val="-2"/>
                <w:w w:val="110"/>
                <w:sz w:val="24"/>
                <w:szCs w:val="24"/>
                <w:lang w:val="kk-KZ"/>
              </w:rPr>
              <w:t xml:space="preserve">оқыту </w:t>
            </w:r>
            <w:r w:rsidRPr="005E3039">
              <w:rPr>
                <w:w w:val="110"/>
                <w:sz w:val="24"/>
                <w:szCs w:val="24"/>
                <w:lang w:val="kk-KZ"/>
              </w:rPr>
              <w:t>кезінде инклюзивті білім беру талаптарының</w:t>
            </w:r>
            <w:r w:rsidRPr="005E3039">
              <w:rPr>
                <w:spacing w:val="-4"/>
                <w:w w:val="110"/>
                <w:sz w:val="24"/>
                <w:szCs w:val="24"/>
                <w:lang w:val="kk-KZ"/>
              </w:rPr>
              <w:t xml:space="preserve"> </w:t>
            </w:r>
            <w:r w:rsidRPr="005E3039">
              <w:rPr>
                <w:w w:val="110"/>
                <w:sz w:val="24"/>
                <w:szCs w:val="24"/>
                <w:lang w:val="kk-KZ"/>
              </w:rPr>
              <w:t>сақталуы</w:t>
            </w:r>
          </w:p>
        </w:tc>
        <w:tc>
          <w:tcPr>
            <w:tcW w:w="2676" w:type="dxa"/>
            <w:gridSpan w:val="2"/>
          </w:tcPr>
          <w:p w14:paraId="15338C45" w14:textId="77777777" w:rsidR="00FD4D57" w:rsidRPr="005E3039" w:rsidRDefault="00FD4D57" w:rsidP="00FD4D57">
            <w:pPr>
              <w:rPr>
                <w:sz w:val="24"/>
                <w:szCs w:val="24"/>
                <w:lang w:val="kk-KZ"/>
              </w:rPr>
            </w:pPr>
            <w:r w:rsidRPr="005E3039">
              <w:rPr>
                <w:spacing w:val="-2"/>
                <w:w w:val="110"/>
                <w:sz w:val="24"/>
                <w:szCs w:val="24"/>
                <w:lang w:val="kk-KZ"/>
              </w:rPr>
              <w:t xml:space="preserve">психологиялық-медициналық-педагогикалық </w:t>
            </w:r>
            <w:r w:rsidRPr="005E3039">
              <w:rPr>
                <w:w w:val="110"/>
                <w:sz w:val="24"/>
                <w:szCs w:val="24"/>
                <w:lang w:val="kk-KZ"/>
              </w:rPr>
              <w:t xml:space="preserve">консультацияның (бұдан әрі – ПМПК) ұсынымдарын ескере отырып оқыту жүзеге асырылады; бағдарламаларды және бағалауды бейімдеу қамтамасыз </w:t>
            </w:r>
            <w:r w:rsidRPr="005E3039">
              <w:rPr>
                <w:spacing w:val="-2"/>
                <w:w w:val="110"/>
                <w:sz w:val="24"/>
                <w:szCs w:val="24"/>
                <w:lang w:val="kk-KZ"/>
              </w:rPr>
              <w:t>етілген</w:t>
            </w:r>
          </w:p>
        </w:tc>
        <w:tc>
          <w:tcPr>
            <w:tcW w:w="2223" w:type="dxa"/>
            <w:gridSpan w:val="2"/>
          </w:tcPr>
          <w:p w14:paraId="7598EF15" w14:textId="77777777" w:rsidR="00FD4D57" w:rsidRPr="0079238F" w:rsidRDefault="00FD4D57" w:rsidP="00FD4D57">
            <w:pPr>
              <w:rPr>
                <w:sz w:val="24"/>
                <w:szCs w:val="24"/>
                <w:lang w:val="en-US"/>
              </w:rPr>
            </w:pPr>
            <w:r>
              <w:rPr>
                <w:sz w:val="24"/>
                <w:szCs w:val="24"/>
                <w:lang w:val="en-US"/>
              </w:rPr>
              <w:t>5</w:t>
            </w:r>
          </w:p>
        </w:tc>
      </w:tr>
      <w:tr w:rsidR="00FD4D57" w:rsidRPr="0079238F" w14:paraId="3C870D6E" w14:textId="77777777" w:rsidTr="00FD4D57">
        <w:tc>
          <w:tcPr>
            <w:tcW w:w="510" w:type="dxa"/>
          </w:tcPr>
          <w:p w14:paraId="6126568B" w14:textId="77777777" w:rsidR="00FD4D57" w:rsidRPr="005E3039" w:rsidRDefault="00FD4D57" w:rsidP="00FD4D57">
            <w:pPr>
              <w:rPr>
                <w:sz w:val="24"/>
                <w:szCs w:val="24"/>
                <w:lang w:val="kk-KZ"/>
              </w:rPr>
            </w:pPr>
            <w:r w:rsidRPr="005E3039">
              <w:rPr>
                <w:sz w:val="24"/>
                <w:szCs w:val="24"/>
                <w:lang w:val="kk-KZ"/>
              </w:rPr>
              <w:t>21</w:t>
            </w:r>
          </w:p>
        </w:tc>
        <w:tc>
          <w:tcPr>
            <w:tcW w:w="4992" w:type="dxa"/>
          </w:tcPr>
          <w:p w14:paraId="16D30B6F" w14:textId="77777777" w:rsidR="00FD4D57" w:rsidRPr="005E3039" w:rsidRDefault="00FD4D57" w:rsidP="00FD4D57">
            <w:pPr>
              <w:rPr>
                <w:sz w:val="24"/>
                <w:szCs w:val="24"/>
                <w:lang w:val="kk-KZ"/>
              </w:rPr>
            </w:pPr>
            <w:r w:rsidRPr="005E3039">
              <w:rPr>
                <w:w w:val="110"/>
                <w:sz w:val="24"/>
                <w:szCs w:val="24"/>
                <w:lang w:val="kk-KZ"/>
              </w:rPr>
              <w:t>Білім беру бағдарламаларын меңгеру мерзімдеріне қойылатын талаптардың</w:t>
            </w:r>
            <w:r w:rsidRPr="005E3039">
              <w:rPr>
                <w:spacing w:val="-4"/>
                <w:w w:val="110"/>
                <w:sz w:val="24"/>
                <w:szCs w:val="24"/>
                <w:lang w:val="kk-KZ"/>
              </w:rPr>
              <w:t xml:space="preserve"> </w:t>
            </w:r>
            <w:r w:rsidRPr="005E3039">
              <w:rPr>
                <w:w w:val="110"/>
                <w:sz w:val="24"/>
                <w:szCs w:val="24"/>
                <w:lang w:val="kk-KZ"/>
              </w:rPr>
              <w:t>сақталуы</w:t>
            </w:r>
          </w:p>
        </w:tc>
        <w:tc>
          <w:tcPr>
            <w:tcW w:w="2676" w:type="dxa"/>
            <w:gridSpan w:val="2"/>
          </w:tcPr>
          <w:p w14:paraId="396A5B3F" w14:textId="77777777" w:rsidR="00FD4D57" w:rsidRPr="005E3039" w:rsidRDefault="00FD4D57" w:rsidP="00FD4D57">
            <w:pPr>
              <w:rPr>
                <w:sz w:val="24"/>
                <w:szCs w:val="24"/>
                <w:lang w:val="kk-KZ"/>
              </w:rPr>
            </w:pPr>
            <w:r w:rsidRPr="005E3039">
              <w:rPr>
                <w:w w:val="110"/>
                <w:sz w:val="24"/>
                <w:szCs w:val="24"/>
                <w:lang w:val="kk-KZ"/>
              </w:rPr>
              <w:t>білім беру бағдарламаларын меңгеру мерзімдері МЖМБС талаптарына сәйкес келеді</w:t>
            </w:r>
          </w:p>
        </w:tc>
        <w:tc>
          <w:tcPr>
            <w:tcW w:w="2223" w:type="dxa"/>
            <w:gridSpan w:val="2"/>
          </w:tcPr>
          <w:p w14:paraId="403B4306" w14:textId="77777777" w:rsidR="00FD4D57" w:rsidRPr="0079238F" w:rsidRDefault="00FD4D57" w:rsidP="00FD4D57">
            <w:pPr>
              <w:rPr>
                <w:sz w:val="24"/>
                <w:szCs w:val="24"/>
                <w:lang w:val="en-US"/>
              </w:rPr>
            </w:pPr>
            <w:r>
              <w:rPr>
                <w:sz w:val="24"/>
                <w:szCs w:val="24"/>
                <w:lang w:val="en-US"/>
              </w:rPr>
              <w:t>5</w:t>
            </w:r>
          </w:p>
        </w:tc>
      </w:tr>
      <w:tr w:rsidR="00FD4D57" w:rsidRPr="0079238F" w14:paraId="52987C9C" w14:textId="77777777" w:rsidTr="00FD4D57">
        <w:tc>
          <w:tcPr>
            <w:tcW w:w="510" w:type="dxa"/>
          </w:tcPr>
          <w:p w14:paraId="241AFD0B" w14:textId="77777777" w:rsidR="00FD4D57" w:rsidRPr="005E3039" w:rsidRDefault="00FD4D57" w:rsidP="00FD4D57">
            <w:pPr>
              <w:rPr>
                <w:sz w:val="24"/>
                <w:szCs w:val="24"/>
                <w:lang w:val="kk-KZ"/>
              </w:rPr>
            </w:pPr>
            <w:r w:rsidRPr="005E3039">
              <w:rPr>
                <w:sz w:val="24"/>
                <w:szCs w:val="24"/>
                <w:lang w:val="kk-KZ"/>
              </w:rPr>
              <w:t>22</w:t>
            </w:r>
          </w:p>
        </w:tc>
        <w:tc>
          <w:tcPr>
            <w:tcW w:w="4992" w:type="dxa"/>
          </w:tcPr>
          <w:p w14:paraId="3A6A5ECC" w14:textId="77777777" w:rsidR="00FD4D57" w:rsidRPr="005E3039" w:rsidRDefault="00FD4D57" w:rsidP="00FD4D57">
            <w:pPr>
              <w:rPr>
                <w:sz w:val="24"/>
                <w:szCs w:val="24"/>
                <w:lang w:val="kk-KZ"/>
              </w:rPr>
            </w:pPr>
            <w:r w:rsidRPr="005E3039">
              <w:rPr>
                <w:w w:val="110"/>
                <w:sz w:val="24"/>
                <w:szCs w:val="24"/>
                <w:lang w:val="kk-KZ"/>
              </w:rPr>
              <w:t>Оқу</w:t>
            </w:r>
            <w:r w:rsidRPr="005E3039">
              <w:rPr>
                <w:spacing w:val="-13"/>
                <w:w w:val="110"/>
                <w:sz w:val="24"/>
                <w:szCs w:val="24"/>
                <w:lang w:val="kk-KZ"/>
              </w:rPr>
              <w:t xml:space="preserve"> </w:t>
            </w:r>
            <w:r w:rsidRPr="005E3039">
              <w:rPr>
                <w:w w:val="110"/>
                <w:sz w:val="24"/>
                <w:szCs w:val="24"/>
                <w:lang w:val="kk-KZ"/>
              </w:rPr>
              <w:t>жылының</w:t>
            </w:r>
            <w:r w:rsidRPr="005E3039">
              <w:rPr>
                <w:spacing w:val="-12"/>
                <w:w w:val="110"/>
                <w:sz w:val="24"/>
                <w:szCs w:val="24"/>
                <w:lang w:val="kk-KZ"/>
              </w:rPr>
              <w:t xml:space="preserve"> </w:t>
            </w:r>
            <w:r w:rsidRPr="005E3039">
              <w:rPr>
                <w:w w:val="110"/>
                <w:sz w:val="24"/>
                <w:szCs w:val="24"/>
                <w:lang w:val="kk-KZ"/>
              </w:rPr>
              <w:t>ұзақтығына</w:t>
            </w:r>
            <w:r w:rsidRPr="005E3039">
              <w:rPr>
                <w:spacing w:val="-13"/>
                <w:w w:val="110"/>
                <w:sz w:val="24"/>
                <w:szCs w:val="24"/>
                <w:lang w:val="kk-KZ"/>
              </w:rPr>
              <w:t xml:space="preserve"> </w:t>
            </w:r>
            <w:r w:rsidRPr="005E3039">
              <w:rPr>
                <w:w w:val="110"/>
                <w:sz w:val="24"/>
                <w:szCs w:val="24"/>
                <w:lang w:val="kk-KZ"/>
              </w:rPr>
              <w:t xml:space="preserve">және каникул кезеңіне қойылатын талаптардың МЖМБС сәйкес </w:t>
            </w:r>
            <w:r w:rsidRPr="005E3039">
              <w:rPr>
                <w:spacing w:val="-2"/>
                <w:w w:val="110"/>
                <w:sz w:val="24"/>
                <w:szCs w:val="24"/>
                <w:lang w:val="kk-KZ"/>
              </w:rPr>
              <w:t>сақталуы</w:t>
            </w:r>
          </w:p>
        </w:tc>
        <w:tc>
          <w:tcPr>
            <w:tcW w:w="2676" w:type="dxa"/>
            <w:gridSpan w:val="2"/>
          </w:tcPr>
          <w:p w14:paraId="1DC37CBF" w14:textId="77777777" w:rsidR="00FD4D57" w:rsidRPr="005E3039" w:rsidRDefault="00FD4D57" w:rsidP="00FD4D57">
            <w:pPr>
              <w:rPr>
                <w:sz w:val="24"/>
                <w:szCs w:val="24"/>
                <w:lang w:val="kk-KZ"/>
              </w:rPr>
            </w:pPr>
            <w:r w:rsidRPr="005E3039">
              <w:rPr>
                <w:w w:val="110"/>
                <w:sz w:val="24"/>
                <w:szCs w:val="24"/>
                <w:lang w:val="kk-KZ"/>
              </w:rPr>
              <w:t>оқу</w:t>
            </w:r>
            <w:r w:rsidRPr="005E3039">
              <w:rPr>
                <w:spacing w:val="-7"/>
                <w:w w:val="110"/>
                <w:sz w:val="24"/>
                <w:szCs w:val="24"/>
                <w:lang w:val="kk-KZ"/>
              </w:rPr>
              <w:t xml:space="preserve"> </w:t>
            </w:r>
            <w:r w:rsidRPr="005E3039">
              <w:rPr>
                <w:w w:val="110"/>
                <w:sz w:val="24"/>
                <w:szCs w:val="24"/>
                <w:lang w:val="kk-KZ"/>
              </w:rPr>
              <w:t>жылының</w:t>
            </w:r>
            <w:r w:rsidRPr="005E3039">
              <w:rPr>
                <w:spacing w:val="-7"/>
                <w:w w:val="110"/>
                <w:sz w:val="24"/>
                <w:szCs w:val="24"/>
                <w:lang w:val="kk-KZ"/>
              </w:rPr>
              <w:t xml:space="preserve"> </w:t>
            </w:r>
            <w:r w:rsidRPr="005E3039">
              <w:rPr>
                <w:w w:val="110"/>
                <w:sz w:val="24"/>
                <w:szCs w:val="24"/>
                <w:lang w:val="kk-KZ"/>
              </w:rPr>
              <w:t>және</w:t>
            </w:r>
            <w:r w:rsidRPr="005E3039">
              <w:rPr>
                <w:spacing w:val="-7"/>
                <w:w w:val="110"/>
                <w:sz w:val="24"/>
                <w:szCs w:val="24"/>
                <w:lang w:val="kk-KZ"/>
              </w:rPr>
              <w:t xml:space="preserve"> </w:t>
            </w:r>
            <w:r w:rsidRPr="005E3039">
              <w:rPr>
                <w:w w:val="110"/>
                <w:sz w:val="24"/>
                <w:szCs w:val="24"/>
                <w:lang w:val="kk-KZ"/>
              </w:rPr>
              <w:t>каникул</w:t>
            </w:r>
            <w:r w:rsidRPr="005E3039">
              <w:rPr>
                <w:spacing w:val="-7"/>
                <w:w w:val="110"/>
                <w:sz w:val="24"/>
                <w:szCs w:val="24"/>
                <w:lang w:val="kk-KZ"/>
              </w:rPr>
              <w:t xml:space="preserve"> </w:t>
            </w:r>
            <w:r w:rsidRPr="005E3039">
              <w:rPr>
                <w:w w:val="110"/>
                <w:sz w:val="24"/>
                <w:szCs w:val="24"/>
                <w:lang w:val="kk-KZ"/>
              </w:rPr>
              <w:t>уақытының</w:t>
            </w:r>
            <w:r w:rsidRPr="005E3039">
              <w:rPr>
                <w:spacing w:val="-7"/>
                <w:w w:val="110"/>
                <w:sz w:val="24"/>
                <w:szCs w:val="24"/>
                <w:lang w:val="kk-KZ"/>
              </w:rPr>
              <w:t xml:space="preserve"> </w:t>
            </w:r>
            <w:r w:rsidRPr="005E3039">
              <w:rPr>
                <w:w w:val="110"/>
                <w:sz w:val="24"/>
                <w:szCs w:val="24"/>
                <w:lang w:val="kk-KZ"/>
              </w:rPr>
              <w:t>ұзақтығы МЖМБС талаптарына сәйкес келеді</w:t>
            </w:r>
          </w:p>
        </w:tc>
        <w:tc>
          <w:tcPr>
            <w:tcW w:w="2223" w:type="dxa"/>
            <w:gridSpan w:val="2"/>
          </w:tcPr>
          <w:p w14:paraId="6F956D8C" w14:textId="77777777" w:rsidR="00FD4D57" w:rsidRPr="0079238F" w:rsidRDefault="00FD4D57" w:rsidP="00FD4D57">
            <w:pPr>
              <w:rPr>
                <w:sz w:val="24"/>
                <w:szCs w:val="24"/>
                <w:lang w:val="en-US"/>
              </w:rPr>
            </w:pPr>
            <w:r>
              <w:rPr>
                <w:sz w:val="24"/>
                <w:szCs w:val="24"/>
                <w:lang w:val="en-US"/>
              </w:rPr>
              <w:t>5</w:t>
            </w:r>
          </w:p>
        </w:tc>
      </w:tr>
      <w:tr w:rsidR="00FD4D57" w:rsidRPr="0079238F" w14:paraId="1C72A8D7" w14:textId="77777777" w:rsidTr="00FD4D57">
        <w:trPr>
          <w:trHeight w:val="1414"/>
        </w:trPr>
        <w:tc>
          <w:tcPr>
            <w:tcW w:w="510" w:type="dxa"/>
          </w:tcPr>
          <w:p w14:paraId="3EF1441D" w14:textId="77777777" w:rsidR="00FD4D57" w:rsidRPr="005E3039" w:rsidRDefault="00FD4D57" w:rsidP="00FD4D57">
            <w:pPr>
              <w:rPr>
                <w:sz w:val="24"/>
                <w:szCs w:val="24"/>
                <w:lang w:val="kk-KZ"/>
              </w:rPr>
            </w:pPr>
            <w:r w:rsidRPr="005E3039">
              <w:rPr>
                <w:sz w:val="24"/>
                <w:szCs w:val="24"/>
                <w:lang w:val="kk-KZ"/>
              </w:rPr>
              <w:lastRenderedPageBreak/>
              <w:t>23</w:t>
            </w:r>
          </w:p>
        </w:tc>
        <w:tc>
          <w:tcPr>
            <w:tcW w:w="4992" w:type="dxa"/>
          </w:tcPr>
          <w:p w14:paraId="48CEE566" w14:textId="77777777" w:rsidR="00FD4D57" w:rsidRPr="00DC4A74" w:rsidRDefault="00FD4D57" w:rsidP="00FD4D57">
            <w:pPr>
              <w:spacing w:before="72" w:line="280" w:lineRule="auto"/>
              <w:ind w:left="82" w:right="88"/>
              <w:rPr>
                <w:sz w:val="24"/>
                <w:szCs w:val="24"/>
                <w:lang w:val="kk-KZ"/>
              </w:rPr>
            </w:pPr>
            <w:r w:rsidRPr="003B22F8">
              <w:rPr>
                <w:w w:val="110"/>
                <w:sz w:val="24"/>
                <w:szCs w:val="24"/>
                <w:lang w:val="kk-KZ"/>
              </w:rPr>
              <w:t>Қашықтан</w:t>
            </w:r>
            <w:r w:rsidRPr="003B22F8">
              <w:rPr>
                <w:spacing w:val="-4"/>
                <w:w w:val="110"/>
                <w:sz w:val="24"/>
                <w:szCs w:val="24"/>
                <w:lang w:val="kk-KZ"/>
              </w:rPr>
              <w:t xml:space="preserve"> </w:t>
            </w:r>
            <w:r w:rsidRPr="003B22F8">
              <w:rPr>
                <w:w w:val="110"/>
                <w:sz w:val="24"/>
                <w:szCs w:val="24"/>
                <w:lang w:val="kk-KZ"/>
              </w:rPr>
              <w:t>оқытуды ұйымдастырудың</w:t>
            </w:r>
            <w:r w:rsidRPr="003B22F8">
              <w:rPr>
                <w:spacing w:val="-4"/>
                <w:w w:val="110"/>
                <w:sz w:val="24"/>
                <w:szCs w:val="24"/>
                <w:lang w:val="kk-KZ"/>
              </w:rPr>
              <w:t xml:space="preserve"> </w:t>
            </w:r>
            <w:r w:rsidRPr="003B22F8">
              <w:rPr>
                <w:w w:val="110"/>
                <w:sz w:val="24"/>
                <w:szCs w:val="24"/>
                <w:lang w:val="kk-KZ"/>
              </w:rPr>
              <w:t>Қазақстан Республикасы</w:t>
            </w:r>
            <w:r w:rsidRPr="003B22F8">
              <w:rPr>
                <w:spacing w:val="-4"/>
                <w:w w:val="110"/>
                <w:sz w:val="24"/>
                <w:szCs w:val="24"/>
                <w:lang w:val="kk-KZ"/>
              </w:rPr>
              <w:t xml:space="preserve"> </w:t>
            </w:r>
            <w:r w:rsidRPr="003B22F8">
              <w:rPr>
                <w:w w:val="110"/>
                <w:sz w:val="24"/>
                <w:szCs w:val="24"/>
                <w:lang w:val="kk-KZ"/>
              </w:rPr>
              <w:t>Оқу-ағарту министрінің 2023 жылғы 27 қарашадағы № 349 бұйрығымен бекітілген</w:t>
            </w:r>
            <w:r w:rsidRPr="003B22F8">
              <w:rPr>
                <w:spacing w:val="-13"/>
                <w:w w:val="110"/>
                <w:sz w:val="24"/>
                <w:szCs w:val="24"/>
                <w:lang w:val="kk-KZ"/>
              </w:rPr>
              <w:t xml:space="preserve"> </w:t>
            </w:r>
            <w:r w:rsidRPr="003B22F8">
              <w:rPr>
                <w:w w:val="110"/>
                <w:sz w:val="24"/>
                <w:szCs w:val="24"/>
                <w:lang w:val="kk-KZ"/>
              </w:rPr>
              <w:t>(Нормативтік</w:t>
            </w:r>
            <w:r w:rsidRPr="003B22F8">
              <w:rPr>
                <w:spacing w:val="-12"/>
                <w:w w:val="110"/>
                <w:sz w:val="24"/>
                <w:szCs w:val="24"/>
                <w:lang w:val="kk-KZ"/>
              </w:rPr>
              <w:t xml:space="preserve"> </w:t>
            </w:r>
            <w:r w:rsidRPr="003B22F8">
              <w:rPr>
                <w:w w:val="110"/>
                <w:sz w:val="24"/>
                <w:szCs w:val="24"/>
                <w:lang w:val="kk-KZ"/>
              </w:rPr>
              <w:t>құқықтық актілерді мемлекеттік тіркеу тізілімінде № 33682 болып тіркелген) орта, қосымша, техникалық және кәсіптік, орта білімнен кейінгі білім беру ұйымдарында, оның ішінде қолайсыз ауа райы метеорологиялық</w:t>
            </w:r>
            <w:r w:rsidRPr="003B22F8">
              <w:rPr>
                <w:spacing w:val="-4"/>
                <w:w w:val="110"/>
                <w:sz w:val="24"/>
                <w:szCs w:val="24"/>
                <w:lang w:val="kk-KZ"/>
              </w:rPr>
              <w:t xml:space="preserve"> </w:t>
            </w:r>
            <w:r w:rsidRPr="003B22F8">
              <w:rPr>
                <w:w w:val="110"/>
                <w:sz w:val="24"/>
                <w:szCs w:val="24"/>
                <w:lang w:val="kk-KZ"/>
              </w:rPr>
              <w:t>жағдайларында, сондай-ақ</w:t>
            </w:r>
            <w:r w:rsidRPr="003B22F8">
              <w:rPr>
                <w:spacing w:val="-4"/>
                <w:w w:val="110"/>
                <w:sz w:val="24"/>
                <w:szCs w:val="24"/>
                <w:lang w:val="kk-KZ"/>
              </w:rPr>
              <w:t xml:space="preserve"> </w:t>
            </w:r>
            <w:r w:rsidRPr="003B22F8">
              <w:rPr>
                <w:w w:val="110"/>
                <w:sz w:val="24"/>
                <w:szCs w:val="24"/>
                <w:lang w:val="kk-KZ"/>
              </w:rPr>
              <w:t>тиісті</w:t>
            </w:r>
            <w:r>
              <w:rPr>
                <w:sz w:val="24"/>
                <w:szCs w:val="24"/>
                <w:lang w:val="kk-KZ"/>
              </w:rPr>
              <w:t xml:space="preserve"> </w:t>
            </w:r>
            <w:r w:rsidRPr="003B22F8">
              <w:rPr>
                <w:w w:val="110"/>
                <w:sz w:val="24"/>
                <w:szCs w:val="24"/>
                <w:lang w:val="kk-KZ"/>
              </w:rPr>
              <w:t>әкімшілік-аумақтық</w:t>
            </w:r>
            <w:r w:rsidRPr="003B22F8">
              <w:rPr>
                <w:spacing w:val="-4"/>
                <w:w w:val="110"/>
                <w:sz w:val="24"/>
                <w:szCs w:val="24"/>
                <w:lang w:val="kk-KZ"/>
              </w:rPr>
              <w:t xml:space="preserve"> </w:t>
            </w:r>
            <w:r w:rsidRPr="003B22F8">
              <w:rPr>
                <w:w w:val="110"/>
                <w:sz w:val="24"/>
                <w:szCs w:val="24"/>
                <w:lang w:val="kk-KZ"/>
              </w:rPr>
              <w:t>бірліктерде (жекелеген</w:t>
            </w:r>
            <w:r w:rsidRPr="003B22F8">
              <w:rPr>
                <w:spacing w:val="-13"/>
                <w:w w:val="110"/>
                <w:sz w:val="24"/>
                <w:szCs w:val="24"/>
                <w:lang w:val="kk-KZ"/>
              </w:rPr>
              <w:t xml:space="preserve"> </w:t>
            </w:r>
            <w:r w:rsidRPr="003B22F8">
              <w:rPr>
                <w:w w:val="110"/>
                <w:sz w:val="24"/>
                <w:szCs w:val="24"/>
                <w:lang w:val="kk-KZ"/>
              </w:rPr>
              <w:t>объектілерде)</w:t>
            </w:r>
            <w:r w:rsidRPr="003B22F8">
              <w:rPr>
                <w:spacing w:val="-12"/>
                <w:w w:val="110"/>
                <w:sz w:val="24"/>
                <w:szCs w:val="24"/>
                <w:lang w:val="kk-KZ"/>
              </w:rPr>
              <w:t xml:space="preserve"> </w:t>
            </w:r>
            <w:r w:rsidRPr="003B22F8">
              <w:rPr>
                <w:w w:val="110"/>
                <w:sz w:val="24"/>
                <w:szCs w:val="24"/>
                <w:lang w:val="kk-KZ"/>
              </w:rPr>
              <w:t>төтенше жағдай енгізілген, шектеу</w:t>
            </w:r>
            <w:r>
              <w:rPr>
                <w:sz w:val="24"/>
                <w:szCs w:val="24"/>
                <w:lang w:val="kk-KZ"/>
              </w:rPr>
              <w:t xml:space="preserve"> </w:t>
            </w:r>
            <w:r w:rsidRPr="005E3039">
              <w:rPr>
                <w:w w:val="110"/>
                <w:sz w:val="24"/>
                <w:szCs w:val="24"/>
                <w:lang w:val="kk-KZ"/>
              </w:rPr>
              <w:t>іс-шаралары, оның ішінде карантин енгізілген, төтенше жағдайлар жарияланған кезде қашықтан оқыту бойынша оқу процесін</w:t>
            </w:r>
            <w:r w:rsidRPr="005E3039">
              <w:rPr>
                <w:spacing w:val="-4"/>
                <w:w w:val="110"/>
                <w:sz w:val="24"/>
                <w:szCs w:val="24"/>
                <w:lang w:val="kk-KZ"/>
              </w:rPr>
              <w:t xml:space="preserve"> </w:t>
            </w:r>
            <w:r w:rsidRPr="005E3039">
              <w:rPr>
                <w:w w:val="110"/>
                <w:sz w:val="24"/>
                <w:szCs w:val="24"/>
                <w:lang w:val="kk-KZ"/>
              </w:rPr>
              <w:t>ұйымдастыру қағидаларының</w:t>
            </w:r>
            <w:r w:rsidRPr="005E3039">
              <w:rPr>
                <w:spacing w:val="-4"/>
                <w:w w:val="110"/>
                <w:sz w:val="24"/>
                <w:szCs w:val="24"/>
                <w:lang w:val="kk-KZ"/>
              </w:rPr>
              <w:t xml:space="preserve"> </w:t>
            </w:r>
            <w:r w:rsidRPr="005E3039">
              <w:rPr>
                <w:w w:val="110"/>
                <w:sz w:val="24"/>
                <w:szCs w:val="24"/>
                <w:lang w:val="kk-KZ"/>
              </w:rPr>
              <w:t xml:space="preserve">талаптарына </w:t>
            </w:r>
            <w:r w:rsidRPr="005E3039">
              <w:rPr>
                <w:sz w:val="24"/>
                <w:szCs w:val="24"/>
                <w:lang w:val="kk-KZ"/>
              </w:rPr>
              <w:t xml:space="preserve">сәйкестігі және МЖМБС-ға сәйкес </w:t>
            </w:r>
            <w:r w:rsidRPr="005E3039">
              <w:rPr>
                <w:w w:val="110"/>
                <w:sz w:val="24"/>
                <w:szCs w:val="24"/>
                <w:lang w:val="kk-KZ"/>
              </w:rPr>
              <w:t>білім беру бағдарламаларының орындалуын қамтамасыз ету</w:t>
            </w:r>
          </w:p>
        </w:tc>
        <w:tc>
          <w:tcPr>
            <w:tcW w:w="2676" w:type="dxa"/>
            <w:gridSpan w:val="2"/>
          </w:tcPr>
          <w:p w14:paraId="4443643A" w14:textId="77777777" w:rsidR="00FD4D57" w:rsidRPr="005E3039" w:rsidRDefault="00FD4D57" w:rsidP="00FD4D57">
            <w:pPr>
              <w:rPr>
                <w:sz w:val="24"/>
                <w:szCs w:val="24"/>
                <w:lang w:val="kk-KZ"/>
              </w:rPr>
            </w:pPr>
            <w:r w:rsidRPr="005E3039">
              <w:rPr>
                <w:w w:val="110"/>
                <w:sz w:val="24"/>
                <w:szCs w:val="24"/>
                <w:lang w:val="kk-KZ"/>
              </w:rPr>
              <w:t>тиісті</w:t>
            </w:r>
            <w:r w:rsidRPr="005E3039">
              <w:rPr>
                <w:spacing w:val="-4"/>
                <w:w w:val="110"/>
                <w:sz w:val="24"/>
                <w:szCs w:val="24"/>
                <w:lang w:val="kk-KZ"/>
              </w:rPr>
              <w:t xml:space="preserve"> </w:t>
            </w:r>
            <w:r w:rsidRPr="005E3039">
              <w:rPr>
                <w:w w:val="110"/>
                <w:sz w:val="24"/>
                <w:szCs w:val="24"/>
                <w:lang w:val="kk-KZ"/>
              </w:rPr>
              <w:t>бұйрық</w:t>
            </w:r>
            <w:r w:rsidRPr="005E3039">
              <w:rPr>
                <w:spacing w:val="-4"/>
                <w:w w:val="110"/>
                <w:sz w:val="24"/>
                <w:szCs w:val="24"/>
                <w:lang w:val="kk-KZ"/>
              </w:rPr>
              <w:t xml:space="preserve"> </w:t>
            </w:r>
            <w:r w:rsidRPr="005E3039">
              <w:rPr>
                <w:w w:val="110"/>
                <w:sz w:val="24"/>
                <w:szCs w:val="24"/>
                <w:lang w:val="kk-KZ"/>
              </w:rPr>
              <w:t>бар,</w:t>
            </w:r>
            <w:r w:rsidRPr="005E3039">
              <w:rPr>
                <w:spacing w:val="-4"/>
                <w:w w:val="110"/>
                <w:sz w:val="24"/>
                <w:szCs w:val="24"/>
                <w:lang w:val="kk-KZ"/>
              </w:rPr>
              <w:t xml:space="preserve"> </w:t>
            </w:r>
            <w:r w:rsidRPr="005E3039">
              <w:rPr>
                <w:w w:val="110"/>
                <w:sz w:val="24"/>
                <w:szCs w:val="24"/>
                <w:lang w:val="kk-KZ"/>
              </w:rPr>
              <w:t>уақтылы</w:t>
            </w:r>
            <w:r w:rsidRPr="005E3039">
              <w:rPr>
                <w:spacing w:val="-4"/>
                <w:w w:val="110"/>
                <w:sz w:val="24"/>
                <w:szCs w:val="24"/>
                <w:lang w:val="kk-KZ"/>
              </w:rPr>
              <w:t xml:space="preserve"> </w:t>
            </w:r>
            <w:r w:rsidRPr="005E3039">
              <w:rPr>
                <w:w w:val="110"/>
                <w:sz w:val="24"/>
                <w:szCs w:val="24"/>
                <w:lang w:val="kk-KZ"/>
              </w:rPr>
              <w:t>хабарландыру</w:t>
            </w:r>
            <w:r w:rsidRPr="005E3039">
              <w:rPr>
                <w:spacing w:val="-4"/>
                <w:w w:val="110"/>
                <w:sz w:val="24"/>
                <w:szCs w:val="24"/>
                <w:lang w:val="kk-KZ"/>
              </w:rPr>
              <w:t xml:space="preserve"> </w:t>
            </w:r>
            <w:r w:rsidRPr="005E3039">
              <w:rPr>
                <w:w w:val="110"/>
                <w:sz w:val="24"/>
                <w:szCs w:val="24"/>
                <w:lang w:val="kk-KZ"/>
              </w:rPr>
              <w:t>қамтамасыз етілген, сабақтар кестеге сәйкес өткізіледі, сабаққа қатысу есебі жүргізіледі, білім беру бағдарламаларының орындалуы және бағалау қамтамасыз</w:t>
            </w:r>
            <w:r w:rsidRPr="005E3039">
              <w:rPr>
                <w:spacing w:val="-4"/>
                <w:w w:val="110"/>
                <w:sz w:val="24"/>
                <w:szCs w:val="24"/>
                <w:lang w:val="kk-KZ"/>
              </w:rPr>
              <w:t xml:space="preserve"> </w:t>
            </w:r>
            <w:r w:rsidRPr="005E3039">
              <w:rPr>
                <w:w w:val="110"/>
                <w:sz w:val="24"/>
                <w:szCs w:val="24"/>
                <w:lang w:val="kk-KZ"/>
              </w:rPr>
              <w:t>етілген</w:t>
            </w:r>
          </w:p>
        </w:tc>
        <w:tc>
          <w:tcPr>
            <w:tcW w:w="2223" w:type="dxa"/>
            <w:gridSpan w:val="2"/>
          </w:tcPr>
          <w:p w14:paraId="6868EDAB" w14:textId="77777777" w:rsidR="00FD4D57" w:rsidRPr="0079238F" w:rsidRDefault="00FD4D57" w:rsidP="00FD4D57">
            <w:pPr>
              <w:rPr>
                <w:sz w:val="24"/>
                <w:szCs w:val="24"/>
                <w:lang w:val="en-US"/>
              </w:rPr>
            </w:pPr>
            <w:r>
              <w:rPr>
                <w:sz w:val="24"/>
                <w:szCs w:val="24"/>
                <w:lang w:val="en-US"/>
              </w:rPr>
              <w:t>5</w:t>
            </w:r>
          </w:p>
        </w:tc>
      </w:tr>
      <w:tr w:rsidR="00FD4D57" w:rsidRPr="005E3039" w14:paraId="7E245618" w14:textId="77777777" w:rsidTr="00FD4D57">
        <w:tc>
          <w:tcPr>
            <w:tcW w:w="10401" w:type="dxa"/>
            <w:gridSpan w:val="6"/>
          </w:tcPr>
          <w:p w14:paraId="75C41346" w14:textId="77777777" w:rsidR="00FD4D57" w:rsidRPr="005E3039" w:rsidRDefault="00FD4D57" w:rsidP="00FD4D57">
            <w:pPr>
              <w:jc w:val="center"/>
              <w:rPr>
                <w:sz w:val="24"/>
                <w:szCs w:val="24"/>
                <w:lang w:val="kk-KZ"/>
              </w:rPr>
            </w:pPr>
            <w:r w:rsidRPr="005E3039">
              <w:rPr>
                <w:w w:val="110"/>
                <w:sz w:val="24"/>
                <w:szCs w:val="24"/>
              </w:rPr>
              <w:t>Тәрбие</w:t>
            </w:r>
            <w:r w:rsidRPr="005E3039">
              <w:rPr>
                <w:spacing w:val="-4"/>
                <w:w w:val="110"/>
                <w:sz w:val="24"/>
                <w:szCs w:val="24"/>
              </w:rPr>
              <w:t xml:space="preserve"> </w:t>
            </w:r>
            <w:r w:rsidRPr="005E3039">
              <w:rPr>
                <w:w w:val="110"/>
                <w:sz w:val="24"/>
                <w:szCs w:val="24"/>
              </w:rPr>
              <w:t>жұмысына</w:t>
            </w:r>
            <w:r w:rsidRPr="005E3039">
              <w:rPr>
                <w:spacing w:val="-4"/>
                <w:w w:val="110"/>
                <w:sz w:val="24"/>
                <w:szCs w:val="24"/>
              </w:rPr>
              <w:t xml:space="preserve"> </w:t>
            </w:r>
            <w:r w:rsidRPr="005E3039">
              <w:rPr>
                <w:w w:val="110"/>
                <w:sz w:val="24"/>
                <w:szCs w:val="24"/>
              </w:rPr>
              <w:t>қойылатын</w:t>
            </w:r>
            <w:r w:rsidRPr="005E3039">
              <w:rPr>
                <w:spacing w:val="-3"/>
                <w:w w:val="110"/>
                <w:sz w:val="24"/>
                <w:szCs w:val="24"/>
              </w:rPr>
              <w:t xml:space="preserve"> </w:t>
            </w:r>
            <w:r w:rsidRPr="005E3039">
              <w:rPr>
                <w:spacing w:val="-2"/>
                <w:w w:val="110"/>
                <w:sz w:val="24"/>
                <w:szCs w:val="24"/>
              </w:rPr>
              <w:t>өлшемшарттар</w:t>
            </w:r>
          </w:p>
        </w:tc>
      </w:tr>
      <w:tr w:rsidR="00FD4D57" w:rsidRPr="0079238F" w14:paraId="137E8AB5" w14:textId="77777777" w:rsidTr="00FD4D57">
        <w:tc>
          <w:tcPr>
            <w:tcW w:w="510" w:type="dxa"/>
          </w:tcPr>
          <w:p w14:paraId="5307C5B0" w14:textId="77777777" w:rsidR="00FD4D57" w:rsidRPr="005E3039" w:rsidRDefault="00FD4D57" w:rsidP="00FD4D57">
            <w:pPr>
              <w:rPr>
                <w:sz w:val="24"/>
                <w:szCs w:val="24"/>
                <w:lang w:val="kk-KZ"/>
              </w:rPr>
            </w:pPr>
            <w:r w:rsidRPr="005E3039">
              <w:rPr>
                <w:sz w:val="24"/>
                <w:szCs w:val="24"/>
                <w:lang w:val="kk-KZ"/>
              </w:rPr>
              <w:t>24</w:t>
            </w:r>
          </w:p>
        </w:tc>
        <w:tc>
          <w:tcPr>
            <w:tcW w:w="4992" w:type="dxa"/>
          </w:tcPr>
          <w:p w14:paraId="6C37CB39" w14:textId="77777777" w:rsidR="00FD4D57" w:rsidRPr="005E3039" w:rsidRDefault="00FD4D57" w:rsidP="00FD4D57">
            <w:pPr>
              <w:rPr>
                <w:sz w:val="24"/>
                <w:szCs w:val="24"/>
                <w:lang w:val="kk-KZ"/>
              </w:rPr>
            </w:pPr>
            <w:r w:rsidRPr="005E3039">
              <w:rPr>
                <w:w w:val="110"/>
                <w:sz w:val="24"/>
                <w:szCs w:val="24"/>
                <w:lang w:val="kk-KZ"/>
              </w:rPr>
              <w:t>"Адал азамат" бірыңғай тәрбие бағдарламасына сәйкес әзірленген және бекітілген жылдық тәрбие жұмысы</w:t>
            </w:r>
            <w:r w:rsidRPr="005E3039">
              <w:rPr>
                <w:spacing w:val="-13"/>
                <w:w w:val="110"/>
                <w:sz w:val="24"/>
                <w:szCs w:val="24"/>
                <w:lang w:val="kk-KZ"/>
              </w:rPr>
              <w:t xml:space="preserve"> </w:t>
            </w:r>
            <w:r w:rsidRPr="005E3039">
              <w:rPr>
                <w:w w:val="110"/>
                <w:sz w:val="24"/>
                <w:szCs w:val="24"/>
                <w:lang w:val="kk-KZ"/>
              </w:rPr>
              <w:t>жоспарының</w:t>
            </w:r>
            <w:r w:rsidRPr="005E3039">
              <w:rPr>
                <w:spacing w:val="-12"/>
                <w:w w:val="110"/>
                <w:sz w:val="24"/>
                <w:szCs w:val="24"/>
                <w:lang w:val="kk-KZ"/>
              </w:rPr>
              <w:t xml:space="preserve"> </w:t>
            </w:r>
            <w:r w:rsidRPr="005E3039">
              <w:rPr>
                <w:w w:val="110"/>
                <w:sz w:val="24"/>
                <w:szCs w:val="24"/>
                <w:lang w:val="kk-KZ"/>
              </w:rPr>
              <w:t>болуы,</w:t>
            </w:r>
            <w:r w:rsidRPr="005E3039">
              <w:rPr>
                <w:spacing w:val="-13"/>
                <w:w w:val="110"/>
                <w:sz w:val="24"/>
                <w:szCs w:val="24"/>
                <w:lang w:val="kk-KZ"/>
              </w:rPr>
              <w:t xml:space="preserve"> </w:t>
            </w:r>
            <w:r w:rsidRPr="005E3039">
              <w:rPr>
                <w:w w:val="110"/>
                <w:sz w:val="24"/>
                <w:szCs w:val="24"/>
                <w:lang w:val="kk-KZ"/>
              </w:rPr>
              <w:t>оның білім</w:t>
            </w:r>
            <w:r w:rsidRPr="005E3039">
              <w:rPr>
                <w:spacing w:val="-4"/>
                <w:w w:val="110"/>
                <w:sz w:val="24"/>
                <w:szCs w:val="24"/>
                <w:lang w:val="kk-KZ"/>
              </w:rPr>
              <w:t xml:space="preserve"> </w:t>
            </w:r>
            <w:r w:rsidRPr="005E3039">
              <w:rPr>
                <w:w w:val="110"/>
                <w:sz w:val="24"/>
                <w:szCs w:val="24"/>
                <w:lang w:val="kk-KZ"/>
              </w:rPr>
              <w:t>алушылардың азаматтылығын,</w:t>
            </w:r>
            <w:r w:rsidRPr="005E3039">
              <w:rPr>
                <w:spacing w:val="-4"/>
                <w:w w:val="110"/>
                <w:sz w:val="24"/>
                <w:szCs w:val="24"/>
                <w:lang w:val="kk-KZ"/>
              </w:rPr>
              <w:t xml:space="preserve"> </w:t>
            </w:r>
            <w:r w:rsidRPr="005E3039">
              <w:rPr>
                <w:w w:val="110"/>
                <w:sz w:val="24"/>
                <w:szCs w:val="24"/>
                <w:lang w:val="kk-KZ"/>
              </w:rPr>
              <w:t xml:space="preserve">патриотизмін, </w:t>
            </w:r>
            <w:r w:rsidRPr="005E3039">
              <w:rPr>
                <w:spacing w:val="-2"/>
                <w:w w:val="110"/>
                <w:sz w:val="24"/>
                <w:szCs w:val="24"/>
                <w:lang w:val="kk-KZ"/>
              </w:rPr>
              <w:t xml:space="preserve">рухани-адамгершілік </w:t>
            </w:r>
            <w:r w:rsidRPr="005E3039">
              <w:rPr>
                <w:w w:val="110"/>
                <w:sz w:val="24"/>
                <w:szCs w:val="24"/>
                <w:lang w:val="kk-KZ"/>
              </w:rPr>
              <w:t>құндылықтарын және тұлғалық мәдениетін</w:t>
            </w:r>
            <w:r w:rsidRPr="005E3039">
              <w:rPr>
                <w:spacing w:val="-4"/>
                <w:w w:val="110"/>
                <w:sz w:val="24"/>
                <w:szCs w:val="24"/>
                <w:lang w:val="kk-KZ"/>
              </w:rPr>
              <w:t xml:space="preserve"> </w:t>
            </w:r>
            <w:r w:rsidRPr="005E3039">
              <w:rPr>
                <w:w w:val="110"/>
                <w:sz w:val="24"/>
                <w:szCs w:val="24"/>
                <w:lang w:val="kk-KZ"/>
              </w:rPr>
              <w:t>қалыптастыру міндеттеріне</w:t>
            </w:r>
            <w:r w:rsidRPr="005E3039">
              <w:rPr>
                <w:spacing w:val="-4"/>
                <w:w w:val="110"/>
                <w:sz w:val="24"/>
                <w:szCs w:val="24"/>
                <w:lang w:val="kk-KZ"/>
              </w:rPr>
              <w:t xml:space="preserve"> </w:t>
            </w:r>
            <w:r w:rsidRPr="005E3039">
              <w:rPr>
                <w:w w:val="110"/>
                <w:sz w:val="24"/>
                <w:szCs w:val="24"/>
                <w:lang w:val="kk-KZ"/>
              </w:rPr>
              <w:t>сәйкестігі</w:t>
            </w:r>
          </w:p>
        </w:tc>
        <w:tc>
          <w:tcPr>
            <w:tcW w:w="2676" w:type="dxa"/>
            <w:gridSpan w:val="2"/>
          </w:tcPr>
          <w:p w14:paraId="337C4531" w14:textId="77777777" w:rsidR="00FD4D57" w:rsidRPr="005E3039" w:rsidRDefault="00FD4D57" w:rsidP="00FD4D57">
            <w:pPr>
              <w:rPr>
                <w:sz w:val="24"/>
                <w:szCs w:val="24"/>
                <w:lang w:val="kk-KZ"/>
              </w:rPr>
            </w:pPr>
            <w:r w:rsidRPr="005E3039">
              <w:rPr>
                <w:w w:val="110"/>
                <w:sz w:val="24"/>
                <w:szCs w:val="24"/>
                <w:lang w:val="kk-KZ"/>
              </w:rPr>
              <w:t>тәрбие жұмысының жоспары бекітілген; мазмұны азаматтықты, патриотизмді, рухани-адамгершілік құндылықтарды және тұлғалық мәдениетті қалыптастыруға бағытталған; бағыттар оқу және сыныптан тыс қызметте іске асырылады, нәтижелері құжаттамада</w:t>
            </w:r>
            <w:r w:rsidRPr="005E3039">
              <w:rPr>
                <w:spacing w:val="-4"/>
                <w:w w:val="110"/>
                <w:sz w:val="24"/>
                <w:szCs w:val="24"/>
                <w:lang w:val="kk-KZ"/>
              </w:rPr>
              <w:t xml:space="preserve"> </w:t>
            </w:r>
            <w:r w:rsidRPr="005E3039">
              <w:rPr>
                <w:w w:val="110"/>
                <w:sz w:val="24"/>
                <w:szCs w:val="24"/>
                <w:lang w:val="kk-KZ"/>
              </w:rPr>
              <w:t>көрсетілген</w:t>
            </w:r>
          </w:p>
        </w:tc>
        <w:tc>
          <w:tcPr>
            <w:tcW w:w="2223" w:type="dxa"/>
            <w:gridSpan w:val="2"/>
          </w:tcPr>
          <w:p w14:paraId="41772977" w14:textId="77777777" w:rsidR="00FD4D57" w:rsidRPr="0079238F" w:rsidRDefault="00FD4D57" w:rsidP="00FD4D57">
            <w:pPr>
              <w:rPr>
                <w:sz w:val="24"/>
                <w:szCs w:val="24"/>
                <w:lang w:val="en-US"/>
              </w:rPr>
            </w:pPr>
            <w:r>
              <w:rPr>
                <w:sz w:val="24"/>
                <w:szCs w:val="24"/>
                <w:lang w:val="en-US"/>
              </w:rPr>
              <w:t>5</w:t>
            </w:r>
          </w:p>
        </w:tc>
      </w:tr>
      <w:tr w:rsidR="00FD4D57" w:rsidRPr="0079238F" w14:paraId="4816CA3E" w14:textId="77777777" w:rsidTr="00FD4D57">
        <w:tc>
          <w:tcPr>
            <w:tcW w:w="510" w:type="dxa"/>
          </w:tcPr>
          <w:p w14:paraId="789BF860" w14:textId="77777777" w:rsidR="00FD4D57" w:rsidRPr="005E3039" w:rsidRDefault="00FD4D57" w:rsidP="00FD4D57">
            <w:pPr>
              <w:rPr>
                <w:sz w:val="24"/>
                <w:szCs w:val="24"/>
                <w:lang w:val="kk-KZ"/>
              </w:rPr>
            </w:pPr>
            <w:r w:rsidRPr="005E3039">
              <w:rPr>
                <w:sz w:val="24"/>
                <w:szCs w:val="24"/>
                <w:lang w:val="kk-KZ"/>
              </w:rPr>
              <w:t>25</w:t>
            </w:r>
          </w:p>
          <w:p w14:paraId="129464AD" w14:textId="77777777" w:rsidR="00FD4D57" w:rsidRPr="005E3039" w:rsidRDefault="00FD4D57" w:rsidP="00FD4D57">
            <w:pPr>
              <w:rPr>
                <w:sz w:val="24"/>
                <w:szCs w:val="24"/>
                <w:lang w:val="kk-KZ"/>
              </w:rPr>
            </w:pPr>
          </w:p>
          <w:p w14:paraId="61E7069B" w14:textId="77777777" w:rsidR="00FD4D57" w:rsidRPr="005E3039" w:rsidRDefault="00FD4D57" w:rsidP="00FD4D57">
            <w:pPr>
              <w:rPr>
                <w:sz w:val="24"/>
                <w:szCs w:val="24"/>
                <w:lang w:val="kk-KZ"/>
              </w:rPr>
            </w:pPr>
          </w:p>
        </w:tc>
        <w:tc>
          <w:tcPr>
            <w:tcW w:w="4992" w:type="dxa"/>
          </w:tcPr>
          <w:p w14:paraId="76F54644" w14:textId="77777777" w:rsidR="00FD4D57" w:rsidRPr="005E3039" w:rsidRDefault="00FD4D57" w:rsidP="00FD4D57">
            <w:pPr>
              <w:spacing w:before="72" w:line="280" w:lineRule="auto"/>
              <w:ind w:left="82" w:right="-24"/>
              <w:rPr>
                <w:sz w:val="24"/>
                <w:szCs w:val="24"/>
                <w:lang w:val="kk-KZ"/>
              </w:rPr>
            </w:pPr>
            <w:r w:rsidRPr="003B22F8">
              <w:rPr>
                <w:w w:val="110"/>
                <w:sz w:val="24"/>
                <w:szCs w:val="24"/>
                <w:lang w:val="kk-KZ"/>
              </w:rPr>
              <w:t>Білім</w:t>
            </w:r>
            <w:r w:rsidRPr="003B22F8">
              <w:rPr>
                <w:spacing w:val="-4"/>
                <w:w w:val="110"/>
                <w:sz w:val="24"/>
                <w:szCs w:val="24"/>
                <w:lang w:val="kk-KZ"/>
              </w:rPr>
              <w:t xml:space="preserve"> </w:t>
            </w:r>
            <w:r w:rsidRPr="003B22F8">
              <w:rPr>
                <w:w w:val="110"/>
                <w:sz w:val="24"/>
                <w:szCs w:val="24"/>
                <w:lang w:val="kk-KZ"/>
              </w:rPr>
              <w:t xml:space="preserve">алушылардың </w:t>
            </w:r>
            <w:r w:rsidRPr="003B22F8">
              <w:rPr>
                <w:spacing w:val="-2"/>
                <w:w w:val="110"/>
                <w:sz w:val="24"/>
                <w:szCs w:val="24"/>
                <w:lang w:val="kk-KZ"/>
              </w:rPr>
              <w:t>рухани-адамгершілік, азаматтық-патриоттық,</w:t>
            </w:r>
            <w:r w:rsidRPr="005E3039">
              <w:rPr>
                <w:spacing w:val="-2"/>
                <w:w w:val="110"/>
                <w:sz w:val="24"/>
                <w:szCs w:val="24"/>
                <w:lang w:val="kk-KZ"/>
              </w:rPr>
              <w:t xml:space="preserve"> </w:t>
            </w:r>
            <w:r w:rsidRPr="005E3039">
              <w:rPr>
                <w:w w:val="110"/>
                <w:sz w:val="24"/>
                <w:szCs w:val="24"/>
                <w:lang w:val="kk-KZ"/>
              </w:rPr>
              <w:t>көркем-эстетикалық, еңбек және дене тәрбиесін іске асыруды  қамтамасыз ететін сыныптан тыс қызметтің әртүрлі нысандарын (үйірмелер,</w:t>
            </w:r>
            <w:r w:rsidRPr="005E3039">
              <w:rPr>
                <w:spacing w:val="-4"/>
                <w:w w:val="110"/>
                <w:sz w:val="24"/>
                <w:szCs w:val="24"/>
                <w:lang w:val="kk-KZ"/>
              </w:rPr>
              <w:t xml:space="preserve"> </w:t>
            </w:r>
            <w:r w:rsidRPr="005E3039">
              <w:rPr>
                <w:w w:val="110"/>
                <w:sz w:val="24"/>
                <w:szCs w:val="24"/>
                <w:lang w:val="kk-KZ"/>
              </w:rPr>
              <w:t>секциялар,</w:t>
            </w:r>
          </w:p>
          <w:p w14:paraId="3A95965D" w14:textId="77777777" w:rsidR="00FD4D57" w:rsidRPr="005E3039" w:rsidRDefault="00FD4D57" w:rsidP="00FD4D57">
            <w:pPr>
              <w:rPr>
                <w:sz w:val="24"/>
                <w:szCs w:val="24"/>
                <w:lang w:val="kk-KZ"/>
              </w:rPr>
            </w:pPr>
            <w:r w:rsidRPr="005E3039">
              <w:rPr>
                <w:w w:val="110"/>
                <w:sz w:val="24"/>
                <w:szCs w:val="24"/>
                <w:lang w:val="kk-KZ"/>
              </w:rPr>
              <w:t>іс-шаралар)</w:t>
            </w:r>
            <w:r w:rsidRPr="005E3039">
              <w:rPr>
                <w:spacing w:val="2"/>
                <w:w w:val="110"/>
                <w:sz w:val="24"/>
                <w:szCs w:val="24"/>
                <w:lang w:val="kk-KZ"/>
              </w:rPr>
              <w:t xml:space="preserve"> </w:t>
            </w:r>
            <w:r w:rsidRPr="005E3039">
              <w:rPr>
                <w:spacing w:val="-2"/>
                <w:w w:val="110"/>
                <w:sz w:val="24"/>
                <w:szCs w:val="24"/>
                <w:lang w:val="kk-KZ"/>
              </w:rPr>
              <w:t>ұйымдастыру</w:t>
            </w:r>
          </w:p>
        </w:tc>
        <w:tc>
          <w:tcPr>
            <w:tcW w:w="2676" w:type="dxa"/>
            <w:gridSpan w:val="2"/>
          </w:tcPr>
          <w:p w14:paraId="17B64AC6" w14:textId="77777777" w:rsidR="00FD4D57" w:rsidRPr="003B22F8" w:rsidRDefault="00FD4D57" w:rsidP="00FD4D57">
            <w:pPr>
              <w:spacing w:before="72"/>
              <w:ind w:left="82"/>
              <w:rPr>
                <w:sz w:val="24"/>
                <w:szCs w:val="24"/>
                <w:lang w:val="kk-KZ"/>
              </w:rPr>
            </w:pPr>
            <w:r w:rsidRPr="003B22F8">
              <w:rPr>
                <w:w w:val="110"/>
                <w:sz w:val="24"/>
                <w:szCs w:val="24"/>
                <w:lang w:val="kk-KZ"/>
              </w:rPr>
              <w:t>білім</w:t>
            </w:r>
            <w:r w:rsidRPr="003B22F8">
              <w:rPr>
                <w:spacing w:val="-4"/>
                <w:w w:val="110"/>
                <w:sz w:val="24"/>
                <w:szCs w:val="24"/>
                <w:lang w:val="kk-KZ"/>
              </w:rPr>
              <w:t xml:space="preserve"> </w:t>
            </w:r>
            <w:r w:rsidRPr="003B22F8">
              <w:rPr>
                <w:w w:val="110"/>
                <w:sz w:val="24"/>
                <w:szCs w:val="24"/>
                <w:lang w:val="kk-KZ"/>
              </w:rPr>
              <w:t>алушылардың</w:t>
            </w:r>
            <w:r w:rsidRPr="003B22F8">
              <w:rPr>
                <w:spacing w:val="-3"/>
                <w:w w:val="110"/>
                <w:sz w:val="24"/>
                <w:szCs w:val="24"/>
                <w:lang w:val="kk-KZ"/>
              </w:rPr>
              <w:t xml:space="preserve"> </w:t>
            </w:r>
            <w:r w:rsidRPr="003B22F8">
              <w:rPr>
                <w:w w:val="110"/>
                <w:sz w:val="24"/>
                <w:szCs w:val="24"/>
                <w:lang w:val="kk-KZ"/>
              </w:rPr>
              <w:t>рухани-</w:t>
            </w:r>
            <w:r w:rsidRPr="003B22F8">
              <w:rPr>
                <w:spacing w:val="-2"/>
                <w:w w:val="110"/>
                <w:sz w:val="24"/>
                <w:szCs w:val="24"/>
                <w:lang w:val="kk-KZ"/>
              </w:rPr>
              <w:t>адамгершілік,</w:t>
            </w:r>
          </w:p>
          <w:p w14:paraId="475F515D" w14:textId="77777777" w:rsidR="00FD4D57" w:rsidRPr="005E3039" w:rsidRDefault="00FD4D57" w:rsidP="00FD4D57">
            <w:pPr>
              <w:rPr>
                <w:sz w:val="24"/>
                <w:szCs w:val="24"/>
                <w:lang w:val="kk-KZ"/>
              </w:rPr>
            </w:pPr>
            <w:r w:rsidRPr="005E3039">
              <w:rPr>
                <w:w w:val="110"/>
                <w:sz w:val="24"/>
                <w:szCs w:val="24"/>
                <w:lang w:val="kk-KZ"/>
              </w:rPr>
              <w:t xml:space="preserve">азаматтық-патриоттық, көркемдік-эстетикалық, еңбек және дене тәрбиесін қамтамасыз ететін </w:t>
            </w:r>
            <w:r w:rsidRPr="005E3039">
              <w:rPr>
                <w:w w:val="110"/>
                <w:sz w:val="24"/>
                <w:szCs w:val="24"/>
                <w:lang w:val="kk-KZ"/>
              </w:rPr>
              <w:lastRenderedPageBreak/>
              <w:t>сыныптан тыс қызметтің әртүрлі нысандарын (үйірмелер, секциялар, іс-шаралар)</w:t>
            </w:r>
            <w:r w:rsidRPr="005E3039">
              <w:rPr>
                <w:spacing w:val="-4"/>
                <w:w w:val="110"/>
                <w:sz w:val="24"/>
                <w:szCs w:val="24"/>
                <w:lang w:val="kk-KZ"/>
              </w:rPr>
              <w:t xml:space="preserve"> </w:t>
            </w:r>
            <w:r w:rsidRPr="005E3039">
              <w:rPr>
                <w:w w:val="110"/>
                <w:sz w:val="24"/>
                <w:szCs w:val="24"/>
                <w:lang w:val="kk-KZ"/>
              </w:rPr>
              <w:t>ұйымдастыру</w:t>
            </w:r>
          </w:p>
        </w:tc>
        <w:tc>
          <w:tcPr>
            <w:tcW w:w="2223" w:type="dxa"/>
            <w:gridSpan w:val="2"/>
          </w:tcPr>
          <w:p w14:paraId="2EC148E8" w14:textId="77777777" w:rsidR="00FD4D57" w:rsidRPr="0079238F" w:rsidRDefault="00FD4D57" w:rsidP="00FD4D57">
            <w:pPr>
              <w:rPr>
                <w:sz w:val="24"/>
                <w:szCs w:val="24"/>
                <w:lang w:val="en-US"/>
              </w:rPr>
            </w:pPr>
            <w:r>
              <w:rPr>
                <w:sz w:val="24"/>
                <w:szCs w:val="24"/>
                <w:lang w:val="en-US"/>
              </w:rPr>
              <w:lastRenderedPageBreak/>
              <w:t>5</w:t>
            </w:r>
          </w:p>
        </w:tc>
      </w:tr>
      <w:tr w:rsidR="00FD4D57" w:rsidRPr="0079238F" w14:paraId="4A9B9982" w14:textId="77777777" w:rsidTr="00FD4D57">
        <w:tc>
          <w:tcPr>
            <w:tcW w:w="510" w:type="dxa"/>
          </w:tcPr>
          <w:p w14:paraId="2D597DD2" w14:textId="77777777" w:rsidR="00FD4D57" w:rsidRPr="005E3039" w:rsidRDefault="00FD4D57" w:rsidP="00FD4D57">
            <w:pPr>
              <w:rPr>
                <w:sz w:val="24"/>
                <w:szCs w:val="24"/>
                <w:lang w:val="kk-KZ"/>
              </w:rPr>
            </w:pPr>
            <w:r w:rsidRPr="005E3039">
              <w:rPr>
                <w:sz w:val="24"/>
                <w:szCs w:val="24"/>
                <w:lang w:val="kk-KZ"/>
              </w:rPr>
              <w:t>26</w:t>
            </w:r>
          </w:p>
        </w:tc>
        <w:tc>
          <w:tcPr>
            <w:tcW w:w="4992" w:type="dxa"/>
          </w:tcPr>
          <w:p w14:paraId="5D3CBE33" w14:textId="77777777" w:rsidR="00FD4D57" w:rsidRPr="00FD4D57" w:rsidRDefault="00FD4D57" w:rsidP="00FD4D57">
            <w:pPr>
              <w:pStyle w:val="TableParagraph"/>
              <w:spacing w:before="72"/>
              <w:ind w:left="82"/>
              <w:rPr>
                <w:sz w:val="24"/>
                <w:szCs w:val="24"/>
                <w:lang w:val="kk-KZ"/>
              </w:rPr>
            </w:pPr>
            <w:r w:rsidRPr="00FD4D57">
              <w:rPr>
                <w:w w:val="110"/>
                <w:sz w:val="24"/>
                <w:szCs w:val="24"/>
                <w:lang w:val="kk-KZ"/>
              </w:rPr>
              <w:t>Білім</w:t>
            </w:r>
            <w:r w:rsidRPr="00FD4D57">
              <w:rPr>
                <w:spacing w:val="-11"/>
                <w:w w:val="110"/>
                <w:sz w:val="24"/>
                <w:szCs w:val="24"/>
                <w:lang w:val="kk-KZ"/>
              </w:rPr>
              <w:t xml:space="preserve"> </w:t>
            </w:r>
            <w:r w:rsidRPr="00FD4D57">
              <w:rPr>
                <w:spacing w:val="-2"/>
                <w:w w:val="110"/>
                <w:sz w:val="24"/>
                <w:szCs w:val="24"/>
                <w:lang w:val="kk-KZ"/>
              </w:rPr>
              <w:t>алушылардың</w:t>
            </w:r>
          </w:p>
          <w:p w14:paraId="7E598D5B" w14:textId="77777777" w:rsidR="00FD4D57" w:rsidRPr="005E3039" w:rsidRDefault="00FD4D57" w:rsidP="00FD4D57">
            <w:pPr>
              <w:rPr>
                <w:sz w:val="24"/>
                <w:szCs w:val="24"/>
                <w:lang w:val="kk-KZ"/>
              </w:rPr>
            </w:pPr>
            <w:r w:rsidRPr="005E3039">
              <w:rPr>
                <w:w w:val="110"/>
                <w:sz w:val="24"/>
                <w:szCs w:val="24"/>
                <w:lang w:val="kk-KZ"/>
              </w:rPr>
              <w:t>ата-аналарымен</w:t>
            </w:r>
            <w:r w:rsidRPr="005E3039">
              <w:rPr>
                <w:spacing w:val="-4"/>
                <w:w w:val="110"/>
                <w:sz w:val="24"/>
                <w:szCs w:val="24"/>
                <w:lang w:val="kk-KZ"/>
              </w:rPr>
              <w:t xml:space="preserve"> </w:t>
            </w:r>
            <w:r w:rsidRPr="005E3039">
              <w:rPr>
                <w:w w:val="110"/>
                <w:sz w:val="24"/>
                <w:szCs w:val="24"/>
                <w:lang w:val="kk-KZ"/>
              </w:rPr>
              <w:t>(заңды өкілдерімен) өзара іс-қимыл</w:t>
            </w:r>
            <w:r w:rsidRPr="005E3039">
              <w:rPr>
                <w:spacing w:val="80"/>
                <w:w w:val="110"/>
                <w:sz w:val="24"/>
                <w:szCs w:val="24"/>
                <w:lang w:val="kk-KZ"/>
              </w:rPr>
              <w:t xml:space="preserve"> </w:t>
            </w:r>
            <w:r w:rsidRPr="005E3039">
              <w:rPr>
                <w:w w:val="110"/>
                <w:sz w:val="24"/>
                <w:szCs w:val="24"/>
                <w:lang w:val="kk-KZ"/>
              </w:rPr>
              <w:t>жасау жөніндегі талаптардың сақталуы, сондай-ақ Қазақстан Республикасы Білім және ғылым министрінің 2016 жылғы 28 қаңтардағы № 93 бұйрығымен бекітілген</w:t>
            </w:r>
            <w:r w:rsidRPr="005E3039">
              <w:rPr>
                <w:spacing w:val="-13"/>
                <w:w w:val="110"/>
                <w:sz w:val="24"/>
                <w:szCs w:val="24"/>
                <w:lang w:val="kk-KZ"/>
              </w:rPr>
              <w:t xml:space="preserve"> </w:t>
            </w:r>
            <w:r w:rsidRPr="005E3039">
              <w:rPr>
                <w:w w:val="110"/>
                <w:sz w:val="24"/>
                <w:szCs w:val="24"/>
                <w:lang w:val="kk-KZ"/>
              </w:rPr>
              <w:t>(Нормативтік</w:t>
            </w:r>
            <w:r w:rsidRPr="005E3039">
              <w:rPr>
                <w:spacing w:val="-12"/>
                <w:w w:val="110"/>
                <w:sz w:val="24"/>
                <w:szCs w:val="24"/>
                <w:lang w:val="kk-KZ"/>
              </w:rPr>
              <w:t xml:space="preserve"> </w:t>
            </w:r>
            <w:r w:rsidRPr="005E3039">
              <w:rPr>
                <w:w w:val="110"/>
                <w:sz w:val="24"/>
                <w:szCs w:val="24"/>
                <w:lang w:val="kk-KZ"/>
              </w:rPr>
              <w:t>құқықтық актілерді мемлекеттік тіркеу тізілімінде № 13227 болып тіркелген) үлгілік шартқа сәйкес білім беру қызметтерін көрсету туралы шарттардың болуы</w:t>
            </w:r>
          </w:p>
        </w:tc>
        <w:tc>
          <w:tcPr>
            <w:tcW w:w="2676" w:type="dxa"/>
            <w:gridSpan w:val="2"/>
          </w:tcPr>
          <w:p w14:paraId="4C90CC4D" w14:textId="77777777" w:rsidR="00FD4D57" w:rsidRPr="005E3039" w:rsidRDefault="00FD4D57" w:rsidP="00FD4D57">
            <w:pPr>
              <w:rPr>
                <w:sz w:val="24"/>
                <w:szCs w:val="24"/>
                <w:lang w:val="kk-KZ"/>
              </w:rPr>
            </w:pPr>
            <w:r w:rsidRPr="005E3039">
              <w:rPr>
                <w:w w:val="110"/>
                <w:sz w:val="24"/>
                <w:szCs w:val="24"/>
                <w:lang w:val="kk-KZ"/>
              </w:rPr>
              <w:t xml:space="preserve">ата-аналармен өзара іс-қимыл жүйелі негізде ұйымдастырылған және жүзеге асырылады; әртүрлі жұмыс нысандары өткізіледі; ата-аналардың қатысуы мен өзара іс-қимыл нәтижелері құжаттамада </w:t>
            </w:r>
            <w:r w:rsidRPr="005E3039">
              <w:rPr>
                <w:spacing w:val="-2"/>
                <w:w w:val="110"/>
                <w:sz w:val="24"/>
                <w:szCs w:val="24"/>
                <w:lang w:val="kk-KZ"/>
              </w:rPr>
              <w:t>көрсетілген</w:t>
            </w:r>
          </w:p>
        </w:tc>
        <w:tc>
          <w:tcPr>
            <w:tcW w:w="2223" w:type="dxa"/>
            <w:gridSpan w:val="2"/>
          </w:tcPr>
          <w:p w14:paraId="69FA83B5" w14:textId="77777777" w:rsidR="00FD4D57" w:rsidRPr="0079238F" w:rsidRDefault="00FD4D57" w:rsidP="00FD4D57">
            <w:pPr>
              <w:rPr>
                <w:sz w:val="24"/>
                <w:szCs w:val="24"/>
                <w:lang w:val="en-US"/>
              </w:rPr>
            </w:pPr>
            <w:r>
              <w:rPr>
                <w:sz w:val="24"/>
                <w:szCs w:val="24"/>
                <w:lang w:val="en-US"/>
              </w:rPr>
              <w:t>5</w:t>
            </w:r>
          </w:p>
        </w:tc>
      </w:tr>
      <w:tr w:rsidR="00FD4D57" w:rsidRPr="0079238F" w14:paraId="34698B97" w14:textId="77777777" w:rsidTr="00FD4D57">
        <w:tc>
          <w:tcPr>
            <w:tcW w:w="510" w:type="dxa"/>
          </w:tcPr>
          <w:p w14:paraId="4E5CF980" w14:textId="77777777" w:rsidR="00FD4D57" w:rsidRPr="005E3039" w:rsidRDefault="00FD4D57" w:rsidP="00FD4D57">
            <w:pPr>
              <w:rPr>
                <w:sz w:val="24"/>
                <w:szCs w:val="24"/>
                <w:lang w:val="kk-KZ"/>
              </w:rPr>
            </w:pPr>
            <w:r w:rsidRPr="005E3039">
              <w:rPr>
                <w:sz w:val="24"/>
                <w:szCs w:val="24"/>
                <w:lang w:val="kk-KZ"/>
              </w:rPr>
              <w:t>27</w:t>
            </w:r>
          </w:p>
        </w:tc>
        <w:tc>
          <w:tcPr>
            <w:tcW w:w="4992" w:type="dxa"/>
          </w:tcPr>
          <w:p w14:paraId="5FDC8534" w14:textId="77777777" w:rsidR="00FD4D57" w:rsidRPr="005E3039" w:rsidRDefault="00FD4D57" w:rsidP="00FD4D57">
            <w:pPr>
              <w:rPr>
                <w:sz w:val="24"/>
                <w:szCs w:val="24"/>
                <w:lang w:val="kk-KZ"/>
              </w:rPr>
            </w:pPr>
            <w:r w:rsidRPr="005E3039">
              <w:rPr>
                <w:w w:val="110"/>
                <w:sz w:val="24"/>
                <w:szCs w:val="24"/>
                <w:lang w:val="kk-KZ"/>
              </w:rPr>
              <w:t>Білім алушылардың қауіпсіздігі мен әл-ауқатын қамтамасыз етуге бағытталған</w:t>
            </w:r>
            <w:r w:rsidRPr="005E3039">
              <w:rPr>
                <w:spacing w:val="-4"/>
                <w:w w:val="110"/>
                <w:sz w:val="24"/>
                <w:szCs w:val="24"/>
                <w:lang w:val="kk-KZ"/>
              </w:rPr>
              <w:t xml:space="preserve"> </w:t>
            </w:r>
            <w:r w:rsidRPr="005E3039">
              <w:rPr>
                <w:w w:val="110"/>
                <w:sz w:val="24"/>
                <w:szCs w:val="24"/>
                <w:lang w:val="kk-KZ"/>
              </w:rPr>
              <w:t>профилактикалық жұмыстың</w:t>
            </w:r>
            <w:r w:rsidRPr="005E3039">
              <w:rPr>
                <w:spacing w:val="-4"/>
                <w:w w:val="110"/>
                <w:sz w:val="24"/>
                <w:szCs w:val="24"/>
                <w:lang w:val="kk-KZ"/>
              </w:rPr>
              <w:t xml:space="preserve"> </w:t>
            </w:r>
            <w:r w:rsidRPr="005E3039">
              <w:rPr>
                <w:w w:val="110"/>
                <w:sz w:val="24"/>
                <w:szCs w:val="24"/>
                <w:lang w:val="kk-KZ"/>
              </w:rPr>
              <w:t>жүргізілуі</w:t>
            </w:r>
          </w:p>
        </w:tc>
        <w:tc>
          <w:tcPr>
            <w:tcW w:w="2676" w:type="dxa"/>
            <w:gridSpan w:val="2"/>
          </w:tcPr>
          <w:p w14:paraId="29EF16B3" w14:textId="77777777" w:rsidR="00FD4D57" w:rsidRPr="005E3039" w:rsidRDefault="00FD4D57" w:rsidP="00FD4D57">
            <w:pPr>
              <w:rPr>
                <w:w w:val="110"/>
                <w:sz w:val="24"/>
                <w:szCs w:val="24"/>
                <w:lang w:val="kk-KZ"/>
              </w:rPr>
            </w:pPr>
            <w:r w:rsidRPr="005E3039">
              <w:rPr>
                <w:w w:val="110"/>
                <w:sz w:val="24"/>
                <w:szCs w:val="24"/>
                <w:lang w:val="kk-KZ"/>
              </w:rPr>
              <w:t>профилактикалық</w:t>
            </w:r>
            <w:r w:rsidRPr="005E3039">
              <w:rPr>
                <w:spacing w:val="-5"/>
                <w:w w:val="110"/>
                <w:sz w:val="24"/>
                <w:szCs w:val="24"/>
                <w:lang w:val="kk-KZ"/>
              </w:rPr>
              <w:t xml:space="preserve"> </w:t>
            </w:r>
            <w:r w:rsidRPr="005E3039">
              <w:rPr>
                <w:w w:val="110"/>
                <w:sz w:val="24"/>
                <w:szCs w:val="24"/>
                <w:lang w:val="kk-KZ"/>
              </w:rPr>
              <w:t>жұмыс</w:t>
            </w:r>
            <w:r w:rsidRPr="005E3039">
              <w:rPr>
                <w:spacing w:val="-5"/>
                <w:w w:val="110"/>
                <w:sz w:val="24"/>
                <w:szCs w:val="24"/>
                <w:lang w:val="kk-KZ"/>
              </w:rPr>
              <w:t xml:space="preserve"> </w:t>
            </w:r>
            <w:r w:rsidRPr="005E3039">
              <w:rPr>
                <w:w w:val="110"/>
                <w:sz w:val="24"/>
                <w:szCs w:val="24"/>
                <w:lang w:val="kk-KZ"/>
              </w:rPr>
              <w:t>ұйымдастырылған</w:t>
            </w:r>
            <w:r w:rsidRPr="005E3039">
              <w:rPr>
                <w:spacing w:val="-5"/>
                <w:w w:val="110"/>
                <w:sz w:val="24"/>
                <w:szCs w:val="24"/>
                <w:lang w:val="kk-KZ"/>
              </w:rPr>
              <w:t xml:space="preserve"> </w:t>
            </w:r>
            <w:r w:rsidRPr="005E3039">
              <w:rPr>
                <w:w w:val="110"/>
                <w:sz w:val="24"/>
                <w:szCs w:val="24"/>
                <w:lang w:val="kk-KZ"/>
              </w:rPr>
              <w:t>және</w:t>
            </w:r>
            <w:r w:rsidRPr="005E3039">
              <w:rPr>
                <w:spacing w:val="-5"/>
                <w:w w:val="110"/>
                <w:sz w:val="24"/>
                <w:szCs w:val="24"/>
                <w:lang w:val="kk-KZ"/>
              </w:rPr>
              <w:t xml:space="preserve"> </w:t>
            </w:r>
            <w:r w:rsidRPr="005E3039">
              <w:rPr>
                <w:w w:val="110"/>
                <w:sz w:val="24"/>
                <w:szCs w:val="24"/>
                <w:lang w:val="kk-KZ"/>
              </w:rPr>
              <w:t>білім беру процесінің барлық қатысушылары тарапынан жүйелі түрде жүргізіледі; іс-шаралар білім алушылардың қауіпсіздігі мен әл-ауқатын қамтамасыз етуге бағытталған; нәтижелері құжаттамада</w:t>
            </w:r>
            <w:r w:rsidRPr="005E3039">
              <w:rPr>
                <w:spacing w:val="80"/>
                <w:w w:val="110"/>
                <w:sz w:val="24"/>
                <w:szCs w:val="24"/>
                <w:lang w:val="kk-KZ"/>
              </w:rPr>
              <w:t xml:space="preserve"> </w:t>
            </w:r>
            <w:r w:rsidRPr="005E3039">
              <w:rPr>
                <w:spacing w:val="-2"/>
                <w:w w:val="110"/>
                <w:sz w:val="24"/>
                <w:szCs w:val="24"/>
                <w:lang w:val="kk-KZ"/>
              </w:rPr>
              <w:t>көрсетілген</w:t>
            </w:r>
          </w:p>
        </w:tc>
        <w:tc>
          <w:tcPr>
            <w:tcW w:w="2223" w:type="dxa"/>
            <w:gridSpan w:val="2"/>
          </w:tcPr>
          <w:p w14:paraId="54469FB3" w14:textId="77777777" w:rsidR="00FD4D57" w:rsidRPr="0079238F" w:rsidRDefault="00FD4D57" w:rsidP="00FD4D57">
            <w:pPr>
              <w:rPr>
                <w:sz w:val="24"/>
                <w:szCs w:val="24"/>
                <w:lang w:val="en-US"/>
              </w:rPr>
            </w:pPr>
            <w:r>
              <w:rPr>
                <w:sz w:val="24"/>
                <w:szCs w:val="24"/>
                <w:lang w:val="en-US"/>
              </w:rPr>
              <w:t>5</w:t>
            </w:r>
          </w:p>
        </w:tc>
      </w:tr>
      <w:tr w:rsidR="00FD4D57" w:rsidRPr="005E3039" w14:paraId="029B53BA" w14:textId="77777777" w:rsidTr="00FD4D57">
        <w:tc>
          <w:tcPr>
            <w:tcW w:w="10401" w:type="dxa"/>
            <w:gridSpan w:val="6"/>
          </w:tcPr>
          <w:p w14:paraId="501CF978" w14:textId="77777777" w:rsidR="00FD4D57" w:rsidRPr="005E3039" w:rsidRDefault="00FD4D57" w:rsidP="00FD4D57">
            <w:pPr>
              <w:jc w:val="center"/>
              <w:rPr>
                <w:sz w:val="24"/>
                <w:szCs w:val="24"/>
                <w:lang w:val="kk-KZ"/>
              </w:rPr>
            </w:pPr>
            <w:r w:rsidRPr="005E3039">
              <w:rPr>
                <w:w w:val="110"/>
                <w:sz w:val="24"/>
                <w:szCs w:val="24"/>
                <w:lang w:val="kk-KZ"/>
              </w:rPr>
              <w:t>Материалдық-техникалық</w:t>
            </w:r>
            <w:r w:rsidRPr="005E3039">
              <w:rPr>
                <w:spacing w:val="8"/>
                <w:w w:val="110"/>
                <w:sz w:val="24"/>
                <w:szCs w:val="24"/>
                <w:lang w:val="kk-KZ"/>
              </w:rPr>
              <w:t xml:space="preserve"> </w:t>
            </w:r>
            <w:r w:rsidRPr="005E3039">
              <w:rPr>
                <w:w w:val="110"/>
                <w:sz w:val="24"/>
                <w:szCs w:val="24"/>
                <w:lang w:val="kk-KZ"/>
              </w:rPr>
              <w:t>қамтамасыз</w:t>
            </w:r>
            <w:r w:rsidRPr="005E3039">
              <w:rPr>
                <w:spacing w:val="9"/>
                <w:w w:val="110"/>
                <w:sz w:val="24"/>
                <w:szCs w:val="24"/>
                <w:lang w:val="kk-KZ"/>
              </w:rPr>
              <w:t xml:space="preserve"> </w:t>
            </w:r>
            <w:r w:rsidRPr="005E3039">
              <w:rPr>
                <w:w w:val="110"/>
                <w:sz w:val="24"/>
                <w:szCs w:val="24"/>
                <w:lang w:val="kk-KZ"/>
              </w:rPr>
              <w:t>етуге</w:t>
            </w:r>
            <w:r w:rsidRPr="005E3039">
              <w:rPr>
                <w:spacing w:val="8"/>
                <w:w w:val="110"/>
                <w:sz w:val="24"/>
                <w:szCs w:val="24"/>
                <w:lang w:val="kk-KZ"/>
              </w:rPr>
              <w:t xml:space="preserve"> </w:t>
            </w:r>
            <w:r w:rsidRPr="005E3039">
              <w:rPr>
                <w:w w:val="110"/>
                <w:sz w:val="24"/>
                <w:szCs w:val="24"/>
                <w:lang w:val="kk-KZ"/>
              </w:rPr>
              <w:t>қойылатын</w:t>
            </w:r>
            <w:r w:rsidRPr="005E3039">
              <w:rPr>
                <w:spacing w:val="9"/>
                <w:w w:val="110"/>
                <w:sz w:val="24"/>
                <w:szCs w:val="24"/>
                <w:lang w:val="kk-KZ"/>
              </w:rPr>
              <w:t xml:space="preserve"> </w:t>
            </w:r>
            <w:r w:rsidRPr="005E3039">
              <w:rPr>
                <w:spacing w:val="-2"/>
                <w:w w:val="110"/>
                <w:sz w:val="24"/>
                <w:szCs w:val="24"/>
                <w:lang w:val="kk-KZ"/>
              </w:rPr>
              <w:t>өлшемшарттар</w:t>
            </w:r>
          </w:p>
        </w:tc>
      </w:tr>
      <w:tr w:rsidR="00FD4D57" w:rsidRPr="0079238F" w14:paraId="6834C699" w14:textId="77777777" w:rsidTr="00FD4D57">
        <w:tc>
          <w:tcPr>
            <w:tcW w:w="510" w:type="dxa"/>
          </w:tcPr>
          <w:p w14:paraId="1BE7C5F6" w14:textId="77777777" w:rsidR="00FD4D57" w:rsidRPr="005E3039" w:rsidRDefault="00FD4D57" w:rsidP="00FD4D57">
            <w:pPr>
              <w:rPr>
                <w:sz w:val="24"/>
                <w:szCs w:val="24"/>
                <w:lang w:val="kk-KZ"/>
              </w:rPr>
            </w:pPr>
            <w:r w:rsidRPr="005E3039">
              <w:rPr>
                <w:sz w:val="24"/>
                <w:szCs w:val="24"/>
                <w:lang w:val="kk-KZ"/>
              </w:rPr>
              <w:t>28</w:t>
            </w:r>
          </w:p>
        </w:tc>
        <w:tc>
          <w:tcPr>
            <w:tcW w:w="4992" w:type="dxa"/>
          </w:tcPr>
          <w:p w14:paraId="25A23B79" w14:textId="77777777" w:rsidR="00FD4D57" w:rsidRPr="005E3039" w:rsidRDefault="00FD4D57" w:rsidP="00FD4D57">
            <w:pPr>
              <w:rPr>
                <w:sz w:val="24"/>
                <w:szCs w:val="24"/>
                <w:lang w:val="kk-KZ"/>
              </w:rPr>
            </w:pPr>
            <w:r w:rsidRPr="005E3039">
              <w:rPr>
                <w:w w:val="110"/>
                <w:sz w:val="24"/>
                <w:szCs w:val="24"/>
                <w:lang w:val="kk-KZ"/>
              </w:rPr>
              <w:t>Материалдық</w:t>
            </w:r>
            <w:r w:rsidRPr="005E3039">
              <w:rPr>
                <w:spacing w:val="-4"/>
                <w:w w:val="110"/>
                <w:sz w:val="24"/>
                <w:szCs w:val="24"/>
                <w:lang w:val="kk-KZ"/>
              </w:rPr>
              <w:t xml:space="preserve"> </w:t>
            </w:r>
            <w:r w:rsidRPr="005E3039">
              <w:rPr>
                <w:w w:val="110"/>
                <w:sz w:val="24"/>
                <w:szCs w:val="24"/>
                <w:lang w:val="kk-KZ"/>
              </w:rPr>
              <w:t>активтердің (ғимараттардың,</w:t>
            </w:r>
            <w:r w:rsidRPr="005E3039">
              <w:rPr>
                <w:spacing w:val="-4"/>
                <w:w w:val="110"/>
                <w:sz w:val="24"/>
                <w:szCs w:val="24"/>
                <w:lang w:val="kk-KZ"/>
              </w:rPr>
              <w:t xml:space="preserve"> </w:t>
            </w:r>
            <w:r w:rsidRPr="005E3039">
              <w:rPr>
                <w:w w:val="110"/>
                <w:sz w:val="24"/>
                <w:szCs w:val="24"/>
                <w:lang w:val="kk-KZ"/>
              </w:rPr>
              <w:t>үй-жайлардың) меншік</w:t>
            </w:r>
            <w:r w:rsidRPr="005E3039">
              <w:rPr>
                <w:spacing w:val="-13"/>
                <w:w w:val="110"/>
                <w:sz w:val="24"/>
                <w:szCs w:val="24"/>
                <w:lang w:val="kk-KZ"/>
              </w:rPr>
              <w:t xml:space="preserve"> </w:t>
            </w:r>
            <w:r w:rsidRPr="005E3039">
              <w:rPr>
                <w:w w:val="110"/>
                <w:sz w:val="24"/>
                <w:szCs w:val="24"/>
                <w:lang w:val="kk-KZ"/>
              </w:rPr>
              <w:t>құқығында,</w:t>
            </w:r>
            <w:r w:rsidRPr="005E3039">
              <w:rPr>
                <w:spacing w:val="-12"/>
                <w:w w:val="110"/>
                <w:sz w:val="24"/>
                <w:szCs w:val="24"/>
                <w:lang w:val="kk-KZ"/>
              </w:rPr>
              <w:t xml:space="preserve"> </w:t>
            </w:r>
            <w:r w:rsidRPr="005E3039">
              <w:rPr>
                <w:w w:val="110"/>
                <w:sz w:val="24"/>
                <w:szCs w:val="24"/>
                <w:lang w:val="kk-KZ"/>
              </w:rPr>
              <w:t xml:space="preserve">шаруашылық жүргізу, жедел басқару, сенімгерлік басқару немесе жалдау құқығында болуы және олардың біліктілік талаптарына </w:t>
            </w:r>
            <w:r w:rsidRPr="005E3039">
              <w:rPr>
                <w:spacing w:val="-2"/>
                <w:w w:val="110"/>
                <w:sz w:val="24"/>
                <w:szCs w:val="24"/>
                <w:lang w:val="kk-KZ"/>
              </w:rPr>
              <w:t>сәйкестігі</w:t>
            </w:r>
          </w:p>
        </w:tc>
        <w:tc>
          <w:tcPr>
            <w:tcW w:w="2676" w:type="dxa"/>
            <w:gridSpan w:val="2"/>
          </w:tcPr>
          <w:p w14:paraId="5BD057EA" w14:textId="77777777" w:rsidR="00FD4D57" w:rsidRPr="005E3039" w:rsidRDefault="00FD4D57" w:rsidP="00FD4D57">
            <w:pPr>
              <w:rPr>
                <w:w w:val="110"/>
                <w:sz w:val="24"/>
                <w:szCs w:val="24"/>
                <w:lang w:val="kk-KZ"/>
              </w:rPr>
            </w:pPr>
            <w:r w:rsidRPr="005E3039">
              <w:rPr>
                <w:w w:val="110"/>
                <w:sz w:val="24"/>
                <w:szCs w:val="24"/>
                <w:lang w:val="kk-KZ"/>
              </w:rPr>
              <w:t>материалдық активтер (ғимараттар, үй-жайлар) заңды негізде рәсімделген (меншік, шаруашылық жүргізу, жедел немесе сенімгерлік басқару, жалға алу); құқық белгілейтін құжаттар жарамды</w:t>
            </w:r>
          </w:p>
        </w:tc>
        <w:tc>
          <w:tcPr>
            <w:tcW w:w="2223" w:type="dxa"/>
            <w:gridSpan w:val="2"/>
          </w:tcPr>
          <w:p w14:paraId="62C9865F" w14:textId="77777777" w:rsidR="00FD4D57" w:rsidRPr="0079238F" w:rsidRDefault="00FD4D57" w:rsidP="00FD4D57">
            <w:pPr>
              <w:rPr>
                <w:sz w:val="24"/>
                <w:szCs w:val="24"/>
                <w:lang w:val="en-US"/>
              </w:rPr>
            </w:pPr>
            <w:r>
              <w:rPr>
                <w:sz w:val="24"/>
                <w:szCs w:val="24"/>
                <w:lang w:val="en-US"/>
              </w:rPr>
              <w:t>5</w:t>
            </w:r>
          </w:p>
        </w:tc>
      </w:tr>
      <w:tr w:rsidR="00FD4D57" w:rsidRPr="0079238F" w14:paraId="11B2527C" w14:textId="77777777" w:rsidTr="00FD4D57">
        <w:tc>
          <w:tcPr>
            <w:tcW w:w="510" w:type="dxa"/>
          </w:tcPr>
          <w:p w14:paraId="4BB3BE7D" w14:textId="77777777" w:rsidR="00FD4D57" w:rsidRPr="005E3039" w:rsidRDefault="00FD4D57" w:rsidP="00FD4D57">
            <w:pPr>
              <w:rPr>
                <w:sz w:val="24"/>
                <w:szCs w:val="24"/>
                <w:lang w:val="kk-KZ"/>
              </w:rPr>
            </w:pPr>
            <w:r w:rsidRPr="005E3039">
              <w:rPr>
                <w:sz w:val="24"/>
                <w:szCs w:val="24"/>
                <w:lang w:val="kk-KZ"/>
              </w:rPr>
              <w:t>29</w:t>
            </w:r>
          </w:p>
          <w:p w14:paraId="499F9242" w14:textId="77777777" w:rsidR="00FD4D57" w:rsidRPr="005E3039" w:rsidRDefault="00FD4D57" w:rsidP="00FD4D57">
            <w:pPr>
              <w:rPr>
                <w:sz w:val="24"/>
                <w:szCs w:val="24"/>
                <w:lang w:val="kk-KZ"/>
              </w:rPr>
            </w:pPr>
          </w:p>
          <w:p w14:paraId="09BAC772" w14:textId="77777777" w:rsidR="00FD4D57" w:rsidRPr="005E3039" w:rsidRDefault="00FD4D57" w:rsidP="00FD4D57">
            <w:pPr>
              <w:rPr>
                <w:sz w:val="24"/>
                <w:szCs w:val="24"/>
                <w:lang w:val="kk-KZ"/>
              </w:rPr>
            </w:pPr>
          </w:p>
        </w:tc>
        <w:tc>
          <w:tcPr>
            <w:tcW w:w="4992" w:type="dxa"/>
          </w:tcPr>
          <w:p w14:paraId="5D820F3E" w14:textId="77777777" w:rsidR="00FD4D57" w:rsidRPr="005E3039" w:rsidRDefault="00FD4D57" w:rsidP="00FD4D57">
            <w:pPr>
              <w:rPr>
                <w:sz w:val="24"/>
                <w:szCs w:val="24"/>
                <w:lang w:val="kk-KZ"/>
              </w:rPr>
            </w:pPr>
            <w:r w:rsidRPr="005E3039">
              <w:rPr>
                <w:w w:val="110"/>
                <w:sz w:val="24"/>
                <w:szCs w:val="24"/>
                <w:lang w:val="kk-KZ"/>
              </w:rPr>
              <w:t>Оқу</w:t>
            </w:r>
            <w:r w:rsidRPr="005E3039">
              <w:rPr>
                <w:spacing w:val="-4"/>
                <w:w w:val="110"/>
                <w:sz w:val="24"/>
                <w:szCs w:val="24"/>
                <w:lang w:val="kk-KZ"/>
              </w:rPr>
              <w:t xml:space="preserve"> </w:t>
            </w:r>
            <w:r w:rsidRPr="005E3039">
              <w:rPr>
                <w:w w:val="110"/>
                <w:sz w:val="24"/>
                <w:szCs w:val="24"/>
                <w:lang w:val="kk-KZ"/>
              </w:rPr>
              <w:t xml:space="preserve">кабинеттерінің, </w:t>
            </w:r>
            <w:r w:rsidRPr="005E3039">
              <w:rPr>
                <w:spacing w:val="-2"/>
                <w:w w:val="110"/>
                <w:sz w:val="24"/>
                <w:szCs w:val="24"/>
                <w:lang w:val="kk-KZ"/>
              </w:rPr>
              <w:t xml:space="preserve">зертханалардың, </w:t>
            </w:r>
            <w:r w:rsidRPr="005E3039">
              <w:rPr>
                <w:w w:val="110"/>
                <w:sz w:val="24"/>
                <w:szCs w:val="24"/>
                <w:lang w:val="kk-KZ"/>
              </w:rPr>
              <w:t>шеберханалардың, спорт және акт залдарының,</w:t>
            </w:r>
            <w:r w:rsidRPr="005E3039">
              <w:rPr>
                <w:spacing w:val="-4"/>
                <w:w w:val="110"/>
                <w:sz w:val="24"/>
                <w:szCs w:val="24"/>
                <w:lang w:val="kk-KZ"/>
              </w:rPr>
              <w:t xml:space="preserve"> </w:t>
            </w:r>
            <w:r w:rsidRPr="005E3039">
              <w:rPr>
                <w:w w:val="110"/>
                <w:sz w:val="24"/>
                <w:szCs w:val="24"/>
                <w:lang w:val="kk-KZ"/>
              </w:rPr>
              <w:t>кітапхананың жабдықтармен, жиһазбен және</w:t>
            </w:r>
            <w:r w:rsidRPr="005E3039">
              <w:rPr>
                <w:spacing w:val="40"/>
                <w:w w:val="110"/>
                <w:sz w:val="24"/>
                <w:szCs w:val="24"/>
                <w:lang w:val="kk-KZ"/>
              </w:rPr>
              <w:t xml:space="preserve"> </w:t>
            </w:r>
            <w:r w:rsidRPr="005E3039">
              <w:rPr>
                <w:w w:val="110"/>
                <w:sz w:val="24"/>
                <w:szCs w:val="24"/>
                <w:lang w:val="kk-KZ"/>
              </w:rPr>
              <w:t>оқу</w:t>
            </w:r>
            <w:r w:rsidRPr="005E3039">
              <w:rPr>
                <w:spacing w:val="-4"/>
                <w:w w:val="110"/>
                <w:sz w:val="24"/>
                <w:szCs w:val="24"/>
                <w:lang w:val="kk-KZ"/>
              </w:rPr>
              <w:t xml:space="preserve"> </w:t>
            </w:r>
            <w:r w:rsidRPr="005E3039">
              <w:rPr>
                <w:w w:val="110"/>
                <w:sz w:val="24"/>
                <w:szCs w:val="24"/>
                <w:lang w:val="kk-KZ"/>
              </w:rPr>
              <w:lastRenderedPageBreak/>
              <w:t>инфрақұрылымымен жарақтандырылуының</w:t>
            </w:r>
            <w:r w:rsidRPr="005E3039">
              <w:rPr>
                <w:spacing w:val="-4"/>
                <w:w w:val="110"/>
                <w:sz w:val="24"/>
                <w:szCs w:val="24"/>
                <w:lang w:val="kk-KZ"/>
              </w:rPr>
              <w:t xml:space="preserve"> </w:t>
            </w:r>
            <w:r w:rsidRPr="005E3039">
              <w:rPr>
                <w:w w:val="110"/>
                <w:sz w:val="24"/>
                <w:szCs w:val="24"/>
                <w:lang w:val="kk-KZ"/>
              </w:rPr>
              <w:t>Қазақстан Республикасы Білім және ғылым министрінің 2016 жылғы 22 қаңтардағы № 70 бұйрығымен бекітілген</w:t>
            </w:r>
            <w:r w:rsidRPr="005E3039">
              <w:rPr>
                <w:spacing w:val="-13"/>
                <w:w w:val="110"/>
                <w:sz w:val="24"/>
                <w:szCs w:val="24"/>
                <w:lang w:val="kk-KZ"/>
              </w:rPr>
              <w:t xml:space="preserve"> </w:t>
            </w:r>
            <w:r w:rsidRPr="005E3039">
              <w:rPr>
                <w:w w:val="110"/>
                <w:sz w:val="24"/>
                <w:szCs w:val="24"/>
                <w:lang w:val="kk-KZ"/>
              </w:rPr>
              <w:t>(Нормативтік</w:t>
            </w:r>
            <w:r w:rsidRPr="005E3039">
              <w:rPr>
                <w:spacing w:val="-12"/>
                <w:w w:val="110"/>
                <w:sz w:val="24"/>
                <w:szCs w:val="24"/>
                <w:lang w:val="kk-KZ"/>
              </w:rPr>
              <w:t xml:space="preserve"> </w:t>
            </w:r>
            <w:r w:rsidRPr="005E3039">
              <w:rPr>
                <w:w w:val="110"/>
                <w:sz w:val="24"/>
                <w:szCs w:val="24"/>
                <w:lang w:val="kk-KZ"/>
              </w:rPr>
              <w:t>құқықтық актілерді мемлекеттік тіркеу тізілімінде № 13272 болып тіркелген) мектепке дейінгі, орта білім беру ұйымдарын, сондай-ақ арнайы білім беру ұйымдарын жабдықтармен және жиһазбен жарақтандыру</w:t>
            </w:r>
            <w:r w:rsidRPr="005E3039">
              <w:rPr>
                <w:spacing w:val="-4"/>
                <w:w w:val="110"/>
                <w:sz w:val="24"/>
                <w:szCs w:val="24"/>
                <w:lang w:val="kk-KZ"/>
              </w:rPr>
              <w:t xml:space="preserve"> </w:t>
            </w:r>
            <w:r w:rsidRPr="005E3039">
              <w:rPr>
                <w:w w:val="110"/>
                <w:sz w:val="24"/>
                <w:szCs w:val="24"/>
                <w:lang w:val="kk-KZ"/>
              </w:rPr>
              <w:t xml:space="preserve">нормаларына </w:t>
            </w:r>
            <w:r w:rsidRPr="005E3039">
              <w:rPr>
                <w:spacing w:val="-2"/>
                <w:w w:val="110"/>
                <w:sz w:val="24"/>
                <w:szCs w:val="24"/>
                <w:lang w:val="kk-KZ"/>
              </w:rPr>
              <w:t>сәйкестігі</w:t>
            </w:r>
          </w:p>
        </w:tc>
        <w:tc>
          <w:tcPr>
            <w:tcW w:w="2676" w:type="dxa"/>
            <w:gridSpan w:val="2"/>
          </w:tcPr>
          <w:p w14:paraId="618FAB84" w14:textId="77777777" w:rsidR="00FD4D57" w:rsidRPr="005E3039" w:rsidRDefault="00FD4D57" w:rsidP="00FD4D57">
            <w:pPr>
              <w:rPr>
                <w:w w:val="110"/>
                <w:sz w:val="24"/>
                <w:szCs w:val="24"/>
                <w:lang w:val="kk-KZ"/>
              </w:rPr>
            </w:pPr>
            <w:r w:rsidRPr="005E3039">
              <w:rPr>
                <w:w w:val="110"/>
                <w:sz w:val="24"/>
                <w:szCs w:val="24"/>
                <w:lang w:val="kk-KZ"/>
              </w:rPr>
              <w:lastRenderedPageBreak/>
              <w:t>жабдықталу</w:t>
            </w:r>
            <w:r w:rsidRPr="005E3039">
              <w:rPr>
                <w:spacing w:val="-6"/>
                <w:w w:val="110"/>
                <w:sz w:val="24"/>
                <w:szCs w:val="24"/>
                <w:lang w:val="kk-KZ"/>
              </w:rPr>
              <w:t xml:space="preserve"> </w:t>
            </w:r>
            <w:r w:rsidRPr="005E3039">
              <w:rPr>
                <w:w w:val="110"/>
                <w:sz w:val="24"/>
                <w:szCs w:val="24"/>
                <w:lang w:val="kk-KZ"/>
              </w:rPr>
              <w:t>деңгейі</w:t>
            </w:r>
            <w:r w:rsidRPr="005E3039">
              <w:rPr>
                <w:spacing w:val="-6"/>
                <w:w w:val="110"/>
                <w:sz w:val="24"/>
                <w:szCs w:val="24"/>
                <w:lang w:val="kk-KZ"/>
              </w:rPr>
              <w:t xml:space="preserve"> </w:t>
            </w:r>
            <w:r w:rsidRPr="005E3039">
              <w:rPr>
                <w:w w:val="110"/>
                <w:sz w:val="24"/>
                <w:szCs w:val="24"/>
                <w:lang w:val="kk-KZ"/>
              </w:rPr>
              <w:t>белгіленген</w:t>
            </w:r>
            <w:r w:rsidRPr="005E3039">
              <w:rPr>
                <w:spacing w:val="-6"/>
                <w:w w:val="110"/>
                <w:sz w:val="24"/>
                <w:szCs w:val="24"/>
                <w:lang w:val="kk-KZ"/>
              </w:rPr>
              <w:t xml:space="preserve"> </w:t>
            </w:r>
            <w:r w:rsidRPr="005E3039">
              <w:rPr>
                <w:w w:val="110"/>
                <w:sz w:val="24"/>
                <w:szCs w:val="24"/>
                <w:lang w:val="kk-KZ"/>
              </w:rPr>
              <w:t>нормалардың</w:t>
            </w:r>
            <w:r w:rsidRPr="005E3039">
              <w:rPr>
                <w:spacing w:val="-6"/>
                <w:w w:val="110"/>
                <w:sz w:val="24"/>
                <w:szCs w:val="24"/>
                <w:lang w:val="kk-KZ"/>
              </w:rPr>
              <w:t xml:space="preserve"> </w:t>
            </w:r>
            <w:r w:rsidRPr="005E3039">
              <w:rPr>
                <w:w w:val="110"/>
                <w:sz w:val="24"/>
                <w:szCs w:val="24"/>
                <w:lang w:val="kk-KZ"/>
              </w:rPr>
              <w:t xml:space="preserve">90%-дан 100%-ға дейінін </w:t>
            </w:r>
            <w:r w:rsidRPr="005E3039">
              <w:rPr>
                <w:w w:val="110"/>
                <w:sz w:val="24"/>
                <w:szCs w:val="24"/>
                <w:lang w:val="kk-KZ"/>
              </w:rPr>
              <w:lastRenderedPageBreak/>
              <w:t>құрайды; білім беру процесін іске асыруды қамтамасыз ететін міндетті элементтер бар</w:t>
            </w:r>
          </w:p>
        </w:tc>
        <w:tc>
          <w:tcPr>
            <w:tcW w:w="2223" w:type="dxa"/>
            <w:gridSpan w:val="2"/>
          </w:tcPr>
          <w:p w14:paraId="5FB3D9AB" w14:textId="77777777" w:rsidR="00FD4D57" w:rsidRPr="0079238F" w:rsidRDefault="00FD4D57" w:rsidP="00FD4D57">
            <w:pPr>
              <w:rPr>
                <w:sz w:val="24"/>
                <w:szCs w:val="24"/>
                <w:lang w:val="en-US"/>
              </w:rPr>
            </w:pPr>
            <w:r>
              <w:rPr>
                <w:sz w:val="24"/>
                <w:szCs w:val="24"/>
                <w:lang w:val="en-US"/>
              </w:rPr>
              <w:lastRenderedPageBreak/>
              <w:t>5</w:t>
            </w:r>
          </w:p>
        </w:tc>
      </w:tr>
      <w:tr w:rsidR="00FD4D57" w:rsidRPr="0079238F" w14:paraId="1F1DCB91" w14:textId="77777777" w:rsidTr="00FD4D57">
        <w:tc>
          <w:tcPr>
            <w:tcW w:w="510" w:type="dxa"/>
          </w:tcPr>
          <w:p w14:paraId="01131EF7" w14:textId="77777777" w:rsidR="00FD4D57" w:rsidRPr="005E3039" w:rsidRDefault="00FD4D57" w:rsidP="00FD4D57">
            <w:pPr>
              <w:rPr>
                <w:sz w:val="24"/>
                <w:szCs w:val="24"/>
                <w:lang w:val="kk-KZ"/>
              </w:rPr>
            </w:pPr>
            <w:r w:rsidRPr="005E3039">
              <w:rPr>
                <w:sz w:val="24"/>
                <w:szCs w:val="24"/>
                <w:lang w:val="kk-KZ"/>
              </w:rPr>
              <w:t>30</w:t>
            </w:r>
          </w:p>
        </w:tc>
        <w:tc>
          <w:tcPr>
            <w:tcW w:w="4992" w:type="dxa"/>
          </w:tcPr>
          <w:p w14:paraId="55979AE2" w14:textId="77777777" w:rsidR="00FD4D57" w:rsidRPr="005E3039" w:rsidRDefault="00FD4D57" w:rsidP="00FD4D57">
            <w:pPr>
              <w:rPr>
                <w:sz w:val="24"/>
                <w:szCs w:val="24"/>
                <w:lang w:val="kk-KZ"/>
              </w:rPr>
            </w:pPr>
            <w:r w:rsidRPr="005E3039">
              <w:rPr>
                <w:w w:val="110"/>
                <w:sz w:val="24"/>
                <w:szCs w:val="24"/>
                <w:lang w:val="kk-KZ"/>
              </w:rPr>
              <w:t>Біліктілік талаптарына сәйкес білім алушыларға медициналық қызмет көрсетуді қамтамасыз ету (медициналық</w:t>
            </w:r>
            <w:r w:rsidRPr="005E3039">
              <w:rPr>
                <w:spacing w:val="-4"/>
                <w:w w:val="110"/>
                <w:sz w:val="24"/>
                <w:szCs w:val="24"/>
                <w:lang w:val="kk-KZ"/>
              </w:rPr>
              <w:t xml:space="preserve"> </w:t>
            </w:r>
            <w:r w:rsidRPr="005E3039">
              <w:rPr>
                <w:w w:val="110"/>
                <w:sz w:val="24"/>
                <w:szCs w:val="24"/>
                <w:lang w:val="kk-KZ"/>
              </w:rPr>
              <w:t>пункттің, лицензияның не шарттың болуы)</w:t>
            </w:r>
          </w:p>
        </w:tc>
        <w:tc>
          <w:tcPr>
            <w:tcW w:w="2676" w:type="dxa"/>
            <w:gridSpan w:val="2"/>
          </w:tcPr>
          <w:p w14:paraId="341DAFF0" w14:textId="77777777" w:rsidR="00FD4D57" w:rsidRPr="005E3039" w:rsidRDefault="00FD4D57" w:rsidP="00FD4D57">
            <w:pPr>
              <w:rPr>
                <w:w w:val="110"/>
                <w:sz w:val="24"/>
                <w:szCs w:val="24"/>
                <w:lang w:val="kk-KZ"/>
              </w:rPr>
            </w:pPr>
            <w:r w:rsidRPr="005E3039">
              <w:rPr>
                <w:w w:val="110"/>
                <w:sz w:val="24"/>
                <w:szCs w:val="24"/>
                <w:lang w:val="kk-KZ"/>
              </w:rPr>
              <w:t>медициналық қызмет толық қамтамасыз етілген: талаптарға сәйкес жабдықталған медициналық пункт бар, қолданыстағы лицензиясы бар немесе медициналық ұйыммен шарт жасалған; білім алушыларға тұрақты медициналық сүйемелдеу қамтамасыз</w:t>
            </w:r>
            <w:r w:rsidRPr="005E3039">
              <w:rPr>
                <w:spacing w:val="-4"/>
                <w:w w:val="110"/>
                <w:sz w:val="24"/>
                <w:szCs w:val="24"/>
                <w:lang w:val="kk-KZ"/>
              </w:rPr>
              <w:t xml:space="preserve"> </w:t>
            </w:r>
            <w:r w:rsidRPr="005E3039">
              <w:rPr>
                <w:w w:val="110"/>
                <w:sz w:val="24"/>
                <w:szCs w:val="24"/>
                <w:lang w:val="kk-KZ"/>
              </w:rPr>
              <w:t>етілген</w:t>
            </w:r>
          </w:p>
        </w:tc>
        <w:tc>
          <w:tcPr>
            <w:tcW w:w="2223" w:type="dxa"/>
            <w:gridSpan w:val="2"/>
          </w:tcPr>
          <w:p w14:paraId="71F35556" w14:textId="77777777" w:rsidR="00FD4D57" w:rsidRPr="0079238F" w:rsidRDefault="00FD4D57" w:rsidP="00FD4D57">
            <w:pPr>
              <w:rPr>
                <w:sz w:val="24"/>
                <w:szCs w:val="24"/>
                <w:lang w:val="en-US"/>
              </w:rPr>
            </w:pPr>
            <w:r>
              <w:rPr>
                <w:sz w:val="24"/>
                <w:szCs w:val="24"/>
                <w:lang w:val="en-US"/>
              </w:rPr>
              <w:t>5</w:t>
            </w:r>
          </w:p>
        </w:tc>
      </w:tr>
      <w:tr w:rsidR="00FD4D57" w:rsidRPr="0079238F" w14:paraId="74F60179" w14:textId="77777777" w:rsidTr="00FD4D57">
        <w:trPr>
          <w:trHeight w:val="1745"/>
        </w:trPr>
        <w:tc>
          <w:tcPr>
            <w:tcW w:w="510" w:type="dxa"/>
          </w:tcPr>
          <w:p w14:paraId="55172EF3" w14:textId="77777777" w:rsidR="00FD4D57" w:rsidRPr="005E3039" w:rsidRDefault="00FD4D57" w:rsidP="00FD4D57">
            <w:pPr>
              <w:rPr>
                <w:sz w:val="24"/>
                <w:szCs w:val="24"/>
                <w:lang w:val="kk-KZ"/>
              </w:rPr>
            </w:pPr>
            <w:r w:rsidRPr="005E3039">
              <w:rPr>
                <w:sz w:val="24"/>
                <w:szCs w:val="24"/>
                <w:lang w:val="kk-KZ"/>
              </w:rPr>
              <w:t>31</w:t>
            </w:r>
          </w:p>
          <w:p w14:paraId="7570FFBC" w14:textId="77777777" w:rsidR="00FD4D57" w:rsidRPr="005E3039" w:rsidRDefault="00FD4D57" w:rsidP="00FD4D57">
            <w:pPr>
              <w:rPr>
                <w:sz w:val="24"/>
                <w:szCs w:val="24"/>
                <w:lang w:val="kk-KZ"/>
              </w:rPr>
            </w:pPr>
          </w:p>
          <w:p w14:paraId="0B0FB8E0" w14:textId="77777777" w:rsidR="00FD4D57" w:rsidRPr="005E3039" w:rsidRDefault="00FD4D57" w:rsidP="00FD4D57">
            <w:pPr>
              <w:rPr>
                <w:sz w:val="24"/>
                <w:szCs w:val="24"/>
                <w:lang w:val="kk-KZ"/>
              </w:rPr>
            </w:pPr>
          </w:p>
          <w:p w14:paraId="75341A4D" w14:textId="77777777" w:rsidR="00FD4D57" w:rsidRPr="005E3039" w:rsidRDefault="00FD4D57" w:rsidP="00FD4D57">
            <w:pPr>
              <w:rPr>
                <w:sz w:val="24"/>
                <w:szCs w:val="24"/>
                <w:lang w:val="kk-KZ"/>
              </w:rPr>
            </w:pPr>
          </w:p>
          <w:p w14:paraId="6AE1ED43" w14:textId="77777777" w:rsidR="00FD4D57" w:rsidRPr="005E3039" w:rsidRDefault="00FD4D57" w:rsidP="00FD4D57">
            <w:pPr>
              <w:rPr>
                <w:sz w:val="24"/>
                <w:szCs w:val="24"/>
                <w:lang w:val="kk-KZ"/>
              </w:rPr>
            </w:pPr>
          </w:p>
          <w:p w14:paraId="785815C1" w14:textId="77777777" w:rsidR="00FD4D57" w:rsidRPr="005E3039" w:rsidRDefault="00FD4D57" w:rsidP="00FD4D57">
            <w:pPr>
              <w:rPr>
                <w:sz w:val="24"/>
                <w:szCs w:val="24"/>
                <w:lang w:val="kk-KZ"/>
              </w:rPr>
            </w:pPr>
          </w:p>
        </w:tc>
        <w:tc>
          <w:tcPr>
            <w:tcW w:w="4992" w:type="dxa"/>
          </w:tcPr>
          <w:p w14:paraId="66477509" w14:textId="77777777" w:rsidR="00FD4D57" w:rsidRPr="00FD4D57" w:rsidRDefault="00FD4D57" w:rsidP="00FD4D57">
            <w:pPr>
              <w:pStyle w:val="TableParagraph"/>
              <w:spacing w:before="72" w:line="280" w:lineRule="auto"/>
              <w:ind w:left="82" w:right="487"/>
              <w:jc w:val="both"/>
              <w:rPr>
                <w:sz w:val="24"/>
                <w:szCs w:val="24"/>
                <w:lang w:val="kk-KZ"/>
              </w:rPr>
            </w:pPr>
            <w:r w:rsidRPr="00FD4D57">
              <w:rPr>
                <w:w w:val="110"/>
                <w:sz w:val="24"/>
                <w:szCs w:val="24"/>
                <w:lang w:val="kk-KZ"/>
              </w:rPr>
              <w:t>Біліктілік</w:t>
            </w:r>
            <w:r w:rsidRPr="00FD4D57">
              <w:rPr>
                <w:spacing w:val="-10"/>
                <w:w w:val="110"/>
                <w:sz w:val="24"/>
                <w:szCs w:val="24"/>
                <w:lang w:val="kk-KZ"/>
              </w:rPr>
              <w:t xml:space="preserve"> </w:t>
            </w:r>
            <w:r w:rsidRPr="00FD4D57">
              <w:rPr>
                <w:w w:val="110"/>
                <w:sz w:val="24"/>
                <w:szCs w:val="24"/>
                <w:lang w:val="kk-KZ"/>
              </w:rPr>
              <w:t>талаптарына</w:t>
            </w:r>
            <w:r w:rsidRPr="00FD4D57">
              <w:rPr>
                <w:spacing w:val="-10"/>
                <w:w w:val="110"/>
                <w:sz w:val="24"/>
                <w:szCs w:val="24"/>
                <w:lang w:val="kk-KZ"/>
              </w:rPr>
              <w:t xml:space="preserve"> </w:t>
            </w:r>
            <w:r w:rsidRPr="00FD4D57">
              <w:rPr>
                <w:w w:val="110"/>
                <w:sz w:val="24"/>
                <w:szCs w:val="24"/>
                <w:lang w:val="kk-KZ"/>
              </w:rPr>
              <w:t xml:space="preserve">сәйкес </w:t>
            </w:r>
            <w:r w:rsidRPr="00FD4D57">
              <w:rPr>
                <w:spacing w:val="-2"/>
                <w:w w:val="110"/>
                <w:sz w:val="24"/>
                <w:szCs w:val="24"/>
                <w:lang w:val="kk-KZ"/>
              </w:rPr>
              <w:t>объектілердің</w:t>
            </w:r>
          </w:p>
          <w:p w14:paraId="5E61D813" w14:textId="77777777" w:rsidR="00FD4D57" w:rsidRPr="005E3039" w:rsidRDefault="00FD4D57" w:rsidP="00FD4D57">
            <w:pPr>
              <w:rPr>
                <w:sz w:val="24"/>
                <w:szCs w:val="24"/>
                <w:lang w:val="kk-KZ"/>
              </w:rPr>
            </w:pPr>
            <w:r w:rsidRPr="005E3039">
              <w:rPr>
                <w:spacing w:val="-2"/>
                <w:w w:val="110"/>
                <w:sz w:val="24"/>
                <w:szCs w:val="24"/>
                <w:lang w:val="kk-KZ"/>
              </w:rPr>
              <w:t xml:space="preserve">санитариялық-эпидемиологиялық </w:t>
            </w:r>
            <w:r w:rsidRPr="005E3039">
              <w:rPr>
                <w:w w:val="110"/>
                <w:sz w:val="24"/>
                <w:szCs w:val="24"/>
                <w:lang w:val="kk-KZ"/>
              </w:rPr>
              <w:t xml:space="preserve">және өрт қауіпсіздігі талаптарына </w:t>
            </w:r>
            <w:r w:rsidRPr="005E3039">
              <w:rPr>
                <w:spacing w:val="-2"/>
                <w:w w:val="110"/>
                <w:sz w:val="24"/>
                <w:szCs w:val="24"/>
                <w:lang w:val="kk-KZ"/>
              </w:rPr>
              <w:t>сәйкестігі</w:t>
            </w:r>
          </w:p>
        </w:tc>
        <w:tc>
          <w:tcPr>
            <w:tcW w:w="2676" w:type="dxa"/>
            <w:gridSpan w:val="2"/>
          </w:tcPr>
          <w:p w14:paraId="6AAB29C4" w14:textId="77777777" w:rsidR="00FD4D57" w:rsidRPr="005E3039" w:rsidRDefault="00FD4D57" w:rsidP="00FD4D57">
            <w:pPr>
              <w:rPr>
                <w:w w:val="110"/>
                <w:sz w:val="24"/>
                <w:szCs w:val="24"/>
                <w:lang w:val="kk-KZ"/>
              </w:rPr>
            </w:pPr>
            <w:r w:rsidRPr="005E3039">
              <w:rPr>
                <w:w w:val="110"/>
                <w:sz w:val="24"/>
                <w:szCs w:val="24"/>
                <w:lang w:val="kk-KZ"/>
              </w:rPr>
              <w:t>барлық нормативтерге толық сәйкес келеді; қауіпсіздік жүйелері мен санитариялық режим қалыпты жұмыс істейді; бақылаушы органдардың ұйғарымдары жоқ</w:t>
            </w:r>
          </w:p>
        </w:tc>
        <w:tc>
          <w:tcPr>
            <w:tcW w:w="2223" w:type="dxa"/>
            <w:gridSpan w:val="2"/>
          </w:tcPr>
          <w:p w14:paraId="436E2E60" w14:textId="77777777" w:rsidR="00FD4D57" w:rsidRPr="0079238F" w:rsidRDefault="00FD4D57" w:rsidP="00FD4D57">
            <w:pPr>
              <w:rPr>
                <w:sz w:val="24"/>
                <w:szCs w:val="24"/>
                <w:lang w:val="en-US"/>
              </w:rPr>
            </w:pPr>
            <w:r>
              <w:rPr>
                <w:sz w:val="24"/>
                <w:szCs w:val="24"/>
                <w:lang w:val="en-US"/>
              </w:rPr>
              <w:t>5</w:t>
            </w:r>
          </w:p>
        </w:tc>
      </w:tr>
      <w:tr w:rsidR="00FD4D57" w:rsidRPr="0079238F" w14:paraId="5A958735" w14:textId="77777777" w:rsidTr="00FD4D57">
        <w:tc>
          <w:tcPr>
            <w:tcW w:w="510" w:type="dxa"/>
          </w:tcPr>
          <w:p w14:paraId="1CA36EAD" w14:textId="77777777" w:rsidR="00FD4D57" w:rsidRPr="005E3039" w:rsidRDefault="00FD4D57" w:rsidP="00FD4D57">
            <w:pPr>
              <w:rPr>
                <w:sz w:val="24"/>
                <w:szCs w:val="24"/>
                <w:lang w:val="kk-KZ"/>
              </w:rPr>
            </w:pPr>
            <w:r w:rsidRPr="005E3039">
              <w:rPr>
                <w:sz w:val="24"/>
                <w:szCs w:val="24"/>
                <w:lang w:val="kk-KZ"/>
              </w:rPr>
              <w:t>32</w:t>
            </w:r>
          </w:p>
          <w:p w14:paraId="44D9B618" w14:textId="77777777" w:rsidR="00FD4D57" w:rsidRPr="005E3039" w:rsidRDefault="00FD4D57" w:rsidP="00FD4D57">
            <w:pPr>
              <w:rPr>
                <w:sz w:val="24"/>
                <w:szCs w:val="24"/>
                <w:lang w:val="kk-KZ"/>
              </w:rPr>
            </w:pPr>
          </w:p>
          <w:p w14:paraId="6F2B88FD" w14:textId="77777777" w:rsidR="00FD4D57" w:rsidRPr="005E3039" w:rsidRDefault="00FD4D57" w:rsidP="00FD4D57">
            <w:pPr>
              <w:rPr>
                <w:sz w:val="24"/>
                <w:szCs w:val="24"/>
                <w:lang w:val="kk-KZ"/>
              </w:rPr>
            </w:pPr>
          </w:p>
        </w:tc>
        <w:tc>
          <w:tcPr>
            <w:tcW w:w="4992" w:type="dxa"/>
          </w:tcPr>
          <w:p w14:paraId="74333CAE" w14:textId="77777777" w:rsidR="00FD4D57" w:rsidRPr="005E3039" w:rsidRDefault="00FD4D57" w:rsidP="00FD4D57">
            <w:pPr>
              <w:rPr>
                <w:sz w:val="24"/>
                <w:szCs w:val="24"/>
                <w:lang w:val="kk-KZ"/>
              </w:rPr>
            </w:pPr>
            <w:r w:rsidRPr="005E3039">
              <w:rPr>
                <w:w w:val="110"/>
                <w:sz w:val="24"/>
                <w:szCs w:val="24"/>
                <w:lang w:val="kk-KZ"/>
              </w:rPr>
              <w:t>Біліктілік талаптарына сәйкес білім</w:t>
            </w:r>
            <w:r w:rsidRPr="005E3039">
              <w:rPr>
                <w:spacing w:val="-4"/>
                <w:w w:val="110"/>
                <w:sz w:val="24"/>
                <w:szCs w:val="24"/>
                <w:lang w:val="kk-KZ"/>
              </w:rPr>
              <w:t xml:space="preserve"> </w:t>
            </w:r>
            <w:r w:rsidRPr="005E3039">
              <w:rPr>
                <w:w w:val="110"/>
                <w:sz w:val="24"/>
                <w:szCs w:val="24"/>
                <w:lang w:val="kk-KZ"/>
              </w:rPr>
              <w:t>алушыларды тамақтандыруды</w:t>
            </w:r>
            <w:r w:rsidRPr="005E3039">
              <w:rPr>
                <w:spacing w:val="-7"/>
                <w:w w:val="110"/>
                <w:sz w:val="24"/>
                <w:szCs w:val="24"/>
                <w:lang w:val="kk-KZ"/>
              </w:rPr>
              <w:t xml:space="preserve"> </w:t>
            </w:r>
            <w:r w:rsidRPr="005E3039">
              <w:rPr>
                <w:w w:val="110"/>
                <w:sz w:val="24"/>
                <w:szCs w:val="24"/>
                <w:lang w:val="kk-KZ"/>
              </w:rPr>
              <w:t>ұйымдастыру үшін жағдайлардың болуы</w:t>
            </w:r>
          </w:p>
        </w:tc>
        <w:tc>
          <w:tcPr>
            <w:tcW w:w="2676" w:type="dxa"/>
            <w:gridSpan w:val="2"/>
          </w:tcPr>
          <w:p w14:paraId="6CABD944" w14:textId="77777777" w:rsidR="00FD4D57" w:rsidRPr="005E3039" w:rsidRDefault="00FD4D57" w:rsidP="00FD4D57">
            <w:pPr>
              <w:spacing w:before="72" w:line="280" w:lineRule="auto"/>
              <w:ind w:left="82"/>
              <w:rPr>
                <w:sz w:val="24"/>
                <w:szCs w:val="24"/>
                <w:lang w:val="kk-KZ"/>
              </w:rPr>
            </w:pPr>
            <w:r w:rsidRPr="005E3039">
              <w:rPr>
                <w:w w:val="110"/>
                <w:sz w:val="24"/>
                <w:szCs w:val="24"/>
                <w:lang w:val="kk-KZ"/>
              </w:rPr>
              <w:t>білім</w:t>
            </w:r>
            <w:r w:rsidRPr="005E3039">
              <w:rPr>
                <w:spacing w:val="-6"/>
                <w:w w:val="110"/>
                <w:sz w:val="24"/>
                <w:szCs w:val="24"/>
                <w:lang w:val="kk-KZ"/>
              </w:rPr>
              <w:t xml:space="preserve"> </w:t>
            </w:r>
            <w:r w:rsidRPr="005E3039">
              <w:rPr>
                <w:w w:val="110"/>
                <w:sz w:val="24"/>
                <w:szCs w:val="24"/>
                <w:lang w:val="kk-KZ"/>
              </w:rPr>
              <w:t>алушыларға</w:t>
            </w:r>
            <w:r w:rsidRPr="005E3039">
              <w:rPr>
                <w:spacing w:val="-6"/>
                <w:w w:val="110"/>
                <w:sz w:val="24"/>
                <w:szCs w:val="24"/>
                <w:lang w:val="kk-KZ"/>
              </w:rPr>
              <w:t xml:space="preserve"> </w:t>
            </w:r>
            <w:r w:rsidRPr="005E3039">
              <w:rPr>
                <w:w w:val="110"/>
                <w:sz w:val="24"/>
                <w:szCs w:val="24"/>
                <w:lang w:val="kk-KZ"/>
              </w:rPr>
              <w:t>арналған</w:t>
            </w:r>
            <w:r w:rsidRPr="005E3039">
              <w:rPr>
                <w:spacing w:val="-6"/>
                <w:w w:val="110"/>
                <w:sz w:val="24"/>
                <w:szCs w:val="24"/>
                <w:lang w:val="kk-KZ"/>
              </w:rPr>
              <w:t xml:space="preserve"> </w:t>
            </w:r>
            <w:r w:rsidRPr="005E3039">
              <w:rPr>
                <w:w w:val="110"/>
                <w:sz w:val="24"/>
                <w:szCs w:val="24"/>
                <w:lang w:val="kk-KZ"/>
              </w:rPr>
              <w:t>тамақтану</w:t>
            </w:r>
            <w:r w:rsidRPr="005E3039">
              <w:rPr>
                <w:spacing w:val="-6"/>
                <w:w w:val="110"/>
                <w:sz w:val="24"/>
                <w:szCs w:val="24"/>
                <w:lang w:val="kk-KZ"/>
              </w:rPr>
              <w:t xml:space="preserve"> </w:t>
            </w:r>
            <w:r w:rsidRPr="005E3039">
              <w:rPr>
                <w:w w:val="110"/>
                <w:sz w:val="24"/>
                <w:szCs w:val="24"/>
                <w:lang w:val="kk-KZ"/>
              </w:rPr>
              <w:t>объектісі</w:t>
            </w:r>
            <w:r w:rsidRPr="005E3039">
              <w:rPr>
                <w:spacing w:val="-6"/>
                <w:w w:val="110"/>
                <w:sz w:val="24"/>
                <w:szCs w:val="24"/>
                <w:lang w:val="kk-KZ"/>
              </w:rPr>
              <w:t xml:space="preserve"> </w:t>
            </w:r>
            <w:r w:rsidRPr="005E3039">
              <w:rPr>
                <w:w w:val="110"/>
                <w:sz w:val="24"/>
                <w:szCs w:val="24"/>
                <w:lang w:val="kk-KZ"/>
              </w:rPr>
              <w:t>бар, тамақтану</w:t>
            </w:r>
            <w:r w:rsidRPr="005E3039">
              <w:rPr>
                <w:spacing w:val="-4"/>
                <w:w w:val="110"/>
                <w:sz w:val="24"/>
                <w:szCs w:val="24"/>
                <w:lang w:val="kk-KZ"/>
              </w:rPr>
              <w:t xml:space="preserve"> </w:t>
            </w:r>
            <w:r w:rsidRPr="005E3039">
              <w:rPr>
                <w:w w:val="110"/>
                <w:sz w:val="24"/>
                <w:szCs w:val="24"/>
                <w:lang w:val="kk-KZ"/>
              </w:rPr>
              <w:t>объектісіне</w:t>
            </w:r>
          </w:p>
          <w:p w14:paraId="17BB01DD" w14:textId="77777777" w:rsidR="00FD4D57" w:rsidRPr="005E3039" w:rsidRDefault="00FD4D57" w:rsidP="00FD4D57">
            <w:pPr>
              <w:rPr>
                <w:w w:val="110"/>
                <w:sz w:val="24"/>
                <w:szCs w:val="24"/>
                <w:lang w:val="kk-KZ"/>
              </w:rPr>
            </w:pPr>
            <w:r w:rsidRPr="005E3039">
              <w:rPr>
                <w:w w:val="110"/>
                <w:sz w:val="24"/>
                <w:szCs w:val="24"/>
                <w:lang w:val="kk-KZ"/>
              </w:rPr>
              <w:t>санитариялық-эпидемиологиялық қорытынды және қажет болған жағдайда білім алушыларды тамақтандыруды қамтамасыз етуге арналған шарт бар</w:t>
            </w:r>
          </w:p>
        </w:tc>
        <w:tc>
          <w:tcPr>
            <w:tcW w:w="2223" w:type="dxa"/>
            <w:gridSpan w:val="2"/>
          </w:tcPr>
          <w:p w14:paraId="7C432E02" w14:textId="77777777" w:rsidR="00FD4D57" w:rsidRPr="0079238F" w:rsidRDefault="00FD4D57" w:rsidP="00FD4D57">
            <w:pPr>
              <w:rPr>
                <w:sz w:val="24"/>
                <w:szCs w:val="24"/>
                <w:lang w:val="en-US"/>
              </w:rPr>
            </w:pPr>
            <w:r>
              <w:rPr>
                <w:sz w:val="24"/>
                <w:szCs w:val="24"/>
                <w:lang w:val="en-US"/>
              </w:rPr>
              <w:t>5</w:t>
            </w:r>
          </w:p>
          <w:p w14:paraId="384901CE" w14:textId="77777777" w:rsidR="00FD4D57" w:rsidRPr="0079238F" w:rsidRDefault="00FD4D57" w:rsidP="00FD4D57">
            <w:pPr>
              <w:rPr>
                <w:sz w:val="24"/>
                <w:szCs w:val="24"/>
                <w:lang w:val="en-US"/>
              </w:rPr>
            </w:pPr>
          </w:p>
          <w:p w14:paraId="63D71812" w14:textId="77777777" w:rsidR="00FD4D57" w:rsidRPr="0079238F" w:rsidRDefault="00FD4D57" w:rsidP="00FD4D57">
            <w:pPr>
              <w:rPr>
                <w:sz w:val="24"/>
                <w:szCs w:val="24"/>
                <w:lang w:val="en-US"/>
              </w:rPr>
            </w:pPr>
          </w:p>
          <w:p w14:paraId="4DC35B61" w14:textId="77777777" w:rsidR="00FD4D57" w:rsidRPr="005E3039" w:rsidRDefault="00FD4D57" w:rsidP="00FD4D57">
            <w:pPr>
              <w:rPr>
                <w:sz w:val="24"/>
                <w:szCs w:val="24"/>
                <w:lang w:val="kk-KZ"/>
              </w:rPr>
            </w:pPr>
          </w:p>
        </w:tc>
      </w:tr>
      <w:tr w:rsidR="00FD4D57" w:rsidRPr="0079238F" w14:paraId="57BAF536" w14:textId="77777777" w:rsidTr="00FD4D57">
        <w:tc>
          <w:tcPr>
            <w:tcW w:w="510" w:type="dxa"/>
          </w:tcPr>
          <w:p w14:paraId="3570D678" w14:textId="77777777" w:rsidR="00FD4D57" w:rsidRPr="005E3039" w:rsidRDefault="00FD4D57" w:rsidP="00FD4D57">
            <w:pPr>
              <w:rPr>
                <w:sz w:val="24"/>
                <w:szCs w:val="24"/>
                <w:lang w:val="kk-KZ"/>
              </w:rPr>
            </w:pPr>
            <w:r w:rsidRPr="005E3039">
              <w:rPr>
                <w:sz w:val="24"/>
                <w:szCs w:val="24"/>
                <w:lang w:val="kk-KZ"/>
              </w:rPr>
              <w:t>33</w:t>
            </w:r>
          </w:p>
        </w:tc>
        <w:tc>
          <w:tcPr>
            <w:tcW w:w="4992" w:type="dxa"/>
          </w:tcPr>
          <w:p w14:paraId="44E087BE" w14:textId="77777777" w:rsidR="00FD4D57" w:rsidRPr="005E3039" w:rsidRDefault="00FD4D57" w:rsidP="00FD4D57">
            <w:pPr>
              <w:rPr>
                <w:sz w:val="24"/>
                <w:szCs w:val="24"/>
                <w:lang w:val="kk-KZ"/>
              </w:rPr>
            </w:pPr>
            <w:r w:rsidRPr="005E3039">
              <w:rPr>
                <w:w w:val="110"/>
                <w:sz w:val="24"/>
                <w:szCs w:val="24"/>
                <w:lang w:val="kk-KZ"/>
              </w:rPr>
              <w:t xml:space="preserve">Ауыз су режимін ұйымдастыру және санитариялық тораптармен қамтамасыз </w:t>
            </w:r>
            <w:r w:rsidRPr="005E3039">
              <w:rPr>
                <w:w w:val="110"/>
                <w:sz w:val="24"/>
                <w:szCs w:val="24"/>
                <w:lang w:val="kk-KZ"/>
              </w:rPr>
              <w:lastRenderedPageBreak/>
              <w:t>ету бойынша біліктілік</w:t>
            </w:r>
            <w:r w:rsidRPr="005E3039">
              <w:rPr>
                <w:spacing w:val="-11"/>
                <w:w w:val="110"/>
                <w:sz w:val="24"/>
                <w:szCs w:val="24"/>
                <w:lang w:val="kk-KZ"/>
              </w:rPr>
              <w:t xml:space="preserve"> </w:t>
            </w:r>
            <w:r w:rsidRPr="005E3039">
              <w:rPr>
                <w:w w:val="110"/>
                <w:sz w:val="24"/>
                <w:szCs w:val="24"/>
                <w:lang w:val="kk-KZ"/>
              </w:rPr>
              <w:t>талаптарының</w:t>
            </w:r>
            <w:r w:rsidRPr="005E3039">
              <w:rPr>
                <w:spacing w:val="-11"/>
                <w:w w:val="110"/>
                <w:sz w:val="24"/>
                <w:szCs w:val="24"/>
                <w:lang w:val="kk-KZ"/>
              </w:rPr>
              <w:t xml:space="preserve"> </w:t>
            </w:r>
            <w:r w:rsidRPr="005E3039">
              <w:rPr>
                <w:w w:val="110"/>
                <w:sz w:val="24"/>
                <w:szCs w:val="24"/>
                <w:lang w:val="kk-KZ"/>
              </w:rPr>
              <w:t>сақталуы</w:t>
            </w:r>
          </w:p>
        </w:tc>
        <w:tc>
          <w:tcPr>
            <w:tcW w:w="2676" w:type="dxa"/>
            <w:gridSpan w:val="2"/>
          </w:tcPr>
          <w:p w14:paraId="74C46F2B" w14:textId="77777777" w:rsidR="00FD4D57" w:rsidRPr="005E3039" w:rsidRDefault="00FD4D57" w:rsidP="00FD4D57">
            <w:pPr>
              <w:rPr>
                <w:w w:val="110"/>
                <w:sz w:val="24"/>
                <w:szCs w:val="24"/>
                <w:lang w:val="kk-KZ"/>
              </w:rPr>
            </w:pPr>
            <w:r w:rsidRPr="005E3039">
              <w:rPr>
                <w:w w:val="110"/>
                <w:sz w:val="24"/>
                <w:szCs w:val="24"/>
                <w:lang w:val="kk-KZ"/>
              </w:rPr>
              <w:lastRenderedPageBreak/>
              <w:t xml:space="preserve">талаптар толық сақталған: қауіпсіз </w:t>
            </w:r>
            <w:r w:rsidRPr="005E3039">
              <w:rPr>
                <w:w w:val="110"/>
                <w:sz w:val="24"/>
                <w:szCs w:val="24"/>
                <w:lang w:val="kk-KZ"/>
              </w:rPr>
              <w:lastRenderedPageBreak/>
              <w:t xml:space="preserve">ауыз суға қолжетімділік қамтамасыз етілген және санитариялық тораптар санитариялық нормаларға сәйкес жұмыс </w:t>
            </w:r>
            <w:r w:rsidRPr="005E3039">
              <w:rPr>
                <w:spacing w:val="-2"/>
                <w:w w:val="110"/>
                <w:sz w:val="24"/>
                <w:szCs w:val="24"/>
                <w:lang w:val="kk-KZ"/>
              </w:rPr>
              <w:t>істейді</w:t>
            </w:r>
          </w:p>
        </w:tc>
        <w:tc>
          <w:tcPr>
            <w:tcW w:w="2223" w:type="dxa"/>
            <w:gridSpan w:val="2"/>
          </w:tcPr>
          <w:p w14:paraId="2EE9BB16" w14:textId="77777777" w:rsidR="00FD4D57" w:rsidRPr="0079238F" w:rsidRDefault="00FD4D57" w:rsidP="00FD4D57">
            <w:pPr>
              <w:rPr>
                <w:sz w:val="24"/>
                <w:szCs w:val="24"/>
                <w:lang w:val="en-US"/>
              </w:rPr>
            </w:pPr>
            <w:r>
              <w:rPr>
                <w:sz w:val="24"/>
                <w:szCs w:val="24"/>
                <w:lang w:val="en-US"/>
              </w:rPr>
              <w:lastRenderedPageBreak/>
              <w:t>5</w:t>
            </w:r>
          </w:p>
        </w:tc>
      </w:tr>
      <w:tr w:rsidR="00FD4D57" w:rsidRPr="0079238F" w14:paraId="01A5FA39" w14:textId="77777777" w:rsidTr="00FD4D57">
        <w:tc>
          <w:tcPr>
            <w:tcW w:w="510" w:type="dxa"/>
          </w:tcPr>
          <w:p w14:paraId="3A5DF7A0" w14:textId="77777777" w:rsidR="00FD4D57" w:rsidRPr="005E3039" w:rsidRDefault="00FD4D57" w:rsidP="00FD4D57">
            <w:pPr>
              <w:rPr>
                <w:sz w:val="24"/>
                <w:szCs w:val="24"/>
                <w:lang w:val="kk-KZ"/>
              </w:rPr>
            </w:pPr>
            <w:r w:rsidRPr="005E3039">
              <w:rPr>
                <w:sz w:val="24"/>
                <w:szCs w:val="24"/>
                <w:lang w:val="kk-KZ"/>
              </w:rPr>
              <w:t>34</w:t>
            </w:r>
          </w:p>
          <w:p w14:paraId="41F19B41" w14:textId="77777777" w:rsidR="00FD4D57" w:rsidRPr="005E3039" w:rsidRDefault="00FD4D57" w:rsidP="00FD4D57">
            <w:pPr>
              <w:rPr>
                <w:sz w:val="24"/>
                <w:szCs w:val="24"/>
                <w:lang w:val="kk-KZ"/>
              </w:rPr>
            </w:pPr>
          </w:p>
          <w:p w14:paraId="6CDDD631" w14:textId="77777777" w:rsidR="00FD4D57" w:rsidRPr="005E3039" w:rsidRDefault="00FD4D57" w:rsidP="00FD4D57">
            <w:pPr>
              <w:rPr>
                <w:sz w:val="24"/>
                <w:szCs w:val="24"/>
                <w:lang w:val="kk-KZ"/>
              </w:rPr>
            </w:pPr>
          </w:p>
        </w:tc>
        <w:tc>
          <w:tcPr>
            <w:tcW w:w="4992" w:type="dxa"/>
          </w:tcPr>
          <w:p w14:paraId="156EFDE1" w14:textId="77777777" w:rsidR="00FD4D57" w:rsidRPr="005E3039" w:rsidRDefault="00FD4D57" w:rsidP="00FD4D57">
            <w:pPr>
              <w:rPr>
                <w:sz w:val="24"/>
                <w:szCs w:val="24"/>
                <w:lang w:val="kk-KZ"/>
              </w:rPr>
            </w:pPr>
            <w:r w:rsidRPr="005E3039">
              <w:rPr>
                <w:w w:val="110"/>
                <w:sz w:val="24"/>
                <w:szCs w:val="24"/>
                <w:lang w:val="kk-KZ"/>
              </w:rPr>
              <w:t>Біліктілік талаптарына сәйкес бейнебақылау жүйесінің және қауіпсіздік</w:t>
            </w:r>
            <w:r w:rsidRPr="005E3039">
              <w:rPr>
                <w:spacing w:val="-13"/>
                <w:w w:val="110"/>
                <w:sz w:val="24"/>
                <w:szCs w:val="24"/>
                <w:lang w:val="kk-KZ"/>
              </w:rPr>
              <w:t xml:space="preserve"> </w:t>
            </w:r>
            <w:r w:rsidRPr="005E3039">
              <w:rPr>
                <w:w w:val="110"/>
                <w:sz w:val="24"/>
                <w:szCs w:val="24"/>
                <w:lang w:val="kk-KZ"/>
              </w:rPr>
              <w:t>жағдайларының</w:t>
            </w:r>
            <w:r w:rsidRPr="005E3039">
              <w:rPr>
                <w:spacing w:val="-12"/>
                <w:w w:val="110"/>
                <w:sz w:val="24"/>
                <w:szCs w:val="24"/>
                <w:lang w:val="kk-KZ"/>
              </w:rPr>
              <w:t xml:space="preserve"> </w:t>
            </w:r>
            <w:r w:rsidRPr="005E3039">
              <w:rPr>
                <w:w w:val="110"/>
                <w:sz w:val="24"/>
                <w:szCs w:val="24"/>
                <w:lang w:val="kk-KZ"/>
              </w:rPr>
              <w:t>болуы</w:t>
            </w:r>
          </w:p>
        </w:tc>
        <w:tc>
          <w:tcPr>
            <w:tcW w:w="2676" w:type="dxa"/>
            <w:gridSpan w:val="2"/>
          </w:tcPr>
          <w:p w14:paraId="5E0E5FC0" w14:textId="77777777" w:rsidR="00FD4D57" w:rsidRPr="005E3039" w:rsidRDefault="00FD4D57" w:rsidP="00FD4D57">
            <w:pPr>
              <w:rPr>
                <w:w w:val="110"/>
                <w:sz w:val="24"/>
                <w:szCs w:val="24"/>
                <w:lang w:val="kk-KZ"/>
              </w:rPr>
            </w:pPr>
            <w:r w:rsidRPr="005E3039">
              <w:rPr>
                <w:w w:val="110"/>
                <w:sz w:val="24"/>
                <w:szCs w:val="24"/>
                <w:lang w:val="kk-KZ"/>
              </w:rPr>
              <w:t>ішкі</w:t>
            </w:r>
            <w:r w:rsidRPr="005E3039">
              <w:rPr>
                <w:spacing w:val="-11"/>
                <w:w w:val="110"/>
                <w:sz w:val="24"/>
                <w:szCs w:val="24"/>
                <w:lang w:val="kk-KZ"/>
              </w:rPr>
              <w:t xml:space="preserve"> </w:t>
            </w:r>
            <w:r w:rsidRPr="005E3039">
              <w:rPr>
                <w:w w:val="110"/>
                <w:sz w:val="24"/>
                <w:szCs w:val="24"/>
                <w:lang w:val="kk-KZ"/>
              </w:rPr>
              <w:t>және</w:t>
            </w:r>
            <w:r w:rsidRPr="005E3039">
              <w:rPr>
                <w:spacing w:val="-11"/>
                <w:w w:val="110"/>
                <w:sz w:val="24"/>
                <w:szCs w:val="24"/>
                <w:lang w:val="kk-KZ"/>
              </w:rPr>
              <w:t xml:space="preserve"> </w:t>
            </w:r>
            <w:r w:rsidRPr="005E3039">
              <w:rPr>
                <w:w w:val="110"/>
                <w:sz w:val="24"/>
                <w:szCs w:val="24"/>
                <w:lang w:val="kk-KZ"/>
              </w:rPr>
              <w:t>сыртқы</w:t>
            </w:r>
            <w:r w:rsidRPr="005E3039">
              <w:rPr>
                <w:spacing w:val="-11"/>
                <w:w w:val="110"/>
                <w:sz w:val="24"/>
                <w:szCs w:val="24"/>
                <w:lang w:val="kk-KZ"/>
              </w:rPr>
              <w:t xml:space="preserve"> </w:t>
            </w:r>
            <w:r w:rsidRPr="005E3039">
              <w:rPr>
                <w:w w:val="110"/>
                <w:sz w:val="24"/>
                <w:szCs w:val="24"/>
                <w:lang w:val="kk-KZ"/>
              </w:rPr>
              <w:t>бейнебақылау</w:t>
            </w:r>
            <w:r w:rsidRPr="005E3039">
              <w:rPr>
                <w:spacing w:val="-11"/>
                <w:w w:val="110"/>
                <w:sz w:val="24"/>
                <w:szCs w:val="24"/>
                <w:lang w:val="kk-KZ"/>
              </w:rPr>
              <w:t xml:space="preserve"> </w:t>
            </w:r>
            <w:r w:rsidRPr="005E3039">
              <w:rPr>
                <w:w w:val="110"/>
                <w:sz w:val="24"/>
                <w:szCs w:val="24"/>
                <w:lang w:val="kk-KZ"/>
              </w:rPr>
              <w:t>жүйесі</w:t>
            </w:r>
            <w:r w:rsidRPr="005E3039">
              <w:rPr>
                <w:spacing w:val="-11"/>
                <w:w w:val="110"/>
                <w:sz w:val="24"/>
                <w:szCs w:val="24"/>
                <w:lang w:val="kk-KZ"/>
              </w:rPr>
              <w:t xml:space="preserve"> </w:t>
            </w:r>
            <w:r w:rsidRPr="005E3039">
              <w:rPr>
                <w:w w:val="110"/>
                <w:sz w:val="24"/>
                <w:szCs w:val="24"/>
                <w:lang w:val="kk-KZ"/>
              </w:rPr>
              <w:t>жұмыс</w:t>
            </w:r>
            <w:r w:rsidRPr="005E3039">
              <w:rPr>
                <w:spacing w:val="-11"/>
                <w:w w:val="110"/>
                <w:sz w:val="24"/>
                <w:szCs w:val="24"/>
                <w:lang w:val="kk-KZ"/>
              </w:rPr>
              <w:t xml:space="preserve"> </w:t>
            </w:r>
            <w:r w:rsidRPr="005E3039">
              <w:rPr>
                <w:w w:val="110"/>
                <w:sz w:val="24"/>
                <w:szCs w:val="24"/>
                <w:lang w:val="kk-KZ"/>
              </w:rPr>
              <w:t>істейді; өткізу режимі қамтамасыз етілген; күзет посты/вахта бар; дабыл түймесі бар; қауіпсіздік шаралары толық көлемде іске асырылады</w:t>
            </w:r>
          </w:p>
        </w:tc>
        <w:tc>
          <w:tcPr>
            <w:tcW w:w="2223" w:type="dxa"/>
            <w:gridSpan w:val="2"/>
          </w:tcPr>
          <w:p w14:paraId="687C3FBC" w14:textId="77777777" w:rsidR="00FD4D57" w:rsidRPr="0079238F" w:rsidRDefault="00FD4D57" w:rsidP="00FD4D57">
            <w:pPr>
              <w:rPr>
                <w:sz w:val="24"/>
                <w:szCs w:val="24"/>
                <w:lang w:val="en-US"/>
              </w:rPr>
            </w:pPr>
            <w:r>
              <w:rPr>
                <w:sz w:val="24"/>
                <w:szCs w:val="24"/>
                <w:lang w:val="en-US"/>
              </w:rPr>
              <w:t>5</w:t>
            </w:r>
          </w:p>
        </w:tc>
      </w:tr>
      <w:tr w:rsidR="00FD4D57" w:rsidRPr="0079238F" w14:paraId="2F61247B" w14:textId="77777777" w:rsidTr="00FD4D57">
        <w:tc>
          <w:tcPr>
            <w:tcW w:w="510" w:type="dxa"/>
          </w:tcPr>
          <w:p w14:paraId="577D17E6" w14:textId="77777777" w:rsidR="00FD4D57" w:rsidRPr="005E3039" w:rsidRDefault="00FD4D57" w:rsidP="00FD4D57">
            <w:pPr>
              <w:rPr>
                <w:sz w:val="24"/>
                <w:szCs w:val="24"/>
                <w:lang w:val="kk-KZ"/>
              </w:rPr>
            </w:pPr>
            <w:r w:rsidRPr="005E3039">
              <w:rPr>
                <w:sz w:val="24"/>
                <w:szCs w:val="24"/>
                <w:lang w:val="kk-KZ"/>
              </w:rPr>
              <w:t>35</w:t>
            </w:r>
          </w:p>
          <w:p w14:paraId="750ABF6C" w14:textId="77777777" w:rsidR="00FD4D57" w:rsidRPr="005E3039" w:rsidRDefault="00FD4D57" w:rsidP="00FD4D57">
            <w:pPr>
              <w:rPr>
                <w:sz w:val="24"/>
                <w:szCs w:val="24"/>
                <w:lang w:val="kk-KZ"/>
              </w:rPr>
            </w:pPr>
          </w:p>
          <w:p w14:paraId="385E9AFB" w14:textId="77777777" w:rsidR="00FD4D57" w:rsidRPr="005E3039" w:rsidRDefault="00FD4D57" w:rsidP="00FD4D57">
            <w:pPr>
              <w:rPr>
                <w:sz w:val="24"/>
                <w:szCs w:val="24"/>
                <w:lang w:val="kk-KZ"/>
              </w:rPr>
            </w:pPr>
          </w:p>
        </w:tc>
        <w:tc>
          <w:tcPr>
            <w:tcW w:w="4992" w:type="dxa"/>
          </w:tcPr>
          <w:p w14:paraId="206C55B2" w14:textId="77777777" w:rsidR="00FD4D57" w:rsidRPr="005E3039" w:rsidRDefault="00FD4D57" w:rsidP="00FD4D57">
            <w:pPr>
              <w:rPr>
                <w:sz w:val="24"/>
                <w:szCs w:val="24"/>
                <w:lang w:val="kk-KZ"/>
              </w:rPr>
            </w:pPr>
            <w:r w:rsidRPr="005E3039">
              <w:rPr>
                <w:w w:val="110"/>
                <w:sz w:val="24"/>
                <w:szCs w:val="24"/>
                <w:lang w:val="kk-KZ"/>
              </w:rPr>
              <w:t>Біліктілік талаптарына сәйкес инклюзивті</w:t>
            </w:r>
            <w:r w:rsidRPr="005E3039">
              <w:rPr>
                <w:spacing w:val="-13"/>
                <w:w w:val="110"/>
                <w:sz w:val="24"/>
                <w:szCs w:val="24"/>
                <w:lang w:val="kk-KZ"/>
              </w:rPr>
              <w:t xml:space="preserve"> </w:t>
            </w:r>
            <w:r w:rsidRPr="005E3039">
              <w:rPr>
                <w:w w:val="110"/>
                <w:sz w:val="24"/>
                <w:szCs w:val="24"/>
                <w:lang w:val="kk-KZ"/>
              </w:rPr>
              <w:t>білім</w:t>
            </w:r>
            <w:r w:rsidRPr="005E3039">
              <w:rPr>
                <w:spacing w:val="-12"/>
                <w:w w:val="110"/>
                <w:sz w:val="24"/>
                <w:szCs w:val="24"/>
                <w:lang w:val="kk-KZ"/>
              </w:rPr>
              <w:t xml:space="preserve"> </w:t>
            </w:r>
            <w:r w:rsidRPr="005E3039">
              <w:rPr>
                <w:w w:val="110"/>
                <w:sz w:val="24"/>
                <w:szCs w:val="24"/>
                <w:lang w:val="kk-KZ"/>
              </w:rPr>
              <w:t>беруді</w:t>
            </w:r>
            <w:r w:rsidRPr="005E3039">
              <w:rPr>
                <w:spacing w:val="-13"/>
                <w:w w:val="110"/>
                <w:sz w:val="24"/>
                <w:szCs w:val="24"/>
                <w:lang w:val="kk-KZ"/>
              </w:rPr>
              <w:t xml:space="preserve"> </w:t>
            </w:r>
            <w:r w:rsidRPr="005E3039">
              <w:rPr>
                <w:w w:val="110"/>
                <w:sz w:val="24"/>
                <w:szCs w:val="24"/>
                <w:lang w:val="kk-KZ"/>
              </w:rPr>
              <w:t>іске</w:t>
            </w:r>
            <w:r w:rsidRPr="005E3039">
              <w:rPr>
                <w:spacing w:val="-12"/>
                <w:w w:val="110"/>
                <w:sz w:val="24"/>
                <w:szCs w:val="24"/>
                <w:lang w:val="kk-KZ"/>
              </w:rPr>
              <w:t xml:space="preserve"> </w:t>
            </w:r>
            <w:r w:rsidRPr="005E3039">
              <w:rPr>
                <w:w w:val="110"/>
                <w:sz w:val="24"/>
                <w:szCs w:val="24"/>
                <w:lang w:val="kk-KZ"/>
              </w:rPr>
              <w:t>асыру үшін жағдайлар жасау</w:t>
            </w:r>
          </w:p>
        </w:tc>
        <w:tc>
          <w:tcPr>
            <w:tcW w:w="2676" w:type="dxa"/>
            <w:gridSpan w:val="2"/>
          </w:tcPr>
          <w:p w14:paraId="77203E37" w14:textId="77777777" w:rsidR="00FD4D57" w:rsidRPr="005E3039" w:rsidRDefault="00FD4D57" w:rsidP="00FD4D57">
            <w:pPr>
              <w:rPr>
                <w:w w:val="110"/>
                <w:sz w:val="24"/>
                <w:szCs w:val="24"/>
                <w:lang w:val="kk-KZ"/>
              </w:rPr>
            </w:pPr>
            <w:r w:rsidRPr="005E3039">
              <w:rPr>
                <w:w w:val="110"/>
                <w:sz w:val="24"/>
                <w:szCs w:val="24"/>
                <w:lang w:val="kk-KZ"/>
              </w:rPr>
              <w:t>материалдық-техникалық жағдайлар заңнама талаптарына сәйкес: ғимараттар мен үй-жайлардың, санитариялық тораптардың қолжетімділігі қамтамасыз етілген, ерекше білім беру қажеттіліктері бар білім алушылар үшін қажетті оқу құралдары бар</w:t>
            </w:r>
          </w:p>
        </w:tc>
        <w:tc>
          <w:tcPr>
            <w:tcW w:w="2223" w:type="dxa"/>
            <w:gridSpan w:val="2"/>
          </w:tcPr>
          <w:p w14:paraId="2AFFB8CC" w14:textId="77777777" w:rsidR="00FD4D57" w:rsidRPr="0079238F" w:rsidRDefault="00FD4D57" w:rsidP="00FD4D57">
            <w:pPr>
              <w:rPr>
                <w:sz w:val="24"/>
                <w:szCs w:val="24"/>
                <w:lang w:val="en-US"/>
              </w:rPr>
            </w:pPr>
            <w:r>
              <w:rPr>
                <w:sz w:val="24"/>
                <w:szCs w:val="24"/>
                <w:lang w:val="en-US"/>
              </w:rPr>
              <w:t>5</w:t>
            </w:r>
          </w:p>
        </w:tc>
      </w:tr>
      <w:tr w:rsidR="00FD4D57" w:rsidRPr="0079238F" w14:paraId="5E249396" w14:textId="77777777" w:rsidTr="00FD4D57">
        <w:tc>
          <w:tcPr>
            <w:tcW w:w="10401" w:type="dxa"/>
            <w:gridSpan w:val="6"/>
          </w:tcPr>
          <w:p w14:paraId="3CC14944" w14:textId="77777777" w:rsidR="00FD4D57" w:rsidRPr="005E3039" w:rsidRDefault="00FD4D57" w:rsidP="00FD4D57">
            <w:pPr>
              <w:jc w:val="center"/>
              <w:rPr>
                <w:sz w:val="24"/>
                <w:szCs w:val="24"/>
                <w:lang w:val="kk-KZ"/>
              </w:rPr>
            </w:pPr>
            <w:r w:rsidRPr="005E3039">
              <w:rPr>
                <w:w w:val="110"/>
                <w:sz w:val="24"/>
                <w:szCs w:val="24"/>
                <w:lang w:val="kk-KZ"/>
              </w:rPr>
              <w:t>Оқу-әдістемелік</w:t>
            </w:r>
            <w:r w:rsidRPr="005E3039">
              <w:rPr>
                <w:spacing w:val="5"/>
                <w:w w:val="110"/>
                <w:sz w:val="24"/>
                <w:szCs w:val="24"/>
                <w:lang w:val="kk-KZ"/>
              </w:rPr>
              <w:t xml:space="preserve"> </w:t>
            </w:r>
            <w:r w:rsidRPr="005E3039">
              <w:rPr>
                <w:w w:val="110"/>
                <w:sz w:val="24"/>
                <w:szCs w:val="24"/>
                <w:lang w:val="kk-KZ"/>
              </w:rPr>
              <w:t>және</w:t>
            </w:r>
            <w:r w:rsidRPr="005E3039">
              <w:rPr>
                <w:spacing w:val="5"/>
                <w:w w:val="110"/>
                <w:sz w:val="24"/>
                <w:szCs w:val="24"/>
                <w:lang w:val="kk-KZ"/>
              </w:rPr>
              <w:t xml:space="preserve"> </w:t>
            </w:r>
            <w:r w:rsidRPr="005E3039">
              <w:rPr>
                <w:w w:val="110"/>
                <w:sz w:val="24"/>
                <w:szCs w:val="24"/>
                <w:lang w:val="kk-KZ"/>
              </w:rPr>
              <w:t>ақпараттық</w:t>
            </w:r>
            <w:r w:rsidRPr="005E3039">
              <w:rPr>
                <w:spacing w:val="6"/>
                <w:w w:val="110"/>
                <w:sz w:val="24"/>
                <w:szCs w:val="24"/>
                <w:lang w:val="kk-KZ"/>
              </w:rPr>
              <w:t xml:space="preserve"> </w:t>
            </w:r>
            <w:r w:rsidRPr="005E3039">
              <w:rPr>
                <w:w w:val="110"/>
                <w:sz w:val="24"/>
                <w:szCs w:val="24"/>
                <w:lang w:val="kk-KZ"/>
              </w:rPr>
              <w:t>ресурстарға</w:t>
            </w:r>
            <w:r w:rsidRPr="005E3039">
              <w:rPr>
                <w:spacing w:val="5"/>
                <w:w w:val="110"/>
                <w:sz w:val="24"/>
                <w:szCs w:val="24"/>
                <w:lang w:val="kk-KZ"/>
              </w:rPr>
              <w:t xml:space="preserve"> </w:t>
            </w:r>
            <w:r w:rsidRPr="005E3039">
              <w:rPr>
                <w:w w:val="110"/>
                <w:sz w:val="24"/>
                <w:szCs w:val="24"/>
                <w:lang w:val="kk-KZ"/>
              </w:rPr>
              <w:t>қойылатын</w:t>
            </w:r>
            <w:r w:rsidRPr="005E3039">
              <w:rPr>
                <w:spacing w:val="6"/>
                <w:w w:val="110"/>
                <w:sz w:val="24"/>
                <w:szCs w:val="24"/>
                <w:lang w:val="kk-KZ"/>
              </w:rPr>
              <w:t xml:space="preserve"> </w:t>
            </w:r>
            <w:r w:rsidRPr="005E3039">
              <w:rPr>
                <w:spacing w:val="-2"/>
                <w:w w:val="110"/>
                <w:sz w:val="24"/>
                <w:szCs w:val="24"/>
                <w:lang w:val="kk-KZ"/>
              </w:rPr>
              <w:t>өлшемшарттар</w:t>
            </w:r>
          </w:p>
        </w:tc>
      </w:tr>
      <w:tr w:rsidR="00FD4D57" w:rsidRPr="0079238F" w14:paraId="5F9D8529" w14:textId="77777777" w:rsidTr="00FD4D57">
        <w:tc>
          <w:tcPr>
            <w:tcW w:w="510" w:type="dxa"/>
          </w:tcPr>
          <w:p w14:paraId="3C3ED22F" w14:textId="77777777" w:rsidR="00FD4D57" w:rsidRPr="005E3039" w:rsidRDefault="00FD4D57" w:rsidP="00FD4D57">
            <w:pPr>
              <w:rPr>
                <w:sz w:val="24"/>
                <w:szCs w:val="24"/>
                <w:lang w:val="kk-KZ"/>
              </w:rPr>
            </w:pPr>
            <w:r w:rsidRPr="005E3039">
              <w:rPr>
                <w:sz w:val="24"/>
                <w:szCs w:val="24"/>
                <w:lang w:val="kk-KZ"/>
              </w:rPr>
              <w:t>36</w:t>
            </w:r>
          </w:p>
        </w:tc>
        <w:tc>
          <w:tcPr>
            <w:tcW w:w="4992" w:type="dxa"/>
          </w:tcPr>
          <w:p w14:paraId="5112361B" w14:textId="77777777" w:rsidR="00FD4D57" w:rsidRPr="005E3039" w:rsidRDefault="00FD4D57" w:rsidP="00FD4D57">
            <w:pPr>
              <w:rPr>
                <w:sz w:val="24"/>
                <w:szCs w:val="24"/>
                <w:lang w:val="kk-KZ"/>
              </w:rPr>
            </w:pPr>
            <w:r w:rsidRPr="005E3039">
              <w:rPr>
                <w:w w:val="110"/>
                <w:sz w:val="24"/>
                <w:szCs w:val="24"/>
                <w:lang w:val="kk-KZ"/>
              </w:rPr>
              <w:t>Біліктілік талаптарына сәйкес кітапхана</w:t>
            </w:r>
            <w:r w:rsidRPr="005E3039">
              <w:rPr>
                <w:spacing w:val="-4"/>
                <w:w w:val="110"/>
                <w:sz w:val="24"/>
                <w:szCs w:val="24"/>
                <w:lang w:val="kk-KZ"/>
              </w:rPr>
              <w:t xml:space="preserve"> </w:t>
            </w:r>
            <w:r w:rsidRPr="005E3039">
              <w:rPr>
                <w:w w:val="110"/>
                <w:sz w:val="24"/>
                <w:szCs w:val="24"/>
                <w:lang w:val="kk-KZ"/>
              </w:rPr>
              <w:t>қорының (оқулықтармен,</w:t>
            </w:r>
            <w:r w:rsidRPr="005E3039">
              <w:rPr>
                <w:spacing w:val="-4"/>
                <w:w w:val="110"/>
                <w:sz w:val="24"/>
                <w:szCs w:val="24"/>
                <w:lang w:val="kk-KZ"/>
              </w:rPr>
              <w:t xml:space="preserve"> </w:t>
            </w:r>
            <w:r w:rsidRPr="005E3039">
              <w:rPr>
                <w:w w:val="110"/>
                <w:sz w:val="24"/>
                <w:szCs w:val="24"/>
                <w:lang w:val="kk-KZ"/>
              </w:rPr>
              <w:t>оқу-әдістемелік және көркем әдебиетпен) қамтамасыз</w:t>
            </w:r>
            <w:r w:rsidRPr="005E3039">
              <w:rPr>
                <w:spacing w:val="-4"/>
                <w:w w:val="110"/>
                <w:sz w:val="24"/>
                <w:szCs w:val="24"/>
                <w:lang w:val="kk-KZ"/>
              </w:rPr>
              <w:t xml:space="preserve"> </w:t>
            </w:r>
            <w:r w:rsidRPr="005E3039">
              <w:rPr>
                <w:w w:val="110"/>
                <w:sz w:val="24"/>
                <w:szCs w:val="24"/>
                <w:lang w:val="kk-KZ"/>
              </w:rPr>
              <w:t>етілуі</w:t>
            </w:r>
          </w:p>
        </w:tc>
        <w:tc>
          <w:tcPr>
            <w:tcW w:w="2676" w:type="dxa"/>
            <w:gridSpan w:val="2"/>
          </w:tcPr>
          <w:p w14:paraId="42B28C44" w14:textId="77777777" w:rsidR="00FD4D57" w:rsidRPr="00FD4D57" w:rsidRDefault="00FD4D57" w:rsidP="00FD4D57">
            <w:pPr>
              <w:pStyle w:val="TableParagraph"/>
              <w:spacing w:before="72" w:line="280" w:lineRule="auto"/>
              <w:ind w:left="82"/>
              <w:rPr>
                <w:sz w:val="24"/>
                <w:szCs w:val="24"/>
                <w:lang w:val="kk-KZ"/>
              </w:rPr>
            </w:pPr>
            <w:r w:rsidRPr="00FD4D57">
              <w:rPr>
                <w:w w:val="110"/>
                <w:sz w:val="24"/>
                <w:szCs w:val="24"/>
                <w:lang w:val="kk-KZ"/>
              </w:rPr>
              <w:t>кітапхана қоры заңнама талаптарына сәйкес: оқулықтармен қамтамасыз етілуі – 100%,</w:t>
            </w:r>
          </w:p>
          <w:p w14:paraId="56BBDA1A" w14:textId="77777777" w:rsidR="00FD4D57" w:rsidRPr="005E3039" w:rsidRDefault="00FD4D57" w:rsidP="00FD4D57">
            <w:pPr>
              <w:rPr>
                <w:w w:val="110"/>
                <w:sz w:val="24"/>
                <w:szCs w:val="24"/>
                <w:lang w:val="kk-KZ"/>
              </w:rPr>
            </w:pPr>
            <w:r w:rsidRPr="005E3039">
              <w:rPr>
                <w:w w:val="110"/>
                <w:sz w:val="24"/>
                <w:szCs w:val="24"/>
                <w:lang w:val="kk-KZ"/>
              </w:rPr>
              <w:t>оқу-әдістемелік</w:t>
            </w:r>
            <w:r w:rsidRPr="005E3039">
              <w:rPr>
                <w:spacing w:val="-1"/>
                <w:w w:val="110"/>
                <w:sz w:val="24"/>
                <w:szCs w:val="24"/>
                <w:lang w:val="kk-KZ"/>
              </w:rPr>
              <w:t xml:space="preserve"> </w:t>
            </w:r>
            <w:r w:rsidRPr="005E3039">
              <w:rPr>
                <w:w w:val="110"/>
                <w:sz w:val="24"/>
                <w:szCs w:val="24"/>
                <w:lang w:val="kk-KZ"/>
              </w:rPr>
              <w:t>және</w:t>
            </w:r>
            <w:r w:rsidRPr="005E3039">
              <w:rPr>
                <w:spacing w:val="-1"/>
                <w:w w:val="110"/>
                <w:sz w:val="24"/>
                <w:szCs w:val="24"/>
                <w:lang w:val="kk-KZ"/>
              </w:rPr>
              <w:t xml:space="preserve"> </w:t>
            </w:r>
            <w:r w:rsidRPr="005E3039">
              <w:rPr>
                <w:w w:val="110"/>
                <w:sz w:val="24"/>
                <w:szCs w:val="24"/>
                <w:lang w:val="kk-KZ"/>
              </w:rPr>
              <w:t>көркем</w:t>
            </w:r>
            <w:r w:rsidRPr="005E3039">
              <w:rPr>
                <w:spacing w:val="-1"/>
                <w:w w:val="110"/>
                <w:sz w:val="24"/>
                <w:szCs w:val="24"/>
                <w:lang w:val="kk-KZ"/>
              </w:rPr>
              <w:t xml:space="preserve"> </w:t>
            </w:r>
            <w:r w:rsidRPr="005E3039">
              <w:rPr>
                <w:w w:val="110"/>
                <w:sz w:val="24"/>
                <w:szCs w:val="24"/>
                <w:lang w:val="kk-KZ"/>
              </w:rPr>
              <w:t>әдебиеттің</w:t>
            </w:r>
            <w:r w:rsidRPr="005E3039">
              <w:rPr>
                <w:spacing w:val="-1"/>
                <w:w w:val="110"/>
                <w:sz w:val="24"/>
                <w:szCs w:val="24"/>
                <w:lang w:val="kk-KZ"/>
              </w:rPr>
              <w:t xml:space="preserve"> </w:t>
            </w:r>
            <w:r w:rsidRPr="005E3039">
              <w:rPr>
                <w:w w:val="110"/>
                <w:sz w:val="24"/>
                <w:szCs w:val="24"/>
                <w:lang w:val="kk-KZ"/>
              </w:rPr>
              <w:t>болуы қамтамасыз</w:t>
            </w:r>
            <w:r w:rsidRPr="005E3039">
              <w:rPr>
                <w:spacing w:val="-4"/>
                <w:w w:val="110"/>
                <w:sz w:val="24"/>
                <w:szCs w:val="24"/>
                <w:lang w:val="kk-KZ"/>
              </w:rPr>
              <w:t xml:space="preserve"> </w:t>
            </w:r>
            <w:r w:rsidRPr="005E3039">
              <w:rPr>
                <w:w w:val="110"/>
                <w:sz w:val="24"/>
                <w:szCs w:val="24"/>
                <w:lang w:val="kk-KZ"/>
              </w:rPr>
              <w:t>етілген</w:t>
            </w:r>
          </w:p>
        </w:tc>
        <w:tc>
          <w:tcPr>
            <w:tcW w:w="2223" w:type="dxa"/>
            <w:gridSpan w:val="2"/>
          </w:tcPr>
          <w:p w14:paraId="7FAB09A2" w14:textId="77777777" w:rsidR="00FD4D57" w:rsidRPr="0079238F" w:rsidRDefault="00FD4D57" w:rsidP="00FD4D57">
            <w:pPr>
              <w:rPr>
                <w:sz w:val="24"/>
                <w:szCs w:val="24"/>
                <w:lang w:val="en-US"/>
              </w:rPr>
            </w:pPr>
            <w:r>
              <w:rPr>
                <w:sz w:val="24"/>
                <w:szCs w:val="24"/>
                <w:lang w:val="en-US"/>
              </w:rPr>
              <w:t>5</w:t>
            </w:r>
          </w:p>
        </w:tc>
      </w:tr>
      <w:tr w:rsidR="00FD4D57" w:rsidRPr="0079238F" w14:paraId="5675B1F1" w14:textId="77777777" w:rsidTr="00FD4D57">
        <w:tc>
          <w:tcPr>
            <w:tcW w:w="510" w:type="dxa"/>
          </w:tcPr>
          <w:p w14:paraId="390A52BB" w14:textId="77777777" w:rsidR="00FD4D57" w:rsidRPr="005E3039" w:rsidRDefault="00FD4D57" w:rsidP="00FD4D57">
            <w:pPr>
              <w:rPr>
                <w:sz w:val="24"/>
                <w:szCs w:val="24"/>
                <w:lang w:val="kk-KZ"/>
              </w:rPr>
            </w:pPr>
            <w:r w:rsidRPr="005E3039">
              <w:rPr>
                <w:sz w:val="24"/>
                <w:szCs w:val="24"/>
                <w:lang w:val="kk-KZ"/>
              </w:rPr>
              <w:t>37</w:t>
            </w:r>
          </w:p>
        </w:tc>
        <w:tc>
          <w:tcPr>
            <w:tcW w:w="4992" w:type="dxa"/>
          </w:tcPr>
          <w:p w14:paraId="5C14ABCB" w14:textId="77777777" w:rsidR="00FD4D57" w:rsidRPr="005E3039" w:rsidRDefault="00FD4D57" w:rsidP="00FD4D57">
            <w:pPr>
              <w:rPr>
                <w:sz w:val="24"/>
                <w:szCs w:val="24"/>
                <w:lang w:val="kk-KZ"/>
              </w:rPr>
            </w:pPr>
            <w:r w:rsidRPr="005E3039">
              <w:rPr>
                <w:w w:val="110"/>
                <w:sz w:val="24"/>
                <w:szCs w:val="24"/>
                <w:lang w:val="kk-KZ"/>
              </w:rPr>
              <w:t xml:space="preserve">Біліктілік талаптарына сәйкес білім беру процесінде </w:t>
            </w:r>
            <w:r w:rsidRPr="005E3039">
              <w:rPr>
                <w:spacing w:val="-2"/>
                <w:w w:val="110"/>
                <w:sz w:val="24"/>
                <w:szCs w:val="24"/>
                <w:lang w:val="kk-KZ"/>
              </w:rPr>
              <w:t xml:space="preserve">ақпараттық-коммуникациялық </w:t>
            </w:r>
            <w:r w:rsidRPr="005E3039">
              <w:rPr>
                <w:w w:val="110"/>
                <w:sz w:val="24"/>
                <w:szCs w:val="24"/>
                <w:lang w:val="kk-KZ"/>
              </w:rPr>
              <w:t>технологиялармен</w:t>
            </w:r>
            <w:r w:rsidRPr="005E3039">
              <w:rPr>
                <w:spacing w:val="-4"/>
                <w:w w:val="110"/>
                <w:sz w:val="24"/>
                <w:szCs w:val="24"/>
                <w:lang w:val="kk-KZ"/>
              </w:rPr>
              <w:t xml:space="preserve"> </w:t>
            </w:r>
            <w:r w:rsidRPr="005E3039">
              <w:rPr>
                <w:w w:val="110"/>
                <w:sz w:val="24"/>
                <w:szCs w:val="24"/>
                <w:lang w:val="kk-KZ"/>
              </w:rPr>
              <w:t>қамтамасыз етілуі және оларды пайдалану</w:t>
            </w:r>
          </w:p>
        </w:tc>
        <w:tc>
          <w:tcPr>
            <w:tcW w:w="2676" w:type="dxa"/>
            <w:gridSpan w:val="2"/>
          </w:tcPr>
          <w:p w14:paraId="200F7F1D" w14:textId="77777777" w:rsidR="00FD4D57" w:rsidRPr="005E3039" w:rsidRDefault="00FD4D57" w:rsidP="00FD4D57">
            <w:pPr>
              <w:rPr>
                <w:w w:val="110"/>
                <w:sz w:val="24"/>
                <w:szCs w:val="24"/>
                <w:lang w:val="kk-KZ"/>
              </w:rPr>
            </w:pPr>
            <w:r w:rsidRPr="005E3039">
              <w:rPr>
                <w:w w:val="110"/>
                <w:sz w:val="24"/>
                <w:szCs w:val="24"/>
                <w:lang w:val="kk-KZ"/>
              </w:rPr>
              <w:t>ақпараттық-коммуникациялық</w:t>
            </w:r>
            <w:r w:rsidRPr="005E3039">
              <w:rPr>
                <w:spacing w:val="-4"/>
                <w:w w:val="110"/>
                <w:sz w:val="24"/>
                <w:szCs w:val="24"/>
                <w:lang w:val="kk-KZ"/>
              </w:rPr>
              <w:t xml:space="preserve"> </w:t>
            </w:r>
            <w:r w:rsidRPr="005E3039">
              <w:rPr>
                <w:w w:val="110"/>
                <w:sz w:val="24"/>
                <w:szCs w:val="24"/>
                <w:lang w:val="kk-KZ"/>
              </w:rPr>
              <w:t>технологиялармен қамтамасыз</w:t>
            </w:r>
            <w:r w:rsidRPr="005E3039">
              <w:rPr>
                <w:spacing w:val="-1"/>
                <w:w w:val="110"/>
                <w:sz w:val="24"/>
                <w:szCs w:val="24"/>
                <w:lang w:val="kk-KZ"/>
              </w:rPr>
              <w:t xml:space="preserve"> </w:t>
            </w:r>
            <w:r w:rsidRPr="005E3039">
              <w:rPr>
                <w:w w:val="110"/>
                <w:sz w:val="24"/>
                <w:szCs w:val="24"/>
                <w:lang w:val="kk-KZ"/>
              </w:rPr>
              <w:t>етілуі,</w:t>
            </w:r>
            <w:r w:rsidRPr="005E3039">
              <w:rPr>
                <w:spacing w:val="-1"/>
                <w:w w:val="110"/>
                <w:sz w:val="24"/>
                <w:szCs w:val="24"/>
                <w:lang w:val="kk-KZ"/>
              </w:rPr>
              <w:t xml:space="preserve"> </w:t>
            </w:r>
            <w:r w:rsidRPr="005E3039">
              <w:rPr>
                <w:w w:val="110"/>
                <w:sz w:val="24"/>
                <w:szCs w:val="24"/>
                <w:lang w:val="kk-KZ"/>
              </w:rPr>
              <w:t>интернет</w:t>
            </w:r>
            <w:r w:rsidRPr="005E3039">
              <w:rPr>
                <w:spacing w:val="-1"/>
                <w:w w:val="110"/>
                <w:sz w:val="24"/>
                <w:szCs w:val="24"/>
                <w:lang w:val="kk-KZ"/>
              </w:rPr>
              <w:t xml:space="preserve"> </w:t>
            </w:r>
            <w:r w:rsidRPr="005E3039">
              <w:rPr>
                <w:w w:val="110"/>
                <w:sz w:val="24"/>
                <w:szCs w:val="24"/>
                <w:lang w:val="kk-KZ"/>
              </w:rPr>
              <w:t>желісіне</w:t>
            </w:r>
            <w:r w:rsidRPr="005E3039">
              <w:rPr>
                <w:spacing w:val="-1"/>
                <w:w w:val="110"/>
                <w:sz w:val="24"/>
                <w:szCs w:val="24"/>
                <w:lang w:val="kk-KZ"/>
              </w:rPr>
              <w:t xml:space="preserve"> </w:t>
            </w:r>
            <w:r w:rsidRPr="005E3039">
              <w:rPr>
                <w:w w:val="110"/>
                <w:sz w:val="24"/>
                <w:szCs w:val="24"/>
                <w:lang w:val="kk-KZ"/>
              </w:rPr>
              <w:t>қолжетімділік және</w:t>
            </w:r>
            <w:r w:rsidRPr="005E3039">
              <w:rPr>
                <w:spacing w:val="-2"/>
                <w:w w:val="110"/>
                <w:sz w:val="24"/>
                <w:szCs w:val="24"/>
                <w:lang w:val="kk-KZ"/>
              </w:rPr>
              <w:t xml:space="preserve"> </w:t>
            </w:r>
            <w:r w:rsidRPr="005E3039">
              <w:rPr>
                <w:w w:val="110"/>
                <w:sz w:val="24"/>
                <w:szCs w:val="24"/>
                <w:lang w:val="kk-KZ"/>
              </w:rPr>
              <w:t>ақпараттық</w:t>
            </w:r>
            <w:r w:rsidRPr="005E3039">
              <w:rPr>
                <w:spacing w:val="-2"/>
                <w:w w:val="110"/>
                <w:sz w:val="24"/>
                <w:szCs w:val="24"/>
                <w:lang w:val="kk-KZ"/>
              </w:rPr>
              <w:t xml:space="preserve"> </w:t>
            </w:r>
            <w:r w:rsidRPr="005E3039">
              <w:rPr>
                <w:w w:val="110"/>
                <w:sz w:val="24"/>
                <w:szCs w:val="24"/>
                <w:lang w:val="kk-KZ"/>
              </w:rPr>
              <w:t>білім</w:t>
            </w:r>
            <w:r w:rsidRPr="005E3039">
              <w:rPr>
                <w:spacing w:val="-2"/>
                <w:w w:val="110"/>
                <w:sz w:val="24"/>
                <w:szCs w:val="24"/>
                <w:lang w:val="kk-KZ"/>
              </w:rPr>
              <w:t xml:space="preserve"> </w:t>
            </w:r>
            <w:r w:rsidRPr="005E3039">
              <w:rPr>
                <w:w w:val="110"/>
                <w:sz w:val="24"/>
                <w:szCs w:val="24"/>
                <w:lang w:val="kk-KZ"/>
              </w:rPr>
              <w:t>беру</w:t>
            </w:r>
            <w:r w:rsidRPr="005E3039">
              <w:rPr>
                <w:spacing w:val="-2"/>
                <w:w w:val="110"/>
                <w:sz w:val="24"/>
                <w:szCs w:val="24"/>
                <w:lang w:val="kk-KZ"/>
              </w:rPr>
              <w:t xml:space="preserve"> </w:t>
            </w:r>
            <w:r w:rsidRPr="005E3039">
              <w:rPr>
                <w:w w:val="110"/>
                <w:sz w:val="24"/>
                <w:szCs w:val="24"/>
                <w:lang w:val="kk-KZ"/>
              </w:rPr>
              <w:t>ресурстарын</w:t>
            </w:r>
            <w:r w:rsidRPr="005E3039">
              <w:rPr>
                <w:spacing w:val="-2"/>
                <w:w w:val="110"/>
                <w:sz w:val="24"/>
                <w:szCs w:val="24"/>
                <w:lang w:val="kk-KZ"/>
              </w:rPr>
              <w:t xml:space="preserve"> </w:t>
            </w:r>
            <w:r w:rsidRPr="005E3039">
              <w:rPr>
                <w:w w:val="110"/>
                <w:sz w:val="24"/>
                <w:szCs w:val="24"/>
                <w:lang w:val="kk-KZ"/>
              </w:rPr>
              <w:lastRenderedPageBreak/>
              <w:t>пайдалану заңнама талаптарына сәйкес келеді</w:t>
            </w:r>
          </w:p>
        </w:tc>
        <w:tc>
          <w:tcPr>
            <w:tcW w:w="2223" w:type="dxa"/>
            <w:gridSpan w:val="2"/>
          </w:tcPr>
          <w:p w14:paraId="0D8C3263" w14:textId="77777777" w:rsidR="00FD4D57" w:rsidRPr="0079238F" w:rsidRDefault="00FD4D57" w:rsidP="00FD4D57">
            <w:pPr>
              <w:rPr>
                <w:sz w:val="24"/>
                <w:szCs w:val="24"/>
                <w:lang w:val="en-US"/>
              </w:rPr>
            </w:pPr>
            <w:r>
              <w:rPr>
                <w:sz w:val="24"/>
                <w:szCs w:val="24"/>
                <w:lang w:val="en-US"/>
              </w:rPr>
              <w:lastRenderedPageBreak/>
              <w:t>5</w:t>
            </w:r>
          </w:p>
        </w:tc>
      </w:tr>
      <w:tr w:rsidR="00FD4D57" w:rsidRPr="0079238F" w14:paraId="3EDF1995" w14:textId="77777777" w:rsidTr="00FD4D57">
        <w:tc>
          <w:tcPr>
            <w:tcW w:w="510" w:type="dxa"/>
          </w:tcPr>
          <w:p w14:paraId="7C384A4E" w14:textId="77777777" w:rsidR="00FD4D57" w:rsidRPr="005E3039" w:rsidRDefault="00FD4D57" w:rsidP="00FD4D57">
            <w:pPr>
              <w:rPr>
                <w:sz w:val="24"/>
                <w:szCs w:val="24"/>
                <w:lang w:val="kk-KZ"/>
              </w:rPr>
            </w:pPr>
            <w:r w:rsidRPr="005E3039">
              <w:rPr>
                <w:sz w:val="24"/>
                <w:szCs w:val="24"/>
                <w:lang w:val="kk-KZ"/>
              </w:rPr>
              <w:t>38</w:t>
            </w:r>
          </w:p>
          <w:p w14:paraId="168797C9" w14:textId="77777777" w:rsidR="00FD4D57" w:rsidRPr="005E3039" w:rsidRDefault="00FD4D57" w:rsidP="00FD4D57">
            <w:pPr>
              <w:rPr>
                <w:sz w:val="24"/>
                <w:szCs w:val="24"/>
                <w:lang w:val="kk-KZ"/>
              </w:rPr>
            </w:pPr>
          </w:p>
          <w:p w14:paraId="6AD6C0D3" w14:textId="77777777" w:rsidR="00FD4D57" w:rsidRPr="005E3039" w:rsidRDefault="00FD4D57" w:rsidP="00FD4D57">
            <w:pPr>
              <w:rPr>
                <w:sz w:val="24"/>
                <w:szCs w:val="24"/>
                <w:lang w:val="kk-KZ"/>
              </w:rPr>
            </w:pPr>
          </w:p>
        </w:tc>
        <w:tc>
          <w:tcPr>
            <w:tcW w:w="4992" w:type="dxa"/>
          </w:tcPr>
          <w:p w14:paraId="4BB05171" w14:textId="77777777" w:rsidR="00FD4D57" w:rsidRPr="005E3039" w:rsidRDefault="00FD4D57" w:rsidP="00FD4D57">
            <w:pPr>
              <w:rPr>
                <w:sz w:val="24"/>
                <w:szCs w:val="24"/>
                <w:lang w:val="kk-KZ"/>
              </w:rPr>
            </w:pPr>
            <w:r w:rsidRPr="005E3039">
              <w:rPr>
                <w:w w:val="110"/>
                <w:sz w:val="24"/>
                <w:szCs w:val="24"/>
                <w:lang w:val="kk-KZ"/>
              </w:rPr>
              <w:t>Ресми интернет-ресурстың және edu.kz аймағындағы домендік атаудың</w:t>
            </w:r>
            <w:r w:rsidRPr="005E3039">
              <w:rPr>
                <w:spacing w:val="-4"/>
                <w:w w:val="110"/>
                <w:sz w:val="24"/>
                <w:szCs w:val="24"/>
                <w:lang w:val="kk-KZ"/>
              </w:rPr>
              <w:t xml:space="preserve"> </w:t>
            </w:r>
            <w:r w:rsidRPr="005E3039">
              <w:rPr>
                <w:w w:val="110"/>
                <w:sz w:val="24"/>
                <w:szCs w:val="24"/>
                <w:lang w:val="kk-KZ"/>
              </w:rPr>
              <w:t>болуы</w:t>
            </w:r>
          </w:p>
        </w:tc>
        <w:tc>
          <w:tcPr>
            <w:tcW w:w="2676" w:type="dxa"/>
            <w:gridSpan w:val="2"/>
          </w:tcPr>
          <w:p w14:paraId="46314061" w14:textId="77777777" w:rsidR="00FD4D57" w:rsidRPr="005E3039" w:rsidRDefault="00FD4D57" w:rsidP="00FD4D57">
            <w:pPr>
              <w:rPr>
                <w:w w:val="110"/>
                <w:sz w:val="24"/>
                <w:szCs w:val="24"/>
                <w:lang w:val="kk-KZ"/>
              </w:rPr>
            </w:pPr>
            <w:r w:rsidRPr="005E3039">
              <w:rPr>
                <w:w w:val="110"/>
                <w:sz w:val="24"/>
                <w:szCs w:val="24"/>
                <w:lang w:val="kk-KZ"/>
              </w:rPr>
              <w:t>ресми</w:t>
            </w:r>
            <w:r w:rsidRPr="005E3039">
              <w:rPr>
                <w:spacing w:val="-2"/>
                <w:w w:val="110"/>
                <w:sz w:val="24"/>
                <w:szCs w:val="24"/>
                <w:lang w:val="kk-KZ"/>
              </w:rPr>
              <w:t xml:space="preserve"> </w:t>
            </w:r>
            <w:r w:rsidRPr="005E3039">
              <w:rPr>
                <w:w w:val="110"/>
                <w:sz w:val="24"/>
                <w:szCs w:val="24"/>
                <w:lang w:val="kk-KZ"/>
              </w:rPr>
              <w:t>интернет-ресурс</w:t>
            </w:r>
            <w:r w:rsidRPr="005E3039">
              <w:rPr>
                <w:spacing w:val="-2"/>
                <w:w w:val="110"/>
                <w:sz w:val="24"/>
                <w:szCs w:val="24"/>
                <w:lang w:val="kk-KZ"/>
              </w:rPr>
              <w:t xml:space="preserve"> </w:t>
            </w:r>
            <w:r w:rsidRPr="005E3039">
              <w:rPr>
                <w:w w:val="110"/>
                <w:sz w:val="24"/>
                <w:szCs w:val="24"/>
                <w:lang w:val="kk-KZ"/>
              </w:rPr>
              <w:t>жұмыс</w:t>
            </w:r>
            <w:r w:rsidRPr="005E3039">
              <w:rPr>
                <w:spacing w:val="-2"/>
                <w:w w:val="110"/>
                <w:sz w:val="24"/>
                <w:szCs w:val="24"/>
                <w:lang w:val="kk-KZ"/>
              </w:rPr>
              <w:t xml:space="preserve"> </w:t>
            </w:r>
            <w:r w:rsidRPr="005E3039">
              <w:rPr>
                <w:w w:val="110"/>
                <w:sz w:val="24"/>
                <w:szCs w:val="24"/>
                <w:lang w:val="kk-KZ"/>
              </w:rPr>
              <w:t>істейді,</w:t>
            </w:r>
            <w:r w:rsidRPr="005E3039">
              <w:rPr>
                <w:spacing w:val="-2"/>
                <w:w w:val="110"/>
                <w:sz w:val="24"/>
                <w:szCs w:val="24"/>
                <w:lang w:val="kk-KZ"/>
              </w:rPr>
              <w:t xml:space="preserve"> </w:t>
            </w:r>
            <w:r w:rsidRPr="005E3039">
              <w:rPr>
                <w:w w:val="110"/>
                <w:sz w:val="24"/>
                <w:szCs w:val="24"/>
                <w:lang w:val="kk-KZ"/>
              </w:rPr>
              <w:t>домендік</w:t>
            </w:r>
            <w:r w:rsidRPr="005E3039">
              <w:rPr>
                <w:spacing w:val="-2"/>
                <w:w w:val="110"/>
                <w:sz w:val="24"/>
                <w:szCs w:val="24"/>
                <w:lang w:val="kk-KZ"/>
              </w:rPr>
              <w:t xml:space="preserve"> </w:t>
            </w:r>
            <w:r w:rsidRPr="005E3039">
              <w:rPr>
                <w:w w:val="110"/>
                <w:sz w:val="24"/>
                <w:szCs w:val="24"/>
                <w:lang w:val="kk-KZ"/>
              </w:rPr>
              <w:t>атауы edu.kz аймағында тіркелген, ақпарат өзекті және заңнама талаптарына сәйкес келеді</w:t>
            </w:r>
          </w:p>
        </w:tc>
        <w:tc>
          <w:tcPr>
            <w:tcW w:w="2223" w:type="dxa"/>
            <w:gridSpan w:val="2"/>
          </w:tcPr>
          <w:p w14:paraId="6A7FAB64" w14:textId="77777777" w:rsidR="00FD4D57" w:rsidRPr="0079238F" w:rsidRDefault="00FD4D57" w:rsidP="00FD4D57">
            <w:pPr>
              <w:rPr>
                <w:sz w:val="24"/>
                <w:szCs w:val="24"/>
                <w:lang w:val="en-US"/>
              </w:rPr>
            </w:pPr>
            <w:r>
              <w:rPr>
                <w:sz w:val="24"/>
                <w:szCs w:val="24"/>
                <w:lang w:val="en-US"/>
              </w:rPr>
              <w:t>5</w:t>
            </w:r>
          </w:p>
        </w:tc>
      </w:tr>
      <w:tr w:rsidR="00FD4D57" w:rsidRPr="005E3039" w14:paraId="69A5D17F" w14:textId="77777777" w:rsidTr="00FD4D57">
        <w:tc>
          <w:tcPr>
            <w:tcW w:w="10401" w:type="dxa"/>
            <w:gridSpan w:val="6"/>
          </w:tcPr>
          <w:p w14:paraId="0FE54572" w14:textId="77777777" w:rsidR="00FD4D57" w:rsidRPr="005E3039" w:rsidRDefault="00FD4D57" w:rsidP="00FD4D57">
            <w:pPr>
              <w:jc w:val="center"/>
              <w:rPr>
                <w:sz w:val="24"/>
                <w:szCs w:val="24"/>
                <w:lang w:val="kk-KZ"/>
              </w:rPr>
            </w:pPr>
            <w:r w:rsidRPr="005E3039">
              <w:rPr>
                <w:spacing w:val="6"/>
                <w:sz w:val="24"/>
                <w:szCs w:val="24"/>
                <w:lang w:val="kk-KZ"/>
              </w:rPr>
              <w:t>Компьютерлік</w:t>
            </w:r>
            <w:r w:rsidRPr="005E3039">
              <w:rPr>
                <w:spacing w:val="26"/>
                <w:sz w:val="24"/>
                <w:szCs w:val="24"/>
                <w:lang w:val="kk-KZ"/>
              </w:rPr>
              <w:t xml:space="preserve"> </w:t>
            </w:r>
            <w:r w:rsidRPr="005E3039">
              <w:rPr>
                <w:spacing w:val="-2"/>
                <w:sz w:val="24"/>
                <w:szCs w:val="24"/>
                <w:lang w:val="kk-KZ"/>
              </w:rPr>
              <w:t>тестілеу</w:t>
            </w:r>
          </w:p>
        </w:tc>
      </w:tr>
      <w:tr w:rsidR="00FD4D57" w:rsidRPr="0079238F" w14:paraId="4824E306" w14:textId="77777777" w:rsidTr="00FD4D57">
        <w:tc>
          <w:tcPr>
            <w:tcW w:w="510" w:type="dxa"/>
          </w:tcPr>
          <w:p w14:paraId="1962DFFD" w14:textId="77777777" w:rsidR="00FD4D57" w:rsidRPr="005E3039" w:rsidRDefault="00FD4D57" w:rsidP="00FD4D57">
            <w:pPr>
              <w:rPr>
                <w:sz w:val="24"/>
                <w:szCs w:val="24"/>
                <w:lang w:val="kk-KZ"/>
              </w:rPr>
            </w:pPr>
            <w:r w:rsidRPr="005E3039">
              <w:rPr>
                <w:sz w:val="24"/>
                <w:szCs w:val="24"/>
                <w:lang w:val="kk-KZ"/>
              </w:rPr>
              <w:t>39</w:t>
            </w:r>
          </w:p>
        </w:tc>
        <w:tc>
          <w:tcPr>
            <w:tcW w:w="4992" w:type="dxa"/>
          </w:tcPr>
          <w:p w14:paraId="0137A124" w14:textId="77777777" w:rsidR="00FD4D57" w:rsidRPr="005E3039" w:rsidRDefault="00FD4D57" w:rsidP="00FD4D57">
            <w:pPr>
              <w:rPr>
                <w:sz w:val="24"/>
                <w:szCs w:val="24"/>
                <w:lang w:val="kk-KZ"/>
              </w:rPr>
            </w:pPr>
            <w:r w:rsidRPr="005E3039">
              <w:rPr>
                <w:w w:val="110"/>
                <w:sz w:val="24"/>
                <w:szCs w:val="24"/>
                <w:lang w:val="kk-KZ"/>
              </w:rPr>
              <w:t>4 және 9 сынып білім алушыларының</w:t>
            </w:r>
            <w:r w:rsidRPr="005E3039">
              <w:rPr>
                <w:spacing w:val="-4"/>
                <w:w w:val="110"/>
                <w:sz w:val="24"/>
                <w:szCs w:val="24"/>
                <w:lang w:val="kk-KZ"/>
              </w:rPr>
              <w:t xml:space="preserve"> </w:t>
            </w:r>
            <w:r w:rsidRPr="005E3039">
              <w:rPr>
                <w:w w:val="110"/>
                <w:sz w:val="24"/>
                <w:szCs w:val="24"/>
                <w:lang w:val="kk-KZ"/>
              </w:rPr>
              <w:t xml:space="preserve">компьютерлік </w:t>
            </w:r>
            <w:r w:rsidRPr="005E3039">
              <w:rPr>
                <w:sz w:val="24"/>
                <w:szCs w:val="24"/>
                <w:lang w:val="kk-KZ"/>
              </w:rPr>
              <w:t xml:space="preserve">тестілеу нәтижелерінің МЖМБС </w:t>
            </w:r>
            <w:r w:rsidRPr="005E3039">
              <w:rPr>
                <w:w w:val="110"/>
                <w:sz w:val="24"/>
                <w:szCs w:val="24"/>
                <w:lang w:val="kk-KZ"/>
              </w:rPr>
              <w:t>талаптарына</w:t>
            </w:r>
            <w:r w:rsidRPr="005E3039">
              <w:rPr>
                <w:spacing w:val="-4"/>
                <w:w w:val="110"/>
                <w:sz w:val="24"/>
                <w:szCs w:val="24"/>
                <w:lang w:val="kk-KZ"/>
              </w:rPr>
              <w:t xml:space="preserve"> </w:t>
            </w:r>
            <w:r w:rsidRPr="005E3039">
              <w:rPr>
                <w:w w:val="110"/>
                <w:sz w:val="24"/>
                <w:szCs w:val="24"/>
                <w:lang w:val="kk-KZ"/>
              </w:rPr>
              <w:t>сәйкестігі</w:t>
            </w:r>
          </w:p>
        </w:tc>
        <w:tc>
          <w:tcPr>
            <w:tcW w:w="2676" w:type="dxa"/>
            <w:gridSpan w:val="2"/>
          </w:tcPr>
          <w:p w14:paraId="4E2D8658" w14:textId="77777777" w:rsidR="00FD4D57" w:rsidRPr="005E3039" w:rsidRDefault="00FD4D57" w:rsidP="00FD4D57">
            <w:pPr>
              <w:rPr>
                <w:w w:val="110"/>
                <w:sz w:val="24"/>
                <w:szCs w:val="24"/>
                <w:lang w:val="kk-KZ"/>
              </w:rPr>
            </w:pPr>
            <w:r w:rsidRPr="005E3039">
              <w:rPr>
                <w:w w:val="110"/>
                <w:sz w:val="24"/>
                <w:szCs w:val="24"/>
                <w:lang w:val="kk-KZ"/>
              </w:rPr>
              <w:t>компьютерлік</w:t>
            </w:r>
            <w:r w:rsidRPr="005E3039">
              <w:rPr>
                <w:spacing w:val="-4"/>
                <w:w w:val="110"/>
                <w:sz w:val="24"/>
                <w:szCs w:val="24"/>
                <w:lang w:val="kk-KZ"/>
              </w:rPr>
              <w:t xml:space="preserve"> </w:t>
            </w:r>
            <w:r w:rsidRPr="005E3039">
              <w:rPr>
                <w:w w:val="110"/>
                <w:sz w:val="24"/>
                <w:szCs w:val="24"/>
                <w:lang w:val="kk-KZ"/>
              </w:rPr>
              <w:t>тестілеу</w:t>
            </w:r>
            <w:r w:rsidRPr="005E3039">
              <w:rPr>
                <w:spacing w:val="-4"/>
                <w:w w:val="110"/>
                <w:sz w:val="24"/>
                <w:szCs w:val="24"/>
                <w:lang w:val="kk-KZ"/>
              </w:rPr>
              <w:t xml:space="preserve"> </w:t>
            </w:r>
            <w:r w:rsidRPr="005E3039">
              <w:rPr>
                <w:w w:val="110"/>
                <w:sz w:val="24"/>
                <w:szCs w:val="24"/>
                <w:lang w:val="kk-KZ"/>
              </w:rPr>
              <w:t>қорытындылары</w:t>
            </w:r>
            <w:r w:rsidRPr="005E3039">
              <w:rPr>
                <w:spacing w:val="-4"/>
                <w:w w:val="110"/>
                <w:sz w:val="24"/>
                <w:szCs w:val="24"/>
                <w:lang w:val="kk-KZ"/>
              </w:rPr>
              <w:t xml:space="preserve"> </w:t>
            </w:r>
            <w:r w:rsidRPr="005E3039">
              <w:rPr>
                <w:w w:val="110"/>
                <w:sz w:val="24"/>
                <w:szCs w:val="24"/>
                <w:lang w:val="kk-KZ"/>
              </w:rPr>
              <w:t>бойынша барлық тексерілетін бағыттар бойынша дұрыс жауаптардың үлесі 85%-дан 100%-ға дейін</w:t>
            </w:r>
          </w:p>
        </w:tc>
        <w:tc>
          <w:tcPr>
            <w:tcW w:w="2223" w:type="dxa"/>
            <w:gridSpan w:val="2"/>
          </w:tcPr>
          <w:p w14:paraId="4387B483" w14:textId="77777777" w:rsidR="00FD4D57" w:rsidRPr="0079238F" w:rsidRDefault="00FD4D57" w:rsidP="00FD4D57">
            <w:pPr>
              <w:rPr>
                <w:sz w:val="24"/>
                <w:szCs w:val="24"/>
                <w:lang w:val="en-US"/>
              </w:rPr>
            </w:pPr>
            <w:r>
              <w:rPr>
                <w:sz w:val="24"/>
                <w:szCs w:val="24"/>
                <w:lang w:val="en-US"/>
              </w:rPr>
              <w:t>5</w:t>
            </w:r>
          </w:p>
        </w:tc>
      </w:tr>
      <w:tr w:rsidR="008D3DD0" w:rsidRPr="0079238F" w14:paraId="0A524394" w14:textId="77777777" w:rsidTr="00FD4D57">
        <w:tc>
          <w:tcPr>
            <w:tcW w:w="510" w:type="dxa"/>
          </w:tcPr>
          <w:p w14:paraId="18280EC7" w14:textId="77777777" w:rsidR="008D3DD0" w:rsidRPr="005E3039" w:rsidRDefault="008D3DD0" w:rsidP="00FD4D57">
            <w:pPr>
              <w:rPr>
                <w:sz w:val="24"/>
                <w:szCs w:val="24"/>
                <w:lang w:val="kk-KZ"/>
              </w:rPr>
            </w:pPr>
          </w:p>
        </w:tc>
        <w:tc>
          <w:tcPr>
            <w:tcW w:w="4992" w:type="dxa"/>
          </w:tcPr>
          <w:p w14:paraId="53CBAF66" w14:textId="515D1496" w:rsidR="008D3DD0" w:rsidRPr="005E3039" w:rsidRDefault="008D3DD0" w:rsidP="00FD4D57">
            <w:pPr>
              <w:rPr>
                <w:w w:val="110"/>
                <w:sz w:val="24"/>
                <w:szCs w:val="24"/>
                <w:lang w:val="kk-KZ"/>
              </w:rPr>
            </w:pPr>
            <w:r>
              <w:rPr>
                <w:w w:val="110"/>
                <w:sz w:val="24"/>
                <w:szCs w:val="24"/>
                <w:lang w:val="kk-KZ"/>
              </w:rPr>
              <w:t>Барлығы</w:t>
            </w:r>
          </w:p>
        </w:tc>
        <w:tc>
          <w:tcPr>
            <w:tcW w:w="2676" w:type="dxa"/>
            <w:gridSpan w:val="2"/>
          </w:tcPr>
          <w:p w14:paraId="4814C45B" w14:textId="77777777" w:rsidR="008D3DD0" w:rsidRPr="005E3039" w:rsidRDefault="008D3DD0" w:rsidP="00FD4D57">
            <w:pPr>
              <w:rPr>
                <w:w w:val="110"/>
                <w:sz w:val="24"/>
                <w:szCs w:val="24"/>
                <w:lang w:val="kk-KZ"/>
              </w:rPr>
            </w:pPr>
          </w:p>
        </w:tc>
        <w:tc>
          <w:tcPr>
            <w:tcW w:w="2223" w:type="dxa"/>
            <w:gridSpan w:val="2"/>
          </w:tcPr>
          <w:p w14:paraId="5FBDAAE7" w14:textId="583517CA" w:rsidR="008D3DD0" w:rsidRPr="008D3DD0" w:rsidRDefault="008D3DD0" w:rsidP="00FD4D57">
            <w:pPr>
              <w:rPr>
                <w:sz w:val="24"/>
                <w:szCs w:val="24"/>
                <w:lang w:val="kk-KZ"/>
              </w:rPr>
            </w:pPr>
            <w:r>
              <w:rPr>
                <w:sz w:val="24"/>
                <w:szCs w:val="24"/>
                <w:lang w:val="kk-KZ"/>
              </w:rPr>
              <w:t>193</w:t>
            </w:r>
          </w:p>
        </w:tc>
      </w:tr>
    </w:tbl>
    <w:p w14:paraId="5528469A" w14:textId="2C74B26E" w:rsidR="00024E51" w:rsidRDefault="00024E51" w:rsidP="00512E9F">
      <w:pPr>
        <w:pStyle w:val="a8"/>
        <w:jc w:val="both"/>
        <w:rPr>
          <w:rFonts w:ascii="Times New Roman" w:hAnsi="Times New Roman" w:cs="Times New Roman"/>
          <w:sz w:val="28"/>
          <w:szCs w:val="28"/>
          <w:highlight w:val="yellow"/>
          <w:lang w:val="kk-KZ"/>
        </w:rPr>
      </w:pPr>
    </w:p>
    <w:p w14:paraId="7681B0B6" w14:textId="07D93564" w:rsidR="00002FE8" w:rsidRPr="00B62EDD" w:rsidRDefault="00002FE8" w:rsidP="000038CD">
      <w:pPr>
        <w:pStyle w:val="TableParagraph"/>
        <w:jc w:val="both"/>
        <w:rPr>
          <w:sz w:val="28"/>
          <w:szCs w:val="28"/>
          <w:lang w:val="kk-KZ"/>
        </w:rPr>
      </w:pPr>
      <w:r w:rsidRPr="00E256DB">
        <w:rPr>
          <w:sz w:val="28"/>
          <w:szCs w:val="28"/>
          <w:lang w:val="kk-KZ"/>
        </w:rPr>
        <w:t>Комиссия төмендегідей қор</w:t>
      </w:r>
      <w:r w:rsidR="00512E9F">
        <w:rPr>
          <w:sz w:val="28"/>
          <w:szCs w:val="28"/>
          <w:lang w:val="kk-KZ"/>
        </w:rPr>
        <w:t>ытындылар мен ұсыныстар жасады:</w:t>
      </w:r>
    </w:p>
    <w:p w14:paraId="5B796A2A" w14:textId="77777777" w:rsidR="00512E9F" w:rsidRPr="00512E9F" w:rsidRDefault="00512E9F" w:rsidP="00512E9F">
      <w:pPr>
        <w:widowControl/>
        <w:numPr>
          <w:ilvl w:val="0"/>
          <w:numId w:val="25"/>
        </w:numPr>
        <w:autoSpaceDE/>
        <w:autoSpaceDN/>
        <w:spacing w:before="100" w:beforeAutospacing="1" w:after="100" w:afterAutospacing="1"/>
        <w:rPr>
          <w:sz w:val="28"/>
          <w:szCs w:val="28"/>
          <w:lang w:val="kk-KZ" w:eastAsia="ru-RU"/>
        </w:rPr>
      </w:pPr>
      <w:r w:rsidRPr="008D3DD0">
        <w:rPr>
          <w:bCs/>
          <w:sz w:val="28"/>
          <w:szCs w:val="28"/>
          <w:lang w:val="kk-KZ" w:eastAsia="ru-RU"/>
        </w:rPr>
        <w:t>Педагогтердің кәсіби біліктілігін арттыру:</w:t>
      </w:r>
      <w:r w:rsidRPr="00512E9F">
        <w:rPr>
          <w:sz w:val="28"/>
          <w:szCs w:val="28"/>
          <w:lang w:val="kk-KZ" w:eastAsia="ru-RU"/>
        </w:rPr>
        <w:t xml:space="preserve"> педагог-сарапшы, педагог-зерттеуші, педагог-шебер санаттары бар педагогтердің үлесін ұлғайту мақсатында әдістемелік қолдау көрсету, тәлімгерлік жұмыстарын күшейту, педагогтердің кәсіби дамуына және жоғары біліктілік санаттарына өтуіне қолайлы жағдай жасау.</w:t>
      </w:r>
    </w:p>
    <w:p w14:paraId="6F582C2A" w14:textId="32AF24B2" w:rsidR="00884E6F" w:rsidRPr="00F464E9" w:rsidRDefault="00512E9F" w:rsidP="00F464E9">
      <w:pPr>
        <w:widowControl/>
        <w:numPr>
          <w:ilvl w:val="0"/>
          <w:numId w:val="25"/>
        </w:numPr>
        <w:autoSpaceDE/>
        <w:autoSpaceDN/>
        <w:spacing w:beforeAutospacing="1" w:afterAutospacing="1"/>
        <w:rPr>
          <w:sz w:val="28"/>
          <w:szCs w:val="28"/>
          <w:lang w:val="kk-KZ" w:eastAsia="ru-RU"/>
        </w:rPr>
      </w:pPr>
      <w:r w:rsidRPr="00512E9F">
        <w:rPr>
          <w:sz w:val="28"/>
          <w:szCs w:val="28"/>
          <w:lang w:val="kk-KZ" w:eastAsia="ru-RU"/>
        </w:rPr>
        <w:t>Сыныптардың толымдылығын нормативтік талаптарға сәйкестендіру: білім бөлімімен бірлесіп оқушылар контингентін реттеу, мектептің жобалық сыйымдылығын ескере отырып, білім алушыларды қабылдау және ауыстыру жұмыстарын қолданыстағы заңнама талаптарына сәйкес ұйымдастыру, сыныптарды топтарға бөлудің белгіленген нормаларын сақтау.</w:t>
      </w:r>
    </w:p>
    <w:p w14:paraId="78FBD191" w14:textId="5BA95FB4" w:rsidR="00884E6F" w:rsidRPr="00B82F7B" w:rsidRDefault="00002FE8" w:rsidP="000038CD">
      <w:pPr>
        <w:ind w:left="360"/>
        <w:jc w:val="both"/>
        <w:rPr>
          <w:sz w:val="28"/>
          <w:szCs w:val="28"/>
          <w:lang w:val="kk-KZ"/>
        </w:rPr>
      </w:pPr>
      <w:r>
        <w:rPr>
          <w:sz w:val="28"/>
          <w:szCs w:val="28"/>
          <w:lang w:val="kk-KZ"/>
        </w:rPr>
        <w:t xml:space="preserve">Комиссия төрағасы    </w:t>
      </w:r>
      <w:r w:rsidR="00884E6F" w:rsidRPr="00050DA2">
        <w:rPr>
          <w:sz w:val="28"/>
          <w:szCs w:val="28"/>
        </w:rPr>
        <w:t xml:space="preserve"> </w:t>
      </w:r>
      <w:r w:rsidR="006F1597">
        <w:rPr>
          <w:sz w:val="28"/>
          <w:szCs w:val="28"/>
        </w:rPr>
        <w:tab/>
      </w:r>
      <w:r w:rsidR="006F1597">
        <w:rPr>
          <w:sz w:val="28"/>
          <w:szCs w:val="28"/>
        </w:rPr>
        <w:tab/>
      </w:r>
      <w:r w:rsidR="006F1597">
        <w:rPr>
          <w:sz w:val="28"/>
          <w:szCs w:val="28"/>
        </w:rPr>
        <w:tab/>
      </w:r>
      <w:r>
        <w:rPr>
          <w:sz w:val="28"/>
          <w:szCs w:val="28"/>
          <w:lang w:val="kk-KZ"/>
        </w:rPr>
        <w:t>О.С.Аринов</w:t>
      </w:r>
    </w:p>
    <w:p w14:paraId="74135EF5" w14:textId="77777777" w:rsidR="00D41D12" w:rsidRDefault="00D41D12" w:rsidP="000038CD">
      <w:pPr>
        <w:ind w:left="360"/>
        <w:jc w:val="both"/>
        <w:rPr>
          <w:sz w:val="28"/>
          <w:szCs w:val="28"/>
        </w:rPr>
      </w:pPr>
    </w:p>
    <w:p w14:paraId="1FFD314B" w14:textId="77777777" w:rsidR="00002FE8" w:rsidRDefault="00002FE8" w:rsidP="000038CD">
      <w:pPr>
        <w:ind w:left="360"/>
        <w:jc w:val="both"/>
        <w:rPr>
          <w:sz w:val="28"/>
          <w:szCs w:val="28"/>
          <w:lang w:val="kk-KZ"/>
        </w:rPr>
      </w:pPr>
      <w:r>
        <w:rPr>
          <w:sz w:val="28"/>
          <w:szCs w:val="28"/>
        </w:rPr>
        <w:t xml:space="preserve">Комиссия </w:t>
      </w:r>
      <w:r>
        <w:rPr>
          <w:sz w:val="28"/>
          <w:szCs w:val="28"/>
          <w:lang w:val="kk-KZ"/>
        </w:rPr>
        <w:t>мүшелері</w:t>
      </w:r>
      <w:r w:rsidR="00884E6F" w:rsidRPr="00050DA2">
        <w:rPr>
          <w:sz w:val="28"/>
          <w:szCs w:val="28"/>
        </w:rPr>
        <w:t>:</w:t>
      </w:r>
      <w:r w:rsidR="00B82F7B">
        <w:rPr>
          <w:sz w:val="28"/>
          <w:szCs w:val="28"/>
          <w:lang w:val="kk-KZ"/>
        </w:rPr>
        <w:t xml:space="preserve">                               </w:t>
      </w:r>
      <w:r>
        <w:rPr>
          <w:sz w:val="28"/>
          <w:szCs w:val="28"/>
          <w:lang w:val="kk-KZ"/>
        </w:rPr>
        <w:t>Момынбаева Л.Б.</w:t>
      </w:r>
    </w:p>
    <w:p w14:paraId="0354403A" w14:textId="77777777" w:rsidR="00002FE8" w:rsidRDefault="00002FE8" w:rsidP="000038CD">
      <w:pPr>
        <w:ind w:left="360"/>
        <w:jc w:val="both"/>
        <w:rPr>
          <w:sz w:val="28"/>
          <w:szCs w:val="28"/>
          <w:lang w:val="kk-KZ"/>
        </w:rPr>
      </w:pPr>
      <w:r>
        <w:rPr>
          <w:sz w:val="28"/>
          <w:szCs w:val="28"/>
          <w:lang w:val="kk-KZ"/>
        </w:rPr>
        <w:t xml:space="preserve">                                                                  Ахметжамиева А.А.</w:t>
      </w:r>
    </w:p>
    <w:p w14:paraId="5E565589" w14:textId="77777777" w:rsidR="00002FE8" w:rsidRDefault="00002FE8" w:rsidP="000038CD">
      <w:pPr>
        <w:ind w:left="360"/>
        <w:jc w:val="both"/>
        <w:rPr>
          <w:sz w:val="28"/>
          <w:szCs w:val="28"/>
          <w:lang w:val="kk-KZ"/>
        </w:rPr>
      </w:pPr>
      <w:r>
        <w:rPr>
          <w:sz w:val="28"/>
          <w:szCs w:val="28"/>
          <w:lang w:val="kk-KZ"/>
        </w:rPr>
        <w:t xml:space="preserve">                                                                  Есебаева О.Ж.</w:t>
      </w:r>
    </w:p>
    <w:p w14:paraId="7916A545" w14:textId="77777777" w:rsidR="00002FE8" w:rsidRDefault="00002FE8" w:rsidP="000038CD">
      <w:pPr>
        <w:ind w:left="360"/>
        <w:jc w:val="both"/>
        <w:rPr>
          <w:sz w:val="28"/>
          <w:szCs w:val="28"/>
          <w:lang w:val="kk-KZ"/>
        </w:rPr>
      </w:pPr>
      <w:r>
        <w:rPr>
          <w:sz w:val="28"/>
          <w:szCs w:val="28"/>
          <w:lang w:val="kk-KZ"/>
        </w:rPr>
        <w:t xml:space="preserve">                                                                  Тлеубаев Ж.Б.</w:t>
      </w:r>
      <w:r w:rsidR="00B82F7B">
        <w:rPr>
          <w:sz w:val="28"/>
          <w:szCs w:val="28"/>
          <w:lang w:val="kk-KZ"/>
        </w:rPr>
        <w:t xml:space="preserve">    </w:t>
      </w:r>
    </w:p>
    <w:p w14:paraId="623D215A" w14:textId="32BFCB5F" w:rsidR="00B82F7B" w:rsidRDefault="00002FE8" w:rsidP="000038CD">
      <w:pPr>
        <w:ind w:left="360"/>
        <w:jc w:val="both"/>
        <w:rPr>
          <w:sz w:val="28"/>
          <w:szCs w:val="28"/>
          <w:lang w:val="kk-KZ"/>
        </w:rPr>
      </w:pPr>
      <w:r>
        <w:rPr>
          <w:sz w:val="28"/>
          <w:szCs w:val="28"/>
          <w:lang w:val="kk-KZ"/>
        </w:rPr>
        <w:t xml:space="preserve">                                   </w:t>
      </w:r>
      <w:r w:rsidR="00BC4EA9">
        <w:rPr>
          <w:sz w:val="28"/>
          <w:szCs w:val="28"/>
          <w:lang w:val="kk-KZ"/>
        </w:rPr>
        <w:t xml:space="preserve">                               </w:t>
      </w:r>
      <w:r>
        <w:rPr>
          <w:sz w:val="28"/>
          <w:szCs w:val="28"/>
          <w:lang w:val="kk-KZ"/>
        </w:rPr>
        <w:t>Рысқұлова А.Қ.</w:t>
      </w:r>
      <w:r w:rsidR="00B82F7B">
        <w:rPr>
          <w:sz w:val="28"/>
          <w:szCs w:val="28"/>
          <w:lang w:val="kk-KZ"/>
        </w:rPr>
        <w:t xml:space="preserve"> </w:t>
      </w:r>
    </w:p>
    <w:p w14:paraId="665A6B98" w14:textId="741E150C" w:rsidR="00002FE8" w:rsidRDefault="00BC4EA9" w:rsidP="00F464E9">
      <w:pPr>
        <w:ind w:left="360"/>
        <w:jc w:val="both"/>
        <w:rPr>
          <w:sz w:val="28"/>
          <w:szCs w:val="28"/>
          <w:lang w:val="kk-KZ"/>
        </w:rPr>
      </w:pPr>
      <w:r>
        <w:rPr>
          <w:sz w:val="28"/>
          <w:szCs w:val="28"/>
          <w:lang w:val="kk-KZ"/>
        </w:rPr>
        <w:t xml:space="preserve">                      </w:t>
      </w:r>
      <w:r w:rsidR="006767F5">
        <w:rPr>
          <w:sz w:val="28"/>
          <w:szCs w:val="28"/>
          <w:lang w:val="kk-KZ"/>
        </w:rPr>
        <w:t xml:space="preserve">                                         </w:t>
      </w:r>
      <w:r>
        <w:rPr>
          <w:sz w:val="28"/>
          <w:szCs w:val="28"/>
          <w:lang w:val="kk-KZ"/>
        </w:rPr>
        <w:t xml:space="preserve">   Турмаганбетов М.М.</w:t>
      </w:r>
      <w:r w:rsidR="00512E9F">
        <w:rPr>
          <w:sz w:val="28"/>
          <w:szCs w:val="28"/>
          <w:lang w:val="kk-KZ"/>
        </w:rPr>
        <w:t xml:space="preserve">          </w:t>
      </w:r>
      <w:r w:rsidR="00B82F7B">
        <w:rPr>
          <w:sz w:val="28"/>
          <w:szCs w:val="28"/>
          <w:lang w:val="kk-KZ"/>
        </w:rPr>
        <w:t xml:space="preserve">                              </w:t>
      </w:r>
      <w:r w:rsidR="00CE2BDA">
        <w:rPr>
          <w:sz w:val="28"/>
          <w:szCs w:val="28"/>
          <w:lang w:val="kk-KZ"/>
        </w:rPr>
        <w:t xml:space="preserve">  </w:t>
      </w:r>
      <w:r w:rsidR="00B82F7B">
        <w:rPr>
          <w:sz w:val="28"/>
          <w:szCs w:val="28"/>
          <w:lang w:val="kk-KZ"/>
        </w:rPr>
        <w:t xml:space="preserve"> </w:t>
      </w:r>
    </w:p>
    <w:sectPr w:rsidR="00002FE8" w:rsidSect="00FA1D49">
      <w:pgSz w:w="11906" w:h="16838"/>
      <w:pgMar w:top="851" w:right="566"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B8A3D1" w14:textId="77777777" w:rsidR="008D1D0B" w:rsidRDefault="008D1D0B">
      <w:r>
        <w:separator/>
      </w:r>
    </w:p>
  </w:endnote>
  <w:endnote w:type="continuationSeparator" w:id="0">
    <w:p w14:paraId="46581667" w14:textId="77777777" w:rsidR="008D1D0B" w:rsidRDefault="008D1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ourier">
    <w:panose1 w:val="020703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font290">
    <w:altName w:val="Times New Roman"/>
    <w:charset w:val="CC"/>
    <w:family w:val="auto"/>
    <w:pitch w:val="variable"/>
  </w:font>
  <w:font w:name="Microsoft YaHei">
    <w:panose1 w:val="020B0503020204020204"/>
    <w:charset w:val="86"/>
    <w:family w:val="swiss"/>
    <w:pitch w:val="variable"/>
    <w:sig w:usb0="80000287" w:usb1="2ACF3C50" w:usb2="00000016" w:usb3="00000000" w:csb0="0004001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795882"/>
      <w:docPartObj>
        <w:docPartGallery w:val="Page Numbers (Bottom of Page)"/>
        <w:docPartUnique/>
      </w:docPartObj>
    </w:sdtPr>
    <w:sdtEndPr/>
    <w:sdtContent>
      <w:p w14:paraId="507EC75D" w14:textId="45F3AFE4" w:rsidR="00881CE3" w:rsidRDefault="00881CE3">
        <w:pPr>
          <w:pStyle w:val="af3"/>
          <w:jc w:val="right"/>
        </w:pPr>
        <w:r>
          <w:fldChar w:fldCharType="begin"/>
        </w:r>
        <w:r>
          <w:instrText>PAGE   \* MERGEFORMAT</w:instrText>
        </w:r>
        <w:r>
          <w:fldChar w:fldCharType="separate"/>
        </w:r>
        <w:r w:rsidR="00F060A1">
          <w:rPr>
            <w:noProof/>
          </w:rPr>
          <w:t>181</w:t>
        </w:r>
        <w:r>
          <w:fldChar w:fldCharType="end"/>
        </w:r>
      </w:p>
    </w:sdtContent>
  </w:sdt>
  <w:p w14:paraId="1B989F0F" w14:textId="2B0095C7" w:rsidR="00881CE3" w:rsidRDefault="00881CE3">
    <w:pPr>
      <w:pStyle w:val="a5"/>
      <w:spacing w:line="14" w:lineRule="auto"/>
      <w:ind w:left="0"/>
      <w:rPr>
        <w:sz w:val="19"/>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32B2F8" w14:textId="77777777" w:rsidR="008D1D0B" w:rsidRDefault="008D1D0B">
      <w:r>
        <w:separator/>
      </w:r>
    </w:p>
  </w:footnote>
  <w:footnote w:type="continuationSeparator" w:id="0">
    <w:p w14:paraId="3D9AF4C6" w14:textId="77777777" w:rsidR="008D1D0B" w:rsidRDefault="008D1D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6" w15:restartNumberingAfterBreak="0">
    <w:nsid w:val="0B9328B9"/>
    <w:multiLevelType w:val="multilevel"/>
    <w:tmpl w:val="FDA8D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79227A"/>
    <w:multiLevelType w:val="multilevel"/>
    <w:tmpl w:val="D8364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3C795E"/>
    <w:multiLevelType w:val="multilevel"/>
    <w:tmpl w:val="E1C62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1936B8"/>
    <w:multiLevelType w:val="multilevel"/>
    <w:tmpl w:val="9BCAFE30"/>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i w:val="0"/>
        <w:iCs w:val="0"/>
        <w:color w:val="auto"/>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261AE4"/>
    <w:multiLevelType w:val="multilevel"/>
    <w:tmpl w:val="AF5256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FDC39AE"/>
    <w:multiLevelType w:val="multilevel"/>
    <w:tmpl w:val="5E984C46"/>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3F50F3"/>
    <w:multiLevelType w:val="multilevel"/>
    <w:tmpl w:val="A76EC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B024A6F"/>
    <w:multiLevelType w:val="multilevel"/>
    <w:tmpl w:val="7C0A3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42648C"/>
    <w:multiLevelType w:val="multilevel"/>
    <w:tmpl w:val="2E1C3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0E80C84"/>
    <w:multiLevelType w:val="multilevel"/>
    <w:tmpl w:val="CFBAC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6107CA7"/>
    <w:multiLevelType w:val="hybridMultilevel"/>
    <w:tmpl w:val="C2443EA2"/>
    <w:lvl w:ilvl="0" w:tplc="17988F9C">
      <w:start w:val="37"/>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8225CD0"/>
    <w:multiLevelType w:val="multilevel"/>
    <w:tmpl w:val="5DA05FC4"/>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B546347"/>
    <w:multiLevelType w:val="multilevel"/>
    <w:tmpl w:val="322C210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7C82EC2"/>
    <w:multiLevelType w:val="multilevel"/>
    <w:tmpl w:val="1214C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EAD348E"/>
    <w:multiLevelType w:val="multilevel"/>
    <w:tmpl w:val="DB189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0F42156"/>
    <w:multiLevelType w:val="multilevel"/>
    <w:tmpl w:val="3D240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23A59DA"/>
    <w:multiLevelType w:val="multilevel"/>
    <w:tmpl w:val="A3F8E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7972F2F"/>
    <w:multiLevelType w:val="hybridMultilevel"/>
    <w:tmpl w:val="3A762E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BFB1D81"/>
    <w:multiLevelType w:val="multilevel"/>
    <w:tmpl w:val="414C7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8"/>
  </w:num>
  <w:num w:numId="3">
    <w:abstractNumId w:val="24"/>
  </w:num>
  <w:num w:numId="4">
    <w:abstractNumId w:val="5"/>
  </w:num>
  <w:num w:numId="5">
    <w:abstractNumId w:val="3"/>
  </w:num>
  <w:num w:numId="6">
    <w:abstractNumId w:val="2"/>
  </w:num>
  <w:num w:numId="7">
    <w:abstractNumId w:val="4"/>
  </w:num>
  <w:num w:numId="8">
    <w:abstractNumId w:val="1"/>
  </w:num>
  <w:num w:numId="9">
    <w:abstractNumId w:val="0"/>
  </w:num>
  <w:num w:numId="10">
    <w:abstractNumId w:val="17"/>
  </w:num>
  <w:num w:numId="11">
    <w:abstractNumId w:val="18"/>
  </w:num>
  <w:num w:numId="12">
    <w:abstractNumId w:val="22"/>
  </w:num>
  <w:num w:numId="13">
    <w:abstractNumId w:val="23"/>
  </w:num>
  <w:num w:numId="14">
    <w:abstractNumId w:val="7"/>
  </w:num>
  <w:num w:numId="15">
    <w:abstractNumId w:val="20"/>
  </w:num>
  <w:num w:numId="16">
    <w:abstractNumId w:val="13"/>
  </w:num>
  <w:num w:numId="17">
    <w:abstractNumId w:val="9"/>
  </w:num>
  <w:num w:numId="18">
    <w:abstractNumId w:val="11"/>
  </w:num>
  <w:num w:numId="19">
    <w:abstractNumId w:val="19"/>
  </w:num>
  <w:num w:numId="20">
    <w:abstractNumId w:val="15"/>
  </w:num>
  <w:num w:numId="21">
    <w:abstractNumId w:val="16"/>
  </w:num>
  <w:num w:numId="22">
    <w:abstractNumId w:val="14"/>
  </w:num>
  <w:num w:numId="23">
    <w:abstractNumId w:val="12"/>
  </w:num>
  <w:num w:numId="24">
    <w:abstractNumId w:val="21"/>
  </w:num>
  <w:num w:numId="25">
    <w:abstractNumId w:val="1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130A"/>
    <w:rsid w:val="00002FE8"/>
    <w:rsid w:val="000038CD"/>
    <w:rsid w:val="00004F27"/>
    <w:rsid w:val="00017B0B"/>
    <w:rsid w:val="000238AC"/>
    <w:rsid w:val="00024E51"/>
    <w:rsid w:val="00025676"/>
    <w:rsid w:val="0003191C"/>
    <w:rsid w:val="00034556"/>
    <w:rsid w:val="0004056C"/>
    <w:rsid w:val="0004260B"/>
    <w:rsid w:val="000437B6"/>
    <w:rsid w:val="00043ABD"/>
    <w:rsid w:val="00046B96"/>
    <w:rsid w:val="00052FBE"/>
    <w:rsid w:val="000541B6"/>
    <w:rsid w:val="00055042"/>
    <w:rsid w:val="0007079E"/>
    <w:rsid w:val="000729A2"/>
    <w:rsid w:val="00072B2F"/>
    <w:rsid w:val="00074FF8"/>
    <w:rsid w:val="000756F7"/>
    <w:rsid w:val="0007642B"/>
    <w:rsid w:val="00077477"/>
    <w:rsid w:val="00080C20"/>
    <w:rsid w:val="00084697"/>
    <w:rsid w:val="00086C33"/>
    <w:rsid w:val="000A69BF"/>
    <w:rsid w:val="000B15E7"/>
    <w:rsid w:val="000B6915"/>
    <w:rsid w:val="000C0CCD"/>
    <w:rsid w:val="000C34B8"/>
    <w:rsid w:val="000C421E"/>
    <w:rsid w:val="000D06C1"/>
    <w:rsid w:val="000D135D"/>
    <w:rsid w:val="000D243C"/>
    <w:rsid w:val="000D6E82"/>
    <w:rsid w:val="000E0FF7"/>
    <w:rsid w:val="000E40D1"/>
    <w:rsid w:val="000E7317"/>
    <w:rsid w:val="000E79D2"/>
    <w:rsid w:val="000F4209"/>
    <w:rsid w:val="000F5655"/>
    <w:rsid w:val="001008C1"/>
    <w:rsid w:val="00107A99"/>
    <w:rsid w:val="0011415E"/>
    <w:rsid w:val="00124192"/>
    <w:rsid w:val="001249C4"/>
    <w:rsid w:val="001249D8"/>
    <w:rsid w:val="00136BAC"/>
    <w:rsid w:val="001418E3"/>
    <w:rsid w:val="00141BCD"/>
    <w:rsid w:val="00143E93"/>
    <w:rsid w:val="00143F52"/>
    <w:rsid w:val="00150A09"/>
    <w:rsid w:val="00151416"/>
    <w:rsid w:val="00153752"/>
    <w:rsid w:val="00153CE4"/>
    <w:rsid w:val="00153E4C"/>
    <w:rsid w:val="00153FEA"/>
    <w:rsid w:val="00163A46"/>
    <w:rsid w:val="001653CC"/>
    <w:rsid w:val="0017030F"/>
    <w:rsid w:val="0017183A"/>
    <w:rsid w:val="00176FA3"/>
    <w:rsid w:val="00195824"/>
    <w:rsid w:val="001964E9"/>
    <w:rsid w:val="00197680"/>
    <w:rsid w:val="001A523A"/>
    <w:rsid w:val="001B0527"/>
    <w:rsid w:val="001B16D8"/>
    <w:rsid w:val="001B26EF"/>
    <w:rsid w:val="001B5F39"/>
    <w:rsid w:val="001C1ACE"/>
    <w:rsid w:val="001C1F3B"/>
    <w:rsid w:val="001C2E4A"/>
    <w:rsid w:val="001C7F8C"/>
    <w:rsid w:val="001E0BDF"/>
    <w:rsid w:val="001E12EF"/>
    <w:rsid w:val="001E169D"/>
    <w:rsid w:val="001E1E96"/>
    <w:rsid w:val="001E4A6B"/>
    <w:rsid w:val="001E5F40"/>
    <w:rsid w:val="001F216D"/>
    <w:rsid w:val="001F3FED"/>
    <w:rsid w:val="001F7B41"/>
    <w:rsid w:val="002014E8"/>
    <w:rsid w:val="00203253"/>
    <w:rsid w:val="002108EE"/>
    <w:rsid w:val="00210EBE"/>
    <w:rsid w:val="0022389C"/>
    <w:rsid w:val="00231D38"/>
    <w:rsid w:val="00233680"/>
    <w:rsid w:val="0024021D"/>
    <w:rsid w:val="00240292"/>
    <w:rsid w:val="002437DA"/>
    <w:rsid w:val="00243D1A"/>
    <w:rsid w:val="00246D85"/>
    <w:rsid w:val="00250CF0"/>
    <w:rsid w:val="002510D1"/>
    <w:rsid w:val="002528A8"/>
    <w:rsid w:val="00252D14"/>
    <w:rsid w:val="00261860"/>
    <w:rsid w:val="0027032A"/>
    <w:rsid w:val="00276593"/>
    <w:rsid w:val="00276658"/>
    <w:rsid w:val="00276A4F"/>
    <w:rsid w:val="00281EC1"/>
    <w:rsid w:val="00286723"/>
    <w:rsid w:val="00290F1D"/>
    <w:rsid w:val="002926FC"/>
    <w:rsid w:val="00296F98"/>
    <w:rsid w:val="00297C04"/>
    <w:rsid w:val="002A75BD"/>
    <w:rsid w:val="002B1B73"/>
    <w:rsid w:val="002B1E78"/>
    <w:rsid w:val="002B65BE"/>
    <w:rsid w:val="002C1E83"/>
    <w:rsid w:val="002C30D1"/>
    <w:rsid w:val="002C4BA1"/>
    <w:rsid w:val="002D041F"/>
    <w:rsid w:val="002D364D"/>
    <w:rsid w:val="002D6875"/>
    <w:rsid w:val="002D7DF5"/>
    <w:rsid w:val="002E26D8"/>
    <w:rsid w:val="002E2EE9"/>
    <w:rsid w:val="002F20BE"/>
    <w:rsid w:val="00310199"/>
    <w:rsid w:val="00312B68"/>
    <w:rsid w:val="003229BE"/>
    <w:rsid w:val="00322DB3"/>
    <w:rsid w:val="00326436"/>
    <w:rsid w:val="0033130A"/>
    <w:rsid w:val="00332380"/>
    <w:rsid w:val="00333F60"/>
    <w:rsid w:val="003340B4"/>
    <w:rsid w:val="0034407D"/>
    <w:rsid w:val="003704E6"/>
    <w:rsid w:val="00382158"/>
    <w:rsid w:val="003840FB"/>
    <w:rsid w:val="00387B16"/>
    <w:rsid w:val="00390C7B"/>
    <w:rsid w:val="00396570"/>
    <w:rsid w:val="003A4362"/>
    <w:rsid w:val="003A4822"/>
    <w:rsid w:val="003A5B50"/>
    <w:rsid w:val="003B07CB"/>
    <w:rsid w:val="003B0C73"/>
    <w:rsid w:val="003B1454"/>
    <w:rsid w:val="003B15CD"/>
    <w:rsid w:val="003B4D43"/>
    <w:rsid w:val="003C1359"/>
    <w:rsid w:val="003C3F9B"/>
    <w:rsid w:val="003D087B"/>
    <w:rsid w:val="003D1C40"/>
    <w:rsid w:val="003E0618"/>
    <w:rsid w:val="003E2750"/>
    <w:rsid w:val="003F563B"/>
    <w:rsid w:val="00402892"/>
    <w:rsid w:val="00403454"/>
    <w:rsid w:val="00406153"/>
    <w:rsid w:val="00407243"/>
    <w:rsid w:val="004106A7"/>
    <w:rsid w:val="004112BB"/>
    <w:rsid w:val="00413075"/>
    <w:rsid w:val="00414A67"/>
    <w:rsid w:val="00417480"/>
    <w:rsid w:val="004207DE"/>
    <w:rsid w:val="00424118"/>
    <w:rsid w:val="00432530"/>
    <w:rsid w:val="00432889"/>
    <w:rsid w:val="00433444"/>
    <w:rsid w:val="00436D08"/>
    <w:rsid w:val="00445149"/>
    <w:rsid w:val="00452C11"/>
    <w:rsid w:val="00455489"/>
    <w:rsid w:val="004616A2"/>
    <w:rsid w:val="0047066D"/>
    <w:rsid w:val="00471720"/>
    <w:rsid w:val="00472D99"/>
    <w:rsid w:val="00473B8B"/>
    <w:rsid w:val="004749A1"/>
    <w:rsid w:val="00482E3B"/>
    <w:rsid w:val="00483068"/>
    <w:rsid w:val="004831DC"/>
    <w:rsid w:val="00484070"/>
    <w:rsid w:val="00485E2F"/>
    <w:rsid w:val="004A351B"/>
    <w:rsid w:val="004A47D6"/>
    <w:rsid w:val="004B1CAE"/>
    <w:rsid w:val="004C2FCE"/>
    <w:rsid w:val="004C40C0"/>
    <w:rsid w:val="004C63D3"/>
    <w:rsid w:val="004C6FA7"/>
    <w:rsid w:val="004D0EAD"/>
    <w:rsid w:val="004D1FA2"/>
    <w:rsid w:val="004D3323"/>
    <w:rsid w:val="004D438A"/>
    <w:rsid w:val="004D4ECC"/>
    <w:rsid w:val="004D513D"/>
    <w:rsid w:val="004D72D9"/>
    <w:rsid w:val="004E154C"/>
    <w:rsid w:val="004F2692"/>
    <w:rsid w:val="005018BE"/>
    <w:rsid w:val="0050346B"/>
    <w:rsid w:val="00505B62"/>
    <w:rsid w:val="00505C7A"/>
    <w:rsid w:val="0051012E"/>
    <w:rsid w:val="00512E9F"/>
    <w:rsid w:val="00516F7D"/>
    <w:rsid w:val="00521CE6"/>
    <w:rsid w:val="00522B97"/>
    <w:rsid w:val="00526438"/>
    <w:rsid w:val="005351BD"/>
    <w:rsid w:val="00540362"/>
    <w:rsid w:val="00545071"/>
    <w:rsid w:val="00546838"/>
    <w:rsid w:val="00547286"/>
    <w:rsid w:val="0055016E"/>
    <w:rsid w:val="00552AB4"/>
    <w:rsid w:val="00554624"/>
    <w:rsid w:val="005556D0"/>
    <w:rsid w:val="005601BC"/>
    <w:rsid w:val="00560F0C"/>
    <w:rsid w:val="0056303A"/>
    <w:rsid w:val="005653A7"/>
    <w:rsid w:val="00567BA1"/>
    <w:rsid w:val="00573CD2"/>
    <w:rsid w:val="00574E64"/>
    <w:rsid w:val="00575503"/>
    <w:rsid w:val="00582B0E"/>
    <w:rsid w:val="00582BB7"/>
    <w:rsid w:val="00583851"/>
    <w:rsid w:val="0059168C"/>
    <w:rsid w:val="005917F2"/>
    <w:rsid w:val="00591948"/>
    <w:rsid w:val="00594B97"/>
    <w:rsid w:val="0059538D"/>
    <w:rsid w:val="00595CC0"/>
    <w:rsid w:val="005A2831"/>
    <w:rsid w:val="005B25FC"/>
    <w:rsid w:val="005C0EE7"/>
    <w:rsid w:val="005C58A0"/>
    <w:rsid w:val="005C635F"/>
    <w:rsid w:val="005E2DEC"/>
    <w:rsid w:val="005E53B7"/>
    <w:rsid w:val="005F256D"/>
    <w:rsid w:val="005F3672"/>
    <w:rsid w:val="005F4079"/>
    <w:rsid w:val="005F75A6"/>
    <w:rsid w:val="005F781B"/>
    <w:rsid w:val="0060059C"/>
    <w:rsid w:val="006007F0"/>
    <w:rsid w:val="00605CBF"/>
    <w:rsid w:val="00605DBA"/>
    <w:rsid w:val="00605E42"/>
    <w:rsid w:val="0061196A"/>
    <w:rsid w:val="00613BD4"/>
    <w:rsid w:val="006161B2"/>
    <w:rsid w:val="006240B8"/>
    <w:rsid w:val="006317BA"/>
    <w:rsid w:val="00633162"/>
    <w:rsid w:val="00645843"/>
    <w:rsid w:val="00646AD0"/>
    <w:rsid w:val="00652ED1"/>
    <w:rsid w:val="00655CA0"/>
    <w:rsid w:val="00656942"/>
    <w:rsid w:val="006574A6"/>
    <w:rsid w:val="00666906"/>
    <w:rsid w:val="00666922"/>
    <w:rsid w:val="006767F5"/>
    <w:rsid w:val="00682D11"/>
    <w:rsid w:val="00694EFC"/>
    <w:rsid w:val="006A2E4A"/>
    <w:rsid w:val="006A637F"/>
    <w:rsid w:val="006A7B2F"/>
    <w:rsid w:val="006A7B5B"/>
    <w:rsid w:val="006B01AE"/>
    <w:rsid w:val="006B0F1B"/>
    <w:rsid w:val="006B5DD6"/>
    <w:rsid w:val="006B657A"/>
    <w:rsid w:val="006B7404"/>
    <w:rsid w:val="006B79F1"/>
    <w:rsid w:val="006C03F0"/>
    <w:rsid w:val="006C08D5"/>
    <w:rsid w:val="006C28FE"/>
    <w:rsid w:val="006C4400"/>
    <w:rsid w:val="006D1976"/>
    <w:rsid w:val="006D1EEF"/>
    <w:rsid w:val="006D212D"/>
    <w:rsid w:val="006E274C"/>
    <w:rsid w:val="006E446F"/>
    <w:rsid w:val="006F0F0D"/>
    <w:rsid w:val="006F1597"/>
    <w:rsid w:val="006F37C1"/>
    <w:rsid w:val="0070051F"/>
    <w:rsid w:val="00701D35"/>
    <w:rsid w:val="00711455"/>
    <w:rsid w:val="007131B8"/>
    <w:rsid w:val="00714CBD"/>
    <w:rsid w:val="007162B7"/>
    <w:rsid w:val="007174E2"/>
    <w:rsid w:val="00720C0E"/>
    <w:rsid w:val="00733DAA"/>
    <w:rsid w:val="007456C1"/>
    <w:rsid w:val="0074709D"/>
    <w:rsid w:val="00750F4D"/>
    <w:rsid w:val="00756466"/>
    <w:rsid w:val="00757784"/>
    <w:rsid w:val="007632C3"/>
    <w:rsid w:val="00780B99"/>
    <w:rsid w:val="0078139A"/>
    <w:rsid w:val="007860CB"/>
    <w:rsid w:val="007A1D6A"/>
    <w:rsid w:val="007A2CE4"/>
    <w:rsid w:val="007B1EE4"/>
    <w:rsid w:val="007C0F33"/>
    <w:rsid w:val="007C6DFD"/>
    <w:rsid w:val="007C72CF"/>
    <w:rsid w:val="007D1C99"/>
    <w:rsid w:val="007D3C71"/>
    <w:rsid w:val="007D4B0C"/>
    <w:rsid w:val="007D789B"/>
    <w:rsid w:val="007E2254"/>
    <w:rsid w:val="007E60B8"/>
    <w:rsid w:val="007E6B31"/>
    <w:rsid w:val="007F0261"/>
    <w:rsid w:val="007F15CE"/>
    <w:rsid w:val="00802576"/>
    <w:rsid w:val="00804F75"/>
    <w:rsid w:val="00806141"/>
    <w:rsid w:val="00807B87"/>
    <w:rsid w:val="00811D2F"/>
    <w:rsid w:val="00814238"/>
    <w:rsid w:val="00816A42"/>
    <w:rsid w:val="008257C1"/>
    <w:rsid w:val="00834776"/>
    <w:rsid w:val="00835B13"/>
    <w:rsid w:val="00840A23"/>
    <w:rsid w:val="00843457"/>
    <w:rsid w:val="0084557E"/>
    <w:rsid w:val="00846570"/>
    <w:rsid w:val="00860D32"/>
    <w:rsid w:val="0086235D"/>
    <w:rsid w:val="00867733"/>
    <w:rsid w:val="00876175"/>
    <w:rsid w:val="00877790"/>
    <w:rsid w:val="00880890"/>
    <w:rsid w:val="008809F7"/>
    <w:rsid w:val="00881CE3"/>
    <w:rsid w:val="008837A5"/>
    <w:rsid w:val="00884E6F"/>
    <w:rsid w:val="008A0D30"/>
    <w:rsid w:val="008A57C7"/>
    <w:rsid w:val="008B2180"/>
    <w:rsid w:val="008B676C"/>
    <w:rsid w:val="008C06DA"/>
    <w:rsid w:val="008C0B64"/>
    <w:rsid w:val="008C384C"/>
    <w:rsid w:val="008D02F1"/>
    <w:rsid w:val="008D1D0B"/>
    <w:rsid w:val="008D204A"/>
    <w:rsid w:val="008D3C3D"/>
    <w:rsid w:val="008D3DD0"/>
    <w:rsid w:val="008D3E0B"/>
    <w:rsid w:val="008D4127"/>
    <w:rsid w:val="008D437D"/>
    <w:rsid w:val="008D73EC"/>
    <w:rsid w:val="008E2092"/>
    <w:rsid w:val="008E2502"/>
    <w:rsid w:val="008E3747"/>
    <w:rsid w:val="008E5327"/>
    <w:rsid w:val="008F19ED"/>
    <w:rsid w:val="0090597A"/>
    <w:rsid w:val="0091628F"/>
    <w:rsid w:val="0091729D"/>
    <w:rsid w:val="009232A9"/>
    <w:rsid w:val="00926325"/>
    <w:rsid w:val="00932B4E"/>
    <w:rsid w:val="009350A8"/>
    <w:rsid w:val="00935D6C"/>
    <w:rsid w:val="00953F17"/>
    <w:rsid w:val="009548F2"/>
    <w:rsid w:val="00955BEC"/>
    <w:rsid w:val="0096516E"/>
    <w:rsid w:val="00967181"/>
    <w:rsid w:val="00971AD3"/>
    <w:rsid w:val="00973580"/>
    <w:rsid w:val="00977B0C"/>
    <w:rsid w:val="00992318"/>
    <w:rsid w:val="00993A2A"/>
    <w:rsid w:val="00994C72"/>
    <w:rsid w:val="009964FC"/>
    <w:rsid w:val="009A51B4"/>
    <w:rsid w:val="009B5A5A"/>
    <w:rsid w:val="009C1230"/>
    <w:rsid w:val="009C4818"/>
    <w:rsid w:val="009E052F"/>
    <w:rsid w:val="009E4CBD"/>
    <w:rsid w:val="009E7AF7"/>
    <w:rsid w:val="00A06EBC"/>
    <w:rsid w:val="00A1344C"/>
    <w:rsid w:val="00A14F7F"/>
    <w:rsid w:val="00A176EA"/>
    <w:rsid w:val="00A23A7B"/>
    <w:rsid w:val="00A24EC9"/>
    <w:rsid w:val="00A34A6A"/>
    <w:rsid w:val="00A371E3"/>
    <w:rsid w:val="00A40AE7"/>
    <w:rsid w:val="00A42A1B"/>
    <w:rsid w:val="00A43195"/>
    <w:rsid w:val="00A51EC6"/>
    <w:rsid w:val="00A57068"/>
    <w:rsid w:val="00A60495"/>
    <w:rsid w:val="00A61836"/>
    <w:rsid w:val="00A6261C"/>
    <w:rsid w:val="00A6289D"/>
    <w:rsid w:val="00A65890"/>
    <w:rsid w:val="00A7238B"/>
    <w:rsid w:val="00A73157"/>
    <w:rsid w:val="00A75844"/>
    <w:rsid w:val="00A806C6"/>
    <w:rsid w:val="00A81079"/>
    <w:rsid w:val="00A81F66"/>
    <w:rsid w:val="00A82E02"/>
    <w:rsid w:val="00A856AA"/>
    <w:rsid w:val="00A902C4"/>
    <w:rsid w:val="00A92520"/>
    <w:rsid w:val="00A934D3"/>
    <w:rsid w:val="00A93873"/>
    <w:rsid w:val="00A97D7F"/>
    <w:rsid w:val="00AA3B03"/>
    <w:rsid w:val="00AA6069"/>
    <w:rsid w:val="00AA62DD"/>
    <w:rsid w:val="00AA713F"/>
    <w:rsid w:val="00AB5BEA"/>
    <w:rsid w:val="00AC5B1E"/>
    <w:rsid w:val="00AD23C4"/>
    <w:rsid w:val="00AD4D09"/>
    <w:rsid w:val="00AD592D"/>
    <w:rsid w:val="00AE564C"/>
    <w:rsid w:val="00AE7930"/>
    <w:rsid w:val="00AE7F4A"/>
    <w:rsid w:val="00AF0E64"/>
    <w:rsid w:val="00AF3E8B"/>
    <w:rsid w:val="00AF6C39"/>
    <w:rsid w:val="00B0619D"/>
    <w:rsid w:val="00B2105A"/>
    <w:rsid w:val="00B232F4"/>
    <w:rsid w:val="00B271F4"/>
    <w:rsid w:val="00B27AF2"/>
    <w:rsid w:val="00B316EA"/>
    <w:rsid w:val="00B3696F"/>
    <w:rsid w:val="00B428B4"/>
    <w:rsid w:val="00B4477C"/>
    <w:rsid w:val="00B51BE6"/>
    <w:rsid w:val="00B53B38"/>
    <w:rsid w:val="00B56EC7"/>
    <w:rsid w:val="00B622F7"/>
    <w:rsid w:val="00B6256E"/>
    <w:rsid w:val="00B62EDD"/>
    <w:rsid w:val="00B63079"/>
    <w:rsid w:val="00B650E9"/>
    <w:rsid w:val="00B7499A"/>
    <w:rsid w:val="00B74DBC"/>
    <w:rsid w:val="00B76BE7"/>
    <w:rsid w:val="00B81EDF"/>
    <w:rsid w:val="00B82F7B"/>
    <w:rsid w:val="00B855DF"/>
    <w:rsid w:val="00BA3C48"/>
    <w:rsid w:val="00BA5600"/>
    <w:rsid w:val="00BA5CF4"/>
    <w:rsid w:val="00BB6814"/>
    <w:rsid w:val="00BB6EBB"/>
    <w:rsid w:val="00BC09A2"/>
    <w:rsid w:val="00BC1DEC"/>
    <w:rsid w:val="00BC3FA7"/>
    <w:rsid w:val="00BC4EA9"/>
    <w:rsid w:val="00BD023E"/>
    <w:rsid w:val="00BD17ED"/>
    <w:rsid w:val="00BD2AD5"/>
    <w:rsid w:val="00BD30A3"/>
    <w:rsid w:val="00BE019F"/>
    <w:rsid w:val="00BE22B5"/>
    <w:rsid w:val="00BE7848"/>
    <w:rsid w:val="00BE7859"/>
    <w:rsid w:val="00BE7AF8"/>
    <w:rsid w:val="00BE7D1A"/>
    <w:rsid w:val="00BF0FCB"/>
    <w:rsid w:val="00BF5A02"/>
    <w:rsid w:val="00BF60B2"/>
    <w:rsid w:val="00C162A9"/>
    <w:rsid w:val="00C210C3"/>
    <w:rsid w:val="00C21E9C"/>
    <w:rsid w:val="00C2395A"/>
    <w:rsid w:val="00C369CF"/>
    <w:rsid w:val="00C427A3"/>
    <w:rsid w:val="00C63977"/>
    <w:rsid w:val="00C65F13"/>
    <w:rsid w:val="00C704E4"/>
    <w:rsid w:val="00C74061"/>
    <w:rsid w:val="00C75CE7"/>
    <w:rsid w:val="00C76342"/>
    <w:rsid w:val="00C77920"/>
    <w:rsid w:val="00C77E33"/>
    <w:rsid w:val="00C856EF"/>
    <w:rsid w:val="00C85C5E"/>
    <w:rsid w:val="00C86561"/>
    <w:rsid w:val="00C90416"/>
    <w:rsid w:val="00C92736"/>
    <w:rsid w:val="00C9392C"/>
    <w:rsid w:val="00C963E5"/>
    <w:rsid w:val="00C979E5"/>
    <w:rsid w:val="00CA1019"/>
    <w:rsid w:val="00CB28E5"/>
    <w:rsid w:val="00CB45C8"/>
    <w:rsid w:val="00CC000D"/>
    <w:rsid w:val="00CD22F3"/>
    <w:rsid w:val="00CD3F91"/>
    <w:rsid w:val="00CD62A2"/>
    <w:rsid w:val="00CE2BDA"/>
    <w:rsid w:val="00CE4F5E"/>
    <w:rsid w:val="00CE60B2"/>
    <w:rsid w:val="00CF14DA"/>
    <w:rsid w:val="00CF3F34"/>
    <w:rsid w:val="00CF6AC6"/>
    <w:rsid w:val="00D02630"/>
    <w:rsid w:val="00D05F27"/>
    <w:rsid w:val="00D12324"/>
    <w:rsid w:val="00D12E74"/>
    <w:rsid w:val="00D2084C"/>
    <w:rsid w:val="00D21A45"/>
    <w:rsid w:val="00D23F4C"/>
    <w:rsid w:val="00D25EE2"/>
    <w:rsid w:val="00D41D12"/>
    <w:rsid w:val="00D44889"/>
    <w:rsid w:val="00D66EDF"/>
    <w:rsid w:val="00D73144"/>
    <w:rsid w:val="00D74F79"/>
    <w:rsid w:val="00D77361"/>
    <w:rsid w:val="00D82224"/>
    <w:rsid w:val="00D8234B"/>
    <w:rsid w:val="00D83FB8"/>
    <w:rsid w:val="00D86F60"/>
    <w:rsid w:val="00D87659"/>
    <w:rsid w:val="00DA4D5D"/>
    <w:rsid w:val="00DA65BA"/>
    <w:rsid w:val="00DA7579"/>
    <w:rsid w:val="00DA7EB4"/>
    <w:rsid w:val="00DB0DDB"/>
    <w:rsid w:val="00DB1E2E"/>
    <w:rsid w:val="00DC17FD"/>
    <w:rsid w:val="00DC5D73"/>
    <w:rsid w:val="00DC5E3C"/>
    <w:rsid w:val="00DC5F5C"/>
    <w:rsid w:val="00DC630C"/>
    <w:rsid w:val="00DD387C"/>
    <w:rsid w:val="00DD595B"/>
    <w:rsid w:val="00DE0A4F"/>
    <w:rsid w:val="00DE17EA"/>
    <w:rsid w:val="00DE4105"/>
    <w:rsid w:val="00DE7CE0"/>
    <w:rsid w:val="00DF1E13"/>
    <w:rsid w:val="00DF1E45"/>
    <w:rsid w:val="00DF261D"/>
    <w:rsid w:val="00E028E0"/>
    <w:rsid w:val="00E0444F"/>
    <w:rsid w:val="00E04577"/>
    <w:rsid w:val="00E04597"/>
    <w:rsid w:val="00E04843"/>
    <w:rsid w:val="00E053FC"/>
    <w:rsid w:val="00E14C72"/>
    <w:rsid w:val="00E14F8E"/>
    <w:rsid w:val="00E16230"/>
    <w:rsid w:val="00E17431"/>
    <w:rsid w:val="00E17FE6"/>
    <w:rsid w:val="00E209BE"/>
    <w:rsid w:val="00E217E8"/>
    <w:rsid w:val="00E2396C"/>
    <w:rsid w:val="00E256DB"/>
    <w:rsid w:val="00E3087F"/>
    <w:rsid w:val="00E30D24"/>
    <w:rsid w:val="00E31998"/>
    <w:rsid w:val="00E40436"/>
    <w:rsid w:val="00E4466F"/>
    <w:rsid w:val="00E45B1A"/>
    <w:rsid w:val="00E5619F"/>
    <w:rsid w:val="00E570BF"/>
    <w:rsid w:val="00E61ACC"/>
    <w:rsid w:val="00E64680"/>
    <w:rsid w:val="00E7788A"/>
    <w:rsid w:val="00E82EC0"/>
    <w:rsid w:val="00E8435A"/>
    <w:rsid w:val="00E84925"/>
    <w:rsid w:val="00E90117"/>
    <w:rsid w:val="00E90E02"/>
    <w:rsid w:val="00E93F4F"/>
    <w:rsid w:val="00E94DFC"/>
    <w:rsid w:val="00EA0500"/>
    <w:rsid w:val="00EA34A1"/>
    <w:rsid w:val="00EA5114"/>
    <w:rsid w:val="00EA5E75"/>
    <w:rsid w:val="00EA68D9"/>
    <w:rsid w:val="00EA734A"/>
    <w:rsid w:val="00EB0F02"/>
    <w:rsid w:val="00EC7583"/>
    <w:rsid w:val="00ED1E3C"/>
    <w:rsid w:val="00ED37E6"/>
    <w:rsid w:val="00EE4D23"/>
    <w:rsid w:val="00EE503C"/>
    <w:rsid w:val="00EE791E"/>
    <w:rsid w:val="00EF01AA"/>
    <w:rsid w:val="00EF1431"/>
    <w:rsid w:val="00EF5307"/>
    <w:rsid w:val="00F0438E"/>
    <w:rsid w:val="00F060A1"/>
    <w:rsid w:val="00F106E2"/>
    <w:rsid w:val="00F11B88"/>
    <w:rsid w:val="00F13AAD"/>
    <w:rsid w:val="00F16ABA"/>
    <w:rsid w:val="00F26B0C"/>
    <w:rsid w:val="00F31867"/>
    <w:rsid w:val="00F40200"/>
    <w:rsid w:val="00F44B95"/>
    <w:rsid w:val="00F45BD5"/>
    <w:rsid w:val="00F464E9"/>
    <w:rsid w:val="00F51940"/>
    <w:rsid w:val="00F5452E"/>
    <w:rsid w:val="00F55EDB"/>
    <w:rsid w:val="00F65CD6"/>
    <w:rsid w:val="00F67FE2"/>
    <w:rsid w:val="00F72AB2"/>
    <w:rsid w:val="00F7477E"/>
    <w:rsid w:val="00F74B99"/>
    <w:rsid w:val="00F82B44"/>
    <w:rsid w:val="00F851B8"/>
    <w:rsid w:val="00F9791F"/>
    <w:rsid w:val="00FA1D49"/>
    <w:rsid w:val="00FA3D6A"/>
    <w:rsid w:val="00FA5279"/>
    <w:rsid w:val="00FA570C"/>
    <w:rsid w:val="00FB0001"/>
    <w:rsid w:val="00FB29E8"/>
    <w:rsid w:val="00FC28F8"/>
    <w:rsid w:val="00FC2E02"/>
    <w:rsid w:val="00FD4D57"/>
    <w:rsid w:val="00FD6196"/>
    <w:rsid w:val="00FE1D18"/>
    <w:rsid w:val="00FE246C"/>
    <w:rsid w:val="00FE6B64"/>
    <w:rsid w:val="00FF1AE1"/>
    <w:rsid w:val="00FF299E"/>
    <w:rsid w:val="00FF49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F1B18D"/>
  <w15:docId w15:val="{D8D7C0AE-5D8F-4993-995D-9EDEA32D3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2B1B73"/>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1"/>
    <w:link w:val="10"/>
    <w:uiPriority w:val="9"/>
    <w:qFormat/>
    <w:rsid w:val="00884E6F"/>
    <w:pPr>
      <w:widowControl/>
      <w:autoSpaceDE/>
      <w:autoSpaceDN/>
      <w:spacing w:before="100" w:beforeAutospacing="1" w:after="100" w:afterAutospacing="1"/>
      <w:outlineLvl w:val="0"/>
    </w:pPr>
    <w:rPr>
      <w:b/>
      <w:bCs/>
      <w:kern w:val="36"/>
      <w:sz w:val="48"/>
      <w:szCs w:val="48"/>
      <w:lang w:eastAsia="ru-RU"/>
    </w:rPr>
  </w:style>
  <w:style w:type="paragraph" w:styleId="21">
    <w:name w:val="heading 2"/>
    <w:basedOn w:val="a1"/>
    <w:next w:val="a1"/>
    <w:link w:val="22"/>
    <w:uiPriority w:val="9"/>
    <w:unhideWhenUsed/>
    <w:qFormat/>
    <w:rsid w:val="00884E6F"/>
    <w:pPr>
      <w:keepNext/>
      <w:keepLines/>
      <w:widowControl/>
      <w:autoSpaceDE/>
      <w:autoSpaceDN/>
      <w:spacing w:before="40" w:line="276" w:lineRule="auto"/>
      <w:outlineLvl w:val="1"/>
    </w:pPr>
    <w:rPr>
      <w:rFonts w:asciiTheme="majorHAnsi" w:eastAsiaTheme="majorEastAsia" w:hAnsiTheme="majorHAnsi" w:cstheme="majorBidi"/>
      <w:color w:val="2F5496" w:themeColor="accent1" w:themeShade="BF"/>
      <w:sz w:val="26"/>
      <w:szCs w:val="26"/>
    </w:rPr>
  </w:style>
  <w:style w:type="paragraph" w:styleId="31">
    <w:name w:val="heading 3"/>
    <w:basedOn w:val="a1"/>
    <w:next w:val="a1"/>
    <w:link w:val="32"/>
    <w:uiPriority w:val="9"/>
    <w:unhideWhenUsed/>
    <w:qFormat/>
    <w:rsid w:val="00884E6F"/>
    <w:pPr>
      <w:keepNext/>
      <w:keepLines/>
      <w:widowControl/>
      <w:autoSpaceDE/>
      <w:autoSpaceDN/>
      <w:spacing w:before="40" w:line="276" w:lineRule="auto"/>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1"/>
    <w:next w:val="a1"/>
    <w:link w:val="40"/>
    <w:uiPriority w:val="9"/>
    <w:unhideWhenUsed/>
    <w:qFormat/>
    <w:rsid w:val="00DC5E3C"/>
    <w:pPr>
      <w:keepNext/>
      <w:keepLines/>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a1"/>
    <w:next w:val="a1"/>
    <w:link w:val="50"/>
    <w:qFormat/>
    <w:rsid w:val="00043ABD"/>
    <w:pPr>
      <w:widowControl/>
      <w:autoSpaceDE/>
      <w:autoSpaceDN/>
      <w:spacing w:before="240" w:after="60"/>
      <w:outlineLvl w:val="4"/>
    </w:pPr>
    <w:rPr>
      <w:b/>
      <w:bCs/>
      <w:i/>
      <w:iCs/>
      <w:sz w:val="26"/>
      <w:szCs w:val="26"/>
      <w:lang w:eastAsia="ru-RU"/>
    </w:rPr>
  </w:style>
  <w:style w:type="paragraph" w:styleId="6">
    <w:name w:val="heading 6"/>
    <w:basedOn w:val="a1"/>
    <w:next w:val="a1"/>
    <w:link w:val="60"/>
    <w:uiPriority w:val="9"/>
    <w:semiHidden/>
    <w:unhideWhenUsed/>
    <w:qFormat/>
    <w:rsid w:val="004C63D3"/>
    <w:pPr>
      <w:keepNext/>
      <w:keepLines/>
      <w:widowControl/>
      <w:autoSpaceDE/>
      <w:autoSpaceDN/>
      <w:spacing w:before="200" w:line="276" w:lineRule="auto"/>
      <w:outlineLvl w:val="5"/>
    </w:pPr>
    <w:rPr>
      <w:rFonts w:asciiTheme="majorHAnsi" w:eastAsiaTheme="majorEastAsia" w:hAnsiTheme="majorHAnsi" w:cstheme="majorBidi"/>
      <w:i/>
      <w:iCs/>
      <w:color w:val="1F3763" w:themeColor="accent1" w:themeShade="7F"/>
      <w:sz w:val="24"/>
      <w:lang w:val="en-US"/>
    </w:rPr>
  </w:style>
  <w:style w:type="paragraph" w:styleId="7">
    <w:name w:val="heading 7"/>
    <w:basedOn w:val="a1"/>
    <w:next w:val="a1"/>
    <w:link w:val="70"/>
    <w:uiPriority w:val="9"/>
    <w:semiHidden/>
    <w:unhideWhenUsed/>
    <w:qFormat/>
    <w:rsid w:val="004C63D3"/>
    <w:pPr>
      <w:keepNext/>
      <w:keepLines/>
      <w:widowControl/>
      <w:autoSpaceDE/>
      <w:autoSpaceDN/>
      <w:spacing w:before="200" w:line="276" w:lineRule="auto"/>
      <w:outlineLvl w:val="6"/>
    </w:pPr>
    <w:rPr>
      <w:rFonts w:asciiTheme="majorHAnsi" w:eastAsiaTheme="majorEastAsia" w:hAnsiTheme="majorHAnsi" w:cstheme="majorBidi"/>
      <w:i/>
      <w:iCs/>
      <w:color w:val="404040" w:themeColor="text1" w:themeTint="BF"/>
      <w:sz w:val="24"/>
      <w:lang w:val="en-US"/>
    </w:rPr>
  </w:style>
  <w:style w:type="paragraph" w:styleId="8">
    <w:name w:val="heading 8"/>
    <w:basedOn w:val="a1"/>
    <w:next w:val="a1"/>
    <w:link w:val="80"/>
    <w:uiPriority w:val="9"/>
    <w:semiHidden/>
    <w:unhideWhenUsed/>
    <w:qFormat/>
    <w:rsid w:val="004C63D3"/>
    <w:pPr>
      <w:keepNext/>
      <w:keepLines/>
      <w:widowControl/>
      <w:autoSpaceDE/>
      <w:autoSpaceDN/>
      <w:spacing w:before="200" w:line="276" w:lineRule="auto"/>
      <w:outlineLvl w:val="7"/>
    </w:pPr>
    <w:rPr>
      <w:rFonts w:asciiTheme="majorHAnsi" w:eastAsiaTheme="majorEastAsia" w:hAnsiTheme="majorHAnsi" w:cstheme="majorBidi"/>
      <w:color w:val="4472C4" w:themeColor="accent1"/>
      <w:sz w:val="20"/>
      <w:szCs w:val="20"/>
      <w:lang w:val="en-US"/>
    </w:rPr>
  </w:style>
  <w:style w:type="paragraph" w:styleId="9">
    <w:name w:val="heading 9"/>
    <w:basedOn w:val="a1"/>
    <w:next w:val="a1"/>
    <w:link w:val="90"/>
    <w:uiPriority w:val="9"/>
    <w:semiHidden/>
    <w:unhideWhenUsed/>
    <w:qFormat/>
    <w:rsid w:val="004C63D3"/>
    <w:pPr>
      <w:keepNext/>
      <w:keepLines/>
      <w:widowControl/>
      <w:autoSpaceDE/>
      <w:autoSpaceDN/>
      <w:spacing w:before="200" w:line="276" w:lineRule="auto"/>
      <w:outlineLvl w:val="8"/>
    </w:pPr>
    <w:rPr>
      <w:rFonts w:asciiTheme="majorHAnsi" w:eastAsiaTheme="majorEastAsia" w:hAnsiTheme="majorHAnsi" w:cstheme="majorBidi"/>
      <w:i/>
      <w:iCs/>
      <w:color w:val="404040" w:themeColor="text1" w:themeTint="BF"/>
      <w:sz w:val="20"/>
      <w:szCs w:val="20"/>
      <w:lang w:val="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qFormat/>
    <w:rsid w:val="00884E6F"/>
    <w:rPr>
      <w:rFonts w:ascii="Times New Roman" w:eastAsia="Times New Roman" w:hAnsi="Times New Roman" w:cs="Times New Roman"/>
      <w:b/>
      <w:bCs/>
      <w:kern w:val="36"/>
      <w:sz w:val="48"/>
      <w:szCs w:val="48"/>
      <w:lang w:eastAsia="ru-RU"/>
    </w:rPr>
  </w:style>
  <w:style w:type="character" w:customStyle="1" w:styleId="22">
    <w:name w:val="Заголовок 2 Знак"/>
    <w:basedOn w:val="a2"/>
    <w:link w:val="21"/>
    <w:uiPriority w:val="9"/>
    <w:qFormat/>
    <w:rsid w:val="00884E6F"/>
    <w:rPr>
      <w:rFonts w:asciiTheme="majorHAnsi" w:eastAsiaTheme="majorEastAsia" w:hAnsiTheme="majorHAnsi" w:cstheme="majorBidi"/>
      <w:color w:val="2F5496" w:themeColor="accent1" w:themeShade="BF"/>
      <w:sz w:val="26"/>
      <w:szCs w:val="26"/>
    </w:rPr>
  </w:style>
  <w:style w:type="character" w:customStyle="1" w:styleId="32">
    <w:name w:val="Заголовок 3 Знак"/>
    <w:basedOn w:val="a2"/>
    <w:link w:val="31"/>
    <w:uiPriority w:val="9"/>
    <w:qFormat/>
    <w:rsid w:val="00884E6F"/>
    <w:rPr>
      <w:rFonts w:asciiTheme="majorHAnsi" w:eastAsiaTheme="majorEastAsia" w:hAnsiTheme="majorHAnsi" w:cstheme="majorBidi"/>
      <w:color w:val="1F3763" w:themeColor="accent1" w:themeShade="7F"/>
      <w:sz w:val="24"/>
      <w:szCs w:val="24"/>
    </w:rPr>
  </w:style>
  <w:style w:type="character" w:customStyle="1" w:styleId="40">
    <w:name w:val="Заголовок 4 Знак"/>
    <w:basedOn w:val="a2"/>
    <w:link w:val="4"/>
    <w:uiPriority w:val="9"/>
    <w:qFormat/>
    <w:rsid w:val="00DC5E3C"/>
    <w:rPr>
      <w:rFonts w:asciiTheme="majorHAnsi" w:eastAsiaTheme="majorEastAsia" w:hAnsiTheme="majorHAnsi" w:cstheme="majorBidi"/>
      <w:i/>
      <w:iCs/>
      <w:color w:val="2F5496" w:themeColor="accent1" w:themeShade="BF"/>
    </w:rPr>
  </w:style>
  <w:style w:type="paragraph" w:styleId="a5">
    <w:name w:val="Body Text"/>
    <w:aliases w:val="Знак15 Знак,Основной текст Знак Знак,Знак16 Знак Знак,Основной текст Знак1,Знак15 Знак Знак,Знак16 Знак1"/>
    <w:basedOn w:val="a1"/>
    <w:link w:val="a6"/>
    <w:uiPriority w:val="99"/>
    <w:qFormat/>
    <w:rsid w:val="00EE4D23"/>
    <w:pPr>
      <w:ind w:left="1052"/>
    </w:pPr>
    <w:rPr>
      <w:sz w:val="28"/>
      <w:szCs w:val="28"/>
    </w:rPr>
  </w:style>
  <w:style w:type="character" w:customStyle="1" w:styleId="a6">
    <w:name w:val="Основной текст Знак"/>
    <w:aliases w:val="Знак15 Знак Знак1,Основной текст Знак Знак Знак,Знак16 Знак Знак Знак,Основной текст Знак1 Знак,Знак15 Знак Знак Знак,Знак16 Знак1 Знак"/>
    <w:basedOn w:val="a2"/>
    <w:link w:val="a5"/>
    <w:uiPriority w:val="99"/>
    <w:qFormat/>
    <w:rsid w:val="00EE4D23"/>
    <w:rPr>
      <w:rFonts w:ascii="Times New Roman" w:eastAsia="Times New Roman" w:hAnsi="Times New Roman" w:cs="Times New Roman"/>
      <w:sz w:val="28"/>
      <w:szCs w:val="28"/>
    </w:rPr>
  </w:style>
  <w:style w:type="table" w:customStyle="1" w:styleId="TableNormal">
    <w:name w:val="Table Normal"/>
    <w:uiPriority w:val="2"/>
    <w:semiHidden/>
    <w:unhideWhenUsed/>
    <w:qFormat/>
    <w:rsid w:val="00EE4D2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EE4D23"/>
  </w:style>
  <w:style w:type="table" w:styleId="a7">
    <w:name w:val="Table Grid"/>
    <w:basedOn w:val="a3"/>
    <w:uiPriority w:val="39"/>
    <w:qFormat/>
    <w:rsid w:val="005C63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 Spacing"/>
    <w:aliases w:val="Заоголовок1,мелкий,мой рабочий,норма,Обя,Айгерим,ARSH_N,свой,No Spacing1,14 TNR,МОЙ СТИЛЬ,Без интервала11,Без интеБез интервала,Без интервала111,Елжан,No Spacing,ТекстОтчета,Алия,СНОСКИ,Без интервала3,без интервала,Article,Ерк!н"/>
    <w:link w:val="a9"/>
    <w:uiPriority w:val="1"/>
    <w:qFormat/>
    <w:rsid w:val="005C635F"/>
    <w:pPr>
      <w:spacing w:after="0" w:line="240" w:lineRule="auto"/>
    </w:pPr>
  </w:style>
  <w:style w:type="character" w:customStyle="1" w:styleId="a9">
    <w:name w:val="Без интервала Знак"/>
    <w:aliases w:val="Заоголовок1 Знак,мелкий Знак,мой рабочий Знак,норма Знак,Обя Знак,Айгерим Знак,ARSH_N Знак,свой Знак,No Spacing1 Знак,14 TNR Знак,МОЙ СТИЛЬ Знак,Без интервала11 Знак,Без интеБез интервала Знак,Без интервала111 Знак,Елжан Знак"/>
    <w:link w:val="a8"/>
    <w:uiPriority w:val="1"/>
    <w:qFormat/>
    <w:locked/>
    <w:rsid w:val="005C635F"/>
  </w:style>
  <w:style w:type="paragraph" w:customStyle="1" w:styleId="Default">
    <w:name w:val="Default"/>
    <w:link w:val="DefaultChar"/>
    <w:qFormat/>
    <w:rsid w:val="00884E6F"/>
    <w:pPr>
      <w:autoSpaceDE w:val="0"/>
      <w:autoSpaceDN w:val="0"/>
      <w:adjustRightInd w:val="0"/>
      <w:spacing w:after="0" w:line="240" w:lineRule="auto"/>
    </w:pPr>
    <w:rPr>
      <w:rFonts w:ascii="Times New Roman" w:hAnsi="Times New Roman" w:cs="Times New Roman"/>
      <w:color w:val="000000"/>
      <w:sz w:val="24"/>
      <w:szCs w:val="24"/>
    </w:rPr>
  </w:style>
  <w:style w:type="paragraph" w:styleId="aa">
    <w:name w:val="Balloon Text"/>
    <w:basedOn w:val="a1"/>
    <w:link w:val="ab"/>
    <w:uiPriority w:val="99"/>
    <w:unhideWhenUsed/>
    <w:qFormat/>
    <w:rsid w:val="00884E6F"/>
    <w:pPr>
      <w:widowControl/>
      <w:autoSpaceDE/>
      <w:autoSpaceDN/>
    </w:pPr>
    <w:rPr>
      <w:rFonts w:ascii="Segoe UI" w:eastAsiaTheme="minorHAnsi" w:hAnsi="Segoe UI" w:cs="Segoe UI"/>
      <w:sz w:val="18"/>
      <w:szCs w:val="18"/>
    </w:rPr>
  </w:style>
  <w:style w:type="character" w:customStyle="1" w:styleId="ab">
    <w:name w:val="Текст выноски Знак"/>
    <w:basedOn w:val="a2"/>
    <w:link w:val="aa"/>
    <w:uiPriority w:val="99"/>
    <w:qFormat/>
    <w:rsid w:val="00884E6F"/>
    <w:rPr>
      <w:rFonts w:ascii="Segoe UI" w:hAnsi="Segoe UI" w:cs="Segoe UI"/>
      <w:sz w:val="18"/>
      <w:szCs w:val="18"/>
    </w:rPr>
  </w:style>
  <w:style w:type="paragraph" w:styleId="ac">
    <w:name w:val="List Paragraph"/>
    <w:aliases w:val="2 список маркированный,без абзаца,маркированный,Heading1,References,NUMBERED PARAGRAPH,List Paragraph 1,Bullets,List_Paragraph,Multilevel para_II,List Paragraph1,Akapit z listą BS,List Paragraph (numbered (a)),IBL List Paragraph,Bullet1,H"/>
    <w:basedOn w:val="a1"/>
    <w:link w:val="ad"/>
    <w:uiPriority w:val="34"/>
    <w:qFormat/>
    <w:rsid w:val="00884E6F"/>
    <w:pPr>
      <w:widowControl/>
      <w:autoSpaceDE/>
      <w:autoSpaceDN/>
      <w:spacing w:after="200" w:line="276" w:lineRule="auto"/>
      <w:ind w:left="720"/>
      <w:contextualSpacing/>
    </w:pPr>
    <w:rPr>
      <w:rFonts w:asciiTheme="minorHAnsi" w:eastAsiaTheme="minorHAnsi" w:hAnsiTheme="minorHAnsi" w:cstheme="minorBidi"/>
    </w:rPr>
  </w:style>
  <w:style w:type="character" w:customStyle="1" w:styleId="ad">
    <w:name w:val="Абзац списка Знак"/>
    <w:aliases w:val="2 список маркированный Знак,без абзаца Знак,маркированный Знак,Heading1 Знак,References Знак,NUMBERED PARAGRAPH Знак,List Paragraph 1 Знак,Bullets Знак,List_Paragraph Знак,Multilevel para_II Знак,List Paragraph1 Знак,Bullet1 Знак"/>
    <w:link w:val="ac"/>
    <w:uiPriority w:val="34"/>
    <w:qFormat/>
    <w:locked/>
    <w:rsid w:val="00BD2AD5"/>
  </w:style>
  <w:style w:type="character" w:styleId="ae">
    <w:name w:val="Hyperlink"/>
    <w:basedOn w:val="a2"/>
    <w:uiPriority w:val="99"/>
    <w:unhideWhenUsed/>
    <w:qFormat/>
    <w:rsid w:val="00884E6F"/>
    <w:rPr>
      <w:color w:val="0563C1" w:themeColor="hyperlink"/>
      <w:u w:val="single"/>
    </w:rPr>
  </w:style>
  <w:style w:type="paragraph" w:customStyle="1" w:styleId="11">
    <w:name w:val="Заголовок 11"/>
    <w:basedOn w:val="a1"/>
    <w:uiPriority w:val="1"/>
    <w:qFormat/>
    <w:rsid w:val="00884E6F"/>
    <w:pPr>
      <w:ind w:left="850"/>
      <w:outlineLvl w:val="1"/>
    </w:pPr>
    <w:rPr>
      <w:b/>
      <w:bCs/>
      <w:sz w:val="24"/>
      <w:szCs w:val="24"/>
    </w:rPr>
  </w:style>
  <w:style w:type="paragraph" w:styleId="af">
    <w:name w:val="Normal (Web)"/>
    <w:aliases w:val="Обычный (Web),Знак Знак7,Обычный (Web)1,Обычный (веб) Знак1,Обычный (веб) Знак Знак1,Знак Знак1 Знак,Обычный (веб) Знак Знак Знак,Обычный (Web) Знак Знак Знак Знак Знак Знак Знак Знак Знак"/>
    <w:basedOn w:val="a1"/>
    <w:uiPriority w:val="99"/>
    <w:unhideWhenUsed/>
    <w:qFormat/>
    <w:rsid w:val="00884E6F"/>
    <w:pPr>
      <w:widowControl/>
      <w:autoSpaceDE/>
      <w:autoSpaceDN/>
      <w:spacing w:before="100" w:beforeAutospacing="1" w:after="100" w:afterAutospacing="1"/>
    </w:pPr>
    <w:rPr>
      <w:sz w:val="24"/>
      <w:szCs w:val="24"/>
      <w:lang w:eastAsia="ru-RU"/>
    </w:rPr>
  </w:style>
  <w:style w:type="paragraph" w:customStyle="1" w:styleId="210">
    <w:name w:val="Заголовок 21"/>
    <w:basedOn w:val="a1"/>
    <w:uiPriority w:val="1"/>
    <w:qFormat/>
    <w:rsid w:val="00884E6F"/>
    <w:pPr>
      <w:ind w:left="850"/>
      <w:outlineLvl w:val="2"/>
    </w:pPr>
    <w:rPr>
      <w:b/>
      <w:bCs/>
      <w:i/>
      <w:iCs/>
      <w:sz w:val="24"/>
      <w:szCs w:val="24"/>
    </w:rPr>
  </w:style>
  <w:style w:type="character" w:customStyle="1" w:styleId="y2iqfc">
    <w:name w:val="y2iqfc"/>
    <w:basedOn w:val="a2"/>
    <w:qFormat/>
    <w:rsid w:val="00884E6F"/>
  </w:style>
  <w:style w:type="character" w:styleId="af0">
    <w:name w:val="Strong"/>
    <w:basedOn w:val="a2"/>
    <w:qFormat/>
    <w:rsid w:val="00884E6F"/>
    <w:rPr>
      <w:b/>
      <w:bCs/>
    </w:rPr>
  </w:style>
  <w:style w:type="character" w:customStyle="1" w:styleId="note">
    <w:name w:val="note"/>
    <w:basedOn w:val="a2"/>
    <w:rsid w:val="00884E6F"/>
  </w:style>
  <w:style w:type="paragraph" w:customStyle="1" w:styleId="msonormal0">
    <w:name w:val="msonormal"/>
    <w:basedOn w:val="a1"/>
    <w:qFormat/>
    <w:rsid w:val="00884E6F"/>
    <w:pPr>
      <w:widowControl/>
      <w:autoSpaceDE/>
      <w:autoSpaceDN/>
      <w:spacing w:before="100" w:beforeAutospacing="1" w:after="100" w:afterAutospacing="1"/>
    </w:pPr>
    <w:rPr>
      <w:sz w:val="24"/>
      <w:szCs w:val="24"/>
      <w:lang w:eastAsia="ru-RU"/>
    </w:rPr>
  </w:style>
  <w:style w:type="paragraph" w:styleId="af1">
    <w:name w:val="header"/>
    <w:basedOn w:val="a1"/>
    <w:link w:val="af2"/>
    <w:uiPriority w:val="99"/>
    <w:unhideWhenUsed/>
    <w:qFormat/>
    <w:rsid w:val="00884E6F"/>
    <w:pPr>
      <w:widowControl/>
      <w:tabs>
        <w:tab w:val="center" w:pos="4677"/>
        <w:tab w:val="right" w:pos="9355"/>
      </w:tabs>
      <w:autoSpaceDE/>
      <w:autoSpaceDN/>
    </w:pPr>
    <w:rPr>
      <w:rFonts w:asciiTheme="minorHAnsi" w:eastAsiaTheme="minorHAnsi" w:hAnsiTheme="minorHAnsi" w:cstheme="minorBidi"/>
    </w:rPr>
  </w:style>
  <w:style w:type="character" w:customStyle="1" w:styleId="af2">
    <w:name w:val="Верхний колонтитул Знак"/>
    <w:basedOn w:val="a2"/>
    <w:link w:val="af1"/>
    <w:uiPriority w:val="99"/>
    <w:qFormat/>
    <w:rsid w:val="00884E6F"/>
  </w:style>
  <w:style w:type="paragraph" w:styleId="af3">
    <w:name w:val="footer"/>
    <w:basedOn w:val="a1"/>
    <w:link w:val="af4"/>
    <w:uiPriority w:val="99"/>
    <w:unhideWhenUsed/>
    <w:qFormat/>
    <w:rsid w:val="00884E6F"/>
    <w:pPr>
      <w:widowControl/>
      <w:tabs>
        <w:tab w:val="center" w:pos="4677"/>
        <w:tab w:val="right" w:pos="9355"/>
      </w:tabs>
      <w:autoSpaceDE/>
      <w:autoSpaceDN/>
    </w:pPr>
    <w:rPr>
      <w:rFonts w:asciiTheme="minorHAnsi" w:eastAsiaTheme="minorHAnsi" w:hAnsiTheme="minorHAnsi" w:cstheme="minorBidi"/>
    </w:rPr>
  </w:style>
  <w:style w:type="character" w:customStyle="1" w:styleId="af4">
    <w:name w:val="Нижний колонтитул Знак"/>
    <w:basedOn w:val="a2"/>
    <w:link w:val="af3"/>
    <w:uiPriority w:val="99"/>
    <w:qFormat/>
    <w:rsid w:val="00884E6F"/>
  </w:style>
  <w:style w:type="character" w:styleId="af5">
    <w:name w:val="FollowedHyperlink"/>
    <w:basedOn w:val="a2"/>
    <w:uiPriority w:val="99"/>
    <w:semiHidden/>
    <w:unhideWhenUsed/>
    <w:qFormat/>
    <w:rsid w:val="00884E6F"/>
    <w:rPr>
      <w:color w:val="954F72" w:themeColor="followedHyperlink"/>
      <w:u w:val="single"/>
    </w:rPr>
  </w:style>
  <w:style w:type="table" w:customStyle="1" w:styleId="TableNormal1">
    <w:name w:val="Table Normal1"/>
    <w:uiPriority w:val="2"/>
    <w:semiHidden/>
    <w:qFormat/>
    <w:rsid w:val="00884E6F"/>
    <w:pPr>
      <w:widowControl w:val="0"/>
      <w:autoSpaceDE w:val="0"/>
      <w:autoSpaceDN w:val="0"/>
      <w:spacing w:after="0" w:line="240" w:lineRule="auto"/>
    </w:pPr>
    <w:rPr>
      <w:rFonts w:eastAsia="Calibri"/>
      <w:lang w:val="en-US"/>
    </w:rPr>
    <w:tblPr>
      <w:tblCellMar>
        <w:top w:w="0" w:type="dxa"/>
        <w:left w:w="0" w:type="dxa"/>
        <w:bottom w:w="0" w:type="dxa"/>
        <w:right w:w="0" w:type="dxa"/>
      </w:tblCellMar>
    </w:tblPr>
  </w:style>
  <w:style w:type="table" w:customStyle="1" w:styleId="12">
    <w:name w:val="Сетка таблицы1"/>
    <w:basedOn w:val="a3"/>
    <w:uiPriority w:val="59"/>
    <w:qFormat/>
    <w:rsid w:val="00884E6F"/>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3">
    <w:name w:val="Сетка таблицы2"/>
    <w:basedOn w:val="a3"/>
    <w:uiPriority w:val="59"/>
    <w:qFormat/>
    <w:rsid w:val="00884E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1"/>
    <w:link w:val="HTML0"/>
    <w:uiPriority w:val="99"/>
    <w:unhideWhenUsed/>
    <w:qFormat/>
    <w:rsid w:val="00D8765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rPr>
  </w:style>
  <w:style w:type="character" w:customStyle="1" w:styleId="HTML0">
    <w:name w:val="Стандартный HTML Знак"/>
    <w:basedOn w:val="a2"/>
    <w:link w:val="HTML"/>
    <w:uiPriority w:val="99"/>
    <w:qFormat/>
    <w:rsid w:val="00D87659"/>
    <w:rPr>
      <w:rFonts w:ascii="Courier New" w:eastAsia="Times New Roman" w:hAnsi="Courier New" w:cs="Courier New"/>
      <w:sz w:val="20"/>
      <w:szCs w:val="20"/>
    </w:rPr>
  </w:style>
  <w:style w:type="character" w:customStyle="1" w:styleId="13">
    <w:name w:val="Неразрешенное упоминание1"/>
    <w:basedOn w:val="a2"/>
    <w:uiPriority w:val="99"/>
    <w:semiHidden/>
    <w:unhideWhenUsed/>
    <w:rsid w:val="00424118"/>
    <w:rPr>
      <w:color w:val="605E5C"/>
      <w:shd w:val="clear" w:color="auto" w:fill="E1DFDD"/>
    </w:rPr>
  </w:style>
  <w:style w:type="character" w:customStyle="1" w:styleId="fontstyle01">
    <w:name w:val="fontstyle01"/>
    <w:basedOn w:val="a2"/>
    <w:qFormat/>
    <w:rsid w:val="00A43195"/>
    <w:rPr>
      <w:rFonts w:ascii="Times New Roman" w:hAnsi="Times New Roman" w:cs="Times New Roman" w:hint="default"/>
      <w:b/>
      <w:bCs/>
      <w:i w:val="0"/>
      <w:iCs w:val="0"/>
      <w:color w:val="000000"/>
      <w:sz w:val="24"/>
      <w:szCs w:val="24"/>
    </w:rPr>
  </w:style>
  <w:style w:type="character" w:customStyle="1" w:styleId="fontstyle11">
    <w:name w:val="fontstyle11"/>
    <w:basedOn w:val="a2"/>
    <w:rsid w:val="00A43195"/>
    <w:rPr>
      <w:rFonts w:ascii="Times New Roman" w:hAnsi="Times New Roman" w:cs="Times New Roman" w:hint="default"/>
      <w:b w:val="0"/>
      <w:bCs w:val="0"/>
      <w:i w:val="0"/>
      <w:iCs w:val="0"/>
      <w:color w:val="000000"/>
      <w:sz w:val="24"/>
      <w:szCs w:val="24"/>
    </w:rPr>
  </w:style>
  <w:style w:type="character" w:customStyle="1" w:styleId="fontstyle31">
    <w:name w:val="fontstyle31"/>
    <w:basedOn w:val="a2"/>
    <w:rsid w:val="00A43195"/>
    <w:rPr>
      <w:rFonts w:ascii="Times New Roman" w:hAnsi="Times New Roman" w:cs="Times New Roman" w:hint="default"/>
      <w:b/>
      <w:bCs/>
      <w:i/>
      <w:iCs/>
      <w:color w:val="000000"/>
      <w:sz w:val="24"/>
      <w:szCs w:val="24"/>
    </w:rPr>
  </w:style>
  <w:style w:type="character" w:customStyle="1" w:styleId="fontstyle41">
    <w:name w:val="fontstyle41"/>
    <w:basedOn w:val="a2"/>
    <w:rsid w:val="00A43195"/>
    <w:rPr>
      <w:rFonts w:ascii="Symbol" w:hAnsi="Symbol" w:hint="default"/>
      <w:b w:val="0"/>
      <w:bCs w:val="0"/>
      <w:i w:val="0"/>
      <w:iCs w:val="0"/>
      <w:color w:val="000000"/>
      <w:sz w:val="24"/>
      <w:szCs w:val="24"/>
    </w:rPr>
  </w:style>
  <w:style w:type="character" w:customStyle="1" w:styleId="fontstyle51">
    <w:name w:val="fontstyle51"/>
    <w:basedOn w:val="a2"/>
    <w:rsid w:val="00A43195"/>
    <w:rPr>
      <w:rFonts w:ascii="Times New Roman" w:hAnsi="Times New Roman" w:cs="Times New Roman" w:hint="default"/>
      <w:b w:val="0"/>
      <w:bCs w:val="0"/>
      <w:i/>
      <w:iCs/>
      <w:color w:val="000000"/>
      <w:sz w:val="24"/>
      <w:szCs w:val="24"/>
    </w:rPr>
  </w:style>
  <w:style w:type="paragraph" w:customStyle="1" w:styleId="41">
    <w:name w:val="Основной текст4"/>
    <w:basedOn w:val="a1"/>
    <w:rsid w:val="00A43195"/>
    <w:pPr>
      <w:shd w:val="clear" w:color="auto" w:fill="FFFFFF"/>
      <w:autoSpaceDE/>
      <w:autoSpaceDN/>
      <w:spacing w:line="322" w:lineRule="exact"/>
      <w:ind w:hanging="440"/>
      <w:jc w:val="both"/>
    </w:pPr>
    <w:rPr>
      <w:color w:val="000000"/>
      <w:sz w:val="26"/>
      <w:szCs w:val="26"/>
      <w:lang w:eastAsia="ru-RU"/>
    </w:rPr>
  </w:style>
  <w:style w:type="paragraph" w:customStyle="1" w:styleId="c0">
    <w:name w:val="c0"/>
    <w:basedOn w:val="a1"/>
    <w:rsid w:val="00D8234B"/>
    <w:pPr>
      <w:widowControl/>
      <w:autoSpaceDE/>
      <w:autoSpaceDN/>
      <w:spacing w:before="100" w:beforeAutospacing="1" w:after="100" w:afterAutospacing="1"/>
    </w:pPr>
    <w:rPr>
      <w:sz w:val="24"/>
      <w:szCs w:val="24"/>
      <w:lang w:eastAsia="ru-RU"/>
    </w:rPr>
  </w:style>
  <w:style w:type="character" w:customStyle="1" w:styleId="c5">
    <w:name w:val="c5"/>
    <w:basedOn w:val="a2"/>
    <w:rsid w:val="00D8234B"/>
  </w:style>
  <w:style w:type="character" w:customStyle="1" w:styleId="24">
    <w:name w:val="Неразрешенное упоминание2"/>
    <w:basedOn w:val="a2"/>
    <w:uiPriority w:val="99"/>
    <w:semiHidden/>
    <w:unhideWhenUsed/>
    <w:rsid w:val="00BC3FA7"/>
    <w:rPr>
      <w:color w:val="605E5C"/>
      <w:shd w:val="clear" w:color="auto" w:fill="E1DFDD"/>
    </w:rPr>
  </w:style>
  <w:style w:type="character" w:customStyle="1" w:styleId="chakra-text">
    <w:name w:val="chakra-text"/>
    <w:basedOn w:val="a2"/>
    <w:rsid w:val="003E2750"/>
  </w:style>
  <w:style w:type="character" w:customStyle="1" w:styleId="c21">
    <w:name w:val="c21"/>
    <w:basedOn w:val="a2"/>
    <w:rsid w:val="00CF14DA"/>
  </w:style>
  <w:style w:type="character" w:customStyle="1" w:styleId="c2">
    <w:name w:val="c2"/>
    <w:basedOn w:val="a2"/>
    <w:rsid w:val="00CF14DA"/>
  </w:style>
  <w:style w:type="table" w:customStyle="1" w:styleId="33">
    <w:name w:val="Сетка таблицы3"/>
    <w:basedOn w:val="a3"/>
    <w:next w:val="a7"/>
    <w:uiPriority w:val="59"/>
    <w:rsid w:val="00153FEA"/>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3"/>
    <w:next w:val="a7"/>
    <w:uiPriority w:val="59"/>
    <w:rsid w:val="008E2502"/>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1">
    <w:name w:val="стиль6"/>
    <w:basedOn w:val="a1"/>
    <w:rsid w:val="00935D6C"/>
    <w:pPr>
      <w:widowControl/>
      <w:autoSpaceDE/>
      <w:autoSpaceDN/>
      <w:spacing w:before="100" w:beforeAutospacing="1" w:after="100" w:afterAutospacing="1"/>
    </w:pPr>
    <w:rPr>
      <w:rFonts w:eastAsia="MS Mincho"/>
      <w:sz w:val="24"/>
      <w:szCs w:val="24"/>
      <w:lang w:val="kk-KZ" w:eastAsia="ja-JP"/>
    </w:rPr>
  </w:style>
  <w:style w:type="character" w:customStyle="1" w:styleId="101">
    <w:name w:val="стиль101"/>
    <w:basedOn w:val="a2"/>
    <w:rsid w:val="00935D6C"/>
  </w:style>
  <w:style w:type="character" w:customStyle="1" w:styleId="editsection">
    <w:name w:val="editsection"/>
    <w:rsid w:val="00935D6C"/>
  </w:style>
  <w:style w:type="character" w:customStyle="1" w:styleId="jv7aj">
    <w:name w:val="jv7aj"/>
    <w:rsid w:val="00935D6C"/>
  </w:style>
  <w:style w:type="paragraph" w:customStyle="1" w:styleId="14">
    <w:name w:val="Знак Знак Знак Знак1 Знак Знак Знак Знак"/>
    <w:basedOn w:val="a1"/>
    <w:autoRedefine/>
    <w:rsid w:val="00935D6C"/>
    <w:pPr>
      <w:widowControl/>
      <w:autoSpaceDE/>
      <w:autoSpaceDN/>
      <w:spacing w:after="160" w:line="240" w:lineRule="exact"/>
    </w:pPr>
    <w:rPr>
      <w:rFonts w:eastAsia="SimSun"/>
      <w:b/>
      <w:bCs/>
      <w:sz w:val="28"/>
      <w:szCs w:val="28"/>
      <w:lang w:val="en-US"/>
    </w:rPr>
  </w:style>
  <w:style w:type="character" w:customStyle="1" w:styleId="s1">
    <w:name w:val="s1"/>
    <w:rsid w:val="005F781B"/>
    <w:rPr>
      <w:rFonts w:ascii="Times New Roman" w:hAnsi="Times New Roman" w:cs="Times New Roman" w:hint="default"/>
      <w:b/>
      <w:bCs/>
      <w:i w:val="0"/>
      <w:iCs w:val="0"/>
      <w:strike w:val="0"/>
      <w:dstrike w:val="0"/>
      <w:color w:val="000000"/>
      <w:sz w:val="36"/>
      <w:szCs w:val="36"/>
      <w:u w:val="none"/>
      <w:effect w:val="none"/>
    </w:rPr>
  </w:style>
  <w:style w:type="numbering" w:customStyle="1" w:styleId="15">
    <w:name w:val="Нет списка1"/>
    <w:next w:val="a4"/>
    <w:uiPriority w:val="99"/>
    <w:semiHidden/>
    <w:unhideWhenUsed/>
    <w:rsid w:val="00A75844"/>
  </w:style>
  <w:style w:type="character" w:customStyle="1" w:styleId="s000">
    <w:name w:val="s000"/>
    <w:rsid w:val="006A637F"/>
    <w:rPr>
      <w:rFonts w:ascii="Times New Roman" w:eastAsia="Times New Roman" w:hAnsi="Times New Roman" w:cs="Times New Roman"/>
    </w:rPr>
  </w:style>
  <w:style w:type="character" w:customStyle="1" w:styleId="50">
    <w:name w:val="Заголовок 5 Знак"/>
    <w:basedOn w:val="a2"/>
    <w:link w:val="5"/>
    <w:qFormat/>
    <w:rsid w:val="00043ABD"/>
    <w:rPr>
      <w:rFonts w:ascii="Times New Roman" w:eastAsia="Times New Roman" w:hAnsi="Times New Roman" w:cs="Times New Roman"/>
      <w:b/>
      <w:bCs/>
      <w:i/>
      <w:iCs/>
      <w:sz w:val="26"/>
      <w:szCs w:val="26"/>
      <w:lang w:eastAsia="ru-RU"/>
    </w:rPr>
  </w:style>
  <w:style w:type="paragraph" w:customStyle="1" w:styleId="af6">
    <w:name w:val="Знак Знак Знак Знак Знак Знак Знак Знак Знак Знак"/>
    <w:basedOn w:val="a1"/>
    <w:rsid w:val="00043ABD"/>
    <w:pPr>
      <w:widowControl/>
      <w:autoSpaceDE/>
      <w:autoSpaceDN/>
      <w:spacing w:after="160" w:line="240" w:lineRule="exact"/>
      <w:jc w:val="center"/>
    </w:pPr>
    <w:rPr>
      <w:rFonts w:eastAsia="SimSun"/>
      <w:lang w:val="kk-KZ"/>
    </w:rPr>
  </w:style>
  <w:style w:type="paragraph" w:customStyle="1" w:styleId="a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rsid w:val="00043ABD"/>
    <w:pPr>
      <w:widowControl/>
      <w:autoSpaceDE/>
      <w:autoSpaceDN/>
      <w:spacing w:after="160" w:line="240" w:lineRule="exact"/>
      <w:jc w:val="center"/>
    </w:pPr>
    <w:rPr>
      <w:rFonts w:eastAsia="SimSun"/>
      <w:lang w:val="kk-KZ"/>
    </w:rPr>
  </w:style>
  <w:style w:type="character" w:customStyle="1" w:styleId="16">
    <w:name w:val="Текст выноски Знак1"/>
    <w:basedOn w:val="a2"/>
    <w:uiPriority w:val="99"/>
    <w:semiHidden/>
    <w:rsid w:val="00043ABD"/>
    <w:rPr>
      <w:rFonts w:ascii="Tahoma" w:eastAsia="Times New Roman" w:hAnsi="Tahoma" w:cs="Tahoma"/>
      <w:sz w:val="16"/>
      <w:szCs w:val="16"/>
      <w:lang w:eastAsia="ru-RU"/>
    </w:rPr>
  </w:style>
  <w:style w:type="character" w:customStyle="1" w:styleId="110">
    <w:name w:val="Заголовок 1 Знак Знак1"/>
    <w:aliases w:val=" Знак2 Знак Знак2,Заголовок 1 Знак1 Знак1, Знак2 Знак Знак Знак1,Знак2 Знак Знак2,Знак2 Знак Знак Знак Знак1"/>
    <w:rsid w:val="00043ABD"/>
    <w:rPr>
      <w:rFonts w:ascii="Arial" w:eastAsia="Times New Roman" w:hAnsi="Arial" w:cs="Arial"/>
      <w:b/>
      <w:bCs/>
      <w:kern w:val="2"/>
      <w:sz w:val="32"/>
      <w:szCs w:val="32"/>
      <w:lang w:val="ru-RU" w:eastAsia="ar-SA" w:bidi="ar-SA"/>
    </w:rPr>
  </w:style>
  <w:style w:type="character" w:customStyle="1" w:styleId="17">
    <w:name w:val="Верхний колонтитул Знак1"/>
    <w:basedOn w:val="a2"/>
    <w:uiPriority w:val="99"/>
    <w:semiHidden/>
    <w:rsid w:val="00043ABD"/>
    <w:rPr>
      <w:rFonts w:ascii="Times New Roman" w:eastAsia="Times New Roman" w:hAnsi="Times New Roman" w:cs="Times New Roman"/>
      <w:sz w:val="24"/>
      <w:szCs w:val="24"/>
      <w:lang w:eastAsia="ru-RU"/>
    </w:rPr>
  </w:style>
  <w:style w:type="character" w:customStyle="1" w:styleId="18">
    <w:name w:val="Нижний колонтитул Знак1"/>
    <w:basedOn w:val="a2"/>
    <w:uiPriority w:val="99"/>
    <w:semiHidden/>
    <w:rsid w:val="00043ABD"/>
    <w:rPr>
      <w:rFonts w:ascii="Times New Roman" w:eastAsia="Times New Roman" w:hAnsi="Times New Roman" w:cs="Times New Roman"/>
      <w:sz w:val="24"/>
      <w:szCs w:val="24"/>
      <w:lang w:eastAsia="ru-RU"/>
    </w:rPr>
  </w:style>
  <w:style w:type="character" w:customStyle="1" w:styleId="NoSpacingChar">
    <w:name w:val="No Spacing Char"/>
    <w:link w:val="19"/>
    <w:rsid w:val="00043ABD"/>
    <w:rPr>
      <w:rFonts w:ascii="Calibri" w:hAnsi="Calibri"/>
    </w:rPr>
  </w:style>
  <w:style w:type="paragraph" w:customStyle="1" w:styleId="19">
    <w:name w:val="Без интервала1"/>
    <w:link w:val="NoSpacingChar"/>
    <w:qFormat/>
    <w:rsid w:val="00043ABD"/>
    <w:pPr>
      <w:spacing w:after="200" w:line="276" w:lineRule="auto"/>
    </w:pPr>
    <w:rPr>
      <w:rFonts w:ascii="Calibri" w:hAnsi="Calibri"/>
    </w:rPr>
  </w:style>
  <w:style w:type="paragraph" w:customStyle="1" w:styleId="81">
    <w:name w:val="Основной текст (8)"/>
    <w:basedOn w:val="a1"/>
    <w:link w:val="82"/>
    <w:rsid w:val="00043ABD"/>
    <w:pPr>
      <w:widowControl/>
      <w:shd w:val="clear" w:color="auto" w:fill="FFFFFF"/>
      <w:autoSpaceDE/>
      <w:autoSpaceDN/>
      <w:spacing w:line="187" w:lineRule="exact"/>
      <w:ind w:hanging="820"/>
      <w:jc w:val="both"/>
    </w:pPr>
    <w:rPr>
      <w:sz w:val="15"/>
      <w:szCs w:val="20"/>
      <w:shd w:val="clear" w:color="auto" w:fill="FFFFFF"/>
      <w:lang w:val="x-none" w:eastAsia="x-none"/>
    </w:rPr>
  </w:style>
  <w:style w:type="character" w:customStyle="1" w:styleId="82">
    <w:name w:val="Основной текст (8)_"/>
    <w:link w:val="81"/>
    <w:rsid w:val="00043ABD"/>
    <w:rPr>
      <w:rFonts w:ascii="Times New Roman" w:eastAsia="Times New Roman" w:hAnsi="Times New Roman" w:cs="Times New Roman"/>
      <w:sz w:val="15"/>
      <w:szCs w:val="20"/>
      <w:shd w:val="clear" w:color="auto" w:fill="FFFFFF"/>
      <w:lang w:val="x-none" w:eastAsia="x-none"/>
    </w:rPr>
  </w:style>
  <w:style w:type="character" w:customStyle="1" w:styleId="af8">
    <w:name w:val="Текст Знак"/>
    <w:link w:val="af9"/>
    <w:rsid w:val="00043ABD"/>
    <w:rPr>
      <w:rFonts w:ascii="Courier New" w:eastAsia="Calibri" w:hAnsi="Courier New" w:cs="Courier New"/>
    </w:rPr>
  </w:style>
  <w:style w:type="paragraph" w:styleId="af9">
    <w:name w:val="Plain Text"/>
    <w:basedOn w:val="a1"/>
    <w:link w:val="af8"/>
    <w:rsid w:val="00043ABD"/>
    <w:pPr>
      <w:widowControl/>
      <w:autoSpaceDE/>
      <w:autoSpaceDN/>
    </w:pPr>
    <w:rPr>
      <w:rFonts w:ascii="Courier New" w:eastAsia="Calibri" w:hAnsi="Courier New" w:cs="Courier New"/>
    </w:rPr>
  </w:style>
  <w:style w:type="character" w:customStyle="1" w:styleId="1a">
    <w:name w:val="Текст Знак1"/>
    <w:basedOn w:val="a2"/>
    <w:uiPriority w:val="99"/>
    <w:semiHidden/>
    <w:rsid w:val="00043ABD"/>
    <w:rPr>
      <w:rFonts w:ascii="Consolas" w:eastAsia="Times New Roman" w:hAnsi="Consolas" w:cs="Times New Roman"/>
      <w:sz w:val="21"/>
      <w:szCs w:val="21"/>
    </w:rPr>
  </w:style>
  <w:style w:type="paragraph" w:customStyle="1" w:styleId="111">
    <w:name w:val="Абзац списка11"/>
    <w:basedOn w:val="a1"/>
    <w:rsid w:val="00043ABD"/>
    <w:pPr>
      <w:widowControl/>
      <w:suppressAutoHyphens/>
      <w:autoSpaceDE/>
      <w:autoSpaceDN/>
      <w:spacing w:after="200" w:line="276" w:lineRule="auto"/>
      <w:ind w:left="720"/>
      <w:jc w:val="both"/>
    </w:pPr>
    <w:rPr>
      <w:sz w:val="28"/>
      <w:lang w:val="kk-KZ" w:eastAsia="ar-SA"/>
    </w:rPr>
  </w:style>
  <w:style w:type="paragraph" w:customStyle="1" w:styleId="BodyText21">
    <w:name w:val="Body Text 21"/>
    <w:basedOn w:val="a1"/>
    <w:rsid w:val="00043ABD"/>
    <w:pPr>
      <w:suppressAutoHyphens/>
      <w:autoSpaceDE/>
      <w:autoSpaceDN/>
      <w:ind w:firstLine="900"/>
      <w:jc w:val="both"/>
    </w:pPr>
    <w:rPr>
      <w:sz w:val="28"/>
      <w:szCs w:val="20"/>
      <w:lang w:eastAsia="ar-SA"/>
    </w:rPr>
  </w:style>
  <w:style w:type="character" w:customStyle="1" w:styleId="s0">
    <w:name w:val="s0"/>
    <w:rsid w:val="00043ABD"/>
    <w:rPr>
      <w:rFonts w:ascii="Times New Roman" w:hAnsi="Times New Roman"/>
      <w:color w:val="000000"/>
      <w:sz w:val="28"/>
      <w:u w:val="none"/>
      <w:effect w:val="none"/>
    </w:rPr>
  </w:style>
  <w:style w:type="character" w:customStyle="1" w:styleId="ezkurwreuab5ozgtqnkl">
    <w:name w:val="ezkurwreuab5ozgtqnkl"/>
    <w:basedOn w:val="a2"/>
    <w:qFormat/>
    <w:rsid w:val="00043ABD"/>
  </w:style>
  <w:style w:type="paragraph" w:customStyle="1" w:styleId="ds-markdown-paragraph">
    <w:name w:val="ds-markdown-paragraph"/>
    <w:basedOn w:val="a1"/>
    <w:rsid w:val="00F11B88"/>
    <w:pPr>
      <w:widowControl/>
      <w:autoSpaceDE/>
      <w:autoSpaceDN/>
      <w:spacing w:before="100" w:beforeAutospacing="1" w:after="100" w:afterAutospacing="1"/>
    </w:pPr>
    <w:rPr>
      <w:sz w:val="24"/>
      <w:szCs w:val="24"/>
      <w:lang w:eastAsia="ru-RU"/>
    </w:rPr>
  </w:style>
  <w:style w:type="paragraph" w:customStyle="1" w:styleId="43">
    <w:name w:val="Знак4"/>
    <w:aliases w:val="Знак4 Знак Знак,Знак4 Знак,Знак Знак Знак Знак Зн,Знак Знак1 Зн,Знак Зн,Обычный (веб)1,Обычный (веб)1 Знак Знак Зн,Знак Знак,Знак4 Знак Знак Знак Знак,Обычный (Web) Знак Знак Знак Знак,Знак Знак1 Знак Знак,Знак Знак6, Знак4, Зна"/>
    <w:basedOn w:val="a1"/>
    <w:next w:val="af"/>
    <w:link w:val="afa"/>
    <w:uiPriority w:val="99"/>
    <w:unhideWhenUsed/>
    <w:qFormat/>
    <w:rsid w:val="00C75CE7"/>
    <w:pPr>
      <w:widowControl/>
      <w:autoSpaceDE/>
      <w:autoSpaceDN/>
      <w:spacing w:before="100" w:beforeAutospacing="1" w:after="100" w:afterAutospacing="1"/>
    </w:pPr>
    <w:rPr>
      <w:sz w:val="24"/>
      <w:szCs w:val="24"/>
      <w:lang w:eastAsia="ru-RU"/>
    </w:rPr>
  </w:style>
  <w:style w:type="character" w:customStyle="1" w:styleId="afa">
    <w:name w:val="Обычный (Интернет) Знак"/>
    <w:aliases w:val="Знак4 Знак1,Знак4 Знак Знак Знак,Знак4 Знак Знак1,Знак Знак Знак Знак Зн Знак,Знак Знак1 Зн Знак,Знак Зн Знак,Обычный (веб)1 Знак,Обычный (веб)1 Знак Знак Зн Знак,Знак Знак Знак,Знак4 Знак Знак Знак Знак Знак,Знак Знак6 Знак"/>
    <w:link w:val="43"/>
    <w:uiPriority w:val="99"/>
    <w:qFormat/>
    <w:locked/>
    <w:rsid w:val="00C75CE7"/>
    <w:rPr>
      <w:rFonts w:ascii="Times New Roman" w:eastAsia="Times New Roman" w:hAnsi="Times New Roman" w:cs="Times New Roman"/>
      <w:sz w:val="24"/>
      <w:szCs w:val="24"/>
      <w:lang w:eastAsia="ru-RU"/>
    </w:rPr>
  </w:style>
  <w:style w:type="paragraph" w:customStyle="1" w:styleId="docdata">
    <w:name w:val="docdata"/>
    <w:aliases w:val="docy,v5,35976,bqiaagaaeyqcaaagiaiaaapaeqaabscfaaaaaaaaaaaaaaaaaaaaaaaaaaaaaaaaaaaaaaaaaaaaaaaaaaaaaaaaaaaaaaaaaaaaaaaaaaaaaaaaaaaaaaaaaaaaaaaaaaaaaaaaaaaaaaaaaaaaaaaaaaaaaaaaaaaaaaaaaaaaaaaaaaaaaaaaaaaaaaaaaaaaaaaaaaaaaaaaaaaaaaaaaaaaaaaaaaaaaaa"/>
    <w:basedOn w:val="a1"/>
    <w:rsid w:val="00C75CE7"/>
    <w:pPr>
      <w:widowControl/>
      <w:autoSpaceDE/>
      <w:autoSpaceDN/>
      <w:spacing w:before="100" w:beforeAutospacing="1" w:after="100" w:afterAutospacing="1"/>
    </w:pPr>
    <w:rPr>
      <w:sz w:val="24"/>
      <w:szCs w:val="24"/>
      <w:lang w:eastAsia="ru-RU"/>
    </w:rPr>
  </w:style>
  <w:style w:type="character" w:customStyle="1" w:styleId="HTML1">
    <w:name w:val="Стандартный HTML Знак1"/>
    <w:basedOn w:val="a2"/>
    <w:uiPriority w:val="99"/>
    <w:semiHidden/>
    <w:rsid w:val="00C75CE7"/>
    <w:rPr>
      <w:rFonts w:ascii="Consolas" w:eastAsia="Times New Roman" w:hAnsi="Consolas" w:cs="Times New Roman"/>
      <w:sz w:val="20"/>
      <w:szCs w:val="20"/>
    </w:rPr>
  </w:style>
  <w:style w:type="character" w:customStyle="1" w:styleId="afb">
    <w:name w:val="Заголовок Знак"/>
    <w:link w:val="afc"/>
    <w:uiPriority w:val="1"/>
    <w:qFormat/>
    <w:rsid w:val="00C75CE7"/>
    <w:rPr>
      <w:rFonts w:ascii="Times New Roman" w:eastAsia="Times New Roman" w:hAnsi="Times New Roman" w:cs="Times New Roman"/>
      <w:b/>
      <w:bCs/>
      <w:sz w:val="28"/>
      <w:szCs w:val="28"/>
      <w:lang w:val="kk-KZ"/>
    </w:rPr>
  </w:style>
  <w:style w:type="paragraph" w:styleId="afc">
    <w:name w:val="Title"/>
    <w:basedOn w:val="a1"/>
    <w:link w:val="afb"/>
    <w:uiPriority w:val="1"/>
    <w:qFormat/>
    <w:rsid w:val="00C75CE7"/>
    <w:pPr>
      <w:spacing w:before="80"/>
      <w:ind w:left="1985" w:right="1982"/>
      <w:jc w:val="center"/>
    </w:pPr>
    <w:rPr>
      <w:b/>
      <w:bCs/>
      <w:sz w:val="28"/>
      <w:szCs w:val="28"/>
      <w:lang w:val="kk-KZ"/>
    </w:rPr>
  </w:style>
  <w:style w:type="character" w:customStyle="1" w:styleId="1b">
    <w:name w:val="Заголовок Знак1"/>
    <w:basedOn w:val="a2"/>
    <w:uiPriority w:val="10"/>
    <w:rsid w:val="00C75CE7"/>
    <w:rPr>
      <w:rFonts w:asciiTheme="majorHAnsi" w:eastAsiaTheme="majorEastAsia" w:hAnsiTheme="majorHAnsi" w:cstheme="majorBidi"/>
      <w:spacing w:val="-10"/>
      <w:kern w:val="28"/>
      <w:sz w:val="56"/>
      <w:szCs w:val="56"/>
    </w:rPr>
  </w:style>
  <w:style w:type="character" w:customStyle="1" w:styleId="1c">
    <w:name w:val="Название Знак1"/>
    <w:basedOn w:val="a2"/>
    <w:uiPriority w:val="10"/>
    <w:rsid w:val="00C75CE7"/>
    <w:rPr>
      <w:rFonts w:asciiTheme="majorHAnsi" w:eastAsiaTheme="majorEastAsia" w:hAnsiTheme="majorHAnsi" w:cstheme="majorBidi"/>
      <w:color w:val="323E4F" w:themeColor="text2" w:themeShade="BF"/>
      <w:spacing w:val="5"/>
      <w:kern w:val="28"/>
      <w:sz w:val="52"/>
      <w:szCs w:val="52"/>
    </w:rPr>
  </w:style>
  <w:style w:type="character" w:customStyle="1" w:styleId="anegp0gi0b9av8jahpyh">
    <w:name w:val="anegp0gi0b9av8jahpyh"/>
    <w:basedOn w:val="a2"/>
    <w:qFormat/>
    <w:rsid w:val="00C75CE7"/>
  </w:style>
  <w:style w:type="character" w:styleId="afd">
    <w:name w:val="Emphasis"/>
    <w:basedOn w:val="a2"/>
    <w:uiPriority w:val="20"/>
    <w:qFormat/>
    <w:rsid w:val="004D438A"/>
    <w:rPr>
      <w:i/>
      <w:iCs/>
    </w:rPr>
  </w:style>
  <w:style w:type="character" w:styleId="afe">
    <w:name w:val="Intense Emphasis"/>
    <w:basedOn w:val="a2"/>
    <w:uiPriority w:val="21"/>
    <w:qFormat/>
    <w:rsid w:val="004D438A"/>
    <w:rPr>
      <w:i/>
      <w:iCs/>
      <w:color w:val="4472C4" w:themeColor="accent1"/>
    </w:rPr>
  </w:style>
  <w:style w:type="character" w:customStyle="1" w:styleId="UnresolvedMention">
    <w:name w:val="Unresolved Mention"/>
    <w:basedOn w:val="a2"/>
    <w:uiPriority w:val="99"/>
    <w:semiHidden/>
    <w:unhideWhenUsed/>
    <w:rsid w:val="004D438A"/>
    <w:rPr>
      <w:color w:val="605E5C"/>
      <w:shd w:val="clear" w:color="auto" w:fill="E1DFDD"/>
    </w:rPr>
  </w:style>
  <w:style w:type="paragraph" w:customStyle="1" w:styleId="aff">
    <w:name w:val="Личный"/>
    <w:basedOn w:val="a1"/>
    <w:qFormat/>
    <w:rsid w:val="00310199"/>
    <w:pPr>
      <w:widowControl/>
      <w:autoSpaceDE/>
      <w:autoSpaceDN/>
      <w:spacing w:after="160" w:line="259" w:lineRule="auto"/>
    </w:pPr>
    <w:rPr>
      <w:rFonts w:eastAsiaTheme="minorHAnsi"/>
      <w:b/>
      <w:sz w:val="28"/>
      <w:szCs w:val="48"/>
    </w:rPr>
  </w:style>
  <w:style w:type="character" w:customStyle="1" w:styleId="aacl">
    <w:name w:val="_aacl"/>
    <w:basedOn w:val="a2"/>
    <w:rsid w:val="00310199"/>
  </w:style>
  <w:style w:type="character" w:customStyle="1" w:styleId="x1lliihq">
    <w:name w:val="x1lliihq"/>
    <w:basedOn w:val="a2"/>
    <w:rsid w:val="00310199"/>
  </w:style>
  <w:style w:type="character" w:customStyle="1" w:styleId="path-separator">
    <w:name w:val="path-separator"/>
    <w:basedOn w:val="a2"/>
    <w:rsid w:val="00310199"/>
  </w:style>
  <w:style w:type="character" w:customStyle="1" w:styleId="html-span">
    <w:name w:val="html-span"/>
    <w:basedOn w:val="a2"/>
    <w:rsid w:val="00310199"/>
  </w:style>
  <w:style w:type="character" w:customStyle="1" w:styleId="xt0psk2">
    <w:name w:val="xt0psk2"/>
    <w:basedOn w:val="a2"/>
    <w:rsid w:val="00310199"/>
  </w:style>
  <w:style w:type="character" w:customStyle="1" w:styleId="60">
    <w:name w:val="Заголовок 6 Знак"/>
    <w:basedOn w:val="a2"/>
    <w:link w:val="6"/>
    <w:uiPriority w:val="9"/>
    <w:semiHidden/>
    <w:qFormat/>
    <w:rsid w:val="004C63D3"/>
    <w:rPr>
      <w:rFonts w:asciiTheme="majorHAnsi" w:eastAsiaTheme="majorEastAsia" w:hAnsiTheme="majorHAnsi" w:cstheme="majorBidi"/>
      <w:i/>
      <w:iCs/>
      <w:color w:val="1F3763" w:themeColor="accent1" w:themeShade="7F"/>
      <w:sz w:val="24"/>
      <w:lang w:val="en-US"/>
    </w:rPr>
  </w:style>
  <w:style w:type="character" w:customStyle="1" w:styleId="70">
    <w:name w:val="Заголовок 7 Знак"/>
    <w:basedOn w:val="a2"/>
    <w:link w:val="7"/>
    <w:uiPriority w:val="9"/>
    <w:semiHidden/>
    <w:rsid w:val="004C63D3"/>
    <w:rPr>
      <w:rFonts w:asciiTheme="majorHAnsi" w:eastAsiaTheme="majorEastAsia" w:hAnsiTheme="majorHAnsi" w:cstheme="majorBidi"/>
      <w:i/>
      <w:iCs/>
      <w:color w:val="404040" w:themeColor="text1" w:themeTint="BF"/>
      <w:sz w:val="24"/>
      <w:lang w:val="en-US"/>
    </w:rPr>
  </w:style>
  <w:style w:type="character" w:customStyle="1" w:styleId="80">
    <w:name w:val="Заголовок 8 Знак"/>
    <w:basedOn w:val="a2"/>
    <w:link w:val="8"/>
    <w:uiPriority w:val="9"/>
    <w:semiHidden/>
    <w:rsid w:val="004C63D3"/>
    <w:rPr>
      <w:rFonts w:asciiTheme="majorHAnsi" w:eastAsiaTheme="majorEastAsia" w:hAnsiTheme="majorHAnsi" w:cstheme="majorBidi"/>
      <w:color w:val="4472C4" w:themeColor="accent1"/>
      <w:sz w:val="20"/>
      <w:szCs w:val="20"/>
      <w:lang w:val="en-US"/>
    </w:rPr>
  </w:style>
  <w:style w:type="character" w:customStyle="1" w:styleId="90">
    <w:name w:val="Заголовок 9 Знак"/>
    <w:basedOn w:val="a2"/>
    <w:link w:val="9"/>
    <w:uiPriority w:val="9"/>
    <w:semiHidden/>
    <w:rsid w:val="004C63D3"/>
    <w:rPr>
      <w:rFonts w:asciiTheme="majorHAnsi" w:eastAsiaTheme="majorEastAsia" w:hAnsiTheme="majorHAnsi" w:cstheme="majorBidi"/>
      <w:i/>
      <w:iCs/>
      <w:color w:val="404040" w:themeColor="text1" w:themeTint="BF"/>
      <w:sz w:val="20"/>
      <w:szCs w:val="20"/>
      <w:lang w:val="en-US"/>
    </w:rPr>
  </w:style>
  <w:style w:type="paragraph" w:styleId="aff0">
    <w:name w:val="Subtitle"/>
    <w:basedOn w:val="a1"/>
    <w:next w:val="a1"/>
    <w:link w:val="aff1"/>
    <w:uiPriority w:val="11"/>
    <w:qFormat/>
    <w:rsid w:val="004C63D3"/>
    <w:pPr>
      <w:widowControl/>
      <w:numPr>
        <w:ilvl w:val="1"/>
      </w:numPr>
      <w:autoSpaceDE/>
      <w:autoSpaceDN/>
      <w:spacing w:after="200" w:line="276" w:lineRule="auto"/>
    </w:pPr>
    <w:rPr>
      <w:rFonts w:asciiTheme="majorHAnsi" w:eastAsiaTheme="majorEastAsia" w:hAnsiTheme="majorHAnsi" w:cstheme="majorBidi"/>
      <w:i/>
      <w:iCs/>
      <w:color w:val="4472C4" w:themeColor="accent1"/>
      <w:spacing w:val="15"/>
      <w:sz w:val="24"/>
      <w:szCs w:val="24"/>
      <w:lang w:val="en-US"/>
    </w:rPr>
  </w:style>
  <w:style w:type="character" w:customStyle="1" w:styleId="aff1">
    <w:name w:val="Подзаголовок Знак"/>
    <w:basedOn w:val="a2"/>
    <w:link w:val="aff0"/>
    <w:uiPriority w:val="11"/>
    <w:rsid w:val="004C63D3"/>
    <w:rPr>
      <w:rFonts w:asciiTheme="majorHAnsi" w:eastAsiaTheme="majorEastAsia" w:hAnsiTheme="majorHAnsi" w:cstheme="majorBidi"/>
      <w:i/>
      <w:iCs/>
      <w:color w:val="4472C4" w:themeColor="accent1"/>
      <w:spacing w:val="15"/>
      <w:sz w:val="24"/>
      <w:szCs w:val="24"/>
      <w:lang w:val="en-US"/>
    </w:rPr>
  </w:style>
  <w:style w:type="paragraph" w:styleId="25">
    <w:name w:val="Body Text 2"/>
    <w:basedOn w:val="a1"/>
    <w:link w:val="26"/>
    <w:uiPriority w:val="99"/>
    <w:unhideWhenUsed/>
    <w:qFormat/>
    <w:rsid w:val="004C63D3"/>
    <w:pPr>
      <w:widowControl/>
      <w:autoSpaceDE/>
      <w:autoSpaceDN/>
      <w:spacing w:after="120" w:line="480" w:lineRule="auto"/>
    </w:pPr>
    <w:rPr>
      <w:rFonts w:cstheme="minorBidi"/>
      <w:sz w:val="24"/>
      <w:lang w:val="en-US"/>
    </w:rPr>
  </w:style>
  <w:style w:type="character" w:customStyle="1" w:styleId="26">
    <w:name w:val="Основной текст 2 Знак"/>
    <w:basedOn w:val="a2"/>
    <w:link w:val="25"/>
    <w:uiPriority w:val="99"/>
    <w:qFormat/>
    <w:rsid w:val="004C63D3"/>
    <w:rPr>
      <w:rFonts w:ascii="Times New Roman" w:eastAsia="Times New Roman" w:hAnsi="Times New Roman"/>
      <w:sz w:val="24"/>
      <w:lang w:val="en-US"/>
    </w:rPr>
  </w:style>
  <w:style w:type="paragraph" w:styleId="34">
    <w:name w:val="Body Text 3"/>
    <w:basedOn w:val="a1"/>
    <w:link w:val="35"/>
    <w:uiPriority w:val="99"/>
    <w:unhideWhenUsed/>
    <w:rsid w:val="004C63D3"/>
    <w:pPr>
      <w:widowControl/>
      <w:autoSpaceDE/>
      <w:autoSpaceDN/>
      <w:spacing w:after="120" w:line="276" w:lineRule="auto"/>
    </w:pPr>
    <w:rPr>
      <w:rFonts w:cstheme="minorBidi"/>
      <w:sz w:val="16"/>
      <w:szCs w:val="16"/>
      <w:lang w:val="en-US"/>
    </w:rPr>
  </w:style>
  <w:style w:type="character" w:customStyle="1" w:styleId="35">
    <w:name w:val="Основной текст 3 Знак"/>
    <w:basedOn w:val="a2"/>
    <w:link w:val="34"/>
    <w:uiPriority w:val="99"/>
    <w:rsid w:val="004C63D3"/>
    <w:rPr>
      <w:rFonts w:ascii="Times New Roman" w:eastAsia="Times New Roman" w:hAnsi="Times New Roman"/>
      <w:sz w:val="16"/>
      <w:szCs w:val="16"/>
      <w:lang w:val="en-US"/>
    </w:rPr>
  </w:style>
  <w:style w:type="paragraph" w:styleId="aff2">
    <w:name w:val="List"/>
    <w:basedOn w:val="a1"/>
    <w:uiPriority w:val="99"/>
    <w:unhideWhenUsed/>
    <w:rsid w:val="004C63D3"/>
    <w:pPr>
      <w:widowControl/>
      <w:autoSpaceDE/>
      <w:autoSpaceDN/>
      <w:spacing w:after="200" w:line="276" w:lineRule="auto"/>
      <w:ind w:left="360" w:hanging="360"/>
      <w:contextualSpacing/>
    </w:pPr>
    <w:rPr>
      <w:rFonts w:cstheme="minorBidi"/>
      <w:sz w:val="24"/>
      <w:lang w:val="en-US"/>
    </w:rPr>
  </w:style>
  <w:style w:type="paragraph" w:styleId="27">
    <w:name w:val="List 2"/>
    <w:basedOn w:val="a1"/>
    <w:uiPriority w:val="99"/>
    <w:unhideWhenUsed/>
    <w:rsid w:val="004C63D3"/>
    <w:pPr>
      <w:widowControl/>
      <w:autoSpaceDE/>
      <w:autoSpaceDN/>
      <w:spacing w:after="200" w:line="276" w:lineRule="auto"/>
      <w:ind w:left="720" w:hanging="360"/>
      <w:contextualSpacing/>
    </w:pPr>
    <w:rPr>
      <w:rFonts w:cstheme="minorBidi"/>
      <w:sz w:val="24"/>
      <w:lang w:val="en-US"/>
    </w:rPr>
  </w:style>
  <w:style w:type="paragraph" w:styleId="36">
    <w:name w:val="List 3"/>
    <w:basedOn w:val="a1"/>
    <w:uiPriority w:val="99"/>
    <w:unhideWhenUsed/>
    <w:rsid w:val="004C63D3"/>
    <w:pPr>
      <w:widowControl/>
      <w:autoSpaceDE/>
      <w:autoSpaceDN/>
      <w:spacing w:after="200" w:line="276" w:lineRule="auto"/>
      <w:ind w:left="1080" w:hanging="360"/>
      <w:contextualSpacing/>
    </w:pPr>
    <w:rPr>
      <w:rFonts w:cstheme="minorBidi"/>
      <w:sz w:val="24"/>
      <w:lang w:val="en-US"/>
    </w:rPr>
  </w:style>
  <w:style w:type="paragraph" w:styleId="a0">
    <w:name w:val="List Bullet"/>
    <w:basedOn w:val="a1"/>
    <w:uiPriority w:val="99"/>
    <w:unhideWhenUsed/>
    <w:rsid w:val="004C63D3"/>
    <w:pPr>
      <w:widowControl/>
      <w:numPr>
        <w:numId w:val="4"/>
      </w:numPr>
      <w:autoSpaceDE/>
      <w:autoSpaceDN/>
      <w:spacing w:after="200" w:line="276" w:lineRule="auto"/>
      <w:contextualSpacing/>
    </w:pPr>
    <w:rPr>
      <w:rFonts w:cstheme="minorBidi"/>
      <w:sz w:val="24"/>
      <w:lang w:val="en-US"/>
    </w:rPr>
  </w:style>
  <w:style w:type="paragraph" w:styleId="20">
    <w:name w:val="List Bullet 2"/>
    <w:basedOn w:val="a1"/>
    <w:uiPriority w:val="99"/>
    <w:unhideWhenUsed/>
    <w:rsid w:val="004C63D3"/>
    <w:pPr>
      <w:widowControl/>
      <w:numPr>
        <w:numId w:val="5"/>
      </w:numPr>
      <w:autoSpaceDE/>
      <w:autoSpaceDN/>
      <w:spacing w:after="200" w:line="276" w:lineRule="auto"/>
      <w:contextualSpacing/>
    </w:pPr>
    <w:rPr>
      <w:rFonts w:cstheme="minorBidi"/>
      <w:sz w:val="24"/>
      <w:lang w:val="en-US"/>
    </w:rPr>
  </w:style>
  <w:style w:type="paragraph" w:styleId="30">
    <w:name w:val="List Bullet 3"/>
    <w:basedOn w:val="a1"/>
    <w:uiPriority w:val="99"/>
    <w:unhideWhenUsed/>
    <w:rsid w:val="004C63D3"/>
    <w:pPr>
      <w:widowControl/>
      <w:numPr>
        <w:numId w:val="6"/>
      </w:numPr>
      <w:autoSpaceDE/>
      <w:autoSpaceDN/>
      <w:spacing w:after="200" w:line="276" w:lineRule="auto"/>
      <w:contextualSpacing/>
    </w:pPr>
    <w:rPr>
      <w:rFonts w:cstheme="minorBidi"/>
      <w:sz w:val="24"/>
      <w:lang w:val="en-US"/>
    </w:rPr>
  </w:style>
  <w:style w:type="paragraph" w:styleId="a">
    <w:name w:val="List Number"/>
    <w:basedOn w:val="a1"/>
    <w:uiPriority w:val="99"/>
    <w:unhideWhenUsed/>
    <w:rsid w:val="004C63D3"/>
    <w:pPr>
      <w:widowControl/>
      <w:numPr>
        <w:numId w:val="7"/>
      </w:numPr>
      <w:autoSpaceDE/>
      <w:autoSpaceDN/>
      <w:spacing w:after="200" w:line="276" w:lineRule="auto"/>
      <w:contextualSpacing/>
    </w:pPr>
    <w:rPr>
      <w:rFonts w:cstheme="minorBidi"/>
      <w:sz w:val="24"/>
      <w:lang w:val="en-US"/>
    </w:rPr>
  </w:style>
  <w:style w:type="paragraph" w:styleId="2">
    <w:name w:val="List Number 2"/>
    <w:basedOn w:val="a1"/>
    <w:uiPriority w:val="99"/>
    <w:unhideWhenUsed/>
    <w:rsid w:val="004C63D3"/>
    <w:pPr>
      <w:widowControl/>
      <w:numPr>
        <w:numId w:val="8"/>
      </w:numPr>
      <w:autoSpaceDE/>
      <w:autoSpaceDN/>
      <w:spacing w:after="200" w:line="276" w:lineRule="auto"/>
      <w:contextualSpacing/>
    </w:pPr>
    <w:rPr>
      <w:rFonts w:cstheme="minorBidi"/>
      <w:sz w:val="24"/>
      <w:lang w:val="en-US"/>
    </w:rPr>
  </w:style>
  <w:style w:type="paragraph" w:styleId="3">
    <w:name w:val="List Number 3"/>
    <w:basedOn w:val="a1"/>
    <w:uiPriority w:val="99"/>
    <w:unhideWhenUsed/>
    <w:rsid w:val="004C63D3"/>
    <w:pPr>
      <w:widowControl/>
      <w:numPr>
        <w:numId w:val="9"/>
      </w:numPr>
      <w:autoSpaceDE/>
      <w:autoSpaceDN/>
      <w:spacing w:after="200" w:line="276" w:lineRule="auto"/>
      <w:contextualSpacing/>
    </w:pPr>
    <w:rPr>
      <w:rFonts w:cstheme="minorBidi"/>
      <w:sz w:val="24"/>
      <w:lang w:val="en-US"/>
    </w:rPr>
  </w:style>
  <w:style w:type="paragraph" w:styleId="aff3">
    <w:name w:val="List Continue"/>
    <w:basedOn w:val="a1"/>
    <w:uiPriority w:val="99"/>
    <w:unhideWhenUsed/>
    <w:rsid w:val="004C63D3"/>
    <w:pPr>
      <w:widowControl/>
      <w:autoSpaceDE/>
      <w:autoSpaceDN/>
      <w:spacing w:after="120" w:line="276" w:lineRule="auto"/>
      <w:ind w:left="360"/>
      <w:contextualSpacing/>
    </w:pPr>
    <w:rPr>
      <w:rFonts w:cstheme="minorBidi"/>
      <w:sz w:val="24"/>
      <w:lang w:val="en-US"/>
    </w:rPr>
  </w:style>
  <w:style w:type="paragraph" w:styleId="28">
    <w:name w:val="List Continue 2"/>
    <w:basedOn w:val="a1"/>
    <w:uiPriority w:val="99"/>
    <w:unhideWhenUsed/>
    <w:rsid w:val="004C63D3"/>
    <w:pPr>
      <w:widowControl/>
      <w:autoSpaceDE/>
      <w:autoSpaceDN/>
      <w:spacing w:after="120" w:line="276" w:lineRule="auto"/>
      <w:ind w:left="720"/>
      <w:contextualSpacing/>
    </w:pPr>
    <w:rPr>
      <w:rFonts w:cstheme="minorBidi"/>
      <w:sz w:val="24"/>
      <w:lang w:val="en-US"/>
    </w:rPr>
  </w:style>
  <w:style w:type="paragraph" w:styleId="37">
    <w:name w:val="List Continue 3"/>
    <w:basedOn w:val="a1"/>
    <w:uiPriority w:val="99"/>
    <w:unhideWhenUsed/>
    <w:rsid w:val="004C63D3"/>
    <w:pPr>
      <w:widowControl/>
      <w:autoSpaceDE/>
      <w:autoSpaceDN/>
      <w:spacing w:after="120" w:line="276" w:lineRule="auto"/>
      <w:ind w:left="1080"/>
      <w:contextualSpacing/>
    </w:pPr>
    <w:rPr>
      <w:rFonts w:cstheme="minorBidi"/>
      <w:sz w:val="24"/>
      <w:lang w:val="en-US"/>
    </w:rPr>
  </w:style>
  <w:style w:type="paragraph" w:styleId="aff4">
    <w:name w:val="macro"/>
    <w:link w:val="aff5"/>
    <w:uiPriority w:val="99"/>
    <w:unhideWhenUsed/>
    <w:rsid w:val="004C63D3"/>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sz w:val="20"/>
      <w:szCs w:val="20"/>
      <w:lang w:val="en-US"/>
    </w:rPr>
  </w:style>
  <w:style w:type="character" w:customStyle="1" w:styleId="aff5">
    <w:name w:val="Текст макроса Знак"/>
    <w:basedOn w:val="a2"/>
    <w:link w:val="aff4"/>
    <w:uiPriority w:val="99"/>
    <w:rsid w:val="004C63D3"/>
    <w:rPr>
      <w:rFonts w:ascii="Courier" w:eastAsiaTheme="minorEastAsia" w:hAnsi="Courier"/>
      <w:sz w:val="20"/>
      <w:szCs w:val="20"/>
      <w:lang w:val="en-US"/>
    </w:rPr>
  </w:style>
  <w:style w:type="paragraph" w:styleId="29">
    <w:name w:val="Quote"/>
    <w:basedOn w:val="a1"/>
    <w:next w:val="a1"/>
    <w:link w:val="2a"/>
    <w:uiPriority w:val="29"/>
    <w:qFormat/>
    <w:rsid w:val="004C63D3"/>
    <w:pPr>
      <w:widowControl/>
      <w:autoSpaceDE/>
      <w:autoSpaceDN/>
      <w:spacing w:after="200" w:line="276" w:lineRule="auto"/>
    </w:pPr>
    <w:rPr>
      <w:rFonts w:cstheme="minorBidi"/>
      <w:i/>
      <w:iCs/>
      <w:color w:val="000000" w:themeColor="text1"/>
      <w:sz w:val="24"/>
      <w:lang w:val="en-US"/>
    </w:rPr>
  </w:style>
  <w:style w:type="character" w:customStyle="1" w:styleId="2a">
    <w:name w:val="Цитата 2 Знак"/>
    <w:basedOn w:val="a2"/>
    <w:link w:val="29"/>
    <w:uiPriority w:val="29"/>
    <w:rsid w:val="004C63D3"/>
    <w:rPr>
      <w:rFonts w:ascii="Times New Roman" w:eastAsia="Times New Roman" w:hAnsi="Times New Roman"/>
      <w:i/>
      <w:iCs/>
      <w:color w:val="000000" w:themeColor="text1"/>
      <w:sz w:val="24"/>
      <w:lang w:val="en-US"/>
    </w:rPr>
  </w:style>
  <w:style w:type="paragraph" w:styleId="aff6">
    <w:name w:val="Intense Quote"/>
    <w:basedOn w:val="a1"/>
    <w:next w:val="a1"/>
    <w:link w:val="aff7"/>
    <w:uiPriority w:val="30"/>
    <w:qFormat/>
    <w:rsid w:val="004C63D3"/>
    <w:pPr>
      <w:widowControl/>
      <w:pBdr>
        <w:bottom w:val="single" w:sz="4" w:space="4" w:color="4472C4" w:themeColor="accent1"/>
      </w:pBdr>
      <w:autoSpaceDE/>
      <w:autoSpaceDN/>
      <w:spacing w:before="200" w:after="280" w:line="276" w:lineRule="auto"/>
      <w:ind w:left="936" w:right="936"/>
    </w:pPr>
    <w:rPr>
      <w:rFonts w:cstheme="minorBidi"/>
      <w:b/>
      <w:bCs/>
      <w:i/>
      <w:iCs/>
      <w:color w:val="4472C4" w:themeColor="accent1"/>
      <w:sz w:val="24"/>
      <w:lang w:val="en-US"/>
    </w:rPr>
  </w:style>
  <w:style w:type="character" w:customStyle="1" w:styleId="aff7">
    <w:name w:val="Выделенная цитата Знак"/>
    <w:basedOn w:val="a2"/>
    <w:link w:val="aff6"/>
    <w:uiPriority w:val="30"/>
    <w:rsid w:val="004C63D3"/>
    <w:rPr>
      <w:rFonts w:ascii="Times New Roman" w:eastAsia="Times New Roman" w:hAnsi="Times New Roman"/>
      <w:b/>
      <w:bCs/>
      <w:i/>
      <w:iCs/>
      <w:color w:val="4472C4" w:themeColor="accent1"/>
      <w:sz w:val="24"/>
      <w:lang w:val="en-US"/>
    </w:rPr>
  </w:style>
  <w:style w:type="character" w:styleId="aff8">
    <w:name w:val="Subtle Emphasis"/>
    <w:basedOn w:val="a2"/>
    <w:uiPriority w:val="19"/>
    <w:qFormat/>
    <w:rsid w:val="004C63D3"/>
    <w:rPr>
      <w:i/>
      <w:iCs/>
      <w:color w:val="808080" w:themeColor="text1" w:themeTint="7F"/>
    </w:rPr>
  </w:style>
  <w:style w:type="character" w:styleId="aff9">
    <w:name w:val="Subtle Reference"/>
    <w:basedOn w:val="a2"/>
    <w:uiPriority w:val="31"/>
    <w:qFormat/>
    <w:rsid w:val="004C63D3"/>
    <w:rPr>
      <w:smallCaps/>
      <w:color w:val="ED7D31" w:themeColor="accent2"/>
      <w:u w:val="single"/>
    </w:rPr>
  </w:style>
  <w:style w:type="character" w:styleId="affa">
    <w:name w:val="Intense Reference"/>
    <w:basedOn w:val="a2"/>
    <w:uiPriority w:val="32"/>
    <w:qFormat/>
    <w:rsid w:val="004C63D3"/>
    <w:rPr>
      <w:b/>
      <w:bCs/>
      <w:smallCaps/>
      <w:color w:val="ED7D31" w:themeColor="accent2"/>
      <w:spacing w:val="5"/>
      <w:u w:val="single"/>
    </w:rPr>
  </w:style>
  <w:style w:type="character" w:styleId="affb">
    <w:name w:val="Book Title"/>
    <w:basedOn w:val="a2"/>
    <w:uiPriority w:val="33"/>
    <w:qFormat/>
    <w:rsid w:val="004C63D3"/>
    <w:rPr>
      <w:b/>
      <w:bCs/>
      <w:smallCaps/>
      <w:spacing w:val="5"/>
    </w:rPr>
  </w:style>
  <w:style w:type="paragraph" w:styleId="affc">
    <w:name w:val="TOC Heading"/>
    <w:basedOn w:val="1"/>
    <w:next w:val="a1"/>
    <w:uiPriority w:val="39"/>
    <w:semiHidden/>
    <w:unhideWhenUsed/>
    <w:qFormat/>
    <w:rsid w:val="004C63D3"/>
    <w:pPr>
      <w:keepNext/>
      <w:keepLines/>
      <w:spacing w:before="480" w:beforeAutospacing="0" w:after="0" w:afterAutospacing="0" w:line="276" w:lineRule="auto"/>
      <w:outlineLvl w:val="9"/>
    </w:pPr>
    <w:rPr>
      <w:rFonts w:asciiTheme="majorHAnsi" w:eastAsiaTheme="majorEastAsia" w:hAnsiTheme="majorHAnsi" w:cstheme="majorBidi"/>
      <w:color w:val="2F5496" w:themeColor="accent1" w:themeShade="BF"/>
      <w:kern w:val="0"/>
      <w:sz w:val="28"/>
      <w:szCs w:val="28"/>
      <w:lang w:val="en-US" w:eastAsia="en-US"/>
    </w:rPr>
  </w:style>
  <w:style w:type="table" w:styleId="affd">
    <w:name w:val="Light Shading"/>
    <w:basedOn w:val="a3"/>
    <w:uiPriority w:val="60"/>
    <w:rsid w:val="004C63D3"/>
    <w:pPr>
      <w:spacing w:after="0" w:line="240" w:lineRule="auto"/>
    </w:pPr>
    <w:rPr>
      <w:rFonts w:eastAsiaTheme="minorEastAsia"/>
      <w:color w:val="000000" w:themeColor="text1" w:themeShade="BF"/>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4C63D3"/>
    <w:pPr>
      <w:spacing w:after="0" w:line="240" w:lineRule="auto"/>
    </w:pPr>
    <w:rPr>
      <w:rFonts w:eastAsiaTheme="minorEastAsia"/>
      <w:color w:val="2F5496" w:themeColor="accent1" w:themeShade="BF"/>
      <w:lang w:val="en-US"/>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2">
    <w:name w:val="Light Shading Accent 2"/>
    <w:basedOn w:val="a3"/>
    <w:uiPriority w:val="60"/>
    <w:rsid w:val="004C63D3"/>
    <w:pPr>
      <w:spacing w:after="0" w:line="240" w:lineRule="auto"/>
    </w:pPr>
    <w:rPr>
      <w:rFonts w:eastAsiaTheme="minorEastAsia"/>
      <w:color w:val="C45911" w:themeColor="accent2" w:themeShade="BF"/>
      <w:lang w:val="en-US"/>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3">
    <w:name w:val="Light Shading Accent 3"/>
    <w:basedOn w:val="a3"/>
    <w:uiPriority w:val="60"/>
    <w:rsid w:val="004C63D3"/>
    <w:pPr>
      <w:spacing w:after="0" w:line="240" w:lineRule="auto"/>
    </w:pPr>
    <w:rPr>
      <w:rFonts w:eastAsiaTheme="minorEastAsia"/>
      <w:color w:val="7B7B7B" w:themeColor="accent3" w:themeShade="BF"/>
      <w:lang w:val="en-US"/>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4">
    <w:name w:val="Light Shading Accent 4"/>
    <w:basedOn w:val="a3"/>
    <w:uiPriority w:val="60"/>
    <w:rsid w:val="004C63D3"/>
    <w:pPr>
      <w:spacing w:after="0" w:line="240" w:lineRule="auto"/>
    </w:pPr>
    <w:rPr>
      <w:rFonts w:eastAsiaTheme="minorEastAsia"/>
      <w:color w:val="BF8F00" w:themeColor="accent4" w:themeShade="BF"/>
      <w:lang w:val="en-US"/>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5">
    <w:name w:val="Light Shading Accent 5"/>
    <w:basedOn w:val="a3"/>
    <w:uiPriority w:val="60"/>
    <w:rsid w:val="004C63D3"/>
    <w:pPr>
      <w:spacing w:after="0" w:line="240" w:lineRule="auto"/>
    </w:pPr>
    <w:rPr>
      <w:rFonts w:eastAsiaTheme="minorEastAsia"/>
      <w:color w:val="2E74B5" w:themeColor="accent5" w:themeShade="BF"/>
      <w:lang w:val="en-US"/>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6">
    <w:name w:val="Light Shading Accent 6"/>
    <w:basedOn w:val="a3"/>
    <w:uiPriority w:val="60"/>
    <w:rsid w:val="004C63D3"/>
    <w:pPr>
      <w:spacing w:after="0" w:line="240" w:lineRule="auto"/>
    </w:pPr>
    <w:rPr>
      <w:rFonts w:eastAsiaTheme="minorEastAsia"/>
      <w:color w:val="538135" w:themeColor="accent6" w:themeShade="BF"/>
      <w:lang w:val="en-US"/>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affe">
    <w:name w:val="Light List"/>
    <w:basedOn w:val="a3"/>
    <w:uiPriority w:val="61"/>
    <w:rsid w:val="004C63D3"/>
    <w:pPr>
      <w:spacing w:after="0" w:line="240" w:lineRule="auto"/>
    </w:pPr>
    <w:rPr>
      <w:rFonts w:eastAsiaTheme="minorEastAsia"/>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4C63D3"/>
    <w:pPr>
      <w:spacing w:after="0" w:line="240" w:lineRule="auto"/>
    </w:pPr>
    <w:rPr>
      <w:rFonts w:eastAsiaTheme="minorEastAsia"/>
      <w:lang w:val="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20">
    <w:name w:val="Light List Accent 2"/>
    <w:basedOn w:val="a3"/>
    <w:uiPriority w:val="61"/>
    <w:rsid w:val="004C63D3"/>
    <w:pPr>
      <w:spacing w:after="0" w:line="240" w:lineRule="auto"/>
    </w:pPr>
    <w:rPr>
      <w:rFonts w:eastAsiaTheme="minorEastAsia"/>
      <w:lang w:val="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30">
    <w:name w:val="Light List Accent 3"/>
    <w:basedOn w:val="a3"/>
    <w:uiPriority w:val="61"/>
    <w:rsid w:val="004C63D3"/>
    <w:pPr>
      <w:spacing w:after="0" w:line="240" w:lineRule="auto"/>
    </w:pPr>
    <w:rPr>
      <w:rFonts w:eastAsiaTheme="minorEastAsia"/>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40">
    <w:name w:val="Light List Accent 4"/>
    <w:basedOn w:val="a3"/>
    <w:uiPriority w:val="61"/>
    <w:rsid w:val="004C63D3"/>
    <w:pPr>
      <w:spacing w:after="0" w:line="240" w:lineRule="auto"/>
    </w:pPr>
    <w:rPr>
      <w:rFonts w:eastAsiaTheme="minorEastAsia"/>
      <w:lang w:val="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50">
    <w:name w:val="Light List Accent 5"/>
    <w:basedOn w:val="a3"/>
    <w:uiPriority w:val="61"/>
    <w:rsid w:val="004C63D3"/>
    <w:pPr>
      <w:spacing w:after="0" w:line="240" w:lineRule="auto"/>
    </w:pPr>
    <w:rPr>
      <w:rFonts w:eastAsiaTheme="minorEastAsia"/>
      <w:lang w:val="en-U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60">
    <w:name w:val="Light List Accent 6"/>
    <w:basedOn w:val="a3"/>
    <w:uiPriority w:val="61"/>
    <w:rsid w:val="004C63D3"/>
    <w:pPr>
      <w:spacing w:after="0" w:line="240" w:lineRule="auto"/>
    </w:pPr>
    <w:rPr>
      <w:rFonts w:eastAsiaTheme="minorEastAsia"/>
      <w:lang w:val="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afff">
    <w:name w:val="Light Grid"/>
    <w:basedOn w:val="a3"/>
    <w:uiPriority w:val="62"/>
    <w:rsid w:val="004C63D3"/>
    <w:pPr>
      <w:spacing w:after="0" w:line="240" w:lineRule="auto"/>
    </w:pPr>
    <w:rPr>
      <w:rFonts w:eastAsiaTheme="minorEastAsia"/>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4C63D3"/>
    <w:pPr>
      <w:spacing w:after="0" w:line="240" w:lineRule="auto"/>
    </w:pPr>
    <w:rPr>
      <w:rFonts w:eastAsiaTheme="minorEastAsia"/>
      <w:lang w:val="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21">
    <w:name w:val="Light Grid Accent 2"/>
    <w:basedOn w:val="a3"/>
    <w:uiPriority w:val="62"/>
    <w:rsid w:val="004C63D3"/>
    <w:pPr>
      <w:spacing w:after="0" w:line="240" w:lineRule="auto"/>
    </w:pPr>
    <w:rPr>
      <w:rFonts w:eastAsiaTheme="minorEastAsia"/>
      <w:lang w:val="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31">
    <w:name w:val="Light Grid Accent 3"/>
    <w:basedOn w:val="a3"/>
    <w:uiPriority w:val="62"/>
    <w:rsid w:val="004C63D3"/>
    <w:pPr>
      <w:spacing w:after="0" w:line="240" w:lineRule="auto"/>
    </w:pPr>
    <w:rPr>
      <w:rFonts w:eastAsiaTheme="minorEastAsia"/>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41">
    <w:name w:val="Light Grid Accent 4"/>
    <w:basedOn w:val="a3"/>
    <w:uiPriority w:val="62"/>
    <w:rsid w:val="004C63D3"/>
    <w:pPr>
      <w:spacing w:after="0" w:line="240" w:lineRule="auto"/>
    </w:pPr>
    <w:rPr>
      <w:rFonts w:eastAsiaTheme="minorEastAsia"/>
      <w:lang w:val="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51">
    <w:name w:val="Light Grid Accent 5"/>
    <w:basedOn w:val="a3"/>
    <w:uiPriority w:val="62"/>
    <w:rsid w:val="004C63D3"/>
    <w:pPr>
      <w:spacing w:after="0" w:line="240" w:lineRule="auto"/>
    </w:pPr>
    <w:rPr>
      <w:rFonts w:eastAsiaTheme="minorEastAsia"/>
      <w:lang w:val="en-U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61">
    <w:name w:val="Light Grid Accent 6"/>
    <w:basedOn w:val="a3"/>
    <w:uiPriority w:val="62"/>
    <w:rsid w:val="004C63D3"/>
    <w:pPr>
      <w:spacing w:after="0" w:line="240" w:lineRule="auto"/>
    </w:pPr>
    <w:rPr>
      <w:rFonts w:eastAsiaTheme="minorEastAsia"/>
      <w:lang w:val="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1d">
    <w:name w:val="Medium Shading 1"/>
    <w:basedOn w:val="a3"/>
    <w:uiPriority w:val="63"/>
    <w:rsid w:val="004C63D3"/>
    <w:pPr>
      <w:spacing w:after="0" w:line="240" w:lineRule="auto"/>
    </w:pPr>
    <w:rPr>
      <w:rFonts w:eastAsiaTheme="minorEastAsia"/>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4C63D3"/>
    <w:pPr>
      <w:spacing w:after="0" w:line="240" w:lineRule="auto"/>
    </w:pPr>
    <w:rPr>
      <w:rFonts w:eastAsiaTheme="minorEastAsia"/>
      <w:lang w:val="en-US"/>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4C63D3"/>
    <w:pPr>
      <w:spacing w:after="0" w:line="240" w:lineRule="auto"/>
    </w:pPr>
    <w:rPr>
      <w:rFonts w:eastAsiaTheme="minorEastAsia"/>
      <w:lang w:val="en-US"/>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4C63D3"/>
    <w:pPr>
      <w:spacing w:after="0" w:line="240" w:lineRule="auto"/>
    </w:pPr>
    <w:rPr>
      <w:rFonts w:eastAsiaTheme="minorEastAsia"/>
      <w:lang w:val="en-US"/>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4C63D3"/>
    <w:pPr>
      <w:spacing w:after="0" w:line="240" w:lineRule="auto"/>
    </w:pPr>
    <w:rPr>
      <w:rFonts w:eastAsiaTheme="minorEastAsia"/>
      <w:lang w:val="en-US"/>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4C63D3"/>
    <w:pPr>
      <w:spacing w:after="0" w:line="240" w:lineRule="auto"/>
    </w:pPr>
    <w:rPr>
      <w:rFonts w:eastAsiaTheme="minorEastAsia"/>
      <w:lang w:val="en-US"/>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4C63D3"/>
    <w:pPr>
      <w:spacing w:after="0" w:line="240" w:lineRule="auto"/>
    </w:pPr>
    <w:rPr>
      <w:rFonts w:eastAsiaTheme="minorEastAsia"/>
      <w:lang w:val="en-US"/>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2b">
    <w:name w:val="Medium Shading 2"/>
    <w:basedOn w:val="a3"/>
    <w:uiPriority w:val="64"/>
    <w:rsid w:val="004C63D3"/>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4C63D3"/>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4C63D3"/>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4C63D3"/>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4C63D3"/>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4C63D3"/>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4C63D3"/>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e">
    <w:name w:val="Medium List 1"/>
    <w:basedOn w:val="a3"/>
    <w:uiPriority w:val="65"/>
    <w:rsid w:val="004C63D3"/>
    <w:pPr>
      <w:spacing w:after="0" w:line="240" w:lineRule="auto"/>
    </w:pPr>
    <w:rPr>
      <w:rFonts w:eastAsiaTheme="minorEastAsia"/>
      <w:color w:val="000000" w:themeColor="text1"/>
      <w:lang w:val="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4C63D3"/>
    <w:pPr>
      <w:spacing w:after="0" w:line="240" w:lineRule="auto"/>
    </w:pPr>
    <w:rPr>
      <w:rFonts w:eastAsiaTheme="minorEastAsia"/>
      <w:color w:val="000000" w:themeColor="text1"/>
      <w:lang w:val="en-US"/>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1-20">
    <w:name w:val="Medium List 1 Accent 2"/>
    <w:basedOn w:val="a3"/>
    <w:uiPriority w:val="65"/>
    <w:rsid w:val="004C63D3"/>
    <w:pPr>
      <w:spacing w:after="0" w:line="240" w:lineRule="auto"/>
    </w:pPr>
    <w:rPr>
      <w:rFonts w:eastAsiaTheme="minorEastAsia"/>
      <w:color w:val="000000" w:themeColor="text1"/>
      <w:lang w:val="en-US"/>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1-30">
    <w:name w:val="Medium List 1 Accent 3"/>
    <w:basedOn w:val="a3"/>
    <w:uiPriority w:val="65"/>
    <w:rsid w:val="004C63D3"/>
    <w:pPr>
      <w:spacing w:after="0" w:line="240" w:lineRule="auto"/>
    </w:pPr>
    <w:rPr>
      <w:rFonts w:eastAsiaTheme="minorEastAsia"/>
      <w:color w:val="000000" w:themeColor="text1"/>
      <w:lang w:val="en-US"/>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40">
    <w:name w:val="Medium List 1 Accent 4"/>
    <w:basedOn w:val="a3"/>
    <w:uiPriority w:val="65"/>
    <w:rsid w:val="004C63D3"/>
    <w:pPr>
      <w:spacing w:after="0" w:line="240" w:lineRule="auto"/>
    </w:pPr>
    <w:rPr>
      <w:rFonts w:eastAsiaTheme="minorEastAsia"/>
      <w:color w:val="000000" w:themeColor="text1"/>
      <w:lang w:val="en-US"/>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1-50">
    <w:name w:val="Medium List 1 Accent 5"/>
    <w:basedOn w:val="a3"/>
    <w:uiPriority w:val="65"/>
    <w:rsid w:val="004C63D3"/>
    <w:pPr>
      <w:spacing w:after="0" w:line="240" w:lineRule="auto"/>
    </w:pPr>
    <w:rPr>
      <w:rFonts w:eastAsiaTheme="minorEastAsia"/>
      <w:color w:val="000000" w:themeColor="text1"/>
      <w:lang w:val="en-US"/>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1-60">
    <w:name w:val="Medium List 1 Accent 6"/>
    <w:basedOn w:val="a3"/>
    <w:uiPriority w:val="65"/>
    <w:rsid w:val="004C63D3"/>
    <w:pPr>
      <w:spacing w:after="0" w:line="240" w:lineRule="auto"/>
    </w:pPr>
    <w:rPr>
      <w:rFonts w:eastAsiaTheme="minorEastAsia"/>
      <w:color w:val="000000" w:themeColor="text1"/>
      <w:lang w:val="en-US"/>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2c">
    <w:name w:val="Medium List 2"/>
    <w:basedOn w:val="a3"/>
    <w:uiPriority w:val="66"/>
    <w:rsid w:val="004C63D3"/>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4C63D3"/>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4C63D3"/>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4C63D3"/>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4C63D3"/>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4C63D3"/>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4C63D3"/>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f">
    <w:name w:val="Medium Grid 1"/>
    <w:basedOn w:val="a3"/>
    <w:uiPriority w:val="67"/>
    <w:rsid w:val="004C63D3"/>
    <w:pPr>
      <w:spacing w:after="0" w:line="240" w:lineRule="auto"/>
    </w:pPr>
    <w:rPr>
      <w:rFonts w:eastAsiaTheme="minorEastAsia"/>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4C63D3"/>
    <w:pPr>
      <w:spacing w:after="0" w:line="240" w:lineRule="auto"/>
    </w:pPr>
    <w:rPr>
      <w:rFonts w:eastAsiaTheme="minorEastAsia"/>
      <w:lang w:val="en-US"/>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1-21">
    <w:name w:val="Medium Grid 1 Accent 2"/>
    <w:basedOn w:val="a3"/>
    <w:uiPriority w:val="67"/>
    <w:rsid w:val="004C63D3"/>
    <w:pPr>
      <w:spacing w:after="0" w:line="240" w:lineRule="auto"/>
    </w:pPr>
    <w:rPr>
      <w:rFonts w:eastAsiaTheme="minorEastAsia"/>
      <w:lang w:val="en-US"/>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31">
    <w:name w:val="Medium Grid 1 Accent 3"/>
    <w:basedOn w:val="a3"/>
    <w:uiPriority w:val="67"/>
    <w:rsid w:val="004C63D3"/>
    <w:pPr>
      <w:spacing w:after="0" w:line="240" w:lineRule="auto"/>
    </w:pPr>
    <w:rPr>
      <w:rFonts w:eastAsiaTheme="minorEastAsia"/>
      <w:lang w:val="en-US"/>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41">
    <w:name w:val="Medium Grid 1 Accent 4"/>
    <w:basedOn w:val="a3"/>
    <w:uiPriority w:val="67"/>
    <w:rsid w:val="004C63D3"/>
    <w:pPr>
      <w:spacing w:after="0" w:line="240" w:lineRule="auto"/>
    </w:pPr>
    <w:rPr>
      <w:rFonts w:eastAsiaTheme="minorEastAsia"/>
      <w:lang w:val="en-US"/>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1-51">
    <w:name w:val="Medium Grid 1 Accent 5"/>
    <w:basedOn w:val="a3"/>
    <w:uiPriority w:val="67"/>
    <w:rsid w:val="004C63D3"/>
    <w:pPr>
      <w:spacing w:after="0" w:line="240" w:lineRule="auto"/>
    </w:pPr>
    <w:rPr>
      <w:rFonts w:eastAsiaTheme="minorEastAsia"/>
      <w:lang w:val="en-US"/>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1-61">
    <w:name w:val="Medium Grid 1 Accent 6"/>
    <w:basedOn w:val="a3"/>
    <w:uiPriority w:val="67"/>
    <w:rsid w:val="004C63D3"/>
    <w:pPr>
      <w:spacing w:after="0" w:line="240" w:lineRule="auto"/>
    </w:pPr>
    <w:rPr>
      <w:rFonts w:eastAsiaTheme="minorEastAsia"/>
      <w:lang w:val="en-US"/>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2d">
    <w:name w:val="Medium Grid 2"/>
    <w:basedOn w:val="a3"/>
    <w:uiPriority w:val="68"/>
    <w:rsid w:val="004C63D3"/>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4C63D3"/>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4C63D3"/>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4C63D3"/>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4C63D3"/>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4C63D3"/>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4C63D3"/>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38">
    <w:name w:val="Medium Grid 3"/>
    <w:basedOn w:val="a3"/>
    <w:uiPriority w:val="69"/>
    <w:rsid w:val="004C63D3"/>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4C63D3"/>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3-2">
    <w:name w:val="Medium Grid 3 Accent 2"/>
    <w:basedOn w:val="a3"/>
    <w:uiPriority w:val="69"/>
    <w:rsid w:val="004C63D3"/>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3-3">
    <w:name w:val="Medium Grid 3 Accent 3"/>
    <w:basedOn w:val="a3"/>
    <w:uiPriority w:val="69"/>
    <w:rsid w:val="004C63D3"/>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3-4">
    <w:name w:val="Medium Grid 3 Accent 4"/>
    <w:basedOn w:val="a3"/>
    <w:uiPriority w:val="69"/>
    <w:rsid w:val="004C63D3"/>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3-5">
    <w:name w:val="Medium Grid 3 Accent 5"/>
    <w:basedOn w:val="a3"/>
    <w:uiPriority w:val="69"/>
    <w:rsid w:val="004C63D3"/>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3-6">
    <w:name w:val="Medium Grid 3 Accent 6"/>
    <w:basedOn w:val="a3"/>
    <w:uiPriority w:val="69"/>
    <w:rsid w:val="004C63D3"/>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afff0">
    <w:name w:val="Dark List"/>
    <w:basedOn w:val="a3"/>
    <w:uiPriority w:val="70"/>
    <w:rsid w:val="004C63D3"/>
    <w:pPr>
      <w:spacing w:after="0" w:line="240" w:lineRule="auto"/>
    </w:pPr>
    <w:rPr>
      <w:rFonts w:eastAsiaTheme="minorEastAsia"/>
      <w:color w:val="FFFFFF" w:themeColor="background1"/>
      <w:lang w:val="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4C63D3"/>
    <w:pPr>
      <w:spacing w:after="0" w:line="240" w:lineRule="auto"/>
    </w:pPr>
    <w:rPr>
      <w:rFonts w:eastAsiaTheme="minorEastAsia"/>
      <w:color w:val="FFFFFF" w:themeColor="background1"/>
      <w:lang w:val="en-US"/>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22">
    <w:name w:val="Dark List Accent 2"/>
    <w:basedOn w:val="a3"/>
    <w:uiPriority w:val="70"/>
    <w:rsid w:val="004C63D3"/>
    <w:pPr>
      <w:spacing w:after="0" w:line="240" w:lineRule="auto"/>
    </w:pPr>
    <w:rPr>
      <w:rFonts w:eastAsiaTheme="minorEastAsia"/>
      <w:color w:val="FFFFFF" w:themeColor="background1"/>
      <w:lang w:val="en-US"/>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32">
    <w:name w:val="Dark List Accent 3"/>
    <w:basedOn w:val="a3"/>
    <w:uiPriority w:val="70"/>
    <w:rsid w:val="004C63D3"/>
    <w:pPr>
      <w:spacing w:after="0" w:line="240" w:lineRule="auto"/>
    </w:pPr>
    <w:rPr>
      <w:rFonts w:eastAsiaTheme="minorEastAsia"/>
      <w:color w:val="FFFFFF" w:themeColor="background1"/>
      <w:lang w:val="en-US"/>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42">
    <w:name w:val="Dark List Accent 4"/>
    <w:basedOn w:val="a3"/>
    <w:uiPriority w:val="70"/>
    <w:rsid w:val="004C63D3"/>
    <w:pPr>
      <w:spacing w:after="0" w:line="240" w:lineRule="auto"/>
    </w:pPr>
    <w:rPr>
      <w:rFonts w:eastAsiaTheme="minorEastAsia"/>
      <w:color w:val="FFFFFF" w:themeColor="background1"/>
      <w:lang w:val="en-US"/>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52">
    <w:name w:val="Dark List Accent 5"/>
    <w:basedOn w:val="a3"/>
    <w:uiPriority w:val="70"/>
    <w:rsid w:val="004C63D3"/>
    <w:pPr>
      <w:spacing w:after="0" w:line="240" w:lineRule="auto"/>
    </w:pPr>
    <w:rPr>
      <w:rFonts w:eastAsiaTheme="minorEastAsia"/>
      <w:color w:val="FFFFFF" w:themeColor="background1"/>
      <w:lang w:val="en-US"/>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62">
    <w:name w:val="Dark List Accent 6"/>
    <w:basedOn w:val="a3"/>
    <w:uiPriority w:val="70"/>
    <w:rsid w:val="004C63D3"/>
    <w:pPr>
      <w:spacing w:after="0" w:line="240" w:lineRule="auto"/>
    </w:pPr>
    <w:rPr>
      <w:rFonts w:eastAsiaTheme="minorEastAsia"/>
      <w:color w:val="FFFFFF" w:themeColor="background1"/>
      <w:lang w:val="en-US"/>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afff1">
    <w:name w:val="Colorful Shading"/>
    <w:basedOn w:val="a3"/>
    <w:uiPriority w:val="71"/>
    <w:rsid w:val="004C63D3"/>
    <w:pPr>
      <w:spacing w:after="0" w:line="240" w:lineRule="auto"/>
    </w:pPr>
    <w:rPr>
      <w:rFonts w:eastAsiaTheme="minorEastAsia"/>
      <w:color w:val="000000" w:themeColor="text1"/>
      <w:lang w:val="en-US"/>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4C63D3"/>
    <w:pPr>
      <w:spacing w:after="0" w:line="240" w:lineRule="auto"/>
    </w:pPr>
    <w:rPr>
      <w:rFonts w:eastAsiaTheme="minorEastAsia"/>
      <w:color w:val="000000" w:themeColor="text1"/>
      <w:lang w:val="en-US"/>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4C63D3"/>
    <w:pPr>
      <w:spacing w:after="0" w:line="240" w:lineRule="auto"/>
    </w:pPr>
    <w:rPr>
      <w:rFonts w:eastAsiaTheme="minorEastAsia"/>
      <w:color w:val="000000" w:themeColor="text1"/>
      <w:lang w:val="en-US"/>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4C63D3"/>
    <w:pPr>
      <w:spacing w:after="0" w:line="240" w:lineRule="auto"/>
    </w:pPr>
    <w:rPr>
      <w:rFonts w:eastAsiaTheme="minorEastAsia"/>
      <w:color w:val="000000" w:themeColor="text1"/>
      <w:lang w:val="en-US"/>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43">
    <w:name w:val="Colorful Shading Accent 4"/>
    <w:basedOn w:val="a3"/>
    <w:uiPriority w:val="71"/>
    <w:rsid w:val="004C63D3"/>
    <w:pPr>
      <w:spacing w:after="0" w:line="240" w:lineRule="auto"/>
    </w:pPr>
    <w:rPr>
      <w:rFonts w:eastAsiaTheme="minorEastAsia"/>
      <w:color w:val="000000" w:themeColor="text1"/>
      <w:lang w:val="en-US"/>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4C63D3"/>
    <w:pPr>
      <w:spacing w:after="0" w:line="240" w:lineRule="auto"/>
    </w:pPr>
    <w:rPr>
      <w:rFonts w:eastAsiaTheme="minorEastAsia"/>
      <w:color w:val="000000" w:themeColor="text1"/>
      <w:lang w:val="en-US"/>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4C63D3"/>
    <w:pPr>
      <w:spacing w:after="0" w:line="240" w:lineRule="auto"/>
    </w:pPr>
    <w:rPr>
      <w:rFonts w:eastAsiaTheme="minorEastAsia"/>
      <w:color w:val="000000" w:themeColor="text1"/>
      <w:lang w:val="en-US"/>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afff2">
    <w:name w:val="Colorful List"/>
    <w:basedOn w:val="a3"/>
    <w:uiPriority w:val="72"/>
    <w:rsid w:val="004C63D3"/>
    <w:pPr>
      <w:spacing w:after="0" w:line="240" w:lineRule="auto"/>
    </w:pPr>
    <w:rPr>
      <w:rFonts w:eastAsiaTheme="minorEastAsia"/>
      <w:color w:val="000000" w:themeColor="text1"/>
      <w:lang w:val="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4C63D3"/>
    <w:pPr>
      <w:spacing w:after="0" w:line="240" w:lineRule="auto"/>
    </w:pPr>
    <w:rPr>
      <w:rFonts w:eastAsiaTheme="minorEastAsia"/>
      <w:color w:val="000000" w:themeColor="text1"/>
      <w:lang w:val="en-US"/>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24">
    <w:name w:val="Colorful List Accent 2"/>
    <w:basedOn w:val="a3"/>
    <w:uiPriority w:val="72"/>
    <w:rsid w:val="004C63D3"/>
    <w:pPr>
      <w:spacing w:after="0" w:line="240" w:lineRule="auto"/>
    </w:pPr>
    <w:rPr>
      <w:rFonts w:eastAsiaTheme="minorEastAsia"/>
      <w:color w:val="000000" w:themeColor="text1"/>
      <w:lang w:val="en-US"/>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34">
    <w:name w:val="Colorful List Accent 3"/>
    <w:basedOn w:val="a3"/>
    <w:uiPriority w:val="72"/>
    <w:rsid w:val="004C63D3"/>
    <w:pPr>
      <w:spacing w:after="0" w:line="240" w:lineRule="auto"/>
    </w:pPr>
    <w:rPr>
      <w:rFonts w:eastAsiaTheme="minorEastAsia"/>
      <w:color w:val="000000" w:themeColor="text1"/>
      <w:lang w:val="en-US"/>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44">
    <w:name w:val="Colorful List Accent 4"/>
    <w:basedOn w:val="a3"/>
    <w:uiPriority w:val="72"/>
    <w:rsid w:val="004C63D3"/>
    <w:pPr>
      <w:spacing w:after="0" w:line="240" w:lineRule="auto"/>
    </w:pPr>
    <w:rPr>
      <w:rFonts w:eastAsiaTheme="minorEastAsia"/>
      <w:color w:val="000000" w:themeColor="text1"/>
      <w:lang w:val="en-US"/>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54">
    <w:name w:val="Colorful List Accent 5"/>
    <w:basedOn w:val="a3"/>
    <w:uiPriority w:val="72"/>
    <w:rsid w:val="004C63D3"/>
    <w:pPr>
      <w:spacing w:after="0" w:line="240" w:lineRule="auto"/>
    </w:pPr>
    <w:rPr>
      <w:rFonts w:eastAsiaTheme="minorEastAsia"/>
      <w:color w:val="000000" w:themeColor="text1"/>
      <w:lang w:val="en-US"/>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64">
    <w:name w:val="Colorful List Accent 6"/>
    <w:basedOn w:val="a3"/>
    <w:uiPriority w:val="72"/>
    <w:rsid w:val="004C63D3"/>
    <w:pPr>
      <w:spacing w:after="0" w:line="240" w:lineRule="auto"/>
    </w:pPr>
    <w:rPr>
      <w:rFonts w:eastAsiaTheme="minorEastAsia"/>
      <w:color w:val="000000" w:themeColor="text1"/>
      <w:lang w:val="en-US"/>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afff3">
    <w:name w:val="Colorful Grid"/>
    <w:basedOn w:val="a3"/>
    <w:uiPriority w:val="73"/>
    <w:rsid w:val="004C63D3"/>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4C63D3"/>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25">
    <w:name w:val="Colorful Grid Accent 2"/>
    <w:basedOn w:val="a3"/>
    <w:uiPriority w:val="73"/>
    <w:rsid w:val="004C63D3"/>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35">
    <w:name w:val="Colorful Grid Accent 3"/>
    <w:basedOn w:val="a3"/>
    <w:uiPriority w:val="73"/>
    <w:rsid w:val="004C63D3"/>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45">
    <w:name w:val="Colorful Grid Accent 4"/>
    <w:basedOn w:val="a3"/>
    <w:uiPriority w:val="73"/>
    <w:rsid w:val="004C63D3"/>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55">
    <w:name w:val="Colorful Grid Accent 5"/>
    <w:basedOn w:val="a3"/>
    <w:uiPriority w:val="73"/>
    <w:rsid w:val="004C63D3"/>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65">
    <w:name w:val="Colorful Grid Accent 6"/>
    <w:basedOn w:val="a3"/>
    <w:uiPriority w:val="73"/>
    <w:rsid w:val="004C63D3"/>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character" w:customStyle="1" w:styleId="DefaultChar">
    <w:name w:val="Default Char"/>
    <w:link w:val="Default"/>
    <w:uiPriority w:val="99"/>
    <w:locked/>
    <w:rsid w:val="004616A2"/>
    <w:rPr>
      <w:rFonts w:ascii="Times New Roman" w:hAnsi="Times New Roman" w:cs="Times New Roman"/>
      <w:color w:val="000000"/>
      <w:sz w:val="24"/>
      <w:szCs w:val="24"/>
    </w:rPr>
  </w:style>
  <w:style w:type="paragraph" w:customStyle="1" w:styleId="1f0">
    <w:name w:val="Обычный1"/>
    <w:rsid w:val="004616A2"/>
    <w:pPr>
      <w:spacing w:before="100" w:beforeAutospacing="1" w:after="100" w:afterAutospacing="1" w:line="273" w:lineRule="auto"/>
    </w:pPr>
    <w:rPr>
      <w:rFonts w:ascii="Calibri" w:eastAsia="Times New Roman" w:hAnsi="Calibri" w:cs="Times New Roman"/>
      <w:sz w:val="24"/>
      <w:szCs w:val="24"/>
      <w:lang w:eastAsia="ru-RU"/>
    </w:rPr>
  </w:style>
  <w:style w:type="numbering" w:customStyle="1" w:styleId="2e">
    <w:name w:val="Нет списка2"/>
    <w:next w:val="a4"/>
    <w:uiPriority w:val="99"/>
    <w:semiHidden/>
    <w:unhideWhenUsed/>
    <w:rsid w:val="004616A2"/>
  </w:style>
  <w:style w:type="table" w:customStyle="1" w:styleId="TableNormal2">
    <w:name w:val="Table Normal2"/>
    <w:uiPriority w:val="2"/>
    <w:semiHidden/>
    <w:qFormat/>
    <w:rsid w:val="004616A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3">
    <w:name w:val="Table Normal3"/>
    <w:uiPriority w:val="2"/>
    <w:semiHidden/>
    <w:unhideWhenUsed/>
    <w:qFormat/>
    <w:rsid w:val="004616A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51">
    <w:name w:val="Сетка таблицы5"/>
    <w:basedOn w:val="a3"/>
    <w:next w:val="a7"/>
    <w:uiPriority w:val="39"/>
    <w:rsid w:val="004616A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h8yej3">
    <w:name w:val="xh8yej3"/>
    <w:basedOn w:val="a1"/>
    <w:rsid w:val="004616A2"/>
    <w:pPr>
      <w:widowControl/>
      <w:autoSpaceDE/>
      <w:autoSpaceDN/>
      <w:spacing w:before="100" w:beforeAutospacing="1" w:after="100" w:afterAutospacing="1"/>
    </w:pPr>
    <w:rPr>
      <w:sz w:val="24"/>
      <w:szCs w:val="24"/>
      <w:lang w:eastAsia="ru-RU"/>
    </w:rPr>
  </w:style>
  <w:style w:type="paragraph" w:customStyle="1" w:styleId="x1yc453h">
    <w:name w:val="x1yc453h"/>
    <w:basedOn w:val="a1"/>
    <w:rsid w:val="004616A2"/>
    <w:pPr>
      <w:widowControl/>
      <w:autoSpaceDE/>
      <w:autoSpaceDN/>
      <w:spacing w:before="100" w:beforeAutospacing="1" w:after="100" w:afterAutospacing="1"/>
    </w:pPr>
    <w:rPr>
      <w:sz w:val="24"/>
      <w:szCs w:val="24"/>
      <w:lang w:eastAsia="ru-RU"/>
    </w:rPr>
  </w:style>
  <w:style w:type="paragraph" w:customStyle="1" w:styleId="richfactdown-paragraph">
    <w:name w:val="richfactdown-paragraph"/>
    <w:basedOn w:val="a1"/>
    <w:rsid w:val="004616A2"/>
    <w:pPr>
      <w:widowControl/>
      <w:autoSpaceDE/>
      <w:autoSpaceDN/>
      <w:spacing w:before="100" w:beforeAutospacing="1" w:after="100" w:afterAutospacing="1"/>
    </w:pPr>
    <w:rPr>
      <w:sz w:val="24"/>
      <w:szCs w:val="24"/>
      <w:lang w:eastAsia="ru-RU"/>
    </w:rPr>
  </w:style>
  <w:style w:type="character" w:customStyle="1" w:styleId="relative">
    <w:name w:val="relative"/>
    <w:basedOn w:val="a2"/>
    <w:rsid w:val="004616A2"/>
  </w:style>
  <w:style w:type="character" w:customStyle="1" w:styleId="ms-1">
    <w:name w:val="ms-1"/>
    <w:basedOn w:val="a2"/>
    <w:rsid w:val="004616A2"/>
  </w:style>
  <w:style w:type="character" w:customStyle="1" w:styleId="max-w-full">
    <w:name w:val="max-w-full"/>
    <w:basedOn w:val="a2"/>
    <w:rsid w:val="004616A2"/>
  </w:style>
  <w:style w:type="character" w:customStyle="1" w:styleId="-me-1">
    <w:name w:val="-me-1"/>
    <w:basedOn w:val="a2"/>
    <w:rsid w:val="004616A2"/>
  </w:style>
  <w:style w:type="paragraph" w:customStyle="1" w:styleId="2f">
    <w:name w:val="Абзац списка2"/>
    <w:basedOn w:val="a1"/>
    <w:uiPriority w:val="99"/>
    <w:qFormat/>
    <w:rsid w:val="004616A2"/>
    <w:pPr>
      <w:widowControl/>
      <w:suppressAutoHyphens/>
      <w:autoSpaceDE/>
      <w:autoSpaceDN/>
      <w:spacing w:after="200" w:line="276" w:lineRule="auto"/>
    </w:pPr>
    <w:rPr>
      <w:rFonts w:ascii="Calibri" w:eastAsia="Arial Unicode MS" w:hAnsi="Calibri" w:cs="font290"/>
      <w:kern w:val="2"/>
      <w:lang w:eastAsia="ar-SA"/>
    </w:rPr>
  </w:style>
  <w:style w:type="character" w:customStyle="1" w:styleId="apple-converted-space">
    <w:name w:val="apple-converted-space"/>
    <w:basedOn w:val="a2"/>
    <w:qFormat/>
    <w:rsid w:val="004616A2"/>
  </w:style>
  <w:style w:type="character" w:customStyle="1" w:styleId="2f0">
    <w:name w:val="Основной текст (2)"/>
    <w:qFormat/>
    <w:rsid w:val="004616A2"/>
    <w:rPr>
      <w:rFonts w:ascii="Times New Roman" w:eastAsia="Times New Roman" w:hAnsi="Times New Roman" w:cs="Times New Roman" w:hint="default"/>
      <w:strike w:val="0"/>
      <w:dstrike w:val="0"/>
      <w:color w:val="000000"/>
      <w:spacing w:val="0"/>
      <w:w w:val="100"/>
      <w:position w:val="0"/>
      <w:sz w:val="28"/>
      <w:szCs w:val="28"/>
      <w:u w:val="none"/>
      <w:effect w:val="none"/>
      <w:lang w:val="kk-KZ" w:eastAsia="kk-KZ" w:bidi="kk-KZ"/>
    </w:rPr>
  </w:style>
  <w:style w:type="character" w:customStyle="1" w:styleId="28pt">
    <w:name w:val="Основной текст (2) + 8 pt"/>
    <w:aliases w:val="Полужирный,Малые прописные,Интервал 0 pt"/>
    <w:qFormat/>
    <w:rsid w:val="004616A2"/>
    <w:rPr>
      <w:rFonts w:ascii="Times New Roman" w:eastAsia="Times New Roman" w:hAnsi="Times New Roman" w:cs="Times New Roman" w:hint="default"/>
      <w:b/>
      <w:bCs/>
      <w:smallCaps/>
      <w:strike w:val="0"/>
      <w:dstrike w:val="0"/>
      <w:color w:val="000000"/>
      <w:spacing w:val="10"/>
      <w:w w:val="100"/>
      <w:position w:val="0"/>
      <w:sz w:val="16"/>
      <w:szCs w:val="16"/>
      <w:u w:val="none"/>
      <w:effect w:val="none"/>
      <w:lang w:val="kk-KZ" w:eastAsia="kk-KZ" w:bidi="kk-KZ"/>
    </w:rPr>
  </w:style>
  <w:style w:type="character" w:customStyle="1" w:styleId="2f1">
    <w:name w:val="Основной текст (2) + Полужирный"/>
    <w:qFormat/>
    <w:rsid w:val="004616A2"/>
    <w:rPr>
      <w:rFonts w:ascii="Times New Roman" w:eastAsia="Times New Roman" w:hAnsi="Times New Roman" w:cs="Times New Roman" w:hint="default"/>
      <w:b/>
      <w:bCs/>
      <w:strike w:val="0"/>
      <w:dstrike w:val="0"/>
      <w:color w:val="000000"/>
      <w:spacing w:val="0"/>
      <w:w w:val="100"/>
      <w:position w:val="0"/>
      <w:sz w:val="26"/>
      <w:szCs w:val="26"/>
      <w:u w:val="none"/>
      <w:effect w:val="none"/>
      <w:lang w:val="kk-KZ" w:eastAsia="kk-KZ" w:bidi="kk-KZ"/>
    </w:rPr>
  </w:style>
  <w:style w:type="character" w:customStyle="1" w:styleId="waveddashed-dotted">
    <w:name w:val="waved dashed-dotted"/>
    <w:basedOn w:val="a2"/>
    <w:qFormat/>
    <w:rsid w:val="004616A2"/>
  </w:style>
  <w:style w:type="character" w:customStyle="1" w:styleId="mat-mdc-button-persistent-ripple">
    <w:name w:val="mat-mdc-button-persistent-ripple"/>
    <w:basedOn w:val="a2"/>
    <w:rsid w:val="004616A2"/>
  </w:style>
  <w:style w:type="character" w:customStyle="1" w:styleId="mat-focus-indicator">
    <w:name w:val="mat-focus-indicator"/>
    <w:basedOn w:val="a2"/>
    <w:rsid w:val="004616A2"/>
  </w:style>
  <w:style w:type="character" w:customStyle="1" w:styleId="mat-mdc-button-touch-target">
    <w:name w:val="mat-mdc-button-touch-target"/>
    <w:basedOn w:val="a2"/>
    <w:rsid w:val="004616A2"/>
  </w:style>
  <w:style w:type="character" w:customStyle="1" w:styleId="mat-ripple">
    <w:name w:val="mat-ripple"/>
    <w:basedOn w:val="a2"/>
    <w:rsid w:val="004616A2"/>
  </w:style>
  <w:style w:type="paragraph" w:customStyle="1" w:styleId="pdq2pgselectionanchorcontainer">
    <w:name w:val="pdq2pg_selectionanchorcontainer"/>
    <w:basedOn w:val="a1"/>
    <w:rsid w:val="004616A2"/>
    <w:pPr>
      <w:widowControl/>
      <w:autoSpaceDE/>
      <w:autoSpaceDN/>
      <w:spacing w:before="100" w:beforeAutospacing="1" w:after="100" w:afterAutospacing="1"/>
    </w:pPr>
    <w:rPr>
      <w:sz w:val="24"/>
      <w:szCs w:val="24"/>
      <w:lang w:eastAsia="ru-RU"/>
    </w:rPr>
  </w:style>
  <w:style w:type="paragraph" w:styleId="afff4">
    <w:name w:val="endnote text"/>
    <w:basedOn w:val="a1"/>
    <w:link w:val="afff5"/>
    <w:uiPriority w:val="99"/>
    <w:semiHidden/>
    <w:unhideWhenUsed/>
    <w:rsid w:val="004616A2"/>
    <w:pPr>
      <w:widowControl/>
      <w:autoSpaceDE/>
      <w:autoSpaceDN/>
    </w:pPr>
    <w:rPr>
      <w:rFonts w:asciiTheme="minorHAnsi" w:eastAsiaTheme="minorHAnsi" w:hAnsiTheme="minorHAnsi" w:cstheme="minorBidi"/>
      <w:kern w:val="2"/>
      <w:sz w:val="20"/>
      <w:szCs w:val="20"/>
      <w14:ligatures w14:val="standardContextual"/>
    </w:rPr>
  </w:style>
  <w:style w:type="character" w:customStyle="1" w:styleId="afff5">
    <w:name w:val="Текст концевой сноски Знак"/>
    <w:basedOn w:val="a2"/>
    <w:link w:val="afff4"/>
    <w:uiPriority w:val="99"/>
    <w:semiHidden/>
    <w:rsid w:val="004616A2"/>
    <w:rPr>
      <w:kern w:val="2"/>
      <w:sz w:val="20"/>
      <w:szCs w:val="20"/>
      <w14:ligatures w14:val="standardContextual"/>
    </w:rPr>
  </w:style>
  <w:style w:type="character" w:styleId="afff6">
    <w:name w:val="endnote reference"/>
    <w:basedOn w:val="a2"/>
    <w:uiPriority w:val="99"/>
    <w:semiHidden/>
    <w:unhideWhenUsed/>
    <w:rsid w:val="004616A2"/>
    <w:rPr>
      <w:vertAlign w:val="superscript"/>
    </w:rPr>
  </w:style>
  <w:style w:type="character" w:customStyle="1" w:styleId="whitespace-normal">
    <w:name w:val="whitespace-normal"/>
    <w:basedOn w:val="a2"/>
    <w:rsid w:val="004616A2"/>
  </w:style>
  <w:style w:type="character" w:customStyle="1" w:styleId="agcmg">
    <w:name w:val="a_gcmg"/>
    <w:basedOn w:val="a2"/>
    <w:rsid w:val="004616A2"/>
  </w:style>
  <w:style w:type="paragraph" w:customStyle="1" w:styleId="w6asjqtextbase">
    <w:name w:val="w6asjq_textbase"/>
    <w:basedOn w:val="a1"/>
    <w:rsid w:val="004616A2"/>
    <w:pPr>
      <w:widowControl/>
      <w:autoSpaceDE/>
      <w:autoSpaceDN/>
      <w:spacing w:before="100" w:beforeAutospacing="1" w:after="100" w:afterAutospacing="1"/>
    </w:pPr>
    <w:rPr>
      <w:sz w:val="24"/>
      <w:szCs w:val="24"/>
      <w:lang w:eastAsia="ru-RU"/>
    </w:rPr>
  </w:style>
  <w:style w:type="character" w:customStyle="1" w:styleId="w6asjqtextbase1">
    <w:name w:val="w6asjq_textbase1"/>
    <w:basedOn w:val="a2"/>
    <w:rsid w:val="004616A2"/>
  </w:style>
  <w:style w:type="character" w:customStyle="1" w:styleId="39">
    <w:name w:val="Неразрешенное упоминание3"/>
    <w:basedOn w:val="a2"/>
    <w:uiPriority w:val="99"/>
    <w:semiHidden/>
    <w:unhideWhenUsed/>
    <w:rsid w:val="00FA1D49"/>
    <w:rPr>
      <w:color w:val="605E5C"/>
      <w:shd w:val="clear" w:color="auto" w:fill="E1DFDD"/>
    </w:rPr>
  </w:style>
  <w:style w:type="character" w:customStyle="1" w:styleId="afff7">
    <w:name w:val="Основной текст_"/>
    <w:basedOn w:val="a2"/>
    <w:link w:val="1f1"/>
    <w:rsid w:val="00FA1D49"/>
    <w:rPr>
      <w:rFonts w:ascii="Times New Roman" w:eastAsia="Times New Roman" w:hAnsi="Times New Roman" w:cs="Times New Roman"/>
    </w:rPr>
  </w:style>
  <w:style w:type="paragraph" w:customStyle="1" w:styleId="1f1">
    <w:name w:val="Основной текст1"/>
    <w:basedOn w:val="a1"/>
    <w:link w:val="afff7"/>
    <w:rsid w:val="00FA1D49"/>
    <w:pPr>
      <w:autoSpaceDE/>
      <w:autoSpaceDN/>
    </w:pPr>
  </w:style>
  <w:style w:type="character" w:customStyle="1" w:styleId="afff8">
    <w:name w:val="Оглавление_"/>
    <w:basedOn w:val="a2"/>
    <w:link w:val="afff9"/>
    <w:rsid w:val="00FA1D49"/>
    <w:rPr>
      <w:rFonts w:ascii="Times New Roman" w:eastAsia="Times New Roman" w:hAnsi="Times New Roman" w:cs="Times New Roman"/>
    </w:rPr>
  </w:style>
  <w:style w:type="paragraph" w:customStyle="1" w:styleId="afff9">
    <w:name w:val="Оглавление"/>
    <w:basedOn w:val="a1"/>
    <w:link w:val="afff8"/>
    <w:rsid w:val="00FA1D49"/>
    <w:pPr>
      <w:autoSpaceDE/>
      <w:autoSpaceDN/>
      <w:spacing w:after="280"/>
      <w:ind w:firstLine="320"/>
    </w:pPr>
  </w:style>
  <w:style w:type="character" w:customStyle="1" w:styleId="120">
    <w:name w:val="Заголовок №1 (2)_"/>
    <w:link w:val="121"/>
    <w:rsid w:val="00FA1D49"/>
    <w:rPr>
      <w:rFonts w:ascii="Times New Roman" w:eastAsia="Times New Roman" w:hAnsi="Times New Roman" w:cs="Times New Roman"/>
      <w:sz w:val="17"/>
      <w:szCs w:val="17"/>
      <w:shd w:val="clear" w:color="auto" w:fill="FFFFFF"/>
    </w:rPr>
  </w:style>
  <w:style w:type="character" w:customStyle="1" w:styleId="2f2">
    <w:name w:val="Основной текст2"/>
    <w:rsid w:val="00FA1D49"/>
    <w:rPr>
      <w:rFonts w:ascii="Times New Roman" w:eastAsia="Times New Roman" w:hAnsi="Times New Roman" w:cs="Times New Roman"/>
      <w:sz w:val="17"/>
      <w:szCs w:val="17"/>
      <w:u w:val="single"/>
      <w:shd w:val="clear" w:color="auto" w:fill="FFFFFF"/>
    </w:rPr>
  </w:style>
  <w:style w:type="paragraph" w:customStyle="1" w:styleId="3a">
    <w:name w:val="Основной текст3"/>
    <w:basedOn w:val="a1"/>
    <w:rsid w:val="00FA1D49"/>
    <w:pPr>
      <w:widowControl/>
      <w:shd w:val="clear" w:color="auto" w:fill="FFFFFF"/>
      <w:autoSpaceDE/>
      <w:autoSpaceDN/>
      <w:spacing w:line="221" w:lineRule="exact"/>
      <w:jc w:val="both"/>
    </w:pPr>
    <w:rPr>
      <w:sz w:val="17"/>
      <w:szCs w:val="17"/>
      <w:lang w:val="x-none" w:eastAsia="x-none"/>
    </w:rPr>
  </w:style>
  <w:style w:type="paragraph" w:customStyle="1" w:styleId="121">
    <w:name w:val="Заголовок №1 (2)"/>
    <w:basedOn w:val="a1"/>
    <w:link w:val="120"/>
    <w:rsid w:val="00FA1D49"/>
    <w:pPr>
      <w:widowControl/>
      <w:shd w:val="clear" w:color="auto" w:fill="FFFFFF"/>
      <w:autoSpaceDE/>
      <w:autoSpaceDN/>
      <w:spacing w:after="300" w:line="0" w:lineRule="atLeast"/>
      <w:outlineLvl w:val="0"/>
    </w:pPr>
    <w:rPr>
      <w:sz w:val="17"/>
      <w:szCs w:val="17"/>
    </w:rPr>
  </w:style>
  <w:style w:type="character" w:customStyle="1" w:styleId="71">
    <w:name w:val="Основной текст (7)_"/>
    <w:link w:val="72"/>
    <w:rsid w:val="00FA1D49"/>
    <w:rPr>
      <w:rFonts w:ascii="Times New Roman" w:eastAsia="Times New Roman" w:hAnsi="Times New Roman" w:cs="Times New Roman"/>
      <w:sz w:val="18"/>
      <w:szCs w:val="18"/>
      <w:shd w:val="clear" w:color="auto" w:fill="FFFFFF"/>
    </w:rPr>
  </w:style>
  <w:style w:type="character" w:customStyle="1" w:styleId="785pt">
    <w:name w:val="Основной текст (7) + 8;5 pt;Не курсив"/>
    <w:rsid w:val="00FA1D49"/>
    <w:rPr>
      <w:rFonts w:ascii="Times New Roman" w:eastAsia="Times New Roman" w:hAnsi="Times New Roman" w:cs="Times New Roman"/>
      <w:i/>
      <w:iCs/>
      <w:sz w:val="17"/>
      <w:szCs w:val="17"/>
      <w:shd w:val="clear" w:color="auto" w:fill="FFFFFF"/>
    </w:rPr>
  </w:style>
  <w:style w:type="paragraph" w:customStyle="1" w:styleId="72">
    <w:name w:val="Основной текст (7)"/>
    <w:basedOn w:val="a1"/>
    <w:link w:val="71"/>
    <w:rsid w:val="00FA1D49"/>
    <w:pPr>
      <w:widowControl/>
      <w:shd w:val="clear" w:color="auto" w:fill="FFFFFF"/>
      <w:autoSpaceDE/>
      <w:autoSpaceDN/>
      <w:spacing w:after="180" w:line="216" w:lineRule="exact"/>
      <w:jc w:val="both"/>
    </w:pPr>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4582">
      <w:bodyDiv w:val="1"/>
      <w:marLeft w:val="0"/>
      <w:marRight w:val="0"/>
      <w:marTop w:val="0"/>
      <w:marBottom w:val="0"/>
      <w:divBdr>
        <w:top w:val="none" w:sz="0" w:space="0" w:color="auto"/>
        <w:left w:val="none" w:sz="0" w:space="0" w:color="auto"/>
        <w:bottom w:val="none" w:sz="0" w:space="0" w:color="auto"/>
        <w:right w:val="none" w:sz="0" w:space="0" w:color="auto"/>
      </w:divBdr>
    </w:div>
    <w:div w:id="15743010">
      <w:bodyDiv w:val="1"/>
      <w:marLeft w:val="0"/>
      <w:marRight w:val="0"/>
      <w:marTop w:val="0"/>
      <w:marBottom w:val="0"/>
      <w:divBdr>
        <w:top w:val="none" w:sz="0" w:space="0" w:color="auto"/>
        <w:left w:val="none" w:sz="0" w:space="0" w:color="auto"/>
        <w:bottom w:val="none" w:sz="0" w:space="0" w:color="auto"/>
        <w:right w:val="none" w:sz="0" w:space="0" w:color="auto"/>
      </w:divBdr>
      <w:divsChild>
        <w:div w:id="1088111474">
          <w:marLeft w:val="0"/>
          <w:marRight w:val="0"/>
          <w:marTop w:val="0"/>
          <w:marBottom w:val="0"/>
          <w:divBdr>
            <w:top w:val="none" w:sz="0" w:space="0" w:color="auto"/>
            <w:left w:val="none" w:sz="0" w:space="0" w:color="auto"/>
            <w:bottom w:val="none" w:sz="0" w:space="0" w:color="auto"/>
            <w:right w:val="none" w:sz="0" w:space="0" w:color="auto"/>
          </w:divBdr>
        </w:div>
      </w:divsChild>
    </w:div>
    <w:div w:id="30501310">
      <w:bodyDiv w:val="1"/>
      <w:marLeft w:val="0"/>
      <w:marRight w:val="0"/>
      <w:marTop w:val="0"/>
      <w:marBottom w:val="0"/>
      <w:divBdr>
        <w:top w:val="none" w:sz="0" w:space="0" w:color="auto"/>
        <w:left w:val="none" w:sz="0" w:space="0" w:color="auto"/>
        <w:bottom w:val="none" w:sz="0" w:space="0" w:color="auto"/>
        <w:right w:val="none" w:sz="0" w:space="0" w:color="auto"/>
      </w:divBdr>
    </w:div>
    <w:div w:id="123428951">
      <w:bodyDiv w:val="1"/>
      <w:marLeft w:val="0"/>
      <w:marRight w:val="0"/>
      <w:marTop w:val="0"/>
      <w:marBottom w:val="0"/>
      <w:divBdr>
        <w:top w:val="none" w:sz="0" w:space="0" w:color="auto"/>
        <w:left w:val="none" w:sz="0" w:space="0" w:color="auto"/>
        <w:bottom w:val="none" w:sz="0" w:space="0" w:color="auto"/>
        <w:right w:val="none" w:sz="0" w:space="0" w:color="auto"/>
      </w:divBdr>
    </w:div>
    <w:div w:id="191387773">
      <w:bodyDiv w:val="1"/>
      <w:marLeft w:val="0"/>
      <w:marRight w:val="0"/>
      <w:marTop w:val="0"/>
      <w:marBottom w:val="0"/>
      <w:divBdr>
        <w:top w:val="none" w:sz="0" w:space="0" w:color="auto"/>
        <w:left w:val="none" w:sz="0" w:space="0" w:color="auto"/>
        <w:bottom w:val="none" w:sz="0" w:space="0" w:color="auto"/>
        <w:right w:val="none" w:sz="0" w:space="0" w:color="auto"/>
      </w:divBdr>
      <w:divsChild>
        <w:div w:id="66878040">
          <w:marLeft w:val="0"/>
          <w:marRight w:val="0"/>
          <w:marTop w:val="0"/>
          <w:marBottom w:val="0"/>
          <w:divBdr>
            <w:top w:val="none" w:sz="0" w:space="0" w:color="auto"/>
            <w:left w:val="none" w:sz="0" w:space="0" w:color="auto"/>
            <w:bottom w:val="none" w:sz="0" w:space="0" w:color="auto"/>
            <w:right w:val="none" w:sz="0" w:space="0" w:color="auto"/>
          </w:divBdr>
          <w:divsChild>
            <w:div w:id="1997606262">
              <w:marLeft w:val="0"/>
              <w:marRight w:val="0"/>
              <w:marTop w:val="0"/>
              <w:marBottom w:val="0"/>
              <w:divBdr>
                <w:top w:val="none" w:sz="0" w:space="0" w:color="auto"/>
                <w:left w:val="none" w:sz="0" w:space="0" w:color="auto"/>
                <w:bottom w:val="none" w:sz="0" w:space="0" w:color="auto"/>
                <w:right w:val="none" w:sz="0" w:space="0" w:color="auto"/>
              </w:divBdr>
            </w:div>
          </w:divsChild>
        </w:div>
        <w:div w:id="2120056346">
          <w:marLeft w:val="0"/>
          <w:marRight w:val="0"/>
          <w:marTop w:val="0"/>
          <w:marBottom w:val="0"/>
          <w:divBdr>
            <w:top w:val="none" w:sz="0" w:space="0" w:color="auto"/>
            <w:left w:val="none" w:sz="0" w:space="0" w:color="auto"/>
            <w:bottom w:val="none" w:sz="0" w:space="0" w:color="auto"/>
            <w:right w:val="none" w:sz="0" w:space="0" w:color="auto"/>
          </w:divBdr>
          <w:divsChild>
            <w:div w:id="617222982">
              <w:marLeft w:val="0"/>
              <w:marRight w:val="0"/>
              <w:marTop w:val="0"/>
              <w:marBottom w:val="0"/>
              <w:divBdr>
                <w:top w:val="none" w:sz="0" w:space="0" w:color="auto"/>
                <w:left w:val="none" w:sz="0" w:space="0" w:color="auto"/>
                <w:bottom w:val="none" w:sz="0" w:space="0" w:color="auto"/>
                <w:right w:val="none" w:sz="0" w:space="0" w:color="auto"/>
              </w:divBdr>
            </w:div>
          </w:divsChild>
        </w:div>
        <w:div w:id="1615746746">
          <w:marLeft w:val="0"/>
          <w:marRight w:val="0"/>
          <w:marTop w:val="0"/>
          <w:marBottom w:val="0"/>
          <w:divBdr>
            <w:top w:val="none" w:sz="0" w:space="0" w:color="auto"/>
            <w:left w:val="none" w:sz="0" w:space="0" w:color="auto"/>
            <w:bottom w:val="none" w:sz="0" w:space="0" w:color="auto"/>
            <w:right w:val="none" w:sz="0" w:space="0" w:color="auto"/>
          </w:divBdr>
          <w:divsChild>
            <w:div w:id="1238049794">
              <w:marLeft w:val="0"/>
              <w:marRight w:val="0"/>
              <w:marTop w:val="0"/>
              <w:marBottom w:val="0"/>
              <w:divBdr>
                <w:top w:val="none" w:sz="0" w:space="0" w:color="auto"/>
                <w:left w:val="none" w:sz="0" w:space="0" w:color="auto"/>
                <w:bottom w:val="none" w:sz="0" w:space="0" w:color="auto"/>
                <w:right w:val="none" w:sz="0" w:space="0" w:color="auto"/>
              </w:divBdr>
            </w:div>
          </w:divsChild>
        </w:div>
        <w:div w:id="894314139">
          <w:marLeft w:val="0"/>
          <w:marRight w:val="0"/>
          <w:marTop w:val="0"/>
          <w:marBottom w:val="0"/>
          <w:divBdr>
            <w:top w:val="none" w:sz="0" w:space="0" w:color="auto"/>
            <w:left w:val="none" w:sz="0" w:space="0" w:color="auto"/>
            <w:bottom w:val="none" w:sz="0" w:space="0" w:color="auto"/>
            <w:right w:val="none" w:sz="0" w:space="0" w:color="auto"/>
          </w:divBdr>
          <w:divsChild>
            <w:div w:id="1086998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371309">
      <w:bodyDiv w:val="1"/>
      <w:marLeft w:val="0"/>
      <w:marRight w:val="0"/>
      <w:marTop w:val="0"/>
      <w:marBottom w:val="0"/>
      <w:divBdr>
        <w:top w:val="none" w:sz="0" w:space="0" w:color="auto"/>
        <w:left w:val="none" w:sz="0" w:space="0" w:color="auto"/>
        <w:bottom w:val="none" w:sz="0" w:space="0" w:color="auto"/>
        <w:right w:val="none" w:sz="0" w:space="0" w:color="auto"/>
      </w:divBdr>
    </w:div>
    <w:div w:id="250897425">
      <w:bodyDiv w:val="1"/>
      <w:marLeft w:val="0"/>
      <w:marRight w:val="0"/>
      <w:marTop w:val="0"/>
      <w:marBottom w:val="0"/>
      <w:divBdr>
        <w:top w:val="none" w:sz="0" w:space="0" w:color="auto"/>
        <w:left w:val="none" w:sz="0" w:space="0" w:color="auto"/>
        <w:bottom w:val="none" w:sz="0" w:space="0" w:color="auto"/>
        <w:right w:val="none" w:sz="0" w:space="0" w:color="auto"/>
      </w:divBdr>
    </w:div>
    <w:div w:id="257518405">
      <w:bodyDiv w:val="1"/>
      <w:marLeft w:val="0"/>
      <w:marRight w:val="0"/>
      <w:marTop w:val="0"/>
      <w:marBottom w:val="0"/>
      <w:divBdr>
        <w:top w:val="none" w:sz="0" w:space="0" w:color="auto"/>
        <w:left w:val="none" w:sz="0" w:space="0" w:color="auto"/>
        <w:bottom w:val="none" w:sz="0" w:space="0" w:color="auto"/>
        <w:right w:val="none" w:sz="0" w:space="0" w:color="auto"/>
      </w:divBdr>
    </w:div>
    <w:div w:id="271016061">
      <w:bodyDiv w:val="1"/>
      <w:marLeft w:val="0"/>
      <w:marRight w:val="0"/>
      <w:marTop w:val="0"/>
      <w:marBottom w:val="0"/>
      <w:divBdr>
        <w:top w:val="none" w:sz="0" w:space="0" w:color="auto"/>
        <w:left w:val="none" w:sz="0" w:space="0" w:color="auto"/>
        <w:bottom w:val="none" w:sz="0" w:space="0" w:color="auto"/>
        <w:right w:val="none" w:sz="0" w:space="0" w:color="auto"/>
      </w:divBdr>
    </w:div>
    <w:div w:id="290022263">
      <w:bodyDiv w:val="1"/>
      <w:marLeft w:val="0"/>
      <w:marRight w:val="0"/>
      <w:marTop w:val="0"/>
      <w:marBottom w:val="0"/>
      <w:divBdr>
        <w:top w:val="none" w:sz="0" w:space="0" w:color="auto"/>
        <w:left w:val="none" w:sz="0" w:space="0" w:color="auto"/>
        <w:bottom w:val="none" w:sz="0" w:space="0" w:color="auto"/>
        <w:right w:val="none" w:sz="0" w:space="0" w:color="auto"/>
      </w:divBdr>
    </w:div>
    <w:div w:id="306590858">
      <w:bodyDiv w:val="1"/>
      <w:marLeft w:val="0"/>
      <w:marRight w:val="0"/>
      <w:marTop w:val="0"/>
      <w:marBottom w:val="0"/>
      <w:divBdr>
        <w:top w:val="none" w:sz="0" w:space="0" w:color="auto"/>
        <w:left w:val="none" w:sz="0" w:space="0" w:color="auto"/>
        <w:bottom w:val="none" w:sz="0" w:space="0" w:color="auto"/>
        <w:right w:val="none" w:sz="0" w:space="0" w:color="auto"/>
      </w:divBdr>
    </w:div>
    <w:div w:id="306933875">
      <w:bodyDiv w:val="1"/>
      <w:marLeft w:val="0"/>
      <w:marRight w:val="0"/>
      <w:marTop w:val="0"/>
      <w:marBottom w:val="0"/>
      <w:divBdr>
        <w:top w:val="none" w:sz="0" w:space="0" w:color="auto"/>
        <w:left w:val="none" w:sz="0" w:space="0" w:color="auto"/>
        <w:bottom w:val="none" w:sz="0" w:space="0" w:color="auto"/>
        <w:right w:val="none" w:sz="0" w:space="0" w:color="auto"/>
      </w:divBdr>
    </w:div>
    <w:div w:id="336736576">
      <w:bodyDiv w:val="1"/>
      <w:marLeft w:val="0"/>
      <w:marRight w:val="0"/>
      <w:marTop w:val="0"/>
      <w:marBottom w:val="0"/>
      <w:divBdr>
        <w:top w:val="none" w:sz="0" w:space="0" w:color="auto"/>
        <w:left w:val="none" w:sz="0" w:space="0" w:color="auto"/>
        <w:bottom w:val="none" w:sz="0" w:space="0" w:color="auto"/>
        <w:right w:val="none" w:sz="0" w:space="0" w:color="auto"/>
      </w:divBdr>
    </w:div>
    <w:div w:id="364674675">
      <w:bodyDiv w:val="1"/>
      <w:marLeft w:val="0"/>
      <w:marRight w:val="0"/>
      <w:marTop w:val="0"/>
      <w:marBottom w:val="0"/>
      <w:divBdr>
        <w:top w:val="none" w:sz="0" w:space="0" w:color="auto"/>
        <w:left w:val="none" w:sz="0" w:space="0" w:color="auto"/>
        <w:bottom w:val="none" w:sz="0" w:space="0" w:color="auto"/>
        <w:right w:val="none" w:sz="0" w:space="0" w:color="auto"/>
      </w:divBdr>
      <w:divsChild>
        <w:div w:id="1201237458">
          <w:marLeft w:val="0"/>
          <w:marRight w:val="0"/>
          <w:marTop w:val="0"/>
          <w:marBottom w:val="0"/>
          <w:divBdr>
            <w:top w:val="none" w:sz="0" w:space="0" w:color="auto"/>
            <w:left w:val="none" w:sz="0" w:space="0" w:color="auto"/>
            <w:bottom w:val="none" w:sz="0" w:space="0" w:color="auto"/>
            <w:right w:val="none" w:sz="0" w:space="0" w:color="auto"/>
          </w:divBdr>
          <w:divsChild>
            <w:div w:id="1575627020">
              <w:marLeft w:val="0"/>
              <w:marRight w:val="0"/>
              <w:marTop w:val="0"/>
              <w:marBottom w:val="0"/>
              <w:divBdr>
                <w:top w:val="none" w:sz="0" w:space="0" w:color="auto"/>
                <w:left w:val="none" w:sz="0" w:space="0" w:color="auto"/>
                <w:bottom w:val="none" w:sz="0" w:space="0" w:color="auto"/>
                <w:right w:val="none" w:sz="0" w:space="0" w:color="auto"/>
              </w:divBdr>
            </w:div>
          </w:divsChild>
        </w:div>
        <w:div w:id="911163893">
          <w:marLeft w:val="0"/>
          <w:marRight w:val="0"/>
          <w:marTop w:val="0"/>
          <w:marBottom w:val="0"/>
          <w:divBdr>
            <w:top w:val="none" w:sz="0" w:space="0" w:color="auto"/>
            <w:left w:val="none" w:sz="0" w:space="0" w:color="auto"/>
            <w:bottom w:val="none" w:sz="0" w:space="0" w:color="auto"/>
            <w:right w:val="none" w:sz="0" w:space="0" w:color="auto"/>
          </w:divBdr>
          <w:divsChild>
            <w:div w:id="815225563">
              <w:marLeft w:val="0"/>
              <w:marRight w:val="0"/>
              <w:marTop w:val="0"/>
              <w:marBottom w:val="0"/>
              <w:divBdr>
                <w:top w:val="none" w:sz="0" w:space="0" w:color="auto"/>
                <w:left w:val="none" w:sz="0" w:space="0" w:color="auto"/>
                <w:bottom w:val="none" w:sz="0" w:space="0" w:color="auto"/>
                <w:right w:val="none" w:sz="0" w:space="0" w:color="auto"/>
              </w:divBdr>
            </w:div>
          </w:divsChild>
        </w:div>
        <w:div w:id="1633093416">
          <w:marLeft w:val="0"/>
          <w:marRight w:val="0"/>
          <w:marTop w:val="0"/>
          <w:marBottom w:val="0"/>
          <w:divBdr>
            <w:top w:val="none" w:sz="0" w:space="0" w:color="auto"/>
            <w:left w:val="none" w:sz="0" w:space="0" w:color="auto"/>
            <w:bottom w:val="none" w:sz="0" w:space="0" w:color="auto"/>
            <w:right w:val="none" w:sz="0" w:space="0" w:color="auto"/>
          </w:divBdr>
          <w:divsChild>
            <w:div w:id="193930502">
              <w:marLeft w:val="0"/>
              <w:marRight w:val="0"/>
              <w:marTop w:val="0"/>
              <w:marBottom w:val="0"/>
              <w:divBdr>
                <w:top w:val="none" w:sz="0" w:space="0" w:color="auto"/>
                <w:left w:val="none" w:sz="0" w:space="0" w:color="auto"/>
                <w:bottom w:val="none" w:sz="0" w:space="0" w:color="auto"/>
                <w:right w:val="none" w:sz="0" w:space="0" w:color="auto"/>
              </w:divBdr>
            </w:div>
          </w:divsChild>
        </w:div>
        <w:div w:id="1993949072">
          <w:marLeft w:val="0"/>
          <w:marRight w:val="0"/>
          <w:marTop w:val="0"/>
          <w:marBottom w:val="0"/>
          <w:divBdr>
            <w:top w:val="none" w:sz="0" w:space="0" w:color="auto"/>
            <w:left w:val="none" w:sz="0" w:space="0" w:color="auto"/>
            <w:bottom w:val="none" w:sz="0" w:space="0" w:color="auto"/>
            <w:right w:val="none" w:sz="0" w:space="0" w:color="auto"/>
          </w:divBdr>
          <w:divsChild>
            <w:div w:id="29487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696325">
      <w:bodyDiv w:val="1"/>
      <w:marLeft w:val="0"/>
      <w:marRight w:val="0"/>
      <w:marTop w:val="0"/>
      <w:marBottom w:val="0"/>
      <w:divBdr>
        <w:top w:val="none" w:sz="0" w:space="0" w:color="auto"/>
        <w:left w:val="none" w:sz="0" w:space="0" w:color="auto"/>
        <w:bottom w:val="none" w:sz="0" w:space="0" w:color="auto"/>
        <w:right w:val="none" w:sz="0" w:space="0" w:color="auto"/>
      </w:divBdr>
    </w:div>
    <w:div w:id="401411591">
      <w:bodyDiv w:val="1"/>
      <w:marLeft w:val="0"/>
      <w:marRight w:val="0"/>
      <w:marTop w:val="0"/>
      <w:marBottom w:val="0"/>
      <w:divBdr>
        <w:top w:val="none" w:sz="0" w:space="0" w:color="auto"/>
        <w:left w:val="none" w:sz="0" w:space="0" w:color="auto"/>
        <w:bottom w:val="none" w:sz="0" w:space="0" w:color="auto"/>
        <w:right w:val="none" w:sz="0" w:space="0" w:color="auto"/>
      </w:divBdr>
    </w:div>
    <w:div w:id="457651864">
      <w:bodyDiv w:val="1"/>
      <w:marLeft w:val="0"/>
      <w:marRight w:val="0"/>
      <w:marTop w:val="0"/>
      <w:marBottom w:val="0"/>
      <w:divBdr>
        <w:top w:val="none" w:sz="0" w:space="0" w:color="auto"/>
        <w:left w:val="none" w:sz="0" w:space="0" w:color="auto"/>
        <w:bottom w:val="none" w:sz="0" w:space="0" w:color="auto"/>
        <w:right w:val="none" w:sz="0" w:space="0" w:color="auto"/>
      </w:divBdr>
    </w:div>
    <w:div w:id="469246537">
      <w:bodyDiv w:val="1"/>
      <w:marLeft w:val="0"/>
      <w:marRight w:val="0"/>
      <w:marTop w:val="0"/>
      <w:marBottom w:val="0"/>
      <w:divBdr>
        <w:top w:val="none" w:sz="0" w:space="0" w:color="auto"/>
        <w:left w:val="none" w:sz="0" w:space="0" w:color="auto"/>
        <w:bottom w:val="none" w:sz="0" w:space="0" w:color="auto"/>
        <w:right w:val="none" w:sz="0" w:space="0" w:color="auto"/>
      </w:divBdr>
      <w:divsChild>
        <w:div w:id="115418689">
          <w:marLeft w:val="0"/>
          <w:marRight w:val="0"/>
          <w:marTop w:val="0"/>
          <w:marBottom w:val="0"/>
          <w:divBdr>
            <w:top w:val="none" w:sz="0" w:space="0" w:color="auto"/>
            <w:left w:val="none" w:sz="0" w:space="0" w:color="auto"/>
            <w:bottom w:val="none" w:sz="0" w:space="0" w:color="auto"/>
            <w:right w:val="none" w:sz="0" w:space="0" w:color="auto"/>
          </w:divBdr>
          <w:divsChild>
            <w:div w:id="1594315085">
              <w:marLeft w:val="0"/>
              <w:marRight w:val="0"/>
              <w:marTop w:val="0"/>
              <w:marBottom w:val="0"/>
              <w:divBdr>
                <w:top w:val="none" w:sz="0" w:space="0" w:color="auto"/>
                <w:left w:val="none" w:sz="0" w:space="0" w:color="auto"/>
                <w:bottom w:val="none" w:sz="0" w:space="0" w:color="auto"/>
                <w:right w:val="none" w:sz="0" w:space="0" w:color="auto"/>
              </w:divBdr>
            </w:div>
          </w:divsChild>
        </w:div>
        <w:div w:id="1002780409">
          <w:marLeft w:val="0"/>
          <w:marRight w:val="0"/>
          <w:marTop w:val="0"/>
          <w:marBottom w:val="0"/>
          <w:divBdr>
            <w:top w:val="none" w:sz="0" w:space="0" w:color="auto"/>
            <w:left w:val="none" w:sz="0" w:space="0" w:color="auto"/>
            <w:bottom w:val="none" w:sz="0" w:space="0" w:color="auto"/>
            <w:right w:val="none" w:sz="0" w:space="0" w:color="auto"/>
          </w:divBdr>
          <w:divsChild>
            <w:div w:id="369961975">
              <w:marLeft w:val="0"/>
              <w:marRight w:val="0"/>
              <w:marTop w:val="0"/>
              <w:marBottom w:val="0"/>
              <w:divBdr>
                <w:top w:val="none" w:sz="0" w:space="0" w:color="auto"/>
                <w:left w:val="none" w:sz="0" w:space="0" w:color="auto"/>
                <w:bottom w:val="none" w:sz="0" w:space="0" w:color="auto"/>
                <w:right w:val="none" w:sz="0" w:space="0" w:color="auto"/>
              </w:divBdr>
            </w:div>
          </w:divsChild>
        </w:div>
        <w:div w:id="1794667334">
          <w:marLeft w:val="0"/>
          <w:marRight w:val="0"/>
          <w:marTop w:val="0"/>
          <w:marBottom w:val="0"/>
          <w:divBdr>
            <w:top w:val="none" w:sz="0" w:space="0" w:color="auto"/>
            <w:left w:val="none" w:sz="0" w:space="0" w:color="auto"/>
            <w:bottom w:val="none" w:sz="0" w:space="0" w:color="auto"/>
            <w:right w:val="none" w:sz="0" w:space="0" w:color="auto"/>
          </w:divBdr>
          <w:divsChild>
            <w:div w:id="2052613530">
              <w:marLeft w:val="0"/>
              <w:marRight w:val="0"/>
              <w:marTop w:val="0"/>
              <w:marBottom w:val="0"/>
              <w:divBdr>
                <w:top w:val="none" w:sz="0" w:space="0" w:color="auto"/>
                <w:left w:val="none" w:sz="0" w:space="0" w:color="auto"/>
                <w:bottom w:val="none" w:sz="0" w:space="0" w:color="auto"/>
                <w:right w:val="none" w:sz="0" w:space="0" w:color="auto"/>
              </w:divBdr>
            </w:div>
          </w:divsChild>
        </w:div>
        <w:div w:id="1356494216">
          <w:marLeft w:val="0"/>
          <w:marRight w:val="0"/>
          <w:marTop w:val="0"/>
          <w:marBottom w:val="0"/>
          <w:divBdr>
            <w:top w:val="none" w:sz="0" w:space="0" w:color="auto"/>
            <w:left w:val="none" w:sz="0" w:space="0" w:color="auto"/>
            <w:bottom w:val="none" w:sz="0" w:space="0" w:color="auto"/>
            <w:right w:val="none" w:sz="0" w:space="0" w:color="auto"/>
          </w:divBdr>
          <w:divsChild>
            <w:div w:id="1960061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4556940">
      <w:bodyDiv w:val="1"/>
      <w:marLeft w:val="0"/>
      <w:marRight w:val="0"/>
      <w:marTop w:val="0"/>
      <w:marBottom w:val="0"/>
      <w:divBdr>
        <w:top w:val="none" w:sz="0" w:space="0" w:color="auto"/>
        <w:left w:val="none" w:sz="0" w:space="0" w:color="auto"/>
        <w:bottom w:val="none" w:sz="0" w:space="0" w:color="auto"/>
        <w:right w:val="none" w:sz="0" w:space="0" w:color="auto"/>
      </w:divBdr>
    </w:div>
    <w:div w:id="571548554">
      <w:bodyDiv w:val="1"/>
      <w:marLeft w:val="0"/>
      <w:marRight w:val="0"/>
      <w:marTop w:val="0"/>
      <w:marBottom w:val="0"/>
      <w:divBdr>
        <w:top w:val="none" w:sz="0" w:space="0" w:color="auto"/>
        <w:left w:val="none" w:sz="0" w:space="0" w:color="auto"/>
        <w:bottom w:val="none" w:sz="0" w:space="0" w:color="auto"/>
        <w:right w:val="none" w:sz="0" w:space="0" w:color="auto"/>
      </w:divBdr>
    </w:div>
    <w:div w:id="579556432">
      <w:bodyDiv w:val="1"/>
      <w:marLeft w:val="0"/>
      <w:marRight w:val="0"/>
      <w:marTop w:val="0"/>
      <w:marBottom w:val="0"/>
      <w:divBdr>
        <w:top w:val="none" w:sz="0" w:space="0" w:color="auto"/>
        <w:left w:val="none" w:sz="0" w:space="0" w:color="auto"/>
        <w:bottom w:val="none" w:sz="0" w:space="0" w:color="auto"/>
        <w:right w:val="none" w:sz="0" w:space="0" w:color="auto"/>
      </w:divBdr>
    </w:div>
    <w:div w:id="605815362">
      <w:bodyDiv w:val="1"/>
      <w:marLeft w:val="0"/>
      <w:marRight w:val="0"/>
      <w:marTop w:val="0"/>
      <w:marBottom w:val="0"/>
      <w:divBdr>
        <w:top w:val="none" w:sz="0" w:space="0" w:color="auto"/>
        <w:left w:val="none" w:sz="0" w:space="0" w:color="auto"/>
        <w:bottom w:val="none" w:sz="0" w:space="0" w:color="auto"/>
        <w:right w:val="none" w:sz="0" w:space="0" w:color="auto"/>
      </w:divBdr>
      <w:divsChild>
        <w:div w:id="535849148">
          <w:marLeft w:val="0"/>
          <w:marRight w:val="0"/>
          <w:marTop w:val="0"/>
          <w:marBottom w:val="0"/>
          <w:divBdr>
            <w:top w:val="none" w:sz="0" w:space="0" w:color="auto"/>
            <w:left w:val="none" w:sz="0" w:space="0" w:color="auto"/>
            <w:bottom w:val="none" w:sz="0" w:space="0" w:color="auto"/>
            <w:right w:val="none" w:sz="0" w:space="0" w:color="auto"/>
          </w:divBdr>
          <w:divsChild>
            <w:div w:id="1530410371">
              <w:marLeft w:val="0"/>
              <w:marRight w:val="0"/>
              <w:marTop w:val="0"/>
              <w:marBottom w:val="0"/>
              <w:divBdr>
                <w:top w:val="none" w:sz="0" w:space="0" w:color="auto"/>
                <w:left w:val="none" w:sz="0" w:space="0" w:color="auto"/>
                <w:bottom w:val="none" w:sz="0" w:space="0" w:color="auto"/>
                <w:right w:val="none" w:sz="0" w:space="0" w:color="auto"/>
              </w:divBdr>
              <w:divsChild>
                <w:div w:id="1235822934">
                  <w:marLeft w:val="0"/>
                  <w:marRight w:val="0"/>
                  <w:marTop w:val="0"/>
                  <w:marBottom w:val="0"/>
                  <w:divBdr>
                    <w:top w:val="none" w:sz="0" w:space="0" w:color="auto"/>
                    <w:left w:val="none" w:sz="0" w:space="0" w:color="auto"/>
                    <w:bottom w:val="none" w:sz="0" w:space="0" w:color="auto"/>
                    <w:right w:val="none" w:sz="0" w:space="0" w:color="auto"/>
                  </w:divBdr>
                </w:div>
              </w:divsChild>
            </w:div>
            <w:div w:id="345130845">
              <w:marLeft w:val="0"/>
              <w:marRight w:val="0"/>
              <w:marTop w:val="0"/>
              <w:marBottom w:val="0"/>
              <w:divBdr>
                <w:top w:val="none" w:sz="0" w:space="0" w:color="auto"/>
                <w:left w:val="none" w:sz="0" w:space="0" w:color="auto"/>
                <w:bottom w:val="none" w:sz="0" w:space="0" w:color="auto"/>
                <w:right w:val="none" w:sz="0" w:space="0" w:color="auto"/>
              </w:divBdr>
              <w:divsChild>
                <w:div w:id="1776629748">
                  <w:marLeft w:val="0"/>
                  <w:marRight w:val="0"/>
                  <w:marTop w:val="0"/>
                  <w:marBottom w:val="0"/>
                  <w:divBdr>
                    <w:top w:val="none" w:sz="0" w:space="0" w:color="auto"/>
                    <w:left w:val="none" w:sz="0" w:space="0" w:color="auto"/>
                    <w:bottom w:val="none" w:sz="0" w:space="0" w:color="auto"/>
                    <w:right w:val="none" w:sz="0" w:space="0" w:color="auto"/>
                  </w:divBdr>
                </w:div>
              </w:divsChild>
            </w:div>
            <w:div w:id="1232740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799004">
      <w:bodyDiv w:val="1"/>
      <w:marLeft w:val="0"/>
      <w:marRight w:val="0"/>
      <w:marTop w:val="0"/>
      <w:marBottom w:val="0"/>
      <w:divBdr>
        <w:top w:val="none" w:sz="0" w:space="0" w:color="auto"/>
        <w:left w:val="none" w:sz="0" w:space="0" w:color="auto"/>
        <w:bottom w:val="none" w:sz="0" w:space="0" w:color="auto"/>
        <w:right w:val="none" w:sz="0" w:space="0" w:color="auto"/>
      </w:divBdr>
    </w:div>
    <w:div w:id="681010018">
      <w:bodyDiv w:val="1"/>
      <w:marLeft w:val="0"/>
      <w:marRight w:val="0"/>
      <w:marTop w:val="0"/>
      <w:marBottom w:val="0"/>
      <w:divBdr>
        <w:top w:val="none" w:sz="0" w:space="0" w:color="auto"/>
        <w:left w:val="none" w:sz="0" w:space="0" w:color="auto"/>
        <w:bottom w:val="none" w:sz="0" w:space="0" w:color="auto"/>
        <w:right w:val="none" w:sz="0" w:space="0" w:color="auto"/>
      </w:divBdr>
    </w:div>
    <w:div w:id="711154214">
      <w:bodyDiv w:val="1"/>
      <w:marLeft w:val="0"/>
      <w:marRight w:val="0"/>
      <w:marTop w:val="0"/>
      <w:marBottom w:val="0"/>
      <w:divBdr>
        <w:top w:val="none" w:sz="0" w:space="0" w:color="auto"/>
        <w:left w:val="none" w:sz="0" w:space="0" w:color="auto"/>
        <w:bottom w:val="none" w:sz="0" w:space="0" w:color="auto"/>
        <w:right w:val="none" w:sz="0" w:space="0" w:color="auto"/>
      </w:divBdr>
    </w:div>
    <w:div w:id="711615828">
      <w:bodyDiv w:val="1"/>
      <w:marLeft w:val="0"/>
      <w:marRight w:val="0"/>
      <w:marTop w:val="0"/>
      <w:marBottom w:val="0"/>
      <w:divBdr>
        <w:top w:val="none" w:sz="0" w:space="0" w:color="auto"/>
        <w:left w:val="none" w:sz="0" w:space="0" w:color="auto"/>
        <w:bottom w:val="none" w:sz="0" w:space="0" w:color="auto"/>
        <w:right w:val="none" w:sz="0" w:space="0" w:color="auto"/>
      </w:divBdr>
    </w:div>
    <w:div w:id="711802922">
      <w:bodyDiv w:val="1"/>
      <w:marLeft w:val="0"/>
      <w:marRight w:val="0"/>
      <w:marTop w:val="0"/>
      <w:marBottom w:val="0"/>
      <w:divBdr>
        <w:top w:val="none" w:sz="0" w:space="0" w:color="auto"/>
        <w:left w:val="none" w:sz="0" w:space="0" w:color="auto"/>
        <w:bottom w:val="none" w:sz="0" w:space="0" w:color="auto"/>
        <w:right w:val="none" w:sz="0" w:space="0" w:color="auto"/>
      </w:divBdr>
    </w:div>
    <w:div w:id="751508108">
      <w:bodyDiv w:val="1"/>
      <w:marLeft w:val="0"/>
      <w:marRight w:val="0"/>
      <w:marTop w:val="0"/>
      <w:marBottom w:val="0"/>
      <w:divBdr>
        <w:top w:val="none" w:sz="0" w:space="0" w:color="auto"/>
        <w:left w:val="none" w:sz="0" w:space="0" w:color="auto"/>
        <w:bottom w:val="none" w:sz="0" w:space="0" w:color="auto"/>
        <w:right w:val="none" w:sz="0" w:space="0" w:color="auto"/>
      </w:divBdr>
      <w:divsChild>
        <w:div w:id="163979683">
          <w:marLeft w:val="0"/>
          <w:marRight w:val="0"/>
          <w:marTop w:val="0"/>
          <w:marBottom w:val="0"/>
          <w:divBdr>
            <w:top w:val="none" w:sz="0" w:space="0" w:color="auto"/>
            <w:left w:val="none" w:sz="0" w:space="0" w:color="auto"/>
            <w:bottom w:val="none" w:sz="0" w:space="0" w:color="auto"/>
            <w:right w:val="none" w:sz="0" w:space="0" w:color="auto"/>
          </w:divBdr>
          <w:divsChild>
            <w:div w:id="2905921">
              <w:marLeft w:val="0"/>
              <w:marRight w:val="0"/>
              <w:marTop w:val="0"/>
              <w:marBottom w:val="0"/>
              <w:divBdr>
                <w:top w:val="none" w:sz="0" w:space="0" w:color="auto"/>
                <w:left w:val="none" w:sz="0" w:space="0" w:color="auto"/>
                <w:bottom w:val="none" w:sz="0" w:space="0" w:color="auto"/>
                <w:right w:val="none" w:sz="0" w:space="0" w:color="auto"/>
              </w:divBdr>
            </w:div>
          </w:divsChild>
        </w:div>
        <w:div w:id="1032069428">
          <w:marLeft w:val="0"/>
          <w:marRight w:val="0"/>
          <w:marTop w:val="0"/>
          <w:marBottom w:val="0"/>
          <w:divBdr>
            <w:top w:val="none" w:sz="0" w:space="0" w:color="auto"/>
            <w:left w:val="none" w:sz="0" w:space="0" w:color="auto"/>
            <w:bottom w:val="none" w:sz="0" w:space="0" w:color="auto"/>
            <w:right w:val="none" w:sz="0" w:space="0" w:color="auto"/>
          </w:divBdr>
          <w:divsChild>
            <w:div w:id="127748219">
              <w:marLeft w:val="0"/>
              <w:marRight w:val="0"/>
              <w:marTop w:val="0"/>
              <w:marBottom w:val="0"/>
              <w:divBdr>
                <w:top w:val="none" w:sz="0" w:space="0" w:color="auto"/>
                <w:left w:val="none" w:sz="0" w:space="0" w:color="auto"/>
                <w:bottom w:val="none" w:sz="0" w:space="0" w:color="auto"/>
                <w:right w:val="none" w:sz="0" w:space="0" w:color="auto"/>
              </w:divBdr>
            </w:div>
          </w:divsChild>
        </w:div>
        <w:div w:id="1255747301">
          <w:marLeft w:val="0"/>
          <w:marRight w:val="0"/>
          <w:marTop w:val="0"/>
          <w:marBottom w:val="0"/>
          <w:divBdr>
            <w:top w:val="none" w:sz="0" w:space="0" w:color="auto"/>
            <w:left w:val="none" w:sz="0" w:space="0" w:color="auto"/>
            <w:bottom w:val="none" w:sz="0" w:space="0" w:color="auto"/>
            <w:right w:val="none" w:sz="0" w:space="0" w:color="auto"/>
          </w:divBdr>
          <w:divsChild>
            <w:div w:id="1696731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288935">
      <w:bodyDiv w:val="1"/>
      <w:marLeft w:val="0"/>
      <w:marRight w:val="0"/>
      <w:marTop w:val="0"/>
      <w:marBottom w:val="0"/>
      <w:divBdr>
        <w:top w:val="none" w:sz="0" w:space="0" w:color="auto"/>
        <w:left w:val="none" w:sz="0" w:space="0" w:color="auto"/>
        <w:bottom w:val="none" w:sz="0" w:space="0" w:color="auto"/>
        <w:right w:val="none" w:sz="0" w:space="0" w:color="auto"/>
      </w:divBdr>
    </w:div>
    <w:div w:id="759376113">
      <w:bodyDiv w:val="1"/>
      <w:marLeft w:val="0"/>
      <w:marRight w:val="0"/>
      <w:marTop w:val="0"/>
      <w:marBottom w:val="0"/>
      <w:divBdr>
        <w:top w:val="none" w:sz="0" w:space="0" w:color="auto"/>
        <w:left w:val="none" w:sz="0" w:space="0" w:color="auto"/>
        <w:bottom w:val="none" w:sz="0" w:space="0" w:color="auto"/>
        <w:right w:val="none" w:sz="0" w:space="0" w:color="auto"/>
      </w:divBdr>
    </w:div>
    <w:div w:id="800272911">
      <w:bodyDiv w:val="1"/>
      <w:marLeft w:val="0"/>
      <w:marRight w:val="0"/>
      <w:marTop w:val="0"/>
      <w:marBottom w:val="0"/>
      <w:divBdr>
        <w:top w:val="none" w:sz="0" w:space="0" w:color="auto"/>
        <w:left w:val="none" w:sz="0" w:space="0" w:color="auto"/>
        <w:bottom w:val="none" w:sz="0" w:space="0" w:color="auto"/>
        <w:right w:val="none" w:sz="0" w:space="0" w:color="auto"/>
      </w:divBdr>
    </w:div>
    <w:div w:id="805582797">
      <w:bodyDiv w:val="1"/>
      <w:marLeft w:val="0"/>
      <w:marRight w:val="0"/>
      <w:marTop w:val="0"/>
      <w:marBottom w:val="0"/>
      <w:divBdr>
        <w:top w:val="none" w:sz="0" w:space="0" w:color="auto"/>
        <w:left w:val="none" w:sz="0" w:space="0" w:color="auto"/>
        <w:bottom w:val="none" w:sz="0" w:space="0" w:color="auto"/>
        <w:right w:val="none" w:sz="0" w:space="0" w:color="auto"/>
      </w:divBdr>
    </w:div>
    <w:div w:id="838738295">
      <w:bodyDiv w:val="1"/>
      <w:marLeft w:val="0"/>
      <w:marRight w:val="0"/>
      <w:marTop w:val="0"/>
      <w:marBottom w:val="0"/>
      <w:divBdr>
        <w:top w:val="none" w:sz="0" w:space="0" w:color="auto"/>
        <w:left w:val="none" w:sz="0" w:space="0" w:color="auto"/>
        <w:bottom w:val="none" w:sz="0" w:space="0" w:color="auto"/>
        <w:right w:val="none" w:sz="0" w:space="0" w:color="auto"/>
      </w:divBdr>
    </w:div>
    <w:div w:id="845368809">
      <w:bodyDiv w:val="1"/>
      <w:marLeft w:val="0"/>
      <w:marRight w:val="0"/>
      <w:marTop w:val="0"/>
      <w:marBottom w:val="0"/>
      <w:divBdr>
        <w:top w:val="none" w:sz="0" w:space="0" w:color="auto"/>
        <w:left w:val="none" w:sz="0" w:space="0" w:color="auto"/>
        <w:bottom w:val="none" w:sz="0" w:space="0" w:color="auto"/>
        <w:right w:val="none" w:sz="0" w:space="0" w:color="auto"/>
      </w:divBdr>
    </w:div>
    <w:div w:id="861938267">
      <w:bodyDiv w:val="1"/>
      <w:marLeft w:val="0"/>
      <w:marRight w:val="0"/>
      <w:marTop w:val="0"/>
      <w:marBottom w:val="0"/>
      <w:divBdr>
        <w:top w:val="none" w:sz="0" w:space="0" w:color="auto"/>
        <w:left w:val="none" w:sz="0" w:space="0" w:color="auto"/>
        <w:bottom w:val="none" w:sz="0" w:space="0" w:color="auto"/>
        <w:right w:val="none" w:sz="0" w:space="0" w:color="auto"/>
      </w:divBdr>
    </w:div>
    <w:div w:id="889220972">
      <w:bodyDiv w:val="1"/>
      <w:marLeft w:val="0"/>
      <w:marRight w:val="0"/>
      <w:marTop w:val="0"/>
      <w:marBottom w:val="0"/>
      <w:divBdr>
        <w:top w:val="none" w:sz="0" w:space="0" w:color="auto"/>
        <w:left w:val="none" w:sz="0" w:space="0" w:color="auto"/>
        <w:bottom w:val="none" w:sz="0" w:space="0" w:color="auto"/>
        <w:right w:val="none" w:sz="0" w:space="0" w:color="auto"/>
      </w:divBdr>
    </w:div>
    <w:div w:id="904069978">
      <w:bodyDiv w:val="1"/>
      <w:marLeft w:val="0"/>
      <w:marRight w:val="0"/>
      <w:marTop w:val="0"/>
      <w:marBottom w:val="0"/>
      <w:divBdr>
        <w:top w:val="none" w:sz="0" w:space="0" w:color="auto"/>
        <w:left w:val="none" w:sz="0" w:space="0" w:color="auto"/>
        <w:bottom w:val="none" w:sz="0" w:space="0" w:color="auto"/>
        <w:right w:val="none" w:sz="0" w:space="0" w:color="auto"/>
      </w:divBdr>
    </w:div>
    <w:div w:id="904334628">
      <w:bodyDiv w:val="1"/>
      <w:marLeft w:val="0"/>
      <w:marRight w:val="0"/>
      <w:marTop w:val="0"/>
      <w:marBottom w:val="0"/>
      <w:divBdr>
        <w:top w:val="none" w:sz="0" w:space="0" w:color="auto"/>
        <w:left w:val="none" w:sz="0" w:space="0" w:color="auto"/>
        <w:bottom w:val="none" w:sz="0" w:space="0" w:color="auto"/>
        <w:right w:val="none" w:sz="0" w:space="0" w:color="auto"/>
      </w:divBdr>
    </w:div>
    <w:div w:id="918946933">
      <w:bodyDiv w:val="1"/>
      <w:marLeft w:val="0"/>
      <w:marRight w:val="0"/>
      <w:marTop w:val="0"/>
      <w:marBottom w:val="0"/>
      <w:divBdr>
        <w:top w:val="none" w:sz="0" w:space="0" w:color="auto"/>
        <w:left w:val="none" w:sz="0" w:space="0" w:color="auto"/>
        <w:bottom w:val="none" w:sz="0" w:space="0" w:color="auto"/>
        <w:right w:val="none" w:sz="0" w:space="0" w:color="auto"/>
      </w:divBdr>
    </w:div>
    <w:div w:id="933519119">
      <w:bodyDiv w:val="1"/>
      <w:marLeft w:val="0"/>
      <w:marRight w:val="0"/>
      <w:marTop w:val="0"/>
      <w:marBottom w:val="0"/>
      <w:divBdr>
        <w:top w:val="none" w:sz="0" w:space="0" w:color="auto"/>
        <w:left w:val="none" w:sz="0" w:space="0" w:color="auto"/>
        <w:bottom w:val="none" w:sz="0" w:space="0" w:color="auto"/>
        <w:right w:val="none" w:sz="0" w:space="0" w:color="auto"/>
      </w:divBdr>
    </w:div>
    <w:div w:id="970863505">
      <w:bodyDiv w:val="1"/>
      <w:marLeft w:val="0"/>
      <w:marRight w:val="0"/>
      <w:marTop w:val="0"/>
      <w:marBottom w:val="0"/>
      <w:divBdr>
        <w:top w:val="none" w:sz="0" w:space="0" w:color="auto"/>
        <w:left w:val="none" w:sz="0" w:space="0" w:color="auto"/>
        <w:bottom w:val="none" w:sz="0" w:space="0" w:color="auto"/>
        <w:right w:val="none" w:sz="0" w:space="0" w:color="auto"/>
      </w:divBdr>
      <w:divsChild>
        <w:div w:id="1908035414">
          <w:marLeft w:val="0"/>
          <w:marRight w:val="0"/>
          <w:marTop w:val="0"/>
          <w:marBottom w:val="0"/>
          <w:divBdr>
            <w:top w:val="none" w:sz="0" w:space="0" w:color="auto"/>
            <w:left w:val="none" w:sz="0" w:space="0" w:color="auto"/>
            <w:bottom w:val="none" w:sz="0" w:space="0" w:color="auto"/>
            <w:right w:val="none" w:sz="0" w:space="0" w:color="auto"/>
          </w:divBdr>
          <w:divsChild>
            <w:div w:id="2017994017">
              <w:marLeft w:val="0"/>
              <w:marRight w:val="0"/>
              <w:marTop w:val="0"/>
              <w:marBottom w:val="0"/>
              <w:divBdr>
                <w:top w:val="none" w:sz="0" w:space="0" w:color="auto"/>
                <w:left w:val="none" w:sz="0" w:space="0" w:color="auto"/>
                <w:bottom w:val="none" w:sz="0" w:space="0" w:color="auto"/>
                <w:right w:val="none" w:sz="0" w:space="0" w:color="auto"/>
              </w:divBdr>
              <w:divsChild>
                <w:div w:id="457574597">
                  <w:marLeft w:val="0"/>
                  <w:marRight w:val="0"/>
                  <w:marTop w:val="0"/>
                  <w:marBottom w:val="0"/>
                  <w:divBdr>
                    <w:top w:val="none" w:sz="0" w:space="0" w:color="auto"/>
                    <w:left w:val="none" w:sz="0" w:space="0" w:color="auto"/>
                    <w:bottom w:val="none" w:sz="0" w:space="0" w:color="auto"/>
                    <w:right w:val="none" w:sz="0" w:space="0" w:color="auto"/>
                  </w:divBdr>
                  <w:divsChild>
                    <w:div w:id="1981113011">
                      <w:marLeft w:val="0"/>
                      <w:marRight w:val="0"/>
                      <w:marTop w:val="0"/>
                      <w:marBottom w:val="0"/>
                      <w:divBdr>
                        <w:top w:val="none" w:sz="0" w:space="0" w:color="auto"/>
                        <w:left w:val="none" w:sz="0" w:space="0" w:color="auto"/>
                        <w:bottom w:val="none" w:sz="0" w:space="0" w:color="auto"/>
                        <w:right w:val="none" w:sz="0" w:space="0" w:color="auto"/>
                      </w:divBdr>
                      <w:divsChild>
                        <w:div w:id="1814832177">
                          <w:marLeft w:val="0"/>
                          <w:marRight w:val="0"/>
                          <w:marTop w:val="0"/>
                          <w:marBottom w:val="0"/>
                          <w:divBdr>
                            <w:top w:val="none" w:sz="0" w:space="0" w:color="auto"/>
                            <w:left w:val="none" w:sz="0" w:space="0" w:color="auto"/>
                            <w:bottom w:val="none" w:sz="0" w:space="0" w:color="auto"/>
                            <w:right w:val="none" w:sz="0" w:space="0" w:color="auto"/>
                          </w:divBdr>
                          <w:divsChild>
                            <w:div w:id="572663483">
                              <w:marLeft w:val="0"/>
                              <w:marRight w:val="0"/>
                              <w:marTop w:val="0"/>
                              <w:marBottom w:val="0"/>
                              <w:divBdr>
                                <w:top w:val="none" w:sz="0" w:space="0" w:color="auto"/>
                                <w:left w:val="none" w:sz="0" w:space="0" w:color="auto"/>
                                <w:bottom w:val="none" w:sz="0" w:space="0" w:color="auto"/>
                                <w:right w:val="none" w:sz="0" w:space="0" w:color="auto"/>
                              </w:divBdr>
                              <w:divsChild>
                                <w:div w:id="719745453">
                                  <w:marLeft w:val="0"/>
                                  <w:marRight w:val="0"/>
                                  <w:marTop w:val="0"/>
                                  <w:marBottom w:val="0"/>
                                  <w:divBdr>
                                    <w:top w:val="none" w:sz="0" w:space="0" w:color="auto"/>
                                    <w:left w:val="none" w:sz="0" w:space="0" w:color="auto"/>
                                    <w:bottom w:val="none" w:sz="0" w:space="0" w:color="auto"/>
                                    <w:right w:val="none" w:sz="0" w:space="0" w:color="auto"/>
                                  </w:divBdr>
                                  <w:divsChild>
                                    <w:div w:id="1064261295">
                                      <w:marLeft w:val="0"/>
                                      <w:marRight w:val="0"/>
                                      <w:marTop w:val="0"/>
                                      <w:marBottom w:val="0"/>
                                      <w:divBdr>
                                        <w:top w:val="none" w:sz="0" w:space="0" w:color="auto"/>
                                        <w:left w:val="none" w:sz="0" w:space="0" w:color="auto"/>
                                        <w:bottom w:val="none" w:sz="0" w:space="0" w:color="auto"/>
                                        <w:right w:val="none" w:sz="0" w:space="0" w:color="auto"/>
                                      </w:divBdr>
                                      <w:divsChild>
                                        <w:div w:id="1516579341">
                                          <w:marLeft w:val="0"/>
                                          <w:marRight w:val="0"/>
                                          <w:marTop w:val="0"/>
                                          <w:marBottom w:val="0"/>
                                          <w:divBdr>
                                            <w:top w:val="none" w:sz="0" w:space="0" w:color="auto"/>
                                            <w:left w:val="none" w:sz="0" w:space="0" w:color="auto"/>
                                            <w:bottom w:val="none" w:sz="0" w:space="0" w:color="auto"/>
                                            <w:right w:val="none" w:sz="0" w:space="0" w:color="auto"/>
                                          </w:divBdr>
                                          <w:divsChild>
                                            <w:div w:id="1734767696">
                                              <w:marLeft w:val="0"/>
                                              <w:marRight w:val="0"/>
                                              <w:marTop w:val="0"/>
                                              <w:marBottom w:val="0"/>
                                              <w:divBdr>
                                                <w:top w:val="none" w:sz="0" w:space="0" w:color="auto"/>
                                                <w:left w:val="none" w:sz="0" w:space="0" w:color="auto"/>
                                                <w:bottom w:val="none" w:sz="0" w:space="0" w:color="auto"/>
                                                <w:right w:val="none" w:sz="0" w:space="0" w:color="auto"/>
                                              </w:divBdr>
                                              <w:divsChild>
                                                <w:div w:id="1073047889">
                                                  <w:marLeft w:val="0"/>
                                                  <w:marRight w:val="0"/>
                                                  <w:marTop w:val="0"/>
                                                  <w:marBottom w:val="0"/>
                                                  <w:divBdr>
                                                    <w:top w:val="none" w:sz="0" w:space="0" w:color="auto"/>
                                                    <w:left w:val="none" w:sz="0" w:space="0" w:color="auto"/>
                                                    <w:bottom w:val="none" w:sz="0" w:space="0" w:color="auto"/>
                                                    <w:right w:val="none" w:sz="0" w:space="0" w:color="auto"/>
                                                  </w:divBdr>
                                                  <w:divsChild>
                                                    <w:div w:id="1786266900">
                                                      <w:marLeft w:val="0"/>
                                                      <w:marRight w:val="0"/>
                                                      <w:marTop w:val="0"/>
                                                      <w:marBottom w:val="0"/>
                                                      <w:divBdr>
                                                        <w:top w:val="none" w:sz="0" w:space="0" w:color="auto"/>
                                                        <w:left w:val="none" w:sz="0" w:space="0" w:color="auto"/>
                                                        <w:bottom w:val="none" w:sz="0" w:space="0" w:color="auto"/>
                                                        <w:right w:val="none" w:sz="0" w:space="0" w:color="auto"/>
                                                      </w:divBdr>
                                                      <w:divsChild>
                                                        <w:div w:id="442379610">
                                                          <w:marLeft w:val="0"/>
                                                          <w:marRight w:val="0"/>
                                                          <w:marTop w:val="0"/>
                                                          <w:marBottom w:val="0"/>
                                                          <w:divBdr>
                                                            <w:top w:val="none" w:sz="0" w:space="0" w:color="auto"/>
                                                            <w:left w:val="none" w:sz="0" w:space="0" w:color="auto"/>
                                                            <w:bottom w:val="none" w:sz="0" w:space="0" w:color="auto"/>
                                                            <w:right w:val="none" w:sz="0" w:space="0" w:color="auto"/>
                                                          </w:divBdr>
                                                          <w:divsChild>
                                                            <w:div w:id="273826061">
                                                              <w:marLeft w:val="0"/>
                                                              <w:marRight w:val="0"/>
                                                              <w:marTop w:val="0"/>
                                                              <w:marBottom w:val="0"/>
                                                              <w:divBdr>
                                                                <w:top w:val="none" w:sz="0" w:space="0" w:color="auto"/>
                                                                <w:left w:val="none" w:sz="0" w:space="0" w:color="auto"/>
                                                                <w:bottom w:val="none" w:sz="0" w:space="0" w:color="auto"/>
                                                                <w:right w:val="none" w:sz="0" w:space="0" w:color="auto"/>
                                                              </w:divBdr>
                                                              <w:divsChild>
                                                                <w:div w:id="1377393217">
                                                                  <w:marLeft w:val="0"/>
                                                                  <w:marRight w:val="0"/>
                                                                  <w:marTop w:val="0"/>
                                                                  <w:marBottom w:val="0"/>
                                                                  <w:divBdr>
                                                                    <w:top w:val="none" w:sz="0" w:space="0" w:color="auto"/>
                                                                    <w:left w:val="none" w:sz="0" w:space="0" w:color="auto"/>
                                                                    <w:bottom w:val="none" w:sz="0" w:space="0" w:color="auto"/>
                                                                    <w:right w:val="none" w:sz="0" w:space="0" w:color="auto"/>
                                                                  </w:divBdr>
                                                                  <w:divsChild>
                                                                    <w:div w:id="1981685774">
                                                                      <w:marLeft w:val="0"/>
                                                                      <w:marRight w:val="0"/>
                                                                      <w:marTop w:val="0"/>
                                                                      <w:marBottom w:val="0"/>
                                                                      <w:divBdr>
                                                                        <w:top w:val="none" w:sz="0" w:space="0" w:color="auto"/>
                                                                        <w:left w:val="none" w:sz="0" w:space="0" w:color="auto"/>
                                                                        <w:bottom w:val="none" w:sz="0" w:space="0" w:color="auto"/>
                                                                        <w:right w:val="none" w:sz="0" w:space="0" w:color="auto"/>
                                                                      </w:divBdr>
                                                                      <w:divsChild>
                                                                        <w:div w:id="1462268856">
                                                                          <w:marLeft w:val="0"/>
                                                                          <w:marRight w:val="0"/>
                                                                          <w:marTop w:val="0"/>
                                                                          <w:marBottom w:val="0"/>
                                                                          <w:divBdr>
                                                                            <w:top w:val="none" w:sz="0" w:space="0" w:color="auto"/>
                                                                            <w:left w:val="none" w:sz="0" w:space="0" w:color="auto"/>
                                                                            <w:bottom w:val="none" w:sz="0" w:space="0" w:color="auto"/>
                                                                            <w:right w:val="none" w:sz="0" w:space="0" w:color="auto"/>
                                                                          </w:divBdr>
                                                                          <w:divsChild>
                                                                            <w:div w:id="554583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41326832">
      <w:bodyDiv w:val="1"/>
      <w:marLeft w:val="0"/>
      <w:marRight w:val="0"/>
      <w:marTop w:val="0"/>
      <w:marBottom w:val="0"/>
      <w:divBdr>
        <w:top w:val="none" w:sz="0" w:space="0" w:color="auto"/>
        <w:left w:val="none" w:sz="0" w:space="0" w:color="auto"/>
        <w:bottom w:val="none" w:sz="0" w:space="0" w:color="auto"/>
        <w:right w:val="none" w:sz="0" w:space="0" w:color="auto"/>
      </w:divBdr>
    </w:div>
    <w:div w:id="1094864038">
      <w:bodyDiv w:val="1"/>
      <w:marLeft w:val="0"/>
      <w:marRight w:val="0"/>
      <w:marTop w:val="0"/>
      <w:marBottom w:val="0"/>
      <w:divBdr>
        <w:top w:val="none" w:sz="0" w:space="0" w:color="auto"/>
        <w:left w:val="none" w:sz="0" w:space="0" w:color="auto"/>
        <w:bottom w:val="none" w:sz="0" w:space="0" w:color="auto"/>
        <w:right w:val="none" w:sz="0" w:space="0" w:color="auto"/>
      </w:divBdr>
    </w:div>
    <w:div w:id="1095319893">
      <w:bodyDiv w:val="1"/>
      <w:marLeft w:val="0"/>
      <w:marRight w:val="0"/>
      <w:marTop w:val="0"/>
      <w:marBottom w:val="0"/>
      <w:divBdr>
        <w:top w:val="none" w:sz="0" w:space="0" w:color="auto"/>
        <w:left w:val="none" w:sz="0" w:space="0" w:color="auto"/>
        <w:bottom w:val="none" w:sz="0" w:space="0" w:color="auto"/>
        <w:right w:val="none" w:sz="0" w:space="0" w:color="auto"/>
      </w:divBdr>
      <w:divsChild>
        <w:div w:id="482087448">
          <w:marLeft w:val="0"/>
          <w:marRight w:val="0"/>
          <w:marTop w:val="0"/>
          <w:marBottom w:val="0"/>
          <w:divBdr>
            <w:top w:val="none" w:sz="0" w:space="0" w:color="auto"/>
            <w:left w:val="none" w:sz="0" w:space="0" w:color="auto"/>
            <w:bottom w:val="none" w:sz="0" w:space="0" w:color="auto"/>
            <w:right w:val="none" w:sz="0" w:space="0" w:color="auto"/>
          </w:divBdr>
        </w:div>
      </w:divsChild>
    </w:div>
    <w:div w:id="1186754399">
      <w:bodyDiv w:val="1"/>
      <w:marLeft w:val="0"/>
      <w:marRight w:val="0"/>
      <w:marTop w:val="0"/>
      <w:marBottom w:val="0"/>
      <w:divBdr>
        <w:top w:val="none" w:sz="0" w:space="0" w:color="auto"/>
        <w:left w:val="none" w:sz="0" w:space="0" w:color="auto"/>
        <w:bottom w:val="none" w:sz="0" w:space="0" w:color="auto"/>
        <w:right w:val="none" w:sz="0" w:space="0" w:color="auto"/>
      </w:divBdr>
    </w:div>
    <w:div w:id="1208103788">
      <w:bodyDiv w:val="1"/>
      <w:marLeft w:val="0"/>
      <w:marRight w:val="0"/>
      <w:marTop w:val="0"/>
      <w:marBottom w:val="0"/>
      <w:divBdr>
        <w:top w:val="none" w:sz="0" w:space="0" w:color="auto"/>
        <w:left w:val="none" w:sz="0" w:space="0" w:color="auto"/>
        <w:bottom w:val="none" w:sz="0" w:space="0" w:color="auto"/>
        <w:right w:val="none" w:sz="0" w:space="0" w:color="auto"/>
      </w:divBdr>
      <w:divsChild>
        <w:div w:id="485632681">
          <w:marLeft w:val="0"/>
          <w:marRight w:val="0"/>
          <w:marTop w:val="0"/>
          <w:marBottom w:val="0"/>
          <w:divBdr>
            <w:top w:val="none" w:sz="0" w:space="0" w:color="auto"/>
            <w:left w:val="none" w:sz="0" w:space="0" w:color="auto"/>
            <w:bottom w:val="none" w:sz="0" w:space="0" w:color="auto"/>
            <w:right w:val="none" w:sz="0" w:space="0" w:color="auto"/>
          </w:divBdr>
        </w:div>
        <w:div w:id="1212226219">
          <w:marLeft w:val="0"/>
          <w:marRight w:val="0"/>
          <w:marTop w:val="0"/>
          <w:marBottom w:val="0"/>
          <w:divBdr>
            <w:top w:val="none" w:sz="0" w:space="0" w:color="auto"/>
            <w:left w:val="none" w:sz="0" w:space="0" w:color="auto"/>
            <w:bottom w:val="none" w:sz="0" w:space="0" w:color="auto"/>
            <w:right w:val="none" w:sz="0" w:space="0" w:color="auto"/>
          </w:divBdr>
          <w:divsChild>
            <w:div w:id="1838614834">
              <w:marLeft w:val="0"/>
              <w:marRight w:val="0"/>
              <w:marTop w:val="0"/>
              <w:marBottom w:val="0"/>
              <w:divBdr>
                <w:top w:val="none" w:sz="0" w:space="0" w:color="auto"/>
                <w:left w:val="none" w:sz="0" w:space="0" w:color="auto"/>
                <w:bottom w:val="none" w:sz="0" w:space="0" w:color="auto"/>
                <w:right w:val="none" w:sz="0" w:space="0" w:color="auto"/>
              </w:divBdr>
            </w:div>
          </w:divsChild>
        </w:div>
        <w:div w:id="731000275">
          <w:marLeft w:val="0"/>
          <w:marRight w:val="0"/>
          <w:marTop w:val="0"/>
          <w:marBottom w:val="0"/>
          <w:divBdr>
            <w:top w:val="none" w:sz="0" w:space="0" w:color="auto"/>
            <w:left w:val="none" w:sz="0" w:space="0" w:color="auto"/>
            <w:bottom w:val="none" w:sz="0" w:space="0" w:color="auto"/>
            <w:right w:val="none" w:sz="0" w:space="0" w:color="auto"/>
          </w:divBdr>
          <w:divsChild>
            <w:div w:id="589656120">
              <w:marLeft w:val="0"/>
              <w:marRight w:val="0"/>
              <w:marTop w:val="0"/>
              <w:marBottom w:val="0"/>
              <w:divBdr>
                <w:top w:val="none" w:sz="0" w:space="0" w:color="auto"/>
                <w:left w:val="none" w:sz="0" w:space="0" w:color="auto"/>
                <w:bottom w:val="none" w:sz="0" w:space="0" w:color="auto"/>
                <w:right w:val="none" w:sz="0" w:space="0" w:color="auto"/>
              </w:divBdr>
            </w:div>
          </w:divsChild>
        </w:div>
        <w:div w:id="1908102171">
          <w:marLeft w:val="0"/>
          <w:marRight w:val="0"/>
          <w:marTop w:val="0"/>
          <w:marBottom w:val="0"/>
          <w:divBdr>
            <w:top w:val="none" w:sz="0" w:space="0" w:color="auto"/>
            <w:left w:val="none" w:sz="0" w:space="0" w:color="auto"/>
            <w:bottom w:val="none" w:sz="0" w:space="0" w:color="auto"/>
            <w:right w:val="none" w:sz="0" w:space="0" w:color="auto"/>
          </w:divBdr>
          <w:divsChild>
            <w:div w:id="1031611454">
              <w:marLeft w:val="0"/>
              <w:marRight w:val="0"/>
              <w:marTop w:val="0"/>
              <w:marBottom w:val="0"/>
              <w:divBdr>
                <w:top w:val="none" w:sz="0" w:space="0" w:color="auto"/>
                <w:left w:val="none" w:sz="0" w:space="0" w:color="auto"/>
                <w:bottom w:val="none" w:sz="0" w:space="0" w:color="auto"/>
                <w:right w:val="none" w:sz="0" w:space="0" w:color="auto"/>
              </w:divBdr>
            </w:div>
          </w:divsChild>
        </w:div>
        <w:div w:id="531040920">
          <w:marLeft w:val="0"/>
          <w:marRight w:val="0"/>
          <w:marTop w:val="0"/>
          <w:marBottom w:val="0"/>
          <w:divBdr>
            <w:top w:val="none" w:sz="0" w:space="0" w:color="auto"/>
            <w:left w:val="none" w:sz="0" w:space="0" w:color="auto"/>
            <w:bottom w:val="none" w:sz="0" w:space="0" w:color="auto"/>
            <w:right w:val="none" w:sz="0" w:space="0" w:color="auto"/>
          </w:divBdr>
          <w:divsChild>
            <w:div w:id="925843608">
              <w:marLeft w:val="0"/>
              <w:marRight w:val="0"/>
              <w:marTop w:val="0"/>
              <w:marBottom w:val="0"/>
              <w:divBdr>
                <w:top w:val="none" w:sz="0" w:space="0" w:color="auto"/>
                <w:left w:val="none" w:sz="0" w:space="0" w:color="auto"/>
                <w:bottom w:val="none" w:sz="0" w:space="0" w:color="auto"/>
                <w:right w:val="none" w:sz="0" w:space="0" w:color="auto"/>
              </w:divBdr>
            </w:div>
          </w:divsChild>
        </w:div>
        <w:div w:id="1134834655">
          <w:marLeft w:val="0"/>
          <w:marRight w:val="0"/>
          <w:marTop w:val="0"/>
          <w:marBottom w:val="0"/>
          <w:divBdr>
            <w:top w:val="none" w:sz="0" w:space="0" w:color="auto"/>
            <w:left w:val="none" w:sz="0" w:space="0" w:color="auto"/>
            <w:bottom w:val="none" w:sz="0" w:space="0" w:color="auto"/>
            <w:right w:val="none" w:sz="0" w:space="0" w:color="auto"/>
          </w:divBdr>
          <w:divsChild>
            <w:div w:id="1785149599">
              <w:marLeft w:val="0"/>
              <w:marRight w:val="0"/>
              <w:marTop w:val="0"/>
              <w:marBottom w:val="0"/>
              <w:divBdr>
                <w:top w:val="none" w:sz="0" w:space="0" w:color="auto"/>
                <w:left w:val="none" w:sz="0" w:space="0" w:color="auto"/>
                <w:bottom w:val="none" w:sz="0" w:space="0" w:color="auto"/>
                <w:right w:val="none" w:sz="0" w:space="0" w:color="auto"/>
              </w:divBdr>
            </w:div>
          </w:divsChild>
        </w:div>
        <w:div w:id="1085759003">
          <w:marLeft w:val="0"/>
          <w:marRight w:val="0"/>
          <w:marTop w:val="0"/>
          <w:marBottom w:val="0"/>
          <w:divBdr>
            <w:top w:val="none" w:sz="0" w:space="0" w:color="auto"/>
            <w:left w:val="none" w:sz="0" w:space="0" w:color="auto"/>
            <w:bottom w:val="none" w:sz="0" w:space="0" w:color="auto"/>
            <w:right w:val="none" w:sz="0" w:space="0" w:color="auto"/>
          </w:divBdr>
          <w:divsChild>
            <w:div w:id="207095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274284">
      <w:bodyDiv w:val="1"/>
      <w:marLeft w:val="0"/>
      <w:marRight w:val="0"/>
      <w:marTop w:val="0"/>
      <w:marBottom w:val="0"/>
      <w:divBdr>
        <w:top w:val="none" w:sz="0" w:space="0" w:color="auto"/>
        <w:left w:val="none" w:sz="0" w:space="0" w:color="auto"/>
        <w:bottom w:val="none" w:sz="0" w:space="0" w:color="auto"/>
        <w:right w:val="none" w:sz="0" w:space="0" w:color="auto"/>
      </w:divBdr>
    </w:div>
    <w:div w:id="1304237450">
      <w:bodyDiv w:val="1"/>
      <w:marLeft w:val="0"/>
      <w:marRight w:val="0"/>
      <w:marTop w:val="0"/>
      <w:marBottom w:val="0"/>
      <w:divBdr>
        <w:top w:val="none" w:sz="0" w:space="0" w:color="auto"/>
        <w:left w:val="none" w:sz="0" w:space="0" w:color="auto"/>
        <w:bottom w:val="none" w:sz="0" w:space="0" w:color="auto"/>
        <w:right w:val="none" w:sz="0" w:space="0" w:color="auto"/>
      </w:divBdr>
    </w:div>
    <w:div w:id="1307391759">
      <w:bodyDiv w:val="1"/>
      <w:marLeft w:val="0"/>
      <w:marRight w:val="0"/>
      <w:marTop w:val="0"/>
      <w:marBottom w:val="0"/>
      <w:divBdr>
        <w:top w:val="none" w:sz="0" w:space="0" w:color="auto"/>
        <w:left w:val="none" w:sz="0" w:space="0" w:color="auto"/>
        <w:bottom w:val="none" w:sz="0" w:space="0" w:color="auto"/>
        <w:right w:val="none" w:sz="0" w:space="0" w:color="auto"/>
      </w:divBdr>
    </w:div>
    <w:div w:id="1394039464">
      <w:bodyDiv w:val="1"/>
      <w:marLeft w:val="0"/>
      <w:marRight w:val="0"/>
      <w:marTop w:val="0"/>
      <w:marBottom w:val="0"/>
      <w:divBdr>
        <w:top w:val="none" w:sz="0" w:space="0" w:color="auto"/>
        <w:left w:val="none" w:sz="0" w:space="0" w:color="auto"/>
        <w:bottom w:val="none" w:sz="0" w:space="0" w:color="auto"/>
        <w:right w:val="none" w:sz="0" w:space="0" w:color="auto"/>
      </w:divBdr>
    </w:div>
    <w:div w:id="1426028803">
      <w:bodyDiv w:val="1"/>
      <w:marLeft w:val="0"/>
      <w:marRight w:val="0"/>
      <w:marTop w:val="0"/>
      <w:marBottom w:val="0"/>
      <w:divBdr>
        <w:top w:val="none" w:sz="0" w:space="0" w:color="auto"/>
        <w:left w:val="none" w:sz="0" w:space="0" w:color="auto"/>
        <w:bottom w:val="none" w:sz="0" w:space="0" w:color="auto"/>
        <w:right w:val="none" w:sz="0" w:space="0" w:color="auto"/>
      </w:divBdr>
    </w:div>
    <w:div w:id="1462844550">
      <w:bodyDiv w:val="1"/>
      <w:marLeft w:val="0"/>
      <w:marRight w:val="0"/>
      <w:marTop w:val="0"/>
      <w:marBottom w:val="0"/>
      <w:divBdr>
        <w:top w:val="none" w:sz="0" w:space="0" w:color="auto"/>
        <w:left w:val="none" w:sz="0" w:space="0" w:color="auto"/>
        <w:bottom w:val="none" w:sz="0" w:space="0" w:color="auto"/>
        <w:right w:val="none" w:sz="0" w:space="0" w:color="auto"/>
      </w:divBdr>
      <w:divsChild>
        <w:div w:id="563490559">
          <w:marLeft w:val="0"/>
          <w:marRight w:val="0"/>
          <w:marTop w:val="180"/>
          <w:marBottom w:val="240"/>
          <w:divBdr>
            <w:top w:val="none" w:sz="0" w:space="0" w:color="auto"/>
            <w:left w:val="none" w:sz="0" w:space="0" w:color="auto"/>
            <w:bottom w:val="none" w:sz="0" w:space="0" w:color="auto"/>
            <w:right w:val="none" w:sz="0" w:space="0" w:color="auto"/>
          </w:divBdr>
        </w:div>
        <w:div w:id="219486747">
          <w:marLeft w:val="0"/>
          <w:marRight w:val="0"/>
          <w:marTop w:val="180"/>
          <w:marBottom w:val="240"/>
          <w:divBdr>
            <w:top w:val="none" w:sz="0" w:space="0" w:color="auto"/>
            <w:left w:val="none" w:sz="0" w:space="0" w:color="auto"/>
            <w:bottom w:val="none" w:sz="0" w:space="0" w:color="auto"/>
            <w:right w:val="none" w:sz="0" w:space="0" w:color="auto"/>
          </w:divBdr>
        </w:div>
        <w:div w:id="2116903079">
          <w:marLeft w:val="0"/>
          <w:marRight w:val="0"/>
          <w:marTop w:val="180"/>
          <w:marBottom w:val="240"/>
          <w:divBdr>
            <w:top w:val="none" w:sz="0" w:space="0" w:color="auto"/>
            <w:left w:val="none" w:sz="0" w:space="0" w:color="auto"/>
            <w:bottom w:val="none" w:sz="0" w:space="0" w:color="auto"/>
            <w:right w:val="none" w:sz="0" w:space="0" w:color="auto"/>
          </w:divBdr>
        </w:div>
        <w:div w:id="1083912358">
          <w:marLeft w:val="0"/>
          <w:marRight w:val="0"/>
          <w:marTop w:val="0"/>
          <w:marBottom w:val="0"/>
          <w:divBdr>
            <w:top w:val="none" w:sz="0" w:space="0" w:color="auto"/>
            <w:left w:val="none" w:sz="0" w:space="0" w:color="auto"/>
            <w:bottom w:val="none" w:sz="0" w:space="0" w:color="auto"/>
            <w:right w:val="none" w:sz="0" w:space="0" w:color="auto"/>
          </w:divBdr>
          <w:divsChild>
            <w:div w:id="1991472441">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473405186">
      <w:bodyDiv w:val="1"/>
      <w:marLeft w:val="0"/>
      <w:marRight w:val="0"/>
      <w:marTop w:val="0"/>
      <w:marBottom w:val="0"/>
      <w:divBdr>
        <w:top w:val="none" w:sz="0" w:space="0" w:color="auto"/>
        <w:left w:val="none" w:sz="0" w:space="0" w:color="auto"/>
        <w:bottom w:val="none" w:sz="0" w:space="0" w:color="auto"/>
        <w:right w:val="none" w:sz="0" w:space="0" w:color="auto"/>
      </w:divBdr>
    </w:div>
    <w:div w:id="1475952336">
      <w:bodyDiv w:val="1"/>
      <w:marLeft w:val="0"/>
      <w:marRight w:val="0"/>
      <w:marTop w:val="0"/>
      <w:marBottom w:val="0"/>
      <w:divBdr>
        <w:top w:val="none" w:sz="0" w:space="0" w:color="auto"/>
        <w:left w:val="none" w:sz="0" w:space="0" w:color="auto"/>
        <w:bottom w:val="none" w:sz="0" w:space="0" w:color="auto"/>
        <w:right w:val="none" w:sz="0" w:space="0" w:color="auto"/>
      </w:divBdr>
    </w:div>
    <w:div w:id="1546677107">
      <w:bodyDiv w:val="1"/>
      <w:marLeft w:val="0"/>
      <w:marRight w:val="0"/>
      <w:marTop w:val="0"/>
      <w:marBottom w:val="0"/>
      <w:divBdr>
        <w:top w:val="none" w:sz="0" w:space="0" w:color="auto"/>
        <w:left w:val="none" w:sz="0" w:space="0" w:color="auto"/>
        <w:bottom w:val="none" w:sz="0" w:space="0" w:color="auto"/>
        <w:right w:val="none" w:sz="0" w:space="0" w:color="auto"/>
      </w:divBdr>
    </w:div>
    <w:div w:id="1578588962">
      <w:bodyDiv w:val="1"/>
      <w:marLeft w:val="0"/>
      <w:marRight w:val="0"/>
      <w:marTop w:val="0"/>
      <w:marBottom w:val="0"/>
      <w:divBdr>
        <w:top w:val="none" w:sz="0" w:space="0" w:color="auto"/>
        <w:left w:val="none" w:sz="0" w:space="0" w:color="auto"/>
        <w:bottom w:val="none" w:sz="0" w:space="0" w:color="auto"/>
        <w:right w:val="none" w:sz="0" w:space="0" w:color="auto"/>
      </w:divBdr>
    </w:div>
    <w:div w:id="1616907960">
      <w:bodyDiv w:val="1"/>
      <w:marLeft w:val="0"/>
      <w:marRight w:val="0"/>
      <w:marTop w:val="0"/>
      <w:marBottom w:val="0"/>
      <w:divBdr>
        <w:top w:val="none" w:sz="0" w:space="0" w:color="auto"/>
        <w:left w:val="none" w:sz="0" w:space="0" w:color="auto"/>
        <w:bottom w:val="none" w:sz="0" w:space="0" w:color="auto"/>
        <w:right w:val="none" w:sz="0" w:space="0" w:color="auto"/>
      </w:divBdr>
    </w:div>
    <w:div w:id="1742484729">
      <w:bodyDiv w:val="1"/>
      <w:marLeft w:val="0"/>
      <w:marRight w:val="0"/>
      <w:marTop w:val="0"/>
      <w:marBottom w:val="0"/>
      <w:divBdr>
        <w:top w:val="none" w:sz="0" w:space="0" w:color="auto"/>
        <w:left w:val="none" w:sz="0" w:space="0" w:color="auto"/>
        <w:bottom w:val="none" w:sz="0" w:space="0" w:color="auto"/>
        <w:right w:val="none" w:sz="0" w:space="0" w:color="auto"/>
      </w:divBdr>
    </w:div>
    <w:div w:id="1750617567">
      <w:bodyDiv w:val="1"/>
      <w:marLeft w:val="0"/>
      <w:marRight w:val="0"/>
      <w:marTop w:val="0"/>
      <w:marBottom w:val="0"/>
      <w:divBdr>
        <w:top w:val="none" w:sz="0" w:space="0" w:color="auto"/>
        <w:left w:val="none" w:sz="0" w:space="0" w:color="auto"/>
        <w:bottom w:val="none" w:sz="0" w:space="0" w:color="auto"/>
        <w:right w:val="none" w:sz="0" w:space="0" w:color="auto"/>
      </w:divBdr>
    </w:div>
    <w:div w:id="1755585947">
      <w:bodyDiv w:val="1"/>
      <w:marLeft w:val="0"/>
      <w:marRight w:val="0"/>
      <w:marTop w:val="0"/>
      <w:marBottom w:val="0"/>
      <w:divBdr>
        <w:top w:val="none" w:sz="0" w:space="0" w:color="auto"/>
        <w:left w:val="none" w:sz="0" w:space="0" w:color="auto"/>
        <w:bottom w:val="none" w:sz="0" w:space="0" w:color="auto"/>
        <w:right w:val="none" w:sz="0" w:space="0" w:color="auto"/>
      </w:divBdr>
      <w:divsChild>
        <w:div w:id="1778982413">
          <w:marLeft w:val="0"/>
          <w:marRight w:val="0"/>
          <w:marTop w:val="0"/>
          <w:marBottom w:val="0"/>
          <w:divBdr>
            <w:top w:val="none" w:sz="0" w:space="0" w:color="auto"/>
            <w:left w:val="none" w:sz="0" w:space="0" w:color="auto"/>
            <w:bottom w:val="none" w:sz="0" w:space="0" w:color="auto"/>
            <w:right w:val="none" w:sz="0" w:space="0" w:color="auto"/>
          </w:divBdr>
          <w:divsChild>
            <w:div w:id="1984385823">
              <w:marLeft w:val="0"/>
              <w:marRight w:val="0"/>
              <w:marTop w:val="0"/>
              <w:marBottom w:val="0"/>
              <w:divBdr>
                <w:top w:val="none" w:sz="0" w:space="0" w:color="auto"/>
                <w:left w:val="none" w:sz="0" w:space="0" w:color="auto"/>
                <w:bottom w:val="none" w:sz="0" w:space="0" w:color="auto"/>
                <w:right w:val="none" w:sz="0" w:space="0" w:color="auto"/>
              </w:divBdr>
            </w:div>
          </w:divsChild>
        </w:div>
        <w:div w:id="149637293">
          <w:marLeft w:val="0"/>
          <w:marRight w:val="0"/>
          <w:marTop w:val="0"/>
          <w:marBottom w:val="0"/>
          <w:divBdr>
            <w:top w:val="none" w:sz="0" w:space="0" w:color="auto"/>
            <w:left w:val="none" w:sz="0" w:space="0" w:color="auto"/>
            <w:bottom w:val="none" w:sz="0" w:space="0" w:color="auto"/>
            <w:right w:val="none" w:sz="0" w:space="0" w:color="auto"/>
          </w:divBdr>
          <w:divsChild>
            <w:div w:id="1656958302">
              <w:marLeft w:val="0"/>
              <w:marRight w:val="0"/>
              <w:marTop w:val="0"/>
              <w:marBottom w:val="0"/>
              <w:divBdr>
                <w:top w:val="none" w:sz="0" w:space="0" w:color="auto"/>
                <w:left w:val="none" w:sz="0" w:space="0" w:color="auto"/>
                <w:bottom w:val="none" w:sz="0" w:space="0" w:color="auto"/>
                <w:right w:val="none" w:sz="0" w:space="0" w:color="auto"/>
              </w:divBdr>
            </w:div>
          </w:divsChild>
        </w:div>
        <w:div w:id="1423801079">
          <w:marLeft w:val="0"/>
          <w:marRight w:val="0"/>
          <w:marTop w:val="0"/>
          <w:marBottom w:val="0"/>
          <w:divBdr>
            <w:top w:val="none" w:sz="0" w:space="0" w:color="auto"/>
            <w:left w:val="none" w:sz="0" w:space="0" w:color="auto"/>
            <w:bottom w:val="none" w:sz="0" w:space="0" w:color="auto"/>
            <w:right w:val="none" w:sz="0" w:space="0" w:color="auto"/>
          </w:divBdr>
          <w:divsChild>
            <w:div w:id="310597387">
              <w:marLeft w:val="0"/>
              <w:marRight w:val="0"/>
              <w:marTop w:val="0"/>
              <w:marBottom w:val="0"/>
              <w:divBdr>
                <w:top w:val="none" w:sz="0" w:space="0" w:color="auto"/>
                <w:left w:val="none" w:sz="0" w:space="0" w:color="auto"/>
                <w:bottom w:val="none" w:sz="0" w:space="0" w:color="auto"/>
                <w:right w:val="none" w:sz="0" w:space="0" w:color="auto"/>
              </w:divBdr>
            </w:div>
          </w:divsChild>
        </w:div>
        <w:div w:id="40980825">
          <w:marLeft w:val="0"/>
          <w:marRight w:val="0"/>
          <w:marTop w:val="0"/>
          <w:marBottom w:val="0"/>
          <w:divBdr>
            <w:top w:val="none" w:sz="0" w:space="0" w:color="auto"/>
            <w:left w:val="none" w:sz="0" w:space="0" w:color="auto"/>
            <w:bottom w:val="none" w:sz="0" w:space="0" w:color="auto"/>
            <w:right w:val="none" w:sz="0" w:space="0" w:color="auto"/>
          </w:divBdr>
          <w:divsChild>
            <w:div w:id="2017919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758800">
      <w:bodyDiv w:val="1"/>
      <w:marLeft w:val="0"/>
      <w:marRight w:val="0"/>
      <w:marTop w:val="0"/>
      <w:marBottom w:val="0"/>
      <w:divBdr>
        <w:top w:val="none" w:sz="0" w:space="0" w:color="auto"/>
        <w:left w:val="none" w:sz="0" w:space="0" w:color="auto"/>
        <w:bottom w:val="none" w:sz="0" w:space="0" w:color="auto"/>
        <w:right w:val="none" w:sz="0" w:space="0" w:color="auto"/>
      </w:divBdr>
    </w:div>
    <w:div w:id="1824736600">
      <w:bodyDiv w:val="1"/>
      <w:marLeft w:val="0"/>
      <w:marRight w:val="0"/>
      <w:marTop w:val="0"/>
      <w:marBottom w:val="0"/>
      <w:divBdr>
        <w:top w:val="none" w:sz="0" w:space="0" w:color="auto"/>
        <w:left w:val="none" w:sz="0" w:space="0" w:color="auto"/>
        <w:bottom w:val="none" w:sz="0" w:space="0" w:color="auto"/>
        <w:right w:val="none" w:sz="0" w:space="0" w:color="auto"/>
      </w:divBdr>
    </w:div>
    <w:div w:id="1824739924">
      <w:bodyDiv w:val="1"/>
      <w:marLeft w:val="0"/>
      <w:marRight w:val="0"/>
      <w:marTop w:val="0"/>
      <w:marBottom w:val="0"/>
      <w:divBdr>
        <w:top w:val="none" w:sz="0" w:space="0" w:color="auto"/>
        <w:left w:val="none" w:sz="0" w:space="0" w:color="auto"/>
        <w:bottom w:val="none" w:sz="0" w:space="0" w:color="auto"/>
        <w:right w:val="none" w:sz="0" w:space="0" w:color="auto"/>
      </w:divBdr>
      <w:divsChild>
        <w:div w:id="1061753123">
          <w:marLeft w:val="0"/>
          <w:marRight w:val="0"/>
          <w:marTop w:val="0"/>
          <w:marBottom w:val="0"/>
          <w:divBdr>
            <w:top w:val="none" w:sz="0" w:space="0" w:color="auto"/>
            <w:left w:val="none" w:sz="0" w:space="0" w:color="auto"/>
            <w:bottom w:val="none" w:sz="0" w:space="0" w:color="auto"/>
            <w:right w:val="none" w:sz="0" w:space="0" w:color="auto"/>
          </w:divBdr>
        </w:div>
        <w:div w:id="220168074">
          <w:marLeft w:val="0"/>
          <w:marRight w:val="0"/>
          <w:marTop w:val="0"/>
          <w:marBottom w:val="0"/>
          <w:divBdr>
            <w:top w:val="none" w:sz="0" w:space="0" w:color="auto"/>
            <w:left w:val="none" w:sz="0" w:space="0" w:color="auto"/>
            <w:bottom w:val="none" w:sz="0" w:space="0" w:color="auto"/>
            <w:right w:val="none" w:sz="0" w:space="0" w:color="auto"/>
          </w:divBdr>
          <w:divsChild>
            <w:div w:id="1239637659">
              <w:marLeft w:val="0"/>
              <w:marRight w:val="0"/>
              <w:marTop w:val="0"/>
              <w:marBottom w:val="0"/>
              <w:divBdr>
                <w:top w:val="none" w:sz="0" w:space="0" w:color="auto"/>
                <w:left w:val="none" w:sz="0" w:space="0" w:color="auto"/>
                <w:bottom w:val="none" w:sz="0" w:space="0" w:color="auto"/>
                <w:right w:val="none" w:sz="0" w:space="0" w:color="auto"/>
              </w:divBdr>
            </w:div>
          </w:divsChild>
        </w:div>
        <w:div w:id="775558878">
          <w:marLeft w:val="0"/>
          <w:marRight w:val="0"/>
          <w:marTop w:val="0"/>
          <w:marBottom w:val="0"/>
          <w:divBdr>
            <w:top w:val="none" w:sz="0" w:space="0" w:color="auto"/>
            <w:left w:val="none" w:sz="0" w:space="0" w:color="auto"/>
            <w:bottom w:val="none" w:sz="0" w:space="0" w:color="auto"/>
            <w:right w:val="none" w:sz="0" w:space="0" w:color="auto"/>
          </w:divBdr>
          <w:divsChild>
            <w:div w:id="299464043">
              <w:marLeft w:val="0"/>
              <w:marRight w:val="0"/>
              <w:marTop w:val="0"/>
              <w:marBottom w:val="0"/>
              <w:divBdr>
                <w:top w:val="none" w:sz="0" w:space="0" w:color="auto"/>
                <w:left w:val="none" w:sz="0" w:space="0" w:color="auto"/>
                <w:bottom w:val="none" w:sz="0" w:space="0" w:color="auto"/>
                <w:right w:val="none" w:sz="0" w:space="0" w:color="auto"/>
              </w:divBdr>
            </w:div>
          </w:divsChild>
        </w:div>
        <w:div w:id="1642539715">
          <w:marLeft w:val="0"/>
          <w:marRight w:val="0"/>
          <w:marTop w:val="0"/>
          <w:marBottom w:val="0"/>
          <w:divBdr>
            <w:top w:val="none" w:sz="0" w:space="0" w:color="auto"/>
            <w:left w:val="none" w:sz="0" w:space="0" w:color="auto"/>
            <w:bottom w:val="none" w:sz="0" w:space="0" w:color="auto"/>
            <w:right w:val="none" w:sz="0" w:space="0" w:color="auto"/>
          </w:divBdr>
          <w:divsChild>
            <w:div w:id="1561791311">
              <w:marLeft w:val="0"/>
              <w:marRight w:val="0"/>
              <w:marTop w:val="0"/>
              <w:marBottom w:val="0"/>
              <w:divBdr>
                <w:top w:val="none" w:sz="0" w:space="0" w:color="auto"/>
                <w:left w:val="none" w:sz="0" w:space="0" w:color="auto"/>
                <w:bottom w:val="none" w:sz="0" w:space="0" w:color="auto"/>
                <w:right w:val="none" w:sz="0" w:space="0" w:color="auto"/>
              </w:divBdr>
            </w:div>
          </w:divsChild>
        </w:div>
        <w:div w:id="93717965">
          <w:marLeft w:val="0"/>
          <w:marRight w:val="0"/>
          <w:marTop w:val="0"/>
          <w:marBottom w:val="0"/>
          <w:divBdr>
            <w:top w:val="none" w:sz="0" w:space="0" w:color="auto"/>
            <w:left w:val="none" w:sz="0" w:space="0" w:color="auto"/>
            <w:bottom w:val="none" w:sz="0" w:space="0" w:color="auto"/>
            <w:right w:val="none" w:sz="0" w:space="0" w:color="auto"/>
          </w:divBdr>
          <w:divsChild>
            <w:div w:id="123276616">
              <w:marLeft w:val="0"/>
              <w:marRight w:val="0"/>
              <w:marTop w:val="0"/>
              <w:marBottom w:val="0"/>
              <w:divBdr>
                <w:top w:val="none" w:sz="0" w:space="0" w:color="auto"/>
                <w:left w:val="none" w:sz="0" w:space="0" w:color="auto"/>
                <w:bottom w:val="none" w:sz="0" w:space="0" w:color="auto"/>
                <w:right w:val="none" w:sz="0" w:space="0" w:color="auto"/>
              </w:divBdr>
            </w:div>
          </w:divsChild>
        </w:div>
        <w:div w:id="1194031369">
          <w:marLeft w:val="0"/>
          <w:marRight w:val="0"/>
          <w:marTop w:val="0"/>
          <w:marBottom w:val="0"/>
          <w:divBdr>
            <w:top w:val="none" w:sz="0" w:space="0" w:color="auto"/>
            <w:left w:val="none" w:sz="0" w:space="0" w:color="auto"/>
            <w:bottom w:val="none" w:sz="0" w:space="0" w:color="auto"/>
            <w:right w:val="none" w:sz="0" w:space="0" w:color="auto"/>
          </w:divBdr>
          <w:divsChild>
            <w:div w:id="31032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677743">
      <w:bodyDiv w:val="1"/>
      <w:marLeft w:val="0"/>
      <w:marRight w:val="0"/>
      <w:marTop w:val="0"/>
      <w:marBottom w:val="0"/>
      <w:divBdr>
        <w:top w:val="none" w:sz="0" w:space="0" w:color="auto"/>
        <w:left w:val="none" w:sz="0" w:space="0" w:color="auto"/>
        <w:bottom w:val="none" w:sz="0" w:space="0" w:color="auto"/>
        <w:right w:val="none" w:sz="0" w:space="0" w:color="auto"/>
      </w:divBdr>
    </w:div>
    <w:div w:id="1916813874">
      <w:bodyDiv w:val="1"/>
      <w:marLeft w:val="0"/>
      <w:marRight w:val="0"/>
      <w:marTop w:val="0"/>
      <w:marBottom w:val="0"/>
      <w:divBdr>
        <w:top w:val="none" w:sz="0" w:space="0" w:color="auto"/>
        <w:left w:val="none" w:sz="0" w:space="0" w:color="auto"/>
        <w:bottom w:val="none" w:sz="0" w:space="0" w:color="auto"/>
        <w:right w:val="none" w:sz="0" w:space="0" w:color="auto"/>
      </w:divBdr>
    </w:div>
    <w:div w:id="1982885793">
      <w:bodyDiv w:val="1"/>
      <w:marLeft w:val="0"/>
      <w:marRight w:val="0"/>
      <w:marTop w:val="0"/>
      <w:marBottom w:val="0"/>
      <w:divBdr>
        <w:top w:val="none" w:sz="0" w:space="0" w:color="auto"/>
        <w:left w:val="none" w:sz="0" w:space="0" w:color="auto"/>
        <w:bottom w:val="none" w:sz="0" w:space="0" w:color="auto"/>
        <w:right w:val="none" w:sz="0" w:space="0" w:color="auto"/>
      </w:divBdr>
    </w:div>
    <w:div w:id="1983149270">
      <w:bodyDiv w:val="1"/>
      <w:marLeft w:val="0"/>
      <w:marRight w:val="0"/>
      <w:marTop w:val="0"/>
      <w:marBottom w:val="0"/>
      <w:divBdr>
        <w:top w:val="none" w:sz="0" w:space="0" w:color="auto"/>
        <w:left w:val="none" w:sz="0" w:space="0" w:color="auto"/>
        <w:bottom w:val="none" w:sz="0" w:space="0" w:color="auto"/>
        <w:right w:val="none" w:sz="0" w:space="0" w:color="auto"/>
      </w:divBdr>
    </w:div>
    <w:div w:id="1994946231">
      <w:bodyDiv w:val="1"/>
      <w:marLeft w:val="0"/>
      <w:marRight w:val="0"/>
      <w:marTop w:val="0"/>
      <w:marBottom w:val="0"/>
      <w:divBdr>
        <w:top w:val="none" w:sz="0" w:space="0" w:color="auto"/>
        <w:left w:val="none" w:sz="0" w:space="0" w:color="auto"/>
        <w:bottom w:val="none" w:sz="0" w:space="0" w:color="auto"/>
        <w:right w:val="none" w:sz="0" w:space="0" w:color="auto"/>
      </w:divBdr>
      <w:divsChild>
        <w:div w:id="1665473528">
          <w:marLeft w:val="0"/>
          <w:marRight w:val="0"/>
          <w:marTop w:val="0"/>
          <w:marBottom w:val="0"/>
          <w:divBdr>
            <w:top w:val="none" w:sz="0" w:space="0" w:color="auto"/>
            <w:left w:val="none" w:sz="0" w:space="0" w:color="auto"/>
            <w:bottom w:val="none" w:sz="0" w:space="0" w:color="auto"/>
            <w:right w:val="none" w:sz="0" w:space="0" w:color="auto"/>
          </w:divBdr>
          <w:divsChild>
            <w:div w:id="866917010">
              <w:marLeft w:val="0"/>
              <w:marRight w:val="0"/>
              <w:marTop w:val="0"/>
              <w:marBottom w:val="0"/>
              <w:divBdr>
                <w:top w:val="none" w:sz="0" w:space="0" w:color="auto"/>
                <w:left w:val="none" w:sz="0" w:space="0" w:color="auto"/>
                <w:bottom w:val="none" w:sz="0" w:space="0" w:color="auto"/>
                <w:right w:val="none" w:sz="0" w:space="0" w:color="auto"/>
              </w:divBdr>
            </w:div>
          </w:divsChild>
        </w:div>
        <w:div w:id="1840928894">
          <w:marLeft w:val="0"/>
          <w:marRight w:val="0"/>
          <w:marTop w:val="0"/>
          <w:marBottom w:val="0"/>
          <w:divBdr>
            <w:top w:val="none" w:sz="0" w:space="0" w:color="auto"/>
            <w:left w:val="none" w:sz="0" w:space="0" w:color="auto"/>
            <w:bottom w:val="none" w:sz="0" w:space="0" w:color="auto"/>
            <w:right w:val="none" w:sz="0" w:space="0" w:color="auto"/>
          </w:divBdr>
          <w:divsChild>
            <w:div w:id="2135982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428173">
      <w:bodyDiv w:val="1"/>
      <w:marLeft w:val="0"/>
      <w:marRight w:val="0"/>
      <w:marTop w:val="0"/>
      <w:marBottom w:val="0"/>
      <w:divBdr>
        <w:top w:val="none" w:sz="0" w:space="0" w:color="auto"/>
        <w:left w:val="none" w:sz="0" w:space="0" w:color="auto"/>
        <w:bottom w:val="none" w:sz="0" w:space="0" w:color="auto"/>
        <w:right w:val="none" w:sz="0" w:space="0" w:color="auto"/>
      </w:divBdr>
    </w:div>
    <w:div w:id="2023046810">
      <w:bodyDiv w:val="1"/>
      <w:marLeft w:val="0"/>
      <w:marRight w:val="0"/>
      <w:marTop w:val="0"/>
      <w:marBottom w:val="0"/>
      <w:divBdr>
        <w:top w:val="none" w:sz="0" w:space="0" w:color="auto"/>
        <w:left w:val="none" w:sz="0" w:space="0" w:color="auto"/>
        <w:bottom w:val="none" w:sz="0" w:space="0" w:color="auto"/>
        <w:right w:val="none" w:sz="0" w:space="0" w:color="auto"/>
      </w:divBdr>
    </w:div>
    <w:div w:id="2051109016">
      <w:bodyDiv w:val="1"/>
      <w:marLeft w:val="0"/>
      <w:marRight w:val="0"/>
      <w:marTop w:val="0"/>
      <w:marBottom w:val="0"/>
      <w:divBdr>
        <w:top w:val="none" w:sz="0" w:space="0" w:color="auto"/>
        <w:left w:val="none" w:sz="0" w:space="0" w:color="auto"/>
        <w:bottom w:val="none" w:sz="0" w:space="0" w:color="auto"/>
        <w:right w:val="none" w:sz="0" w:space="0" w:color="auto"/>
      </w:divBdr>
    </w:div>
    <w:div w:id="2054573921">
      <w:bodyDiv w:val="1"/>
      <w:marLeft w:val="0"/>
      <w:marRight w:val="0"/>
      <w:marTop w:val="0"/>
      <w:marBottom w:val="0"/>
      <w:divBdr>
        <w:top w:val="none" w:sz="0" w:space="0" w:color="auto"/>
        <w:left w:val="none" w:sz="0" w:space="0" w:color="auto"/>
        <w:bottom w:val="none" w:sz="0" w:space="0" w:color="auto"/>
        <w:right w:val="none" w:sz="0" w:space="0" w:color="auto"/>
      </w:divBdr>
    </w:div>
    <w:div w:id="2084372819">
      <w:bodyDiv w:val="1"/>
      <w:marLeft w:val="0"/>
      <w:marRight w:val="0"/>
      <w:marTop w:val="0"/>
      <w:marBottom w:val="0"/>
      <w:divBdr>
        <w:top w:val="none" w:sz="0" w:space="0" w:color="auto"/>
        <w:left w:val="none" w:sz="0" w:space="0" w:color="auto"/>
        <w:bottom w:val="none" w:sz="0" w:space="0" w:color="auto"/>
        <w:right w:val="none" w:sz="0" w:space="0" w:color="auto"/>
      </w:divBdr>
    </w:div>
    <w:div w:id="2085033503">
      <w:bodyDiv w:val="1"/>
      <w:marLeft w:val="0"/>
      <w:marRight w:val="0"/>
      <w:marTop w:val="0"/>
      <w:marBottom w:val="0"/>
      <w:divBdr>
        <w:top w:val="none" w:sz="0" w:space="0" w:color="auto"/>
        <w:left w:val="none" w:sz="0" w:space="0" w:color="auto"/>
        <w:bottom w:val="none" w:sz="0" w:space="0" w:color="auto"/>
        <w:right w:val="none" w:sz="0" w:space="0" w:color="auto"/>
      </w:divBdr>
      <w:divsChild>
        <w:div w:id="1733500821">
          <w:marLeft w:val="0"/>
          <w:marRight w:val="0"/>
          <w:marTop w:val="0"/>
          <w:marBottom w:val="0"/>
          <w:divBdr>
            <w:top w:val="none" w:sz="0" w:space="0" w:color="auto"/>
            <w:left w:val="none" w:sz="0" w:space="0" w:color="auto"/>
            <w:bottom w:val="none" w:sz="0" w:space="0" w:color="auto"/>
            <w:right w:val="none" w:sz="0" w:space="0" w:color="auto"/>
          </w:divBdr>
        </w:div>
        <w:div w:id="1349523320">
          <w:marLeft w:val="0"/>
          <w:marRight w:val="0"/>
          <w:marTop w:val="0"/>
          <w:marBottom w:val="0"/>
          <w:divBdr>
            <w:top w:val="none" w:sz="0" w:space="0" w:color="auto"/>
            <w:left w:val="none" w:sz="0" w:space="0" w:color="auto"/>
            <w:bottom w:val="none" w:sz="0" w:space="0" w:color="auto"/>
            <w:right w:val="none" w:sz="0" w:space="0" w:color="auto"/>
          </w:divBdr>
          <w:divsChild>
            <w:div w:id="816459865">
              <w:marLeft w:val="0"/>
              <w:marRight w:val="0"/>
              <w:marTop w:val="0"/>
              <w:marBottom w:val="0"/>
              <w:divBdr>
                <w:top w:val="none" w:sz="0" w:space="0" w:color="auto"/>
                <w:left w:val="none" w:sz="0" w:space="0" w:color="auto"/>
                <w:bottom w:val="none" w:sz="0" w:space="0" w:color="auto"/>
                <w:right w:val="none" w:sz="0" w:space="0" w:color="auto"/>
              </w:divBdr>
            </w:div>
          </w:divsChild>
        </w:div>
        <w:div w:id="1530607785">
          <w:marLeft w:val="0"/>
          <w:marRight w:val="0"/>
          <w:marTop w:val="0"/>
          <w:marBottom w:val="0"/>
          <w:divBdr>
            <w:top w:val="none" w:sz="0" w:space="0" w:color="auto"/>
            <w:left w:val="none" w:sz="0" w:space="0" w:color="auto"/>
            <w:bottom w:val="none" w:sz="0" w:space="0" w:color="auto"/>
            <w:right w:val="none" w:sz="0" w:space="0" w:color="auto"/>
          </w:divBdr>
          <w:divsChild>
            <w:div w:id="1583562572">
              <w:marLeft w:val="0"/>
              <w:marRight w:val="0"/>
              <w:marTop w:val="0"/>
              <w:marBottom w:val="0"/>
              <w:divBdr>
                <w:top w:val="none" w:sz="0" w:space="0" w:color="auto"/>
                <w:left w:val="none" w:sz="0" w:space="0" w:color="auto"/>
                <w:bottom w:val="none" w:sz="0" w:space="0" w:color="auto"/>
                <w:right w:val="none" w:sz="0" w:space="0" w:color="auto"/>
              </w:divBdr>
            </w:div>
          </w:divsChild>
        </w:div>
        <w:div w:id="2110853170">
          <w:marLeft w:val="0"/>
          <w:marRight w:val="0"/>
          <w:marTop w:val="0"/>
          <w:marBottom w:val="0"/>
          <w:divBdr>
            <w:top w:val="none" w:sz="0" w:space="0" w:color="auto"/>
            <w:left w:val="none" w:sz="0" w:space="0" w:color="auto"/>
            <w:bottom w:val="none" w:sz="0" w:space="0" w:color="auto"/>
            <w:right w:val="none" w:sz="0" w:space="0" w:color="auto"/>
          </w:divBdr>
          <w:divsChild>
            <w:div w:id="1016928538">
              <w:marLeft w:val="0"/>
              <w:marRight w:val="0"/>
              <w:marTop w:val="0"/>
              <w:marBottom w:val="0"/>
              <w:divBdr>
                <w:top w:val="none" w:sz="0" w:space="0" w:color="auto"/>
                <w:left w:val="none" w:sz="0" w:space="0" w:color="auto"/>
                <w:bottom w:val="none" w:sz="0" w:space="0" w:color="auto"/>
                <w:right w:val="none" w:sz="0" w:space="0" w:color="auto"/>
              </w:divBdr>
            </w:div>
          </w:divsChild>
        </w:div>
        <w:div w:id="1391076710">
          <w:marLeft w:val="0"/>
          <w:marRight w:val="0"/>
          <w:marTop w:val="0"/>
          <w:marBottom w:val="0"/>
          <w:divBdr>
            <w:top w:val="none" w:sz="0" w:space="0" w:color="auto"/>
            <w:left w:val="none" w:sz="0" w:space="0" w:color="auto"/>
            <w:bottom w:val="none" w:sz="0" w:space="0" w:color="auto"/>
            <w:right w:val="none" w:sz="0" w:space="0" w:color="auto"/>
          </w:divBdr>
          <w:divsChild>
            <w:div w:id="1830903236">
              <w:marLeft w:val="0"/>
              <w:marRight w:val="0"/>
              <w:marTop w:val="0"/>
              <w:marBottom w:val="0"/>
              <w:divBdr>
                <w:top w:val="none" w:sz="0" w:space="0" w:color="auto"/>
                <w:left w:val="none" w:sz="0" w:space="0" w:color="auto"/>
                <w:bottom w:val="none" w:sz="0" w:space="0" w:color="auto"/>
                <w:right w:val="none" w:sz="0" w:space="0" w:color="auto"/>
              </w:divBdr>
            </w:div>
          </w:divsChild>
        </w:div>
        <w:div w:id="958338159">
          <w:marLeft w:val="0"/>
          <w:marRight w:val="0"/>
          <w:marTop w:val="0"/>
          <w:marBottom w:val="0"/>
          <w:divBdr>
            <w:top w:val="none" w:sz="0" w:space="0" w:color="auto"/>
            <w:left w:val="none" w:sz="0" w:space="0" w:color="auto"/>
            <w:bottom w:val="none" w:sz="0" w:space="0" w:color="auto"/>
            <w:right w:val="none" w:sz="0" w:space="0" w:color="auto"/>
          </w:divBdr>
        </w:div>
      </w:divsChild>
    </w:div>
    <w:div w:id="2119594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instagram.com/p/DBajOqSsX36/?utm_source=ig_web_copy_link&amp;stkn=MzRlODBiNWFlZA" TargetMode="External"/><Relationship Id="rId671" Type="http://schemas.openxmlformats.org/officeDocument/2006/relationships/hyperlink" Target="https://www.instagram.com/reel/DVYjTfyClDz/?xtok=eHAzaWg0NHdoZ251" TargetMode="External"/><Relationship Id="rId769" Type="http://schemas.openxmlformats.org/officeDocument/2006/relationships/hyperlink" Target="https://www.instagram.com/reel/DdWM-RnqYFP/?xtok=aGJuMWg3emVwZDJ2" TargetMode="External"/><Relationship Id="rId21" Type="http://schemas.openxmlformats.org/officeDocument/2006/relationships/hyperlink" Target="https://www.instagram.com/p/C4c34QUrtkz/?xtok=MWlpYmE3dTExZnF4OA==" TargetMode="External"/><Relationship Id="rId324" Type="http://schemas.openxmlformats.org/officeDocument/2006/relationships/hyperlink" Target="https://www.instagram.com/reel/DGiSfJAsxZI/?utm_source=ig_web_copy_link&amp;srtk=MzRlODBiNWFlZA" TargetMode="External"/><Relationship Id="rId531" Type="http://schemas.openxmlformats.org/officeDocument/2006/relationships/hyperlink" Target="https://www.instagram.com/reel/DPaYQR6irI3/?cplk=Nnd3OHo3bm9ha282" TargetMode="External"/><Relationship Id="rId629" Type="http://schemas.openxmlformats.org/officeDocument/2006/relationships/hyperlink" Target="https://www.instagram.com/p/DSTyLmNCveT/?img_index=9&amp;obrf=MWZodXhqdXpmazluNQ" TargetMode="External"/><Relationship Id="rId170" Type="http://schemas.openxmlformats.org/officeDocument/2006/relationships/hyperlink" Target="https://www.instagram.com/reel/DCQ0QnjtqAf/?utm_source=ig_web_copy_link&amp;stkn=MzRlODBiNWFlZA" TargetMode="External"/><Relationship Id="rId836" Type="http://schemas.openxmlformats.org/officeDocument/2006/relationships/chart" Target="charts/chart4.xml"/><Relationship Id="rId268" Type="http://schemas.openxmlformats.org/officeDocument/2006/relationships/hyperlink" Target="https://www.instagram.com/reel/DEMdmo9MtNR/?utm_source=ig_web_copy_link&amp;dlrf=MzRlODBiNWFlZA==&amp;srtk=MzRlODBiNWFlZA" TargetMode="External"/><Relationship Id="rId475" Type="http://schemas.openxmlformats.org/officeDocument/2006/relationships/hyperlink" Target="https://www.instagram.com/reel/DOkmZEkCrS_/?dlrf=MTF0Nm5qZHd5Z3d4aQ" TargetMode="External"/><Relationship Id="rId682" Type="http://schemas.openxmlformats.org/officeDocument/2006/relationships/hyperlink" Target="https://www.instagram.com/reel/DVeAeMwior0/?obrf=MXJ1bWR0aDg5ZmwzcA" TargetMode="External"/><Relationship Id="rId903" Type="http://schemas.openxmlformats.org/officeDocument/2006/relationships/hyperlink" Target="https://www.instagram.com/reel/Dds8DnIKGCj/?xtok=NjAzb2o1Nmg2Znc1" TargetMode="External"/><Relationship Id="rId32" Type="http://schemas.openxmlformats.org/officeDocument/2006/relationships/image" Target="media/image7.png"/><Relationship Id="rId128" Type="http://schemas.openxmlformats.org/officeDocument/2006/relationships/hyperlink" Target="https://www.instagram.com/reel/DBgdN7NMf0g/?utm_source=ig_web_copy_link&amp;stkn=MzRlODBiNWFlZA" TargetMode="External"/><Relationship Id="rId335" Type="http://schemas.openxmlformats.org/officeDocument/2006/relationships/hyperlink" Target="https://www.instagram.com/p/DGxDsyatxVh/?utm_source=ig_web_copy_link&amp;psln=MzRlODBiNWFlZA==&amp;srtk=MzRlODBiNWFlZA" TargetMode="External"/><Relationship Id="rId542" Type="http://schemas.openxmlformats.org/officeDocument/2006/relationships/hyperlink" Target="https://www.instagram.com/p/DPyzZ6OCpJy/?img_index=6&amp;xtok=MWl3ZDI2dzAwY2VyYQ" TargetMode="External"/><Relationship Id="rId181" Type="http://schemas.openxmlformats.org/officeDocument/2006/relationships/hyperlink" Target="https://www.instagram.com/p/DCT0SepMzoN/?utm_source=ig_web_copy_link&amp;stkn=MzRlODBiNWFlZA" TargetMode="External"/><Relationship Id="rId402" Type="http://schemas.openxmlformats.org/officeDocument/2006/relationships/hyperlink" Target="https://www.instagram.com/reel/DI0HJ7gI1SF/?utm_source=ig_web_copy_link&amp;cplk=MzRlODBiNWFlZA==&amp;srtk=MzRlODBiNWFlZA" TargetMode="External"/><Relationship Id="rId847" Type="http://schemas.openxmlformats.org/officeDocument/2006/relationships/image" Target="media/image14.jpeg"/><Relationship Id="rId279" Type="http://schemas.openxmlformats.org/officeDocument/2006/relationships/hyperlink" Target="https://www.instagram.com/p/DE2MTbBM-oX/?utm_source=ig_web_copy_link&amp;exln=MzRlODBiNWFlZA==&amp;srtk=MzRlODBiNWFlZA" TargetMode="External"/><Relationship Id="rId486" Type="http://schemas.openxmlformats.org/officeDocument/2006/relationships/hyperlink" Target="https://www.instagram.com/reel/DOp4vVjikD3/?mdxt=d2x2MjZvZTB5dzdo" TargetMode="External"/><Relationship Id="rId693" Type="http://schemas.openxmlformats.org/officeDocument/2006/relationships/hyperlink" Target="https://www.instagram.com/reel/DVnIty3Cg6E/?cplk=MW5zaGwxZW05ZWYzeg" TargetMode="External"/><Relationship Id="rId707" Type="http://schemas.openxmlformats.org/officeDocument/2006/relationships/hyperlink" Target="https://www.instagram.com/p/DW0w-UsCgA1/?xtok=MWRqd3hiZnA2N3R4cQ" TargetMode="External"/><Relationship Id="rId43" Type="http://schemas.openxmlformats.org/officeDocument/2006/relationships/hyperlink" Target="https://www.instagram.com/reel/C_sLZ1hMbQ2/?utm_source=ig_web_copy_link&amp;stkn=MzRlODBiNWFlZA" TargetMode="External"/><Relationship Id="rId139" Type="http://schemas.openxmlformats.org/officeDocument/2006/relationships/hyperlink" Target="https://www.instagram.com/reel/DBippExsyrk/?utm_source=ig_web_copy_link&amp;stkn=MzRlODBiNWFlZA" TargetMode="External"/><Relationship Id="rId346" Type="http://schemas.openxmlformats.org/officeDocument/2006/relationships/hyperlink" Target="https://www.instagram.com/p/DG42y39MsR3/?utm_source=ig_web_copy_link&amp;srtk=MzRlODBiNWFlZA" TargetMode="External"/><Relationship Id="rId553" Type="http://schemas.openxmlformats.org/officeDocument/2006/relationships/hyperlink" Target="https://www.instagram.com/p/DQDq7T1Ci3s/?exln=bGh0ZDFnbWpjZ2xr" TargetMode="External"/><Relationship Id="rId760" Type="http://schemas.openxmlformats.org/officeDocument/2006/relationships/hyperlink" Target="https://www.instagram.com/reel/DdoG3mTsaCj/?xtok=MTZvbmZhY2d0dXA3MQ" TargetMode="External"/><Relationship Id="rId192" Type="http://schemas.openxmlformats.org/officeDocument/2006/relationships/hyperlink" Target="https://www.instagram.com/reel/DCbga4XsjRX/?utm_source=ig_web_copy_link&amp;stkn=MzRlODBiNWFlZA" TargetMode="External"/><Relationship Id="rId206" Type="http://schemas.openxmlformats.org/officeDocument/2006/relationships/hyperlink" Target="https://www.instagram.com/p/DC3fQBUsrUj/?utm_source=ig_web_copy_link&amp;stkn=MzRlODBiNWFlZA" TargetMode="External"/><Relationship Id="rId413" Type="http://schemas.openxmlformats.org/officeDocument/2006/relationships/hyperlink" Target="https://www.instagram.com/reel/DJGgHBEs9yq/?utm_source=ig_web_copy_link&amp;rpxt=MzRlODBiNWFlZA==&amp;srtk=MzRlODBiNWFlZA" TargetMode="External"/><Relationship Id="rId858" Type="http://schemas.openxmlformats.org/officeDocument/2006/relationships/hyperlink" Target="https://www.instagram.com/p/DHIVOv0MLyz/?stkn=cGoxcXBpdjJrM2Zl" TargetMode="External"/><Relationship Id="rId497" Type="http://schemas.openxmlformats.org/officeDocument/2006/relationships/hyperlink" Target="https://www.instagram.com/p/DO8JSUiigwV/?img_index=2&amp;xtok=eXV6a2l2dXZ4YTkw" TargetMode="External"/><Relationship Id="rId620" Type="http://schemas.openxmlformats.org/officeDocument/2006/relationships/hyperlink" Target="https://www.instagram.com/p/DSSO6L6Ct_0/?rpxt=ZGwwaXJwYmNlMHFs" TargetMode="External"/><Relationship Id="rId718" Type="http://schemas.openxmlformats.org/officeDocument/2006/relationships/hyperlink" Target="https://www.instagram.com/reel/DX8dyeuqy-N/?vrfl=MWlrenRpYmk1NmE2Zg" TargetMode="External"/><Relationship Id="rId357" Type="http://schemas.openxmlformats.org/officeDocument/2006/relationships/hyperlink" Target="https://www.instagram.com/reel/DHLfGB1sZPN/?utm_source=ig_web_copy_link&amp;xtok=MzRlODBiNWFlZA==&amp;srtk=MzRlODBiNWFlZA" TargetMode="External"/><Relationship Id="rId54" Type="http://schemas.openxmlformats.org/officeDocument/2006/relationships/hyperlink" Target="https://www.instagram.com/p/C_72nQbsRLj/?utm_source=ig_web_copy_link&amp;stkn=MzRlODBiNWFlZA" TargetMode="External"/><Relationship Id="rId217" Type="http://schemas.openxmlformats.org/officeDocument/2006/relationships/hyperlink" Target="https://www.instagram.com/reel/DDL7U_oM4HE/?utm_source=ig_web_copy_link&amp;stkn=MzRlODBiNWFlZA" TargetMode="External"/><Relationship Id="rId564" Type="http://schemas.openxmlformats.org/officeDocument/2006/relationships/hyperlink" Target="https://www.instagram.com/reel/DQLstOLivsd/?exln=MTA3anlqMzBhYTg4aw" TargetMode="External"/><Relationship Id="rId771" Type="http://schemas.openxmlformats.org/officeDocument/2006/relationships/hyperlink" Target="https://www.instagram.com/p/DdjvOdFKd1k/?mdxt=MzdzOTV2b21maWt2" TargetMode="External"/><Relationship Id="rId869" Type="http://schemas.openxmlformats.org/officeDocument/2006/relationships/hyperlink" Target="https://kargoo.kz/content/view/5/321326935?lang=ru" TargetMode="External"/><Relationship Id="rId424" Type="http://schemas.openxmlformats.org/officeDocument/2006/relationships/hyperlink" Target="https://www.instagram.com/p/DJY6etvMoaa/?utm_source=ig_web_copy_link&amp;srtk=MzRlODBiNWFlZA" TargetMode="External"/><Relationship Id="rId631" Type="http://schemas.openxmlformats.org/officeDocument/2006/relationships/hyperlink" Target="https://www.instagram.com/reel/DSjyRnLCqAf/?dlrf=ZjlidnpqbnBob3Y3" TargetMode="External"/><Relationship Id="rId729" Type="http://schemas.openxmlformats.org/officeDocument/2006/relationships/hyperlink" Target="https://www.instagram.com/reel/DYrbr6YqFWN/?cplk=dzFmMTNlOHM0c3pp" TargetMode="External"/><Relationship Id="rId270" Type="http://schemas.openxmlformats.org/officeDocument/2006/relationships/hyperlink" Target="https://www.instagram.com/p/DEPkzajsF4X/?utm_source=ig_web_copy_link&amp;obrf=MzRlODBiNWFlZA==&amp;srtk=MzRlODBiNWFlZA" TargetMode="External"/><Relationship Id="rId65" Type="http://schemas.openxmlformats.org/officeDocument/2006/relationships/hyperlink" Target="https://www.instagram.com/p/DAGraqyMxWS/?utm_source=ig_web_copy_link&amp;stkn=MzRlODBiNWFlZA" TargetMode="External"/><Relationship Id="rId130" Type="http://schemas.openxmlformats.org/officeDocument/2006/relationships/hyperlink" Target="https://www.instagram.com/p/DBgeCYXMgzK/?utm_source=ig_web_copy_link&amp;stkn=MzRlODBiNWFlZA" TargetMode="External"/><Relationship Id="rId368" Type="http://schemas.openxmlformats.org/officeDocument/2006/relationships/hyperlink" Target="https://www.instagram.com/reel/DHWLrIuo6j_/?utm_source=ig_web_copy_link&amp;exln=MzRlODBiNWFlZA==&amp;srtk=MzRlODBiNWFlZA" TargetMode="External"/><Relationship Id="rId575" Type="http://schemas.openxmlformats.org/officeDocument/2006/relationships/hyperlink" Target="https://www.instagram.com/p/DQ3yw3rCnvS/?cplk=dDB1cDI2cGQzcW1i" TargetMode="External"/><Relationship Id="rId782" Type="http://schemas.openxmlformats.org/officeDocument/2006/relationships/hyperlink" Target="https://www.instagram.com/reel/DdJD6ZTqMjr/?mdxt=MWcxeXAyb3MwMnB0Mg" TargetMode="External"/><Relationship Id="rId228" Type="http://schemas.openxmlformats.org/officeDocument/2006/relationships/hyperlink" Target="https://www.instagram.com/reel/DDUwEwJsScC/?utm_source=ig_web_copy_link&amp;stkn=MzRlODBiNWFlZA" TargetMode="External"/><Relationship Id="rId435" Type="http://schemas.openxmlformats.org/officeDocument/2006/relationships/hyperlink" Target="https://www.instagram.com/reel/DJ_KbqFM5TW/?utm_source=ig_web_copy_link&amp;obrf=MzRlODBiNWFlZA==&amp;srtk=MzRlODBiNWFlZA" TargetMode="External"/><Relationship Id="rId642" Type="http://schemas.openxmlformats.org/officeDocument/2006/relationships/hyperlink" Target="https://www.instagram.com/reel/DTu3-VpCkPW/?xtok=MjV1eG8yNDFqN2tv" TargetMode="External"/><Relationship Id="rId281" Type="http://schemas.openxmlformats.org/officeDocument/2006/relationships/hyperlink" Target="https://www.instagram.com/p/DE4K3K6sj68/?utm_source=ig_web_copy_link&amp;rpxt=MzRlODBiNWFlZA==&amp;srtk=MzRlODBiNWFlZA" TargetMode="External"/><Relationship Id="rId502" Type="http://schemas.openxmlformats.org/officeDocument/2006/relationships/hyperlink" Target="https://www.instagram.com/reel/DPN7ySKirsR/?dlrf=MW9oNXk4ajR6YzZjZg" TargetMode="External"/><Relationship Id="rId76" Type="http://schemas.openxmlformats.org/officeDocument/2006/relationships/hyperlink" Target="https://www.instagram.com/p/DAoK8mrssN-/?utm_source=ig_web_copy_link&amp;stkn=MzRlODBiNWFlZA" TargetMode="External"/><Relationship Id="rId141" Type="http://schemas.openxmlformats.org/officeDocument/2006/relationships/hyperlink" Target="https://www.instagram.com/p/DBjMC_oMqC7/?utm_source=ig_web_copy_link&amp;stkn=MzRlODBiNWFlZA" TargetMode="External"/><Relationship Id="rId379" Type="http://schemas.openxmlformats.org/officeDocument/2006/relationships/hyperlink" Target="https://www.instagram.com/p/DIImvF6MAo-/?utm_source=ig_web_copy_link&amp;cplk=MzRlODBiNWFlZA==&amp;srtk=MzRlODBiNWFlZA" TargetMode="External"/><Relationship Id="rId586" Type="http://schemas.openxmlformats.org/officeDocument/2006/relationships/hyperlink" Target="https://www.instagram.com/reel/DQ-8G_ECvvo/?mdxt=dmYwdGlreHlhNXBw" TargetMode="External"/><Relationship Id="rId793" Type="http://schemas.openxmlformats.org/officeDocument/2006/relationships/hyperlink" Target="https://www.instagram.com/reel/Dd32y_EKiu0/?vrfl=amR4c3ZzOHJsMDQy" TargetMode="External"/><Relationship Id="rId807" Type="http://schemas.openxmlformats.org/officeDocument/2006/relationships/hyperlink" Target="https://www.instagram.com/reel/Dd9IOG4K0vB/?psln=b3FwMGwzMGoxOGQz" TargetMode="External"/><Relationship Id="rId7" Type="http://schemas.openxmlformats.org/officeDocument/2006/relationships/endnotes" Target="endnotes.xml"/><Relationship Id="rId239" Type="http://schemas.openxmlformats.org/officeDocument/2006/relationships/hyperlink" Target="https://www.instagram.com/reel/DDY1KWeq3XN/?utm_source=ig_web_copy_link&amp;stkn=MzRlODBiNWFlZA" TargetMode="External"/><Relationship Id="rId446" Type="http://schemas.openxmlformats.org/officeDocument/2006/relationships/hyperlink" Target="https://www.instagram.com/p/DKXVU6BME1K/?utm_source=ig_web_copy_link&amp;cplk=MzRlODBiNWFlZA==&amp;srtk=MzRlODBiNWFlZA" TargetMode="External"/><Relationship Id="rId653" Type="http://schemas.openxmlformats.org/officeDocument/2006/relationships/hyperlink" Target="https://www.instagram.com/reel/DUiS9i_CpQz/?cplk=MzR6dGMxb2J1bmV2" TargetMode="External"/><Relationship Id="rId292" Type="http://schemas.openxmlformats.org/officeDocument/2006/relationships/hyperlink" Target="https://www.instagram.com/p/DFKMgUIsXtM/?utm_source=ig_web_copy_link&amp;dlrf=MzRlODBiNWFlZA==&amp;srtk=MzRlODBiNWFlZA" TargetMode="External"/><Relationship Id="rId306" Type="http://schemas.openxmlformats.org/officeDocument/2006/relationships/hyperlink" Target="https://www.instagram.com/reel/DF8I3wasgcV/?utm_source=ig_web_copy_link&amp;cplk=MzRlODBiNWFlZA==&amp;srtk=MzRlODBiNWFlZA" TargetMode="External"/><Relationship Id="rId860" Type="http://schemas.openxmlformats.org/officeDocument/2006/relationships/hyperlink" Target="https://www.instagram.com/p/DIQxzOlMbXc/?stkn=YXpnY2xxdWk5dGk4" TargetMode="External"/><Relationship Id="rId87" Type="http://schemas.openxmlformats.org/officeDocument/2006/relationships/hyperlink" Target="https://www.instagram.com/reel/DAvzmItMkT4/?utm_source=ig_web_copy_link&amp;stkn=MzRlODBiNWFlZA" TargetMode="External"/><Relationship Id="rId513" Type="http://schemas.openxmlformats.org/officeDocument/2006/relationships/hyperlink" Target="https://www.instagram.com/reel/DPS3hROCllq/?psln=N3Y0NWV0NG5ibmIx" TargetMode="External"/><Relationship Id="rId597" Type="http://schemas.openxmlformats.org/officeDocument/2006/relationships/hyperlink" Target="https://www.instagram.com/p/DRv8DISChyf/?obrf=MWtqc3hvazV2bDZ2Ng" TargetMode="External"/><Relationship Id="rId720" Type="http://schemas.openxmlformats.org/officeDocument/2006/relationships/hyperlink" Target="https://www.instagram.com/p/DX9CIjGKlYF/?srtk=MXVxcTQ0cjA0cTN1dw" TargetMode="External"/><Relationship Id="rId818" Type="http://schemas.openxmlformats.org/officeDocument/2006/relationships/hyperlink" Target="https://www.instagram.com/reel/DeGxwV_KOaP/?mdxt=bzB0MzFtbXRybnB0" TargetMode="External"/><Relationship Id="rId152" Type="http://schemas.openxmlformats.org/officeDocument/2006/relationships/hyperlink" Target="https://www.instagram.com/reel/DB8MaYAsh3R/?utm_source=ig_web_copy_link&amp;stkn=MzRlODBiNWFlZA" TargetMode="External"/><Relationship Id="rId457" Type="http://schemas.openxmlformats.org/officeDocument/2006/relationships/hyperlink" Target="https://www.instagram.com/reel/DLABgZjMtOH/?utm_source=ig_web_copy_link&amp;obrf=MzRlODBiNWFlZA==&amp;srtk=MzRlODBiNWFlZA" TargetMode="External"/><Relationship Id="rId664" Type="http://schemas.openxmlformats.org/officeDocument/2006/relationships/hyperlink" Target="https://www.instagram.com/reel/DVPEsCEiuny/?srtk=MTRncmFteXZlMHpmcw" TargetMode="External"/><Relationship Id="rId871" Type="http://schemas.openxmlformats.org/officeDocument/2006/relationships/image" Target="media/image25.jpeg"/><Relationship Id="rId14" Type="http://schemas.openxmlformats.org/officeDocument/2006/relationships/image" Target="media/image1.png"/><Relationship Id="rId317" Type="http://schemas.openxmlformats.org/officeDocument/2006/relationships/hyperlink" Target="https://www.instagram.com/p/DGcgPhusK73/?utm_source=ig_web_copy_link&amp;exln=MzRlODBiNWFlZA==&amp;srtk=MzRlODBiNWFlZA" TargetMode="External"/><Relationship Id="rId524" Type="http://schemas.openxmlformats.org/officeDocument/2006/relationships/hyperlink" Target="https://www.instagram.com/reel/DPUOKVVCnfG/?psln=MXA5ZnlyOGtna2dicA" TargetMode="External"/><Relationship Id="rId731" Type="http://schemas.openxmlformats.org/officeDocument/2006/relationships/hyperlink" Target="https://www.instagram.com/reel/DYvAUKbK4kR/?exln=MTNzbXhwZnBzYTEwbw" TargetMode="External"/><Relationship Id="rId98" Type="http://schemas.openxmlformats.org/officeDocument/2006/relationships/hyperlink" Target="https://www.instagram.com/p/DBGBTL2s2M0/?utm_source=ig_web_copy_link&amp;stkn=MzRlODBiNWFlZA" TargetMode="External"/><Relationship Id="rId121" Type="http://schemas.openxmlformats.org/officeDocument/2006/relationships/hyperlink" Target="https://www.instagram.com/reel/DBf8hVTMOcw/?utm_source=ig_web_copy_link&amp;stkn=MzRlODBiNWFlZA" TargetMode="External"/><Relationship Id="rId163" Type="http://schemas.openxmlformats.org/officeDocument/2006/relationships/hyperlink" Target="https://www.instagram.com/p/DCN-3kSIi2j/?utm_source=ig_web_copy_link&amp;stkn=MzRlODBiNWFlZA" TargetMode="External"/><Relationship Id="rId219" Type="http://schemas.openxmlformats.org/officeDocument/2006/relationships/hyperlink" Target="https://www.instagram.com/p/DDMxM5Sso6r/?utm_source=ig_web_copy_link&amp;stkn=MzRlODBiNWFlZA" TargetMode="External"/><Relationship Id="rId370" Type="http://schemas.openxmlformats.org/officeDocument/2006/relationships/hyperlink" Target="https://www.instagram.com/reel/DHYJOb2OaH/?utm_source=ig_web_copy_link&amp;xtok=MzRlODBiNWFlZA==&amp;srtk=MzRlODBiNWFlZA" TargetMode="External"/><Relationship Id="rId426" Type="http://schemas.openxmlformats.org/officeDocument/2006/relationships/hyperlink" Target="https://www.instagram.com/p/DJcFg9wMQMv/?utm_source=ig_web_copy_link&amp;rpxt=MzRlODBiNWFlZA==&amp;srtk=MzRlODBiNWFlZA" TargetMode="External"/><Relationship Id="rId633" Type="http://schemas.openxmlformats.org/officeDocument/2006/relationships/hyperlink" Target="https://www.instagram.com/reel/DSqDGtXClY9/?obrf=aGFjNzczeG82cTJr" TargetMode="External"/><Relationship Id="rId829" Type="http://schemas.openxmlformats.org/officeDocument/2006/relationships/image" Target="media/image8.png"/><Relationship Id="rId230" Type="http://schemas.openxmlformats.org/officeDocument/2006/relationships/hyperlink" Target="https://www.instagram.com/p/DDWd50PManC/?utm_source=ig_web_copy_link&amp;stkn=MzRlODBiNWFlZA" TargetMode="External"/><Relationship Id="rId468" Type="http://schemas.openxmlformats.org/officeDocument/2006/relationships/hyperlink" Target="https://www.instagram.com/p/DOO3nD0CqQ_/?img_index=3&amp;exln=MWZyMXRkcnRhanpkeA" TargetMode="External"/><Relationship Id="rId675" Type="http://schemas.openxmlformats.org/officeDocument/2006/relationships/hyperlink" Target="https://www.instagram.com/p/DVazJJVCqB4/?vrfl=MTExMmk2NWZwNjltaA" TargetMode="External"/><Relationship Id="rId840" Type="http://schemas.openxmlformats.org/officeDocument/2006/relationships/chart" Target="charts/chart8.xml"/><Relationship Id="rId882" Type="http://schemas.openxmlformats.org/officeDocument/2006/relationships/image" Target="media/image28.png"/><Relationship Id="rId25" Type="http://schemas.openxmlformats.org/officeDocument/2006/relationships/hyperlink" Target="https://www.instagram.com/p/DGxDsyatxVh/?vrfl=MW9odXZ1aWplZ2w0ZA==" TargetMode="External"/><Relationship Id="rId67" Type="http://schemas.openxmlformats.org/officeDocument/2006/relationships/hyperlink" Target="https://www.instagram.com/p/DAa5xN4MYPI/?utm_source=ig_web_copy_link&amp;stkn=MzRlODBiNWFlZA" TargetMode="External"/><Relationship Id="rId272" Type="http://schemas.openxmlformats.org/officeDocument/2006/relationships/hyperlink" Target="https://www.instagram.com/p/DEzL_NQsOFA/?utm_source=ig_web_copy_link&amp;obrf=MzRlODBiNWFlZA==&amp;srtk=MzRlODBiNWFlZA" TargetMode="External"/><Relationship Id="rId328" Type="http://schemas.openxmlformats.org/officeDocument/2006/relationships/hyperlink" Target="https://www.instagram.com/p/DGm27utsxdN/?utm_source=ig_web_copy_link&amp;vrfl=MzRlODBiNWFlZA==&amp;srtk=MzRlODBiNWFlZA" TargetMode="External"/><Relationship Id="rId535" Type="http://schemas.openxmlformats.org/officeDocument/2006/relationships/hyperlink" Target="https://www.instagram.com/p/DPgUGBQChf4/?img_index=5&amp;mdxt=MTlta3Z1bTF5MmU3dw" TargetMode="External"/><Relationship Id="rId577" Type="http://schemas.openxmlformats.org/officeDocument/2006/relationships/hyperlink" Target="https://www.instagram.com/reel/DQ4iyp1Cntq/?mdxt=Y3ljNW9zdWtibG85" TargetMode="External"/><Relationship Id="rId700" Type="http://schemas.openxmlformats.org/officeDocument/2006/relationships/hyperlink" Target="https://www.instagram.com/p/DV9Gq4aisP7/?exln=OTg4c2M3Mmp0bjg1" TargetMode="External"/><Relationship Id="rId742" Type="http://schemas.openxmlformats.org/officeDocument/2006/relationships/hyperlink" Target="https://www.instagram.com/p/Dcyj6a6qq_6/?mdxt=MWNvc3d3NzlpanM3eg" TargetMode="External"/><Relationship Id="rId132" Type="http://schemas.openxmlformats.org/officeDocument/2006/relationships/hyperlink" Target="https://www.instagram.com/p/DBgirB_s29S/?utm_source=ig_web_copy_link&amp;stkn=MzRlODBiNWFlZA" TargetMode="External"/><Relationship Id="rId174" Type="http://schemas.openxmlformats.org/officeDocument/2006/relationships/hyperlink" Target="https://www.instagram.com/p/DCR52xxNI9X/?utm_source=ig_web_copy_link&amp;stkn=MzRlODBiNWFlZA" TargetMode="External"/><Relationship Id="rId381" Type="http://schemas.openxmlformats.org/officeDocument/2006/relationships/hyperlink" Target="https://www.instagram.com/reel/DIOCzz2MGXx/?utm_source=ig_web_copy_link&amp;dlrf=MzRlODBiNWFlZA==&amp;srtk=MzRlODBiNWFlZA" TargetMode="External"/><Relationship Id="rId602" Type="http://schemas.openxmlformats.org/officeDocument/2006/relationships/hyperlink" Target="https://www.instagram.com/p/DSAAMf4iggN/?img_index=3&amp;rpxt=eGd6dzdpaWRreG9z" TargetMode="External"/><Relationship Id="rId784" Type="http://schemas.openxmlformats.org/officeDocument/2006/relationships/hyperlink" Target="https://www.instagram.com/p/DdPJx6vCnf7/?img_index=2&amp;dlrf=MW1zdGhia21tdXg3aQ" TargetMode="External"/><Relationship Id="rId241" Type="http://schemas.openxmlformats.org/officeDocument/2006/relationships/hyperlink" Target="https://www.instagram.com/reel/DDY8ZQKZLV/?utm_source=ig_web_copy_link&amp;stkn=MzRlODBiNWFlZA" TargetMode="External"/><Relationship Id="rId437" Type="http://schemas.openxmlformats.org/officeDocument/2006/relationships/hyperlink" Target="https://www.instagram.com/p/DJ_i4GSMvvx/?utm_source=ig_web_copy_link&amp;xtok=MzRlODBiNWFlZA==&amp;srtk=MzRlODBiNWFlZA" TargetMode="External"/><Relationship Id="rId479" Type="http://schemas.openxmlformats.org/officeDocument/2006/relationships/hyperlink" Target="https://www.instagram.com/reel/DOkmymxCldk/?mdxt=MWlsZmF5eW1rZ29oZA" TargetMode="External"/><Relationship Id="rId644" Type="http://schemas.openxmlformats.org/officeDocument/2006/relationships/hyperlink" Target="https://www.instagram.com/reel/DTzjNObCgXR/?exln=dXdiZHpvdXp5ZXU0" TargetMode="External"/><Relationship Id="rId686" Type="http://schemas.openxmlformats.org/officeDocument/2006/relationships/hyperlink" Target="https://www.instagram.com/reel/DVhwiCzCs1J/?mdxt=NDNjZXJpZnhqbG9k" TargetMode="External"/><Relationship Id="rId851" Type="http://schemas.openxmlformats.org/officeDocument/2006/relationships/image" Target="media/image15.jpeg"/><Relationship Id="rId893" Type="http://schemas.openxmlformats.org/officeDocument/2006/relationships/image" Target="media/image35.png"/><Relationship Id="rId907" Type="http://schemas.openxmlformats.org/officeDocument/2006/relationships/theme" Target="theme/theme1.xml"/><Relationship Id="rId36" Type="http://schemas.openxmlformats.org/officeDocument/2006/relationships/hyperlink" Target="https://www.instagram.com/p/C_X-ryJMJ28/?utm_source=ig_web_copy_link&amp;stkn=MzRlODBiNWFlZA" TargetMode="External"/><Relationship Id="rId283" Type="http://schemas.openxmlformats.org/officeDocument/2006/relationships/hyperlink" Target="https://www.instagram.com/p/DE4k6zZstud/?utm_source=ig_web_copy_link&amp;psln=MzRlODBiNWFlZA==&amp;srtk=MzRlODBiNWFlZA" TargetMode="External"/><Relationship Id="rId339" Type="http://schemas.openxmlformats.org/officeDocument/2006/relationships/hyperlink" Target="https://www.instagram.com/reel/DG2HHkWoshq/?utm_source=ig_web_copy_link&amp;cplk=MzRlODBiNWFlZA==&amp;srtk=MzRlODBiNWFlZA" TargetMode="External"/><Relationship Id="rId490" Type="http://schemas.openxmlformats.org/officeDocument/2006/relationships/hyperlink" Target="https://www.instagram.com/reel/DOvYxyGCr_k/?srtk=MTkzaDh1OGliYnVtcw" TargetMode="External"/><Relationship Id="rId504" Type="http://schemas.openxmlformats.org/officeDocument/2006/relationships/hyperlink" Target="https://www.instagram.com/reel/DPN779FChhx/?mdxt=MzF2eGtiM2F4aXds" TargetMode="External"/><Relationship Id="rId546" Type="http://schemas.openxmlformats.org/officeDocument/2006/relationships/hyperlink" Target="https://www.instagram.com/reel/DP876ATCh_r/?srtk=anpvbXNlaWVxc2tl" TargetMode="External"/><Relationship Id="rId711" Type="http://schemas.openxmlformats.org/officeDocument/2006/relationships/hyperlink" Target="https://www.instagram.com/p/DXrYtZsCoxk/?obrf=ZmcwZnJhZ2NjdjQ3" TargetMode="External"/><Relationship Id="rId753" Type="http://schemas.openxmlformats.org/officeDocument/2006/relationships/hyperlink" Target="https://www.instagram.com/reel/DdjqvAmKbC_/?psln=MWFnOW94NzBpcWFsNw" TargetMode="External"/><Relationship Id="rId78" Type="http://schemas.openxmlformats.org/officeDocument/2006/relationships/hyperlink" Target="https://www.instagram.com/p/DAoLCXEMW7q/?utm_source=ig_web_copy_link&amp;stkn=MzRlODBiNWFlZA" TargetMode="External"/><Relationship Id="rId101" Type="http://schemas.openxmlformats.org/officeDocument/2006/relationships/hyperlink" Target="https://www.instagram.com/reel/DBLMejas2pr/?utm_source=ig_web_copy_link&amp;stkn=MzRlODBiNWFlZA" TargetMode="External"/><Relationship Id="rId143" Type="http://schemas.openxmlformats.org/officeDocument/2006/relationships/hyperlink" Target="https://www.instagram.com/p/DBtNfUIMJq7/?utm_source=ig_web_copy_link&amp;stkn=MzRlODBiNWFlZA" TargetMode="External"/><Relationship Id="rId185" Type="http://schemas.openxmlformats.org/officeDocument/2006/relationships/hyperlink" Target="https://www.instagram.com/reel/DCWVl2Zt_e-/?utm_source=ig_web_copy_link&amp;stkn=MzRlODBiNWFlZA" TargetMode="External"/><Relationship Id="rId350" Type="http://schemas.openxmlformats.org/officeDocument/2006/relationships/hyperlink" Target="https://www.instagram.com/p/DHIVRSBMQPe/?utm_source=ig_web_copy_link&amp;dlrf=MzRlODBiNWFlZA==&amp;srtk=MzRlODBiNWFlZA" TargetMode="External"/><Relationship Id="rId406" Type="http://schemas.openxmlformats.org/officeDocument/2006/relationships/hyperlink" Target="https://www.instagram.com/reel/DI_CiL9Mkv_/?utm_source=ig_web_copy_link&amp;srtk=MzRlODBiNWFlZA" TargetMode="External"/><Relationship Id="rId588" Type="http://schemas.openxmlformats.org/officeDocument/2006/relationships/hyperlink" Target="https://www.instagram.com/p/DRKqjy-ii7-/?img_index=2&amp;psln=M2h1cnAzaTd5d2V1" TargetMode="External"/><Relationship Id="rId795" Type="http://schemas.openxmlformats.org/officeDocument/2006/relationships/hyperlink" Target="https://www.instagram.com/reel/Dd4CzMNKrtr/?rpxt=MWhwcWIyM3RtdWR3dw" TargetMode="External"/><Relationship Id="rId809" Type="http://schemas.openxmlformats.org/officeDocument/2006/relationships/hyperlink" Target="https://www.instagram.com/reel/Dd9IX26Kng6/?cplk=MXg0ZnIydWtoendtMg" TargetMode="External"/><Relationship Id="rId9" Type="http://schemas.openxmlformats.org/officeDocument/2006/relationships/hyperlink" Target="mailto:krg-oso-27929@bilim09.kz" TargetMode="External"/><Relationship Id="rId210" Type="http://schemas.openxmlformats.org/officeDocument/2006/relationships/hyperlink" Target="https://www.instagram.com/p/DDG5um9MZBd/?utm_source=ig_web_copy_link&amp;stkn=MzRlODBiNWFlZA" TargetMode="External"/><Relationship Id="rId392" Type="http://schemas.openxmlformats.org/officeDocument/2006/relationships/hyperlink" Target="https://www.instagram.com/p/DIanc0BNqWC/?utm_source=ig_web_copy_link&amp;vrfl=MzRlODBiNWFlZA==&amp;srtk=MzRlODBiNWFlZA" TargetMode="External"/><Relationship Id="rId448" Type="http://schemas.openxmlformats.org/officeDocument/2006/relationships/hyperlink" Target="https://www.instagram.com/p/DKcgQOasFlN/?utm_source=ig_web_copy_link&amp;psln=MzRlODBiNWFlZA==&amp;srtk=MzRlODBiNWFlZA" TargetMode="External"/><Relationship Id="rId613" Type="http://schemas.openxmlformats.org/officeDocument/2006/relationships/hyperlink" Target="https://www.instagram.com/reel/DSOj3lKCvnL/?rpxt=MXFkZzVpdmlybTJwaQ" TargetMode="External"/><Relationship Id="rId655" Type="http://schemas.openxmlformats.org/officeDocument/2006/relationships/hyperlink" Target="https://www.instagram.com/p/DUnZ8EkivOL/?img_index=3&amp;dlrf=ZHpzNDV4dmJnbDZu" TargetMode="External"/><Relationship Id="rId697" Type="http://schemas.openxmlformats.org/officeDocument/2006/relationships/hyperlink" Target="https://www.instagram.com/reel/DV2Wv1hDO4C/?cplk=ajN5eDE4dDFncndt" TargetMode="External"/><Relationship Id="rId820" Type="http://schemas.openxmlformats.org/officeDocument/2006/relationships/hyperlink" Target="https://www.instagram.com/p/Ddl3MwmCmZ0/?rpxt=eGIwZm5jYmhsZjRy" TargetMode="External"/><Relationship Id="rId862" Type="http://schemas.openxmlformats.org/officeDocument/2006/relationships/hyperlink" Target="mailto:sch53@kargoo.kz" TargetMode="External"/><Relationship Id="rId252" Type="http://schemas.openxmlformats.org/officeDocument/2006/relationships/hyperlink" Target="https://www.instagram.com/p/DDoQxcssQ0z/?utm_source=ig_web_copy_link&amp;stkn=MzRlODBiNWFlZA" TargetMode="External"/><Relationship Id="rId294" Type="http://schemas.openxmlformats.org/officeDocument/2006/relationships/hyperlink" Target="https://www.instagram.com/p/DFXpMSKMPsF/?utm_source=ig_web_copy_link&amp;cplk=MzRlODBiNWFlZA==&amp;srtk=MzRlODBiNWFlZA" TargetMode="External"/><Relationship Id="rId308" Type="http://schemas.openxmlformats.org/officeDocument/2006/relationships/hyperlink" Target="https://www.instagram.com/reel/DGBagECMcRT/?utm_source=ig_web_copy_link&amp;psln=MzRlODBiNWFlZA==&amp;srtk=MzRlODBiNWFlZA" TargetMode="External"/><Relationship Id="rId515" Type="http://schemas.openxmlformats.org/officeDocument/2006/relationships/hyperlink" Target="https://www.instagram.com/reel/DPTwAFyCrVf/?vrfl=bHl4bWFoNDNjYTho" TargetMode="External"/><Relationship Id="rId722" Type="http://schemas.openxmlformats.org/officeDocument/2006/relationships/hyperlink" Target="https://www.instagram.com/reel/DYJNonWqY23/?srtk=ZmwwZ3llMTE4c242" TargetMode="External"/><Relationship Id="rId47" Type="http://schemas.openxmlformats.org/officeDocument/2006/relationships/hyperlink" Target="https://www.instagram.com/p/C_u_XofMdzU/?utm_source=ig_web_copy_link&amp;stkn=MzRlODBiNWFlZA" TargetMode="External"/><Relationship Id="rId89" Type="http://schemas.openxmlformats.org/officeDocument/2006/relationships/hyperlink" Target="https://www.instagram.com/p/DA6Qei5sJ4l/?utm_source=ig_web_copy_link&amp;stkn=MzRlODBiNWFlZA" TargetMode="External"/><Relationship Id="rId112" Type="http://schemas.openxmlformats.org/officeDocument/2006/relationships/hyperlink" Target="https://www.instagram.com/p/DBYgCLas87N/?utm_source=ig_web_copy_link&amp;stkn=MzRlODBiNWFlZA" TargetMode="External"/><Relationship Id="rId154" Type="http://schemas.openxmlformats.org/officeDocument/2006/relationships/hyperlink" Target="https://www.instagram.com/p/DB8jiXPMpgL/?utm_source=ig_web_copy_link&amp;stkn=MzRlODBiNWFlZA" TargetMode="External"/><Relationship Id="rId361" Type="http://schemas.openxmlformats.org/officeDocument/2006/relationships/hyperlink" Target="https://www.instagram.com/p/DHS87RRsYgr/?utm_source=ig_web_copy_link&amp;mdxt=MzRlODBiNWFlZA==&amp;srtk=MzRlODBiNWFlZA" TargetMode="External"/><Relationship Id="rId557" Type="http://schemas.openxmlformats.org/officeDocument/2006/relationships/hyperlink" Target="https://www.instagram.com/reel/DQI6kUcCr3y/?obrf=bXIwZnVqMTJlZG9r" TargetMode="External"/><Relationship Id="rId599" Type="http://schemas.openxmlformats.org/officeDocument/2006/relationships/hyperlink" Target="https://www.instagram.com/p/DRv8L6fCtJH/?psln=MTFxdWJmZmtrYzhpeQ" TargetMode="External"/><Relationship Id="rId764" Type="http://schemas.openxmlformats.org/officeDocument/2006/relationships/hyperlink" Target="https://www.instagram.com/reel/DeHBCNcqyf9/?mdxt=MTlvZDNsejh0OGtxcQ" TargetMode="External"/><Relationship Id="rId196" Type="http://schemas.openxmlformats.org/officeDocument/2006/relationships/hyperlink" Target="https://www.instagram.com/reel/DClbiiOMIJX/?utm_source=ig_web_copy_link&amp;stkn=MzRlODBiNWFlZA" TargetMode="External"/><Relationship Id="rId417" Type="http://schemas.openxmlformats.org/officeDocument/2006/relationships/hyperlink" Target="https://www.instagram.com/p/DJGjVIGMmh_/?utm_source=ig_web_copy_link&amp;xtok=MzRlODBiNWFlZA==&amp;srtk=MzRlODBiNWFlZA" TargetMode="External"/><Relationship Id="rId459" Type="http://schemas.openxmlformats.org/officeDocument/2006/relationships/hyperlink" Target="https://www.instagram.com/p/DLDSbJAsY8N/?utm_source=ig_web_copy_link&amp;cplk=MzRlODBiNWFlZA==&amp;srtk=MzRlODBiNWFlZA" TargetMode="External"/><Relationship Id="rId624" Type="http://schemas.openxmlformats.org/officeDocument/2006/relationships/hyperlink" Target="https://www.instagram.com/reel/DSTxCNcCoM8/?psln=eGIweDUxamw3OG1z" TargetMode="External"/><Relationship Id="rId666" Type="http://schemas.openxmlformats.org/officeDocument/2006/relationships/hyperlink" Target="https://www.instagram.com/reel/DVVlnKoCgGx/?exln=MThkNzZ2cWNjMWpkbA" TargetMode="External"/><Relationship Id="rId831" Type="http://schemas.openxmlformats.org/officeDocument/2006/relationships/image" Target="media/image10.png"/><Relationship Id="rId873" Type="http://schemas.openxmlformats.org/officeDocument/2006/relationships/image" Target="media/image27.jpeg"/><Relationship Id="rId16" Type="http://schemas.openxmlformats.org/officeDocument/2006/relationships/image" Target="media/image3.png"/><Relationship Id="rId221" Type="http://schemas.openxmlformats.org/officeDocument/2006/relationships/hyperlink" Target="https://www.instagram.com/reel/DDOqrn-sbnR/?utm_source=ig_web_copy_link&amp;stkn=MzRlODBiNWFlZA" TargetMode="External"/><Relationship Id="rId263" Type="http://schemas.openxmlformats.org/officeDocument/2006/relationships/hyperlink" Target="https://www.instagram.com/p/DD6-wqtMEU1/?utm_source=ig_web_copy_link&amp;srtk=MzRlODBiNWFlZA" TargetMode="External"/><Relationship Id="rId319" Type="http://schemas.openxmlformats.org/officeDocument/2006/relationships/hyperlink" Target="https://www.instagram.com/reel/DGc5WLls1xO/?utm_source=ig_web_copy_link&amp;xtok=MzRlODBiNWFlZA==&amp;srtk=MzRlODBiNWFlZA" TargetMode="External"/><Relationship Id="rId470" Type="http://schemas.openxmlformats.org/officeDocument/2006/relationships/hyperlink" Target="https://www.instagram.com/reel/DOWhCyVijD-/?mdxt=dWVkdGJ6NGdhbzds" TargetMode="External"/><Relationship Id="rId526" Type="http://schemas.openxmlformats.org/officeDocument/2006/relationships/hyperlink" Target="https://www.instagram.com/reel/DPVa7ArinZo/?mdxt=MW1qZno2YjNucjEzeA" TargetMode="External"/><Relationship Id="rId58" Type="http://schemas.openxmlformats.org/officeDocument/2006/relationships/hyperlink" Target="https://www.instagram.com/p/C_97VIsMxjb/?utm_source=ig_web_copy_link&amp;stkn=MzRlODBiNWFlZA" TargetMode="External"/><Relationship Id="rId123" Type="http://schemas.openxmlformats.org/officeDocument/2006/relationships/hyperlink" Target="https://www.instagram.com/reel/DBgK54NsT0M/?utm_source=ig_web_copy_link&amp;stkn=MzRlODBiNWFlZA" TargetMode="External"/><Relationship Id="rId330" Type="http://schemas.openxmlformats.org/officeDocument/2006/relationships/hyperlink" Target="https://www.instagram.com/reel/DGp7dPqsXVQ/?utm_source=ig_web_copy_link&amp;psln=MzRlODBiNWFlZA==&amp;srtk=MzRlODBiNWFlZA" TargetMode="External"/><Relationship Id="rId568" Type="http://schemas.openxmlformats.org/officeDocument/2006/relationships/hyperlink" Target="https://www.instagram.com/reel/DQdaBX4ChpA/?dlrf=ZjBsZGl6YnE3OHgy" TargetMode="External"/><Relationship Id="rId733" Type="http://schemas.openxmlformats.org/officeDocument/2006/relationships/hyperlink" Target="https://www.instagram.com/reel/DYxIfiaKStO/?psln=MWtjbXkzdjJpcGJjbg" TargetMode="External"/><Relationship Id="rId775" Type="http://schemas.openxmlformats.org/officeDocument/2006/relationships/hyperlink" Target="https://www.instagram.com/reel/Dd4D_0gKxrw/?vrfl=MWQxcGlqc2Zpcmxjbg" TargetMode="External"/><Relationship Id="rId165" Type="http://schemas.openxmlformats.org/officeDocument/2006/relationships/hyperlink" Target="https://www.instagram.com/reel/DCOF4WsNkJQ/?utm_source=ig_web_copy_link" TargetMode="External"/><Relationship Id="rId372" Type="http://schemas.openxmlformats.org/officeDocument/2006/relationships/hyperlink" Target="https://www.instagram.com/reel/DHaOSHKNjOp/?utm_source=ig_web_copy_link&amp;rpxt=MzRlODBiNWFlZA==&amp;srtk=MzRlODBiNWFlZA" TargetMode="External"/><Relationship Id="rId428" Type="http://schemas.openxmlformats.org/officeDocument/2006/relationships/hyperlink" Target="https://www.instagram.com/p/DJrNTbzMwkm/?utm_source=ig_web_copy_link&amp;obrf=MzRlODBiNWFlZA==&amp;srtk=MzRlODBiNWFlZA" TargetMode="External"/><Relationship Id="rId635" Type="http://schemas.openxmlformats.org/officeDocument/2006/relationships/hyperlink" Target="https://www.instagram.com/reel/DStt1avCsD1/?obrf=emUzNmJ4ZDh5MDQ2" TargetMode="External"/><Relationship Id="rId677" Type="http://schemas.openxmlformats.org/officeDocument/2006/relationships/hyperlink" Target="https://www.instagram.com/reel/DVbDgYEivmJ/?cplk=bW9jd29nNW1uZTY3" TargetMode="External"/><Relationship Id="rId800" Type="http://schemas.openxmlformats.org/officeDocument/2006/relationships/hyperlink" Target="https://www.instagram.com/reel/Dd4DE8YqNdk/?cplk=MXQ0Nm0zY3k1am83NQ" TargetMode="External"/><Relationship Id="rId842" Type="http://schemas.openxmlformats.org/officeDocument/2006/relationships/image" Target="media/image13.png"/><Relationship Id="rId232" Type="http://schemas.openxmlformats.org/officeDocument/2006/relationships/hyperlink" Target="https://www.instagram.com/reel/DDWrISQs1pI/?utm_source=ig_web_copy_link&amp;stkn=MzRlODBiNWFlZA" TargetMode="External"/><Relationship Id="rId274" Type="http://schemas.openxmlformats.org/officeDocument/2006/relationships/hyperlink" Target="https://www.instagram.com/p/DEzOAD3MUYE/?utm_source=ig_web_copy_link&amp;exln=MzRlODBiNWFlZA==&amp;srtk=MzRlODBiNWFlZA" TargetMode="External"/><Relationship Id="rId481" Type="http://schemas.openxmlformats.org/officeDocument/2006/relationships/hyperlink" Target="https://www.instagram.com/reel/DOnVendCnEe/?mdxt=bWFja21oZGZ4bWxl" TargetMode="External"/><Relationship Id="rId702" Type="http://schemas.openxmlformats.org/officeDocument/2006/relationships/hyperlink" Target="https://www.instagram.com/p/DWBjmDwio4Y/?obrf=aHFkdDdrZDF5M2pt" TargetMode="External"/><Relationship Id="rId884" Type="http://schemas.openxmlformats.org/officeDocument/2006/relationships/image" Target="media/image30.png"/><Relationship Id="rId27" Type="http://schemas.openxmlformats.org/officeDocument/2006/relationships/image" Target="media/image5.png"/><Relationship Id="rId69" Type="http://schemas.openxmlformats.org/officeDocument/2006/relationships/hyperlink" Target="https://www.instagram.com/reel/DAa6vM8MQWw/?utm_source=ig_web_copy_link&amp;stkn=MzRlODBiNWFlZA" TargetMode="External"/><Relationship Id="rId134" Type="http://schemas.openxmlformats.org/officeDocument/2006/relationships/hyperlink" Target="https://www.instagram.com/p/DBio3Wmssoc/?utm_source=ig_web_copy_link&amp;stkn=MzRlODBiNWFlZA" TargetMode="External"/><Relationship Id="rId537" Type="http://schemas.openxmlformats.org/officeDocument/2006/relationships/hyperlink" Target="https://www.instagram.com/p/DPjH0Ckivee/?exln=MWl6cW8wNHhiMmhrdA" TargetMode="External"/><Relationship Id="rId579" Type="http://schemas.openxmlformats.org/officeDocument/2006/relationships/hyperlink" Target="https://www.instagram.com/reel/DQ4zaQxiiTN/?xtok=MTFkdmIxYTFoMTA1eg" TargetMode="External"/><Relationship Id="rId744" Type="http://schemas.openxmlformats.org/officeDocument/2006/relationships/hyperlink" Target="https://www.instagram.com/p/Dc1eoAfip2o/?xtok=YTN5eGhuZzU2OW8" TargetMode="External"/><Relationship Id="rId786" Type="http://schemas.openxmlformats.org/officeDocument/2006/relationships/hyperlink" Target="https://www.instagram.com/p/DdRlpDjCsCq/?rpxt=MXY4ejl6bWJnMWlrYg" TargetMode="External"/><Relationship Id="rId80" Type="http://schemas.openxmlformats.org/officeDocument/2006/relationships/hyperlink" Target="https://www.instagram.com/p/DAoLGMhsIYv/?utm_source=ig_web_copy_link&amp;stkn=MzRlODBiNWFlZA" TargetMode="External"/><Relationship Id="rId176" Type="http://schemas.openxmlformats.org/officeDocument/2006/relationships/hyperlink" Target="https://www.instagram.com/reel/DCR6MVSNXTV/?utm_source=ig_web_copy_link&amp;stkn=MzRlODBiNWFlZA" TargetMode="External"/><Relationship Id="rId341" Type="http://schemas.openxmlformats.org/officeDocument/2006/relationships/hyperlink" Target="https://www.instagram.com/p/DG42VLGseQS/?utm_source=ig_web_copy_link&amp;vrfl=MzRlODBiNWFlZA==&amp;srtk=MzRlODBiNWFlZA" TargetMode="External"/><Relationship Id="rId383" Type="http://schemas.openxmlformats.org/officeDocument/2006/relationships/hyperlink" Target="https://www.instagram.com/reel/DIOXlPHMUab/?utm_source=ig_web_copy_link&amp;cplk=MzRlODBiNWFlZA==&amp;srtk=MzRlODBiNWFlZA" TargetMode="External"/><Relationship Id="rId439" Type="http://schemas.openxmlformats.org/officeDocument/2006/relationships/hyperlink" Target="https://www.instagram.com/reel/DJ_jZIEMFyN/?utm_source=ig_web_copy_link&amp;srtk=MzRlODBiNWFlZA" TargetMode="External"/><Relationship Id="rId590" Type="http://schemas.openxmlformats.org/officeDocument/2006/relationships/hyperlink" Target="https://www.instagram.com/reel/DRNU-qDilVH/?psln=dXVzdzRjaDAzeHds" TargetMode="External"/><Relationship Id="rId604" Type="http://schemas.openxmlformats.org/officeDocument/2006/relationships/hyperlink" Target="https://www.instagram.com/reel/DSAGEUyijWc/?cplk=YW5xeXZ4NTY3dmxh" TargetMode="External"/><Relationship Id="rId646" Type="http://schemas.openxmlformats.org/officeDocument/2006/relationships/hyperlink" Target="https://www.instagram.com/p/DUDgVExCmEX/?srtk=MWk2bXMwbWJqMGx4bw" TargetMode="External"/><Relationship Id="rId811" Type="http://schemas.openxmlformats.org/officeDocument/2006/relationships/hyperlink" Target="https://www.instagram.com/reel/Dd9Jrwsq_Xt/?cplk=MW1td3dnY3BmaG90bQ" TargetMode="External"/><Relationship Id="rId201" Type="http://schemas.openxmlformats.org/officeDocument/2006/relationships/hyperlink" Target="https://www.instagram.com/p/DC1A7ESsf9V/?utm_source=ig_web_copy_link&amp;stkn=MzRlODBiNWFlZA" TargetMode="External"/><Relationship Id="rId243" Type="http://schemas.openxmlformats.org/officeDocument/2006/relationships/hyperlink" Target="https://www.instagram.com/reel/DDZF0FMqsRq/?utm_source=ig_web_copy_link&amp;stkn=MzRlODBiNWFlZA" TargetMode="External"/><Relationship Id="rId285" Type="http://schemas.openxmlformats.org/officeDocument/2006/relationships/hyperlink" Target="https://www.instagram.com/p/DFDCkP3sKyE/?utm_source=ig_web_copy_link&amp;vrfl=MzRlODBiNWFlZA==&amp;srtk=MzRlODBiNWFlZA" TargetMode="External"/><Relationship Id="rId450" Type="http://schemas.openxmlformats.org/officeDocument/2006/relationships/hyperlink" Target="https://www.instagram.com/reel/DKgsp2zsX7b/?utm_source=ig_web_copy_link&amp;cplk=MzRlODBiNWFlZA==&amp;srtk=MzRlODBiNWFlZA" TargetMode="External"/><Relationship Id="rId506" Type="http://schemas.openxmlformats.org/officeDocument/2006/relationships/hyperlink" Target="https://www.instagram.com/reel/DPN8C21ChJO/?dlrf=MWc2cTAycnJ5c3E4Mg" TargetMode="External"/><Relationship Id="rId688" Type="http://schemas.openxmlformats.org/officeDocument/2006/relationships/hyperlink" Target="https://www.instagram.com/reel/DVicXXciiUH/?exln=OWhqeGo0bWNhdW56" TargetMode="External"/><Relationship Id="rId853" Type="http://schemas.openxmlformats.org/officeDocument/2006/relationships/image" Target="media/image17.jpeg"/><Relationship Id="rId895" Type="http://schemas.openxmlformats.org/officeDocument/2006/relationships/image" Target="media/image36.png"/><Relationship Id="rId38" Type="http://schemas.openxmlformats.org/officeDocument/2006/relationships/hyperlink" Target="https://www.instagram.com/p/C_ca74lsNq2/?utm_source=ig_web_copy_link&amp;stkn=MzRlODBiNWFlZA" TargetMode="External"/><Relationship Id="rId103" Type="http://schemas.openxmlformats.org/officeDocument/2006/relationships/hyperlink" Target="https://www.instagram.com/reel/DBN-DlWsfMM/?utm_source=ig_web_copy_link&amp;stkn=MzRlODBiNWFlZA" TargetMode="External"/><Relationship Id="rId310" Type="http://schemas.openxmlformats.org/officeDocument/2006/relationships/hyperlink" Target="https://www.instagram.com/reel/DGCyXQXstIn/?utm_source=ig_web_copy_link&amp;psln=MzRlODBiNWFlZA==&amp;srtk=MzRlODBiNWFlZA" TargetMode="External"/><Relationship Id="rId492" Type="http://schemas.openxmlformats.org/officeDocument/2006/relationships/hyperlink" Target="https://www.instagram.com/p/DO3W5gtCqi6/?img_index=2&amp;xtok=MTdwbzlnN3JsbWJkbw" TargetMode="External"/><Relationship Id="rId548" Type="http://schemas.openxmlformats.org/officeDocument/2006/relationships/hyperlink" Target="https://www.instagram.com/reel/DQBqIdFCvi6/?mdxt=MXdodHpxem9qMWpzeQ" TargetMode="External"/><Relationship Id="rId713" Type="http://schemas.openxmlformats.org/officeDocument/2006/relationships/hyperlink" Target="https://www.instagram.com/reel/DXwK_XpKfc2/?dlrf=eGdvM2VrcmFuc2E" TargetMode="External"/><Relationship Id="rId755" Type="http://schemas.openxmlformats.org/officeDocument/2006/relationships/hyperlink" Target="https://www.instagram.com/p/Ddjq0cEijPp/?vrfl=YWVobnV3NGlvNHRv" TargetMode="External"/><Relationship Id="rId797" Type="http://schemas.openxmlformats.org/officeDocument/2006/relationships/hyperlink" Target="https://www.instagram.com/reel/Dd9InTUKfC6/?exln=cTkxc2t2MTk2bWhw" TargetMode="External"/><Relationship Id="rId91" Type="http://schemas.openxmlformats.org/officeDocument/2006/relationships/hyperlink" Target="https://www.instagram.com/p/DA-dNNasiHv/?utm_source=ig_web_copy_link&amp;stkn=MzRlODBiNWFlZA" TargetMode="External"/><Relationship Id="rId145" Type="http://schemas.openxmlformats.org/officeDocument/2006/relationships/hyperlink" Target="https://www.instagram.com/p/DBtOcyHsMiI/?utm_source=ig_web_copy_link&amp;stkn=MzRlODBiNWFlZA" TargetMode="External"/><Relationship Id="rId187" Type="http://schemas.openxmlformats.org/officeDocument/2006/relationships/hyperlink" Target="https://www.instagram.com/p/DCWZ4yWsQ0M/?utm_source=ig_web_copy_link&amp;stkn=MzRlODBiNWFlZA" TargetMode="External"/><Relationship Id="rId352" Type="http://schemas.openxmlformats.org/officeDocument/2006/relationships/hyperlink" Target="https://www.instagram.com/reel/DHIe0hAMsjh/?utm_source=ig_web_copy_link&amp;obrf=MzRlODBiNWFlZA==&amp;srtk=MzRlODBiNWFlZA" TargetMode="External"/><Relationship Id="rId394" Type="http://schemas.openxmlformats.org/officeDocument/2006/relationships/hyperlink" Target="https://www.instagram.com/reel/DIgRwrCscbO/?utm_source=ig_web_copy_link&amp;vrfl=MzRlODBiNWFlZA==&amp;srtk=MzRlODBiNWFlZA" TargetMode="External"/><Relationship Id="rId408" Type="http://schemas.openxmlformats.org/officeDocument/2006/relationships/hyperlink" Target="https://www.instagram.com/reel/DI_ZsywM8qi/?utm_source=ig_web_copy_link&amp;cplk=MzRlODBiNWFlZA==&amp;srtk=MzRlODBiNWFlZA" TargetMode="External"/><Relationship Id="rId615" Type="http://schemas.openxmlformats.org/officeDocument/2006/relationships/hyperlink" Target="https://www.instagram.com/reel/DSQfntFil1h/?mdxt=MTgydW5yNHRxYWdoMg" TargetMode="External"/><Relationship Id="rId822" Type="http://schemas.openxmlformats.org/officeDocument/2006/relationships/hyperlink" Target="https://www.instagram.com/p/DdrZBO6qJFc/?srtk=MXN2dTNtcWV3aDNsdA" TargetMode="External"/><Relationship Id="rId212" Type="http://schemas.openxmlformats.org/officeDocument/2006/relationships/hyperlink" Target="https://www.instagram.com/reel/DDHPKqosw5y/?utm_source=ig_web_copy_link&amp;stkn=MzRlODBiNWFlZA" TargetMode="External"/><Relationship Id="rId254" Type="http://schemas.openxmlformats.org/officeDocument/2006/relationships/hyperlink" Target="https://www.instagram.com/reel/DDoRF77MgYQ/?utm_source=ig_web_copy_link&amp;stkn=MzRlODBiNWFlZA" TargetMode="External"/><Relationship Id="rId657" Type="http://schemas.openxmlformats.org/officeDocument/2006/relationships/hyperlink" Target="https://www.instagram.com/p/DUrE2QgCg0p/?img_index=3&amp;vrfl=MW50Y24wemE4bWM2dg" TargetMode="External"/><Relationship Id="rId699" Type="http://schemas.openxmlformats.org/officeDocument/2006/relationships/hyperlink" Target="https://www.instagram.com/p/DV9GlE4CqiH/?obrf=MTBudDUxOWN2NXI2eA" TargetMode="External"/><Relationship Id="rId864" Type="http://schemas.openxmlformats.org/officeDocument/2006/relationships/image" Target="media/image22.png"/><Relationship Id="rId49" Type="http://schemas.openxmlformats.org/officeDocument/2006/relationships/hyperlink" Target="https://www.instagram.com/p/C_vljttseHf/?utm_source=ig_web_copy_link&amp;stkn=MzRlODBiNWFlZA" TargetMode="External"/><Relationship Id="rId114" Type="http://schemas.openxmlformats.org/officeDocument/2006/relationships/hyperlink" Target="https://www.instagram.com/p/DBZMzt8MWwH/?utm_source=ig_web_copy_link&amp;stkn=MzRlODBiNWFlZA" TargetMode="External"/><Relationship Id="rId296" Type="http://schemas.openxmlformats.org/officeDocument/2006/relationships/hyperlink" Target="https://www.instagram.com/reel/DFXr22cMSC0/?utm_source=ig_web_copy_link&amp;dlrf=MzRlODBiNWFlZA==&amp;srtk=MzRlODBiNWFlZA" TargetMode="External"/><Relationship Id="rId461" Type="http://schemas.openxmlformats.org/officeDocument/2006/relationships/hyperlink" Target="https://www.instagram.com/reel/DLFLq0ptgzE/?utm_source=ig_web_copy_link&amp;obrf=MzRlODBiNWFlZA==&amp;srtk=MzRlODBiNWFlZA" TargetMode="External"/><Relationship Id="rId517" Type="http://schemas.openxmlformats.org/officeDocument/2006/relationships/hyperlink" Target="https://www.instagram.com/reel/DPTwE-fig4p/?exln=bHhvZzNuc25mbzVz" TargetMode="External"/><Relationship Id="rId559" Type="http://schemas.openxmlformats.org/officeDocument/2006/relationships/hyperlink" Target="https://www.instagram.com/p/DQJYtp1ivb8/?img_index=10&amp;rpxt=b2Z0eWoybmtlN3o4" TargetMode="External"/><Relationship Id="rId724" Type="http://schemas.openxmlformats.org/officeDocument/2006/relationships/hyperlink" Target="https://www.instagram.com/reel/DYJOOD5q0-H/?cplk=MXMyY3hmMG81Y2h2bQ" TargetMode="External"/><Relationship Id="rId766" Type="http://schemas.openxmlformats.org/officeDocument/2006/relationships/hyperlink" Target="https://www.instagram.com/p/Dc-xp4lCpJZ/?srtk=OW0zMGg0czhmcmc0" TargetMode="External"/><Relationship Id="rId60" Type="http://schemas.openxmlformats.org/officeDocument/2006/relationships/hyperlink" Target="https://www.instagram.com/reel/C__DDbvsKUR/?utm_source=ig_web_copy_link&amp;stkn=MzRlODBiNWFlZA" TargetMode="External"/><Relationship Id="rId156" Type="http://schemas.openxmlformats.org/officeDocument/2006/relationships/hyperlink" Target="https://www.instagram.com/p/DB9RjTJsBak/?utm_source=ig_web_copy_link" TargetMode="External"/><Relationship Id="rId198" Type="http://schemas.openxmlformats.org/officeDocument/2006/relationships/hyperlink" Target="https://www.instagram.com/p/DCl3wlgMNCX/?utm_source=ig_web_copy_link&amp;stkn=MzRlODBiNWFlZA" TargetMode="External"/><Relationship Id="rId321" Type="http://schemas.openxmlformats.org/officeDocument/2006/relationships/hyperlink" Target="https://www.instagram.com/reel/DGh19leMnWY/?utm_source=ig_web_copy_link&amp;mdxt=MzRlODBiNWFlZA==&amp;srtk=MzRlODBiNWFlZA" TargetMode="External"/><Relationship Id="rId363" Type="http://schemas.openxmlformats.org/officeDocument/2006/relationships/hyperlink" Target="https://www.instagram.com/reel/DHTyZFsogxi/?utm_source=ig_web_copy_link&amp;psln=MzRlODBiNWFlZA==&amp;srtk=MzRlODBiNWFlZA" TargetMode="External"/><Relationship Id="rId419" Type="http://schemas.openxmlformats.org/officeDocument/2006/relationships/hyperlink" Target="https://www.instagram.com/reel/DJGkBp7MDXC/?utm_source=ig_web_copy_link&amp;cplk=MzRlODBiNWFlZA==&amp;srtk=MzRlODBiNWFlZA" TargetMode="External"/><Relationship Id="rId570" Type="http://schemas.openxmlformats.org/officeDocument/2006/relationships/hyperlink" Target="https://www.instagram.com/p/DQe_USniu88/?img_index=2&amp;srtk=MTUxdDl1bTlqYmM0dg" TargetMode="External"/><Relationship Id="rId626" Type="http://schemas.openxmlformats.org/officeDocument/2006/relationships/hyperlink" Target="https://www.instagram.com/reel/DSTxI3rirQ_/?exln=aXl2MmRwOTBkM2p2" TargetMode="External"/><Relationship Id="rId223" Type="http://schemas.openxmlformats.org/officeDocument/2006/relationships/hyperlink" Target="https://www.instagram.com/p/DDRLSO0sPc0/?utm_source=ig_web_copy_link&amp;stkn=MzRlODBiNWFlZA" TargetMode="External"/><Relationship Id="rId430" Type="http://schemas.openxmlformats.org/officeDocument/2006/relationships/hyperlink" Target="https://www.instagram.com/p/DJzui3Os8T-/?utm_source=ig_web_copy_link&amp;obrf=MzRlODBiNWFlZA==&amp;srtk=MzRlODBiNWFlZA" TargetMode="External"/><Relationship Id="rId668" Type="http://schemas.openxmlformats.org/officeDocument/2006/relationships/hyperlink" Target="https://www.instagram.com/reel/DVYdNI-ClEs/?xtok=YXFhOHNoMzgwOHN5" TargetMode="External"/><Relationship Id="rId833" Type="http://schemas.openxmlformats.org/officeDocument/2006/relationships/image" Target="media/image12.jpeg"/><Relationship Id="rId875" Type="http://schemas.openxmlformats.org/officeDocument/2006/relationships/hyperlink" Target="https://www.instagram.com/reel/DTzjKKPisxJ/?stkn=enlkdXZwMjhoMm91" TargetMode="External"/><Relationship Id="rId18" Type="http://schemas.openxmlformats.org/officeDocument/2006/relationships/hyperlink" Target="https://www.instagram.com/p/C3Z4cwYKDNE/?mdxt=MnNwNGtqYjJkcTRu" TargetMode="External"/><Relationship Id="rId265" Type="http://schemas.openxmlformats.org/officeDocument/2006/relationships/hyperlink" Target="https://www.instagram.com/reel/DD8zjIJtJMw/?utm_source=ig_web_copy_link&amp;vrfl=MzRlODBiNWFlZA==&amp;srtk=MzRlODBiNWFlZA" TargetMode="External"/><Relationship Id="rId472" Type="http://schemas.openxmlformats.org/officeDocument/2006/relationships/hyperlink" Target="https://www.instagram.com/reel/DObIKVxCspc/?mdxt=MXhzdTZlYmw1cHJmMw" TargetMode="External"/><Relationship Id="rId528" Type="http://schemas.openxmlformats.org/officeDocument/2006/relationships/hyperlink" Target="https://www.instagram.com/reel/DPVbnMrCsMV/?obrf=MWtjNm9idW5uZjlraw" TargetMode="External"/><Relationship Id="rId735" Type="http://schemas.openxmlformats.org/officeDocument/2006/relationships/hyperlink" Target="https://www.instagram.com/p/DYy9P-NKWPG/?srtk=MTQxcXN4d3l1cnkyZA" TargetMode="External"/><Relationship Id="rId900" Type="http://schemas.openxmlformats.org/officeDocument/2006/relationships/hyperlink" Target="https://www.instagram.com/p/Ddi3hx9CnzA/?srtk=b3RieW9meWhmamI5" TargetMode="External"/><Relationship Id="rId125" Type="http://schemas.openxmlformats.org/officeDocument/2006/relationships/hyperlink" Target="https://www.instagram.com/reel/DBgSnResKw0/?utm_source=ig_web_copy_link&amp;stkn=MzRlODBiNWFlZA" TargetMode="External"/><Relationship Id="rId167" Type="http://schemas.openxmlformats.org/officeDocument/2006/relationships/hyperlink" Target="https://www.instagram.com/p/DCOeAa9to41/?utm_source=ig_web_copy_link&amp;stkn=MzRlODBiNWFlZA" TargetMode="External"/><Relationship Id="rId332" Type="http://schemas.openxmlformats.org/officeDocument/2006/relationships/hyperlink" Target="https://www.instagram.com/p/DGulbzTMLkD/?utm_source=ig_web_copy_link&amp;obrf=MzRlODBiNWFlZA==&amp;srtk=MzRlODBiNWFlZA" TargetMode="External"/><Relationship Id="rId374" Type="http://schemas.openxmlformats.org/officeDocument/2006/relationships/hyperlink" Target="https://www.instagram.com/reel/DHaaYZssoog/?utm_source=ig_web_copy_link&amp;rpxt=MzRlODBiNWFlZA==&amp;srtk=MzRlODBiNWFlZA" TargetMode="External"/><Relationship Id="rId581" Type="http://schemas.openxmlformats.org/officeDocument/2006/relationships/hyperlink" Target="https://www.instagram.com/p/DQ6I8G7imBR/?img_index=2&amp;mdxt=MWtzbnFxcGZkbzhjcw" TargetMode="External"/><Relationship Id="rId777" Type="http://schemas.openxmlformats.org/officeDocument/2006/relationships/hyperlink" Target="https://www.instagram.com/p/DeZtF_PKEOd/?srtk=YXU0ZTc1Y2NjNTVr" TargetMode="External"/><Relationship Id="rId71" Type="http://schemas.openxmlformats.org/officeDocument/2006/relationships/hyperlink" Target="https://www.instagram.com/p/DAlk-l8yi1L/?utm_source=ig_web_copy_link&amp;stkn=MzRlODBiNWFlZA" TargetMode="External"/><Relationship Id="rId234" Type="http://schemas.openxmlformats.org/officeDocument/2006/relationships/hyperlink" Target="https://www.instagram.com/p/DDW3GgsPve/?utm_source=ig_web_copy_link&amp;stkn=MzRlODBiNWFlZA" TargetMode="External"/><Relationship Id="rId637" Type="http://schemas.openxmlformats.org/officeDocument/2006/relationships/hyperlink" Target="https://www.instagram.com/p/DTHg2mWiqWn/?xtok=dzZ0YWJrYXFjcmQx" TargetMode="External"/><Relationship Id="rId679" Type="http://schemas.openxmlformats.org/officeDocument/2006/relationships/hyperlink" Target="https://www.instagram.com/reel/DVc_cHzCkeO/?dlrf=MXY4cm9qbDNsNDl6ag" TargetMode="External"/><Relationship Id="rId802" Type="http://schemas.openxmlformats.org/officeDocument/2006/relationships/hyperlink" Target="https://www.instagram.com/reel/Dd4HbqQqtPz/?psln=eTZmdmxrY2hhMGtq" TargetMode="External"/><Relationship Id="rId844" Type="http://schemas.openxmlformats.org/officeDocument/2006/relationships/hyperlink" Target="https://www.nic.kz/" TargetMode="External"/><Relationship Id="rId886" Type="http://schemas.openxmlformats.org/officeDocument/2006/relationships/image" Target="media/image32.png"/><Relationship Id="rId2" Type="http://schemas.openxmlformats.org/officeDocument/2006/relationships/numbering" Target="numbering.xml"/><Relationship Id="rId29" Type="http://schemas.openxmlformats.org/officeDocument/2006/relationships/hyperlink" Target="http://15.04.26.fm/" TargetMode="External"/><Relationship Id="rId276" Type="http://schemas.openxmlformats.org/officeDocument/2006/relationships/hyperlink" Target="https://www.instagram.com/reel/DEzheOKsQiT/?utm_source=ig_web_copy_link&amp;srtk=MzRlODBiNWFlZA" TargetMode="External"/><Relationship Id="rId441" Type="http://schemas.openxmlformats.org/officeDocument/2006/relationships/hyperlink" Target="https://www.instagram.com/reel/DKE0d25svDb/?utm_source=ig_web_copy_link&amp;rpxt=MzRlODBiNWFlZA==&amp;srtk=MzRlODBiNWFlZA" TargetMode="External"/><Relationship Id="rId483" Type="http://schemas.openxmlformats.org/officeDocument/2006/relationships/hyperlink" Target="https://www.instagram.com/p/DOoBrcsCq3X/?psln=MWZhdWpjOHMyc2JvZQ" TargetMode="External"/><Relationship Id="rId539" Type="http://schemas.openxmlformats.org/officeDocument/2006/relationships/hyperlink" Target="https://www.instagram.com/reel/DPjJEoUinnb/?rpxt=MTZ4NWM2NG1ueTczYw" TargetMode="External"/><Relationship Id="rId690" Type="http://schemas.openxmlformats.org/officeDocument/2006/relationships/hyperlink" Target="https://www.instagram.com/reel/DVmnru3Cuf_/?srtk=ejAxaWw0cjk4bnpl" TargetMode="External"/><Relationship Id="rId704" Type="http://schemas.openxmlformats.org/officeDocument/2006/relationships/hyperlink" Target="https://www.instagram.com/reel/DWHbx_yCqf0/?dlrf=MXV3eXZ2Nmt4eWpzdA" TargetMode="External"/><Relationship Id="rId746" Type="http://schemas.openxmlformats.org/officeDocument/2006/relationships/hyperlink" Target="https://www.instagram.com/reel/Dc3mNfkKYPN/?xtok=MXZ2anh0eWg4dTRoOQ" TargetMode="External"/><Relationship Id="rId40" Type="http://schemas.openxmlformats.org/officeDocument/2006/relationships/hyperlink" Target="https://www.instagram.com/p/C_ftO-bMVd7/?utm_source=ig_web_copy_link&amp;stkn=MzRlODBiNWFlZA" TargetMode="External"/><Relationship Id="rId136" Type="http://schemas.openxmlformats.org/officeDocument/2006/relationships/hyperlink" Target="https://www.instagram.com/p/DBipYaVsSL0/?utm_source=ig_web_copy_link&amp;stkn=MzRlODBiNWFlZA" TargetMode="External"/><Relationship Id="rId178" Type="http://schemas.openxmlformats.org/officeDocument/2006/relationships/hyperlink" Target="https://www.instagram.com/reel/DCTGLALo9nD/?utm_source=ig_web_copy_link&amp;stkn=MzRlODBiNWFlZA" TargetMode="External"/><Relationship Id="rId301" Type="http://schemas.openxmlformats.org/officeDocument/2006/relationships/hyperlink" Target="https://www.instagram.com/reel/DFpCjTkMV9H/?utm_source=ig_web_copy_link&amp;obrf=MzRlODBiNWFlZA==&amp;srtk=MzRlODBiNWFlZA" TargetMode="External"/><Relationship Id="rId343" Type="http://schemas.openxmlformats.org/officeDocument/2006/relationships/hyperlink" Target="https://www.instagram.com/reel/DG42JF5ML_V/?utm_source=ig_web_copy_link&amp;xtok=MzRlODBiNWFlZA==&amp;srtk=MzRlODBiNWFlZA" TargetMode="External"/><Relationship Id="rId550" Type="http://schemas.openxmlformats.org/officeDocument/2006/relationships/hyperlink" Target="https://www.instagram.com/reel/DQB-hJnCoB2/?cplk=YXJremloMmRsYnRv" TargetMode="External"/><Relationship Id="rId788" Type="http://schemas.openxmlformats.org/officeDocument/2006/relationships/hyperlink" Target="https://www.instagram.com/reel/Dd1Hr_bKngo/?dlrf=MXQxNWQwMmZnZXJhNA" TargetMode="External"/><Relationship Id="rId82" Type="http://schemas.openxmlformats.org/officeDocument/2006/relationships/hyperlink" Target="https://www.instagram.com/reel/DArJPEvsIC_/?utm_source=ig_web_copy_link&amp;stkn=MzRlODBiNWFlZA" TargetMode="External"/><Relationship Id="rId203" Type="http://schemas.openxmlformats.org/officeDocument/2006/relationships/hyperlink" Target="https://www.instagram.com/p/DC1LQUpMI7y/?utm_source=ig_web_copy_link&amp;stkn=MzRlODBiNWFlZA" TargetMode="External"/><Relationship Id="rId385" Type="http://schemas.openxmlformats.org/officeDocument/2006/relationships/hyperlink" Target="https://www.instagram.com/p/DIQxtY8sVyh/?utm_source=ig_web_copy_link&amp;mdxt=MzRlODBiNWFlZA==&amp;srtk=MzRlODBiNWFlZA" TargetMode="External"/><Relationship Id="rId592" Type="http://schemas.openxmlformats.org/officeDocument/2006/relationships/hyperlink" Target="https://www.instagram.com/p/DRNVJrOimXH/?srtk=MTg0c2Fvam5seXcwZQ" TargetMode="External"/><Relationship Id="rId606" Type="http://schemas.openxmlformats.org/officeDocument/2006/relationships/hyperlink" Target="https://www.instagram.com/p/DSEv4iUCt0-/?exln=Y2wweDJtcjA0dnc4" TargetMode="External"/><Relationship Id="rId648" Type="http://schemas.openxmlformats.org/officeDocument/2006/relationships/hyperlink" Target="https://www.instagram.com/p/DUIyfWpChA9/?psln=MTdpd2w2M2xnZTZwMA" TargetMode="External"/><Relationship Id="rId813" Type="http://schemas.openxmlformats.org/officeDocument/2006/relationships/hyperlink" Target="https://www.instagram.com/reel/Dd9h0lEK6NG/?vrfl=MWVyc3NyZmc2MHpoYw" TargetMode="External"/><Relationship Id="rId855" Type="http://schemas.openxmlformats.org/officeDocument/2006/relationships/image" Target="media/image19.jpeg"/><Relationship Id="rId245" Type="http://schemas.openxmlformats.org/officeDocument/2006/relationships/hyperlink" Target="https://www.instagram.com/reel/DDeIf-SMxf0/?utm_source=ig_web_copy_link&amp;stkn=MzRlODBiNWFlZA" TargetMode="External"/><Relationship Id="rId287" Type="http://schemas.openxmlformats.org/officeDocument/2006/relationships/hyperlink" Target="https://www.instagram.com/reel/DFDCwnzMUQm/?utm_source=ig_web_copy_link&amp;psln=MzRlODBiNWFlZA==&amp;srtk=MzRlODBiNWFlZA" TargetMode="External"/><Relationship Id="rId410" Type="http://schemas.openxmlformats.org/officeDocument/2006/relationships/hyperlink" Target="https://www.instagram.com/reel/DJB-lSPMxYN/?utm_source=ig_web_copy_link&amp;obrf=MzRlODBiNWFlZA==&amp;srtk=MzRlODBiNWFlZA" TargetMode="External"/><Relationship Id="rId452" Type="http://schemas.openxmlformats.org/officeDocument/2006/relationships/hyperlink" Target="https://www.instagram.com/reel/DK1gIiAMhNe/?utm_source=ig_web_copy_link&amp;dlrf=MzRlODBiNWFlZA==&amp;srtk=MzRlODBiNWFlZA" TargetMode="External"/><Relationship Id="rId494" Type="http://schemas.openxmlformats.org/officeDocument/2006/relationships/hyperlink" Target="https://www.instagram.com/reel/DO5rlMVip34/?mdxt=bDQ1bGxxbTN5aHV1" TargetMode="External"/><Relationship Id="rId508" Type="http://schemas.openxmlformats.org/officeDocument/2006/relationships/hyperlink" Target="https://www.instagram.com/reel/DPQcRtOCisl/?vrfl=amt2bnF1djU2bXhk" TargetMode="External"/><Relationship Id="rId715" Type="http://schemas.openxmlformats.org/officeDocument/2006/relationships/hyperlink" Target="https://www.instagram.com/reel/DX8c6AtKtkh/?xtok=anFrcXhpc3dxZGpj" TargetMode="External"/><Relationship Id="rId897" Type="http://schemas.openxmlformats.org/officeDocument/2006/relationships/hyperlink" Target="https://www.instagram.com/p/DdDtPL6KSTl/?rpxt=MXFrNGYyOGVlaTFnaQ" TargetMode="External"/><Relationship Id="rId105" Type="http://schemas.openxmlformats.org/officeDocument/2006/relationships/hyperlink" Target="https://www.instagram.com/reel/DBN-OChMdYR/?utm_source=ig_web_copy_link&amp;stkn=MzRlODBiNWFlZA" TargetMode="External"/><Relationship Id="rId147" Type="http://schemas.openxmlformats.org/officeDocument/2006/relationships/hyperlink" Target="https://www.instagram.com/p/DB1JjjNsXdM/?utm_source=ig_web_copy_link&amp;stkn=MzRlODBiNWFlZA" TargetMode="External"/><Relationship Id="rId312" Type="http://schemas.openxmlformats.org/officeDocument/2006/relationships/hyperlink" Target="https://www.instagram.com/p/DGKynHQsn8J/?utm_source=ig_web_copy_link&amp;srtk=MzRlODBiNWFlZA" TargetMode="External"/><Relationship Id="rId354" Type="http://schemas.openxmlformats.org/officeDocument/2006/relationships/hyperlink" Target="https://www.instagram.com/reel/DHIzWaosVGn/?utm_source=ig_web_copy_link&amp;exln=MzRlODBiNWFlZA==&amp;srtk=MzRlODBiNWFlZA" TargetMode="External"/><Relationship Id="rId757" Type="http://schemas.openxmlformats.org/officeDocument/2006/relationships/hyperlink" Target="https://www.instagram.com/reel/Ddjq-JdqzmU/?rpxt=MWFqZDJka3NpNXVtag" TargetMode="External"/><Relationship Id="rId799" Type="http://schemas.openxmlformats.org/officeDocument/2006/relationships/hyperlink" Target="https://www.instagram.com/reel/DeFArFiq8T0/?obrf=b2R6ZTRiZHF3OXJz" TargetMode="External"/><Relationship Id="rId51" Type="http://schemas.openxmlformats.org/officeDocument/2006/relationships/hyperlink" Target="https://www.instagram.com/p/C_yKdPEMNr9/?utm_source=ig_web_copy_link&amp;stkn=MzRlODBiNWFlZA" TargetMode="External"/><Relationship Id="rId93" Type="http://schemas.openxmlformats.org/officeDocument/2006/relationships/hyperlink" Target="https://www.instagram.com/p/DA_BRMOMm-v/?utm_source=ig_web_copy_link&amp;stkn=MzRlODBiNWFlZA" TargetMode="External"/><Relationship Id="rId189" Type="http://schemas.openxmlformats.org/officeDocument/2006/relationships/hyperlink" Target="https://www.instagram.com/reel/DCYsJcYNwTz/?utm_source=ig_web_copy_link&amp;stkn=MzRlODBiNWFlZA" TargetMode="External"/><Relationship Id="rId396" Type="http://schemas.openxmlformats.org/officeDocument/2006/relationships/hyperlink" Target="https://www.instagram.com/reel/DIlqHA0sY00/?utm_source=ig_web_copy_link&amp;vrfl=MzRlODBiNWFlZA==&amp;srtk=MzRlODBiNWFlZA" TargetMode="External"/><Relationship Id="rId561" Type="http://schemas.openxmlformats.org/officeDocument/2006/relationships/hyperlink" Target="https://www.instagram.com/p/DQKH_y0CuDW/?img_index=3&amp;exln=cW1sbXNheDh0bHh2" TargetMode="External"/><Relationship Id="rId617" Type="http://schemas.openxmlformats.org/officeDocument/2006/relationships/hyperlink" Target="https://www.instagram.com/p/DSRlZLZimdb/?mdxt=MXFqMWlpN2pxa2FtNw" TargetMode="External"/><Relationship Id="rId659" Type="http://schemas.openxmlformats.org/officeDocument/2006/relationships/hyperlink" Target="https://www.instagram.com/p/DU0rM9KilgQ/?img_index=2&amp;xtok=ZTZya3U5enFqaTgz" TargetMode="External"/><Relationship Id="rId824" Type="http://schemas.openxmlformats.org/officeDocument/2006/relationships/hyperlink" Target="https://www.instagram.com/reel/DdtBKGUKtyq/?psln=MW1panN4bmRxaTYweQ" TargetMode="External"/><Relationship Id="rId866" Type="http://schemas.openxmlformats.org/officeDocument/2006/relationships/hyperlink" Target="mailto:sch53@kargoo.kz" TargetMode="External"/><Relationship Id="rId214" Type="http://schemas.openxmlformats.org/officeDocument/2006/relationships/hyperlink" Target="https://www.instagram.com/p/DDJnGwNMZFE/?utm_source=ig_web_copy_link&amp;stkn=MzRlODBiNWFlZA" TargetMode="External"/><Relationship Id="rId256" Type="http://schemas.openxmlformats.org/officeDocument/2006/relationships/hyperlink" Target="https://www.instagram.com/p/DDrSmdZsjgL/?utm_source=ig_web_copy_link&amp;stkn=MzRlODBiNWFlZA" TargetMode="External"/><Relationship Id="rId298" Type="http://schemas.openxmlformats.org/officeDocument/2006/relationships/hyperlink" Target="https://www.instagram.com/reel/DFeyx6KMaME/?utm_source=ig_web_copy_link&amp;obrf=MzRlODBiNWFlZA==&amp;srtk=MzRlODBiNWFlZA" TargetMode="External"/><Relationship Id="rId421" Type="http://schemas.openxmlformats.org/officeDocument/2006/relationships/hyperlink" Target="https://www.instagram.com/reel/DJYgHoQM8sa/?utm_source=ig_web_copy_link&amp;cplk=MzRlODBiNWFlZA==&amp;srtk=MzRlODBiNWFlZA" TargetMode="External"/><Relationship Id="rId463" Type="http://schemas.openxmlformats.org/officeDocument/2006/relationships/hyperlink" Target="https://www.instagram.com/reel/DLQrqPINqIs/?utm_source=ig_web_copy_link&amp;dlrf=MzRlODBiNWFlZA==&amp;srtk=MzRlODBiNWFlZA" TargetMode="External"/><Relationship Id="rId519" Type="http://schemas.openxmlformats.org/officeDocument/2006/relationships/hyperlink" Target="https://www.instagram.com/reel/DPTwOaTCluY/?exln=bHNwdjN6d2ZraXd3" TargetMode="External"/><Relationship Id="rId670" Type="http://schemas.openxmlformats.org/officeDocument/2006/relationships/hyperlink" Target="https://www.instagram.com/reel/DVYfbijika-/?obrf=NHdmY21pZjA3dDBp" TargetMode="External"/><Relationship Id="rId116" Type="http://schemas.openxmlformats.org/officeDocument/2006/relationships/hyperlink" Target="https://www.instagram.com/p/DBZNFpgsUHa/?utm_source=ig_web_copy_link" TargetMode="External"/><Relationship Id="rId158" Type="http://schemas.openxmlformats.org/officeDocument/2006/relationships/hyperlink" Target="https://www.instagram.com/reel/DCBfbE6MeGa/?utm_source=ig_web_copy_link&amp;stkn=MzRlODBiNWFlZA" TargetMode="External"/><Relationship Id="rId323" Type="http://schemas.openxmlformats.org/officeDocument/2006/relationships/hyperlink" Target="https://www.instagram.com/p/DGiEzaysQgc/?utm_source=ig_web_copy_link&amp;psln=MzRlODBiNWFlZA==&amp;srtk=MzRlODBiNWFlZA" TargetMode="External"/><Relationship Id="rId530" Type="http://schemas.openxmlformats.org/officeDocument/2006/relationships/hyperlink" Target="https://www.instagram.com/reel/DPVmF8iCk5j/?srtk=d2NrMWNzOGliZ3F1" TargetMode="External"/><Relationship Id="rId726" Type="http://schemas.openxmlformats.org/officeDocument/2006/relationships/hyperlink" Target="https://www.instagram.com/reel/DYXoqKgMZ0P/?srtk=MWI1d3Btd3RzdDl2cQ" TargetMode="External"/><Relationship Id="rId768" Type="http://schemas.openxmlformats.org/officeDocument/2006/relationships/hyperlink" Target="https://www.instagram.com/reel/DdTdZw-qt6w/?vrfl=YmxmYzR4ejZxZ2hr" TargetMode="External"/><Relationship Id="rId20" Type="http://schemas.openxmlformats.org/officeDocument/2006/relationships/hyperlink" Target="https://www.instagram.com/p/C36m7JNKW-x/?vrfl=MWU2YTl2dzZ6Nmpqcw==" TargetMode="External"/><Relationship Id="rId62" Type="http://schemas.openxmlformats.org/officeDocument/2006/relationships/hyperlink" Target="https://www.instagram.com/p/DAEBYn9sbf0/?utm_source=ig_web_copy_link&amp;stkn=MzRlODBiNWFlZA" TargetMode="External"/><Relationship Id="rId365" Type="http://schemas.openxmlformats.org/officeDocument/2006/relationships/hyperlink" Target="https://www.instagram.com/reel/DHTynHXIgll/?utm_source=ig_web_copy_link&amp;psln=MzRlODBiNWFlZA==&amp;srtk=MzRlODBiNWFlZA" TargetMode="External"/><Relationship Id="rId572" Type="http://schemas.openxmlformats.org/officeDocument/2006/relationships/hyperlink" Target="https://www.instagram.com/p/DQqNh-TinPh/?srtk=MTJndG9lY3R2dmZscA" TargetMode="External"/><Relationship Id="rId628" Type="http://schemas.openxmlformats.org/officeDocument/2006/relationships/hyperlink" Target="https://www.instagram.com/reel/DSTxK0HCt6t/?xtok=MTNtcTR6MXRmbDRkYQ" TargetMode="External"/><Relationship Id="rId835" Type="http://schemas.openxmlformats.org/officeDocument/2006/relationships/chart" Target="charts/chart3.xml"/><Relationship Id="rId225" Type="http://schemas.openxmlformats.org/officeDocument/2006/relationships/hyperlink" Target="https://www.instagram.com/p/DDRLjsOs1WR/?utm_source=ig_web_copy_link&amp;stkn=MzRlODBiNWFlZA" TargetMode="External"/><Relationship Id="rId267" Type="http://schemas.openxmlformats.org/officeDocument/2006/relationships/hyperlink" Target="https://www.instagram.com/p/DDHrJEMhZR/?utm_source=ig_web_copy_link&amp;vrfl=MzRlODBiNWFlZA==&amp;srtk=MzRlODBiNWFlZA" TargetMode="External"/><Relationship Id="rId432" Type="http://schemas.openxmlformats.org/officeDocument/2006/relationships/hyperlink" Target="https://www.instagram.com/reel/DJ6SkGJM1tP/?utm_source=ig_web_copy_link&amp;cplk=MzRlODBiNWFlZA==&amp;srtk=MzRlODBiNWFlZA" TargetMode="External"/><Relationship Id="rId474" Type="http://schemas.openxmlformats.org/officeDocument/2006/relationships/hyperlink" Target="https://www.instagram.com/reel/DOkmWnkCn9p/?xtok=MWt2N3Fqandyc2UyYw" TargetMode="External"/><Relationship Id="rId877" Type="http://schemas.openxmlformats.org/officeDocument/2006/relationships/hyperlink" Target="https://www.instagram.com/p/DUqTuI3Csfp/?stkn=MWpqM2huanVrMTg5cw" TargetMode="External"/><Relationship Id="rId127" Type="http://schemas.openxmlformats.org/officeDocument/2006/relationships/hyperlink" Target="https://www.instagram.com/p/DBgcsjlMvy5/?utm_source=ig_web_copy_link&amp;stkn=MzRlODBiNWFlZA" TargetMode="External"/><Relationship Id="rId681" Type="http://schemas.openxmlformats.org/officeDocument/2006/relationships/hyperlink" Target="https://www.instagram.com/reel/DVdownQCsZu/?cplk=MWZramNqYmEybXgx" TargetMode="External"/><Relationship Id="rId737" Type="http://schemas.openxmlformats.org/officeDocument/2006/relationships/hyperlink" Target="https://www.instagram.com/p/DYzV0ZLqSi6/?xtok=aWpxN3Bxa2w0ZG85" TargetMode="External"/><Relationship Id="rId779" Type="http://schemas.openxmlformats.org/officeDocument/2006/relationships/hyperlink" Target="https://www.instagram.com/p/Dc-29xSCiC9/?cplk=MWxxdHhmd3F3Y2RyMw" TargetMode="External"/><Relationship Id="rId902" Type="http://schemas.openxmlformats.org/officeDocument/2006/relationships/hyperlink" Target="https://www.instagram.com/reel/Ddosunkq5Nv/?mdxt=ODZhd203bjdhZnJy" TargetMode="External"/><Relationship Id="rId31" Type="http://schemas.openxmlformats.org/officeDocument/2006/relationships/image" Target="media/image6.png"/><Relationship Id="rId73" Type="http://schemas.openxmlformats.org/officeDocument/2006/relationships/hyperlink" Target="https://www.instagram.com/reel/DAl4Uo_NGBH/?utm_source=ig_web_copy_link&amp;stkn=MzRlODBiNWFlZA" TargetMode="External"/><Relationship Id="rId169" Type="http://schemas.openxmlformats.org/officeDocument/2006/relationships/hyperlink" Target="https://www.instagram.com/p/DCOyqmktjlR/?utm_source=ig_web_copy_link&amp;stkn=MzRlODBiNWFlZA" TargetMode="External"/><Relationship Id="rId334" Type="http://schemas.openxmlformats.org/officeDocument/2006/relationships/hyperlink" Target="https://www.instagram.com/reel/DGvDHRpshLJ/?utm_source=ig_web_copy_link&amp;mdxt=MzRlODBiNWFlZA==&amp;srtk=MzRlODBiNWFlZA" TargetMode="External"/><Relationship Id="rId376" Type="http://schemas.openxmlformats.org/officeDocument/2006/relationships/hyperlink" Target="https://www.instagram.com/reel/DHbxlO5Mr9E/?utm_source=ig_web_copy_link&amp;mdxt=MzRlODBiNWFlZA==&amp;srtk=MzRlODBiNWFlZA" TargetMode="External"/><Relationship Id="rId541" Type="http://schemas.openxmlformats.org/officeDocument/2006/relationships/hyperlink" Target="https://www.instagram.com/reel/DPvXK8ciqvC/?psln=MWIzd2c1Y216aGVoMg" TargetMode="External"/><Relationship Id="rId583" Type="http://schemas.openxmlformats.org/officeDocument/2006/relationships/hyperlink" Target="https://www.instagram.com/p/DQ84ra_Ct6H/?cplk=MTNwbnpkNG03dTd2dA" TargetMode="External"/><Relationship Id="rId639" Type="http://schemas.openxmlformats.org/officeDocument/2006/relationships/hyperlink" Target="https://www.instagram.com/reel/DTZrsiNClyU/?mdxt=MW82OHpzdjloajV0NA" TargetMode="External"/><Relationship Id="rId790" Type="http://schemas.openxmlformats.org/officeDocument/2006/relationships/hyperlink" Target="https://www.instagram.com/reel/Dd5yq9LqEL3/?psln=MXR1cTNpdTN2b3p6eA" TargetMode="External"/><Relationship Id="rId804" Type="http://schemas.openxmlformats.org/officeDocument/2006/relationships/hyperlink" Target="https://www.instagram.com/reel/Dd6G5FPKm3N/?mdxt=MWxocHA5cDdmdGd1Mg" TargetMode="External"/><Relationship Id="rId4" Type="http://schemas.openxmlformats.org/officeDocument/2006/relationships/settings" Target="settings.xml"/><Relationship Id="rId180" Type="http://schemas.openxmlformats.org/officeDocument/2006/relationships/hyperlink" Target="https://www.instagram.com/p/DCTmlrNt_EK/?utm_source=ig_web_copy_link&amp;stkn=MzRlODBiNWFlZA" TargetMode="External"/><Relationship Id="rId236" Type="http://schemas.openxmlformats.org/officeDocument/2006/relationships/hyperlink" Target="https://www.instagram.com/reel/DDYeYnwqFcf/?utm_source=ig_web_copy_link&amp;stkn=MzRlODBiNWFlZA" TargetMode="External"/><Relationship Id="rId278" Type="http://schemas.openxmlformats.org/officeDocument/2006/relationships/hyperlink" Target="https://www.instagram.com/p/DE2MPtSMHsY/?utm_source=ig_web_copy_link&amp;cplk=MzRlODBiNWFlZA==&amp;srtk=MzRlODBiNWFlZA" TargetMode="External"/><Relationship Id="rId401" Type="http://schemas.openxmlformats.org/officeDocument/2006/relationships/hyperlink" Target="https://www.instagram.com/p/DIzoL6To3UG/?utm_source=ig_web_copy_link&amp;obrf=MzRlODBiNWFlZA==&amp;srtk=MzRlODBiNWFlZA" TargetMode="External"/><Relationship Id="rId443" Type="http://schemas.openxmlformats.org/officeDocument/2006/relationships/hyperlink" Target="https://www.instagram.com/p/DKMMNWsT7n/?utm_source=ig_web_copy_link&amp;dlrf=MzRlODBiNWFlZA==&amp;srtk=MzRlODBiNWFlZA" TargetMode="External"/><Relationship Id="rId650" Type="http://schemas.openxmlformats.org/officeDocument/2006/relationships/hyperlink" Target="https://www.instagram.com/p/DUSXbJlCu7O/?mdxt=b2c1b3ZxemE1eG81" TargetMode="External"/><Relationship Id="rId846" Type="http://schemas.openxmlformats.org/officeDocument/2006/relationships/hyperlink" Target="https://www.instagram.com/p/DEzL_NQsOFA/?stkn=MWVueGF3MTIwZzVwdQ" TargetMode="External"/><Relationship Id="rId888" Type="http://schemas.openxmlformats.org/officeDocument/2006/relationships/hyperlink" Target="https://www.instagram.com/p/DTZrg1wimGu/?stkn=MTJhNHVzdW9wMGxqNA" TargetMode="External"/><Relationship Id="rId303" Type="http://schemas.openxmlformats.org/officeDocument/2006/relationships/hyperlink" Target="https://www.instagram.com/p/DF5oIq0szDF/?utm_source=ig_web_copy_link&amp;vrfl=MzRlODBiNWFlZA==&amp;srtk=MzRlODBiNWFlZA" TargetMode="External"/><Relationship Id="rId485" Type="http://schemas.openxmlformats.org/officeDocument/2006/relationships/hyperlink" Target="https://www.instagram.com/reel/DOop0haiqx6/?xtok=MWRlYTk2dHlrbTltMA" TargetMode="External"/><Relationship Id="rId692" Type="http://schemas.openxmlformats.org/officeDocument/2006/relationships/hyperlink" Target="https://www.instagram.com/reel/DVnIu-gCiVd/?rpxt=MW1pcGFkOGF3dTljbw" TargetMode="External"/><Relationship Id="rId706" Type="http://schemas.openxmlformats.org/officeDocument/2006/relationships/hyperlink" Target="https://www.instagram.com/p/DWyl_ILCgxj/?obrf=MTF2OGZ4YnB5ZWJlYw" TargetMode="External"/><Relationship Id="rId748" Type="http://schemas.openxmlformats.org/officeDocument/2006/relationships/hyperlink" Target="https://www.instagram.com/p/Ddi32Z6qwe8/?vrfl=OGkwMmNlNzE0bW50" TargetMode="External"/><Relationship Id="rId42" Type="http://schemas.openxmlformats.org/officeDocument/2006/relationships/hyperlink" Target="https://www.instagram.com/p/C_mq6hiN05G/?utm_source=ig_web_copy_link&amp;stkn=MzRlODBiNWFlZA" TargetMode="External"/><Relationship Id="rId84" Type="http://schemas.openxmlformats.org/officeDocument/2006/relationships/hyperlink" Target="https://www.instagram.com/reel/DArJZSqseDH/?utm_source=ig_web_copy_link&amp;stkn=MzRlODBiNWFlZA" TargetMode="External"/><Relationship Id="rId138" Type="http://schemas.openxmlformats.org/officeDocument/2006/relationships/hyperlink" Target="https://www.instagram.com/reel/DBip3sksz4L/?utm_source=ig_web_copy_link&amp;stkn=MzRlODBiNWFlZA" TargetMode="External"/><Relationship Id="rId345" Type="http://schemas.openxmlformats.org/officeDocument/2006/relationships/hyperlink" Target="https://www.instagram.com/reel/DG42TBhsUuc/?utm_source=ig_web_copy_link&amp;exln=MzRlODBiNWFlZA==&amp;srtk=MzRlODBiNWFlZA" TargetMode="External"/><Relationship Id="rId387" Type="http://schemas.openxmlformats.org/officeDocument/2006/relationships/hyperlink" Target="https://www.instagram.com/p/DIQx2tFMLcZ/?utm_source=ig_web_copy_link&amp;xtok=MzRlODBiNWFlZA==&amp;srtk=MzRlODBiNWFlZA" TargetMode="External"/><Relationship Id="rId510" Type="http://schemas.openxmlformats.org/officeDocument/2006/relationships/hyperlink" Target="https://www.instagram.com/reel/DPQw_YQCpxp/?psln=MTcxOWFqanB6cXkzdw" TargetMode="External"/><Relationship Id="rId552" Type="http://schemas.openxmlformats.org/officeDocument/2006/relationships/hyperlink" Target="https://www.instagram.com/p/DQCpojwik3K/?exln=YjJhczA5eWFoMmVs" TargetMode="External"/><Relationship Id="rId594" Type="http://schemas.openxmlformats.org/officeDocument/2006/relationships/hyperlink" Target="https://www.instagram.com/reel/DRRW7a0iuai/?obrf=dGNxZDhuNGJuMGZm" TargetMode="External"/><Relationship Id="rId608" Type="http://schemas.openxmlformats.org/officeDocument/2006/relationships/hyperlink" Target="https://www.instagram.com/p/DSFTDZrCpaT/?img_index=2&amp;psln=MW4ydTN4bzJydDB4bg" TargetMode="External"/><Relationship Id="rId815" Type="http://schemas.openxmlformats.org/officeDocument/2006/relationships/hyperlink" Target="https://www.instagram.com/reel/DeFBHpbKUY-/?dlrf=eGtjZWpmZzQwNmJ6" TargetMode="External"/><Relationship Id="rId191" Type="http://schemas.openxmlformats.org/officeDocument/2006/relationships/hyperlink" Target="https://www.instagram.com/p/DCbgZ2jspRf/?utm_source=ig_web_copy_link&amp;stkn=MzRlODBiNWFlZA" TargetMode="External"/><Relationship Id="rId205" Type="http://schemas.openxmlformats.org/officeDocument/2006/relationships/hyperlink" Target="https://www.instagram.com/p/DC1TDgasZSN/?utm_source=ig_web_copy_link&amp;stkn=MzRlODBiNWFlZA" TargetMode="External"/><Relationship Id="rId247" Type="http://schemas.openxmlformats.org/officeDocument/2006/relationships/hyperlink" Target="https://www.instagram.com/p/DDeZhA0sDD_/?utm_source=ig_web_copy_link&amp;stkn=MzRlODBiNWFlZA" TargetMode="External"/><Relationship Id="rId412" Type="http://schemas.openxmlformats.org/officeDocument/2006/relationships/hyperlink" Target="https://www.instagram.com/reel/DJCs6DHsSrb/?utm_source=ig_web_copy_link&amp;mdxt=MzRlODBiNWFlZA==&amp;srtk=MzRlODBiNWFlZA" TargetMode="External"/><Relationship Id="rId857" Type="http://schemas.openxmlformats.org/officeDocument/2006/relationships/hyperlink" Target="https://www.instagram.com/reel/DFpCn1FsiLj/?stkn=ZzR5Y28xeTl3NHNz" TargetMode="External"/><Relationship Id="rId899" Type="http://schemas.openxmlformats.org/officeDocument/2006/relationships/hyperlink" Target="https://www.instagram.com/p/DdPJx6vCnf7/?vrfl=eHZzN3dtcWg3Y3J5" TargetMode="External"/><Relationship Id="rId107" Type="http://schemas.openxmlformats.org/officeDocument/2006/relationships/hyperlink" Target="https://www.instagram.com/p/DBTdygDsKTl/?utm_source=ig_web_copy_link&amp;stkn=MzRlODBiNWFlZA" TargetMode="External"/><Relationship Id="rId289" Type="http://schemas.openxmlformats.org/officeDocument/2006/relationships/hyperlink" Target="https://www.instagram.com/reel/DFEsom7Id2E/?utm_source=ig_web_copy_link&amp;obrf=MzRlODBiNWFlZA==&amp;srtk=MzRlODBiNWFlZA" TargetMode="External"/><Relationship Id="rId454" Type="http://schemas.openxmlformats.org/officeDocument/2006/relationships/hyperlink" Target="https://www.instagram.com/reel/DK1gOvvsk4Z/?utm_source=ig_web_copy_link&amp;vrfl=MzRlODBiNWFlZA==&amp;srtk=MzRlODBiNWFlZA" TargetMode="External"/><Relationship Id="rId496" Type="http://schemas.openxmlformats.org/officeDocument/2006/relationships/hyperlink" Target="https://www.instagram.com/reel/DO8DPnsiq7y/?srtk=MXBpYWUwa3kxZ2QyNw" TargetMode="External"/><Relationship Id="rId661" Type="http://schemas.openxmlformats.org/officeDocument/2006/relationships/hyperlink" Target="https://www.instagram.com/p/DU-TVgMivUS/?mdxt=MXR5dm84ODdrbXFoOA" TargetMode="External"/><Relationship Id="rId717" Type="http://schemas.openxmlformats.org/officeDocument/2006/relationships/hyperlink" Target="https://www.instagram.com/reel/DX8dHKlqiFz/?vrfl=MWl0MWFndW95MTc1bA" TargetMode="External"/><Relationship Id="rId759" Type="http://schemas.openxmlformats.org/officeDocument/2006/relationships/hyperlink" Target="https://www.instagram.com/reel/DdnX1YpMf0l/?exln=MjNiajFkdWVucnQw" TargetMode="External"/><Relationship Id="rId11" Type="http://schemas.openxmlformats.org/officeDocument/2006/relationships/hyperlink" Target="https://school.bilimal.kz/cabinet_ddirector/performance/p_tlist?year=&amp;teacher_id=1058" TargetMode="External"/><Relationship Id="rId53" Type="http://schemas.openxmlformats.org/officeDocument/2006/relationships/hyperlink" Target="https://www.instagram.com/p/C_0aW0WsQT0/?utm_source=ig_web_copy_link&amp;stkn=MzRlODBiNWFlZA" TargetMode="External"/><Relationship Id="rId149" Type="http://schemas.openxmlformats.org/officeDocument/2006/relationships/hyperlink" Target="https://www.instagram.com/p/DB8L2n2sxVE/?utm_source=ig_web_copy_link&amp;stkn=MzRlODBiNWFlZA" TargetMode="External"/><Relationship Id="rId314" Type="http://schemas.openxmlformats.org/officeDocument/2006/relationships/hyperlink" Target="https://www.instagram.com/reel/DGLJ-1mMn01/?utm_source=ig_web_copy_link&amp;psln=MzRlODBiNWFlZA==&amp;srtk=MzRlODBiNWFlZA" TargetMode="External"/><Relationship Id="rId356" Type="http://schemas.openxmlformats.org/officeDocument/2006/relationships/hyperlink" Target="https://www.instagram.com/reel/DHLe_7xMaHf/?utm_source=ig_web_copy_link&amp;srtk=MzRlODBiNWFlZA" TargetMode="External"/><Relationship Id="rId398" Type="http://schemas.openxmlformats.org/officeDocument/2006/relationships/hyperlink" Target="https://www.instagram.com/p/DIzny5jIVst/?utm_source=ig_web_copy_link&amp;obrf=MzRlODBiNWFlZA==&amp;srtk=MzRlODBiNWFlZA" TargetMode="External"/><Relationship Id="rId521" Type="http://schemas.openxmlformats.org/officeDocument/2006/relationships/hyperlink" Target="https://www.instagram.com/reel/DPT2qFOCu8x/?exln=MWpxcXZzMHpuNDZxZQ" TargetMode="External"/><Relationship Id="rId563" Type="http://schemas.openxmlformats.org/officeDocument/2006/relationships/hyperlink" Target="https://www.instagram.com/reel/DQLq1yZCj_k/?rpxt=c3ZrcTdyczB4Ymdm" TargetMode="External"/><Relationship Id="rId619" Type="http://schemas.openxmlformats.org/officeDocument/2006/relationships/hyperlink" Target="https://www.instagram.com/reel/DSRzfu6it5n/?mdxt=NzhlZG1ieTZ3eW10" TargetMode="External"/><Relationship Id="rId770" Type="http://schemas.openxmlformats.org/officeDocument/2006/relationships/hyperlink" Target="https://www.instagram.com/p/DdjT__5ClrW/?img_index=5&amp;dlrf=MTMyNmJvczE5ZHYyMw" TargetMode="External"/><Relationship Id="rId95" Type="http://schemas.openxmlformats.org/officeDocument/2006/relationships/hyperlink" Target="https://www.instagram.com/p/DBFsY5YoRo3/?utm_source=ig_web_copy_link&amp;stkn=MzRlODBiNWFlZA" TargetMode="External"/><Relationship Id="rId160" Type="http://schemas.openxmlformats.org/officeDocument/2006/relationships/hyperlink" Target="https://www.instagram.com/p/DCBfyFEM4qW/?utm_source=ig_web_copy_link&amp;stkn=MzRlODBiNWFlZA" TargetMode="External"/><Relationship Id="rId216" Type="http://schemas.openxmlformats.org/officeDocument/2006/relationships/hyperlink" Target="https://www.instagram.com/p/DDLwQPZIoxp/?utm_source=ig_web_copy_link&amp;stkn=MzRlODBiNWFlZA" TargetMode="External"/><Relationship Id="rId423" Type="http://schemas.openxmlformats.org/officeDocument/2006/relationships/hyperlink" Target="https://www.instagram.com/reel/DJY6KJpMNJP/?utm_source=ig_web_copy_link&amp;obrf=MzRlODBiNWFlZA==&amp;srtk=MzRlODBiNWFlZA" TargetMode="External"/><Relationship Id="rId826" Type="http://schemas.openxmlformats.org/officeDocument/2006/relationships/hyperlink" Target="https://www.instagram.com/reel/DdzK8CHK34F/?obrf=bGZ5MzRmb2dubjJ3" TargetMode="External"/><Relationship Id="rId868" Type="http://schemas.openxmlformats.org/officeDocument/2006/relationships/hyperlink" Target="https://kargoo.kz/content/view/5/321326936" TargetMode="External"/><Relationship Id="rId258" Type="http://schemas.openxmlformats.org/officeDocument/2006/relationships/hyperlink" Target="https://www.instagram.com/p/DDtwcrsxHg/?utm_source=ig_web_copy_link" TargetMode="External"/><Relationship Id="rId465" Type="http://schemas.openxmlformats.org/officeDocument/2006/relationships/hyperlink" Target="https://www.instagram.com/p/DLSB8yUM3R_/?utm_source=ig_web_copy_link&amp;obrf=MzRlODBiNWFlZA==&amp;srtk=MzRlODBiNWFlZA" TargetMode="External"/><Relationship Id="rId630" Type="http://schemas.openxmlformats.org/officeDocument/2006/relationships/hyperlink" Target="https://www.instagram.com/reel/DSTyBVdiogf/?cplk=YnJocXkwN3RhZ2lk" TargetMode="External"/><Relationship Id="rId672" Type="http://schemas.openxmlformats.org/officeDocument/2006/relationships/hyperlink" Target="https://www.instagram.com/p/DVYxbSLCgv5/?img_index=3&amp;exln=MTI5MmpyaDJyaGlwag" TargetMode="External"/><Relationship Id="rId728" Type="http://schemas.openxmlformats.org/officeDocument/2006/relationships/hyperlink" Target="https://www.instagram.com/p/DYeml99Kcb2/?vrfl=Z3QxeWFsbjB0NW5i" TargetMode="External"/><Relationship Id="rId22" Type="http://schemas.openxmlformats.org/officeDocument/2006/relationships/hyperlink" Target="https://www.instagram.com/p/C5TpK0tMMYn/?exln=MWJhZnY5Ynp4MjkxNA==" TargetMode="External"/><Relationship Id="rId64" Type="http://schemas.openxmlformats.org/officeDocument/2006/relationships/hyperlink" Target="https://www.instagram.com/p/DAGqzLmseKf/?utm_source=ig_web_copy_link&amp;stkn=MzRlODBiNWFlZA" TargetMode="External"/><Relationship Id="rId118" Type="http://schemas.openxmlformats.org/officeDocument/2006/relationships/hyperlink" Target="https://www.instagram.com/reel/DBajYCkMlUK/?utm_source=ig_web_copy_link&amp;stkn=MzRlODBiNWFlZA" TargetMode="External"/><Relationship Id="rId325" Type="http://schemas.openxmlformats.org/officeDocument/2006/relationships/hyperlink" Target="https://www.instagram.com/reel/DGior8Ls2Jc/?utm_source=ig_web_copy_link&amp;srtk=MzRlODBiNWFlZA" TargetMode="External"/><Relationship Id="rId367" Type="http://schemas.openxmlformats.org/officeDocument/2006/relationships/hyperlink" Target="https://www.instagram.com/reel/DHWKYiHIjap/?utm_source=ig_web_copy_link&amp;rpxt=MzRlODBiNWFlZA==&amp;srtk=MzRlODBiNWFlZA" TargetMode="External"/><Relationship Id="rId532" Type="http://schemas.openxmlformats.org/officeDocument/2006/relationships/hyperlink" Target="https://www.instagram.com/reel/DPdN3oKinUC/?obrf=ZXFtY29kbnliYm53" TargetMode="External"/><Relationship Id="rId574" Type="http://schemas.openxmlformats.org/officeDocument/2006/relationships/hyperlink" Target="https://www.instagram.com/p/DQ3rzoYClR_/?img_index=6&amp;dlrf=OGlsMWVyd3Bvdjd1" TargetMode="External"/><Relationship Id="rId171" Type="http://schemas.openxmlformats.org/officeDocument/2006/relationships/hyperlink" Target="https://www.instagram.com/reel/DCQ0pnntWar/?utm_source=ig_web_copy_link&amp;stkn=MzRlODBiNWFlZA" TargetMode="External"/><Relationship Id="rId227" Type="http://schemas.openxmlformats.org/officeDocument/2006/relationships/hyperlink" Target="https://www.instagram.com/reel/DDRLs6sMp0N/?utm_source=ig_web_copy_link&amp;stkn=MzRlODBiNWFlZA" TargetMode="External"/><Relationship Id="rId781" Type="http://schemas.openxmlformats.org/officeDocument/2006/relationships/hyperlink" Target="https://www.instagram.com/reel/DdIU86dKR2k/?vrfl=MWU3bGQxZjNzMnhhNw" TargetMode="External"/><Relationship Id="rId837" Type="http://schemas.openxmlformats.org/officeDocument/2006/relationships/chart" Target="charts/chart5.xml"/><Relationship Id="rId879" Type="http://schemas.openxmlformats.org/officeDocument/2006/relationships/hyperlink" Target="https://www.instagram.com/reel/DSEwbKPiuti/?stkn=YnVsN3RkYm9tdDNp" TargetMode="External"/><Relationship Id="rId269" Type="http://schemas.openxmlformats.org/officeDocument/2006/relationships/hyperlink" Target="https://www.instagram.com/reel/DEMedySMh2/?utm_source=ig_web_copy_link&amp;cplk=MzRlODBiNWFlZA==&amp;srtk=MzRlODBiNWFlZA" TargetMode="External"/><Relationship Id="rId434" Type="http://schemas.openxmlformats.org/officeDocument/2006/relationships/hyperlink" Target="https://www.instagram.com/p/DJ_DbLrM9YW/?utm_source=ig_web_copy_link&amp;exln=MzRlODBiNWFlZA==&amp;srtk=MzRlODBiNWFlZA" TargetMode="External"/><Relationship Id="rId476" Type="http://schemas.openxmlformats.org/officeDocument/2006/relationships/hyperlink" Target="https://www.instagram.com/reel/DOkmn-yijVY/?xtok=MXhpMXBkN3drODlraA" TargetMode="External"/><Relationship Id="rId641" Type="http://schemas.openxmlformats.org/officeDocument/2006/relationships/hyperlink" Target="https://www.instagram.com/p/DTu32vlinRD/?exln=MWgwczYzY2s1YjE1Zg" TargetMode="External"/><Relationship Id="rId683" Type="http://schemas.openxmlformats.org/officeDocument/2006/relationships/hyperlink" Target="https://www.instagram.com/reel/DVeB2JxjBrn/?mdxt=eTdsb3ppMWlsYmNt" TargetMode="External"/><Relationship Id="rId739" Type="http://schemas.openxmlformats.org/officeDocument/2006/relationships/hyperlink" Target="https://www.instagram.com/reel/DcwXobYK1QI/?psln=YWQxY2lma3UzZ2k5" TargetMode="External"/><Relationship Id="rId890" Type="http://schemas.openxmlformats.org/officeDocument/2006/relationships/hyperlink" Target="https://www.instagram.com/reel/DUDgDp1ise5/?stkn=MTFnaTE2eXQzNHZxMg" TargetMode="External"/><Relationship Id="rId904" Type="http://schemas.openxmlformats.org/officeDocument/2006/relationships/hyperlink" Target="https://www.instagram.com/reel/Dd0nR2HKFpB/?rpxt=aHp5bjBtbnAxaWd6" TargetMode="External"/><Relationship Id="rId33" Type="http://schemas.openxmlformats.org/officeDocument/2006/relationships/hyperlink" Target="https://disk.yandex.kz/d/9BvvhFQyL9r2nQ" TargetMode="External"/><Relationship Id="rId129" Type="http://schemas.openxmlformats.org/officeDocument/2006/relationships/hyperlink" Target="https://www.instagram.com/p/DBgdvEvMiJM/?utm_source=ig_web_copy_link&amp;stkn=MzRlODBiNWFlZA" TargetMode="External"/><Relationship Id="rId280" Type="http://schemas.openxmlformats.org/officeDocument/2006/relationships/hyperlink" Target="https://www.instagram.com/reel/DE2MmWwMYWo/?utm_source=ig_web_copy_link&amp;rpxt=MzRlODBiNWFlZA==&amp;srtk=MzRlODBiNWFlZA" TargetMode="External"/><Relationship Id="rId336" Type="http://schemas.openxmlformats.org/officeDocument/2006/relationships/hyperlink" Target="https://www.instagram.com/reel/DGxAE_NtJ8B/?utm_source=ig_web_copy_link&amp;psln=MzRlODBiNWFlZA==&amp;srtk=MzRlODBiNWFlZA" TargetMode="External"/><Relationship Id="rId501" Type="http://schemas.openxmlformats.org/officeDocument/2006/relationships/hyperlink" Target="https://www.instagram.com/p/DPLa2hTCrP9/?rpxt=MWJqM2hsd2JvM2p5aA" TargetMode="External"/><Relationship Id="rId543" Type="http://schemas.openxmlformats.org/officeDocument/2006/relationships/hyperlink" Target="https://www.instagram.com/p/DPyzoDHinDh/?psln=cXVxbXhiZ2lzeWFq" TargetMode="External"/><Relationship Id="rId75" Type="http://schemas.openxmlformats.org/officeDocument/2006/relationships/hyperlink" Target="https://www.instagram.com/p/DAoKmfRsy5V/?utm_source=ig_web_copy_link&amp;stkn=MzRlODBiNWFlZA" TargetMode="External"/><Relationship Id="rId140" Type="http://schemas.openxmlformats.org/officeDocument/2006/relationships/hyperlink" Target="https://www.instagram.com/reel/DBjLwY0sV4I/?utm_source=ig_web_copy_link&amp;stkn=MzRlODBiNWFlZA" TargetMode="External"/><Relationship Id="rId182" Type="http://schemas.openxmlformats.org/officeDocument/2006/relationships/hyperlink" Target="https://www.instagram.com/p/DCT2vMGNfSM/?utm_source=ig_web_copy_link&amp;stkn=MzRlODBiNWFlZA" TargetMode="External"/><Relationship Id="rId378" Type="http://schemas.openxmlformats.org/officeDocument/2006/relationships/hyperlink" Target="https://www.instagram.com/reel/DHjKgQ1sWG3/?utm_source=ig_web_copy_link&amp;exln=MzRlODBiNWFlZA==&amp;srtk=MzRlODBiNWFlZA" TargetMode="External"/><Relationship Id="rId403" Type="http://schemas.openxmlformats.org/officeDocument/2006/relationships/hyperlink" Target="https://www.instagram.com/reel/DI0obKDMKIq/?utm_source=ig_web_copy_link&amp;xtok=MzRlODBiNWFlZA==&amp;srtk=MzRlODBiNWFlZA" TargetMode="External"/><Relationship Id="rId585" Type="http://schemas.openxmlformats.org/officeDocument/2006/relationships/hyperlink" Target="https://www.instagram.com/reel/DQ-769oCioA/?exln=MXZ5cTZva3d2YzAzZQ" TargetMode="External"/><Relationship Id="rId750" Type="http://schemas.openxmlformats.org/officeDocument/2006/relationships/hyperlink" Target="https://www.instagram.com/reel/DdjqhO6Kb4w/?dlrf=ZXE4NXZzZnBhNHo3" TargetMode="External"/><Relationship Id="rId792" Type="http://schemas.openxmlformats.org/officeDocument/2006/relationships/hyperlink" Target="https://www.instagram.com/reel/Dd7DjFiq1E4/?psln=MW9jeG52bXJqbXR4bA" TargetMode="External"/><Relationship Id="rId806" Type="http://schemas.openxmlformats.org/officeDocument/2006/relationships/hyperlink" Target="https://www.instagram.com/reel/Dd7WuXFqZBH/?psln=MTRtZDZ4bTlza2pkaA" TargetMode="External"/><Relationship Id="rId848" Type="http://schemas.openxmlformats.org/officeDocument/2006/relationships/hyperlink" Target="https://www.instagram.com/p/C_vljttseHf/?igsh=MWp6YTE1c3V0dzZwcg==" TargetMode="External"/><Relationship Id="rId6" Type="http://schemas.openxmlformats.org/officeDocument/2006/relationships/footnotes" Target="footnotes.xml"/><Relationship Id="rId238" Type="http://schemas.openxmlformats.org/officeDocument/2006/relationships/hyperlink" Target="https://www.instagram.com/reel/DDYvsX2K1Wn/?utm_source=ig_web_copy_link&amp;stkn=MzRlODBiNWFlZA" TargetMode="External"/><Relationship Id="rId445" Type="http://schemas.openxmlformats.org/officeDocument/2006/relationships/hyperlink" Target="https://www.instagram.com/reel/DKW7uIss5OT/?utm_source=ig_web_copy_link&amp;vrfl=MzRlODBiNWFlZA==&amp;srtk=MzRlODBiNWFlZA" TargetMode="External"/><Relationship Id="rId487" Type="http://schemas.openxmlformats.org/officeDocument/2006/relationships/hyperlink" Target="https://www.instagram.com/p/DOqp43cigAN/?xtok=MXhzMjF1NmpzNmc4MA" TargetMode="External"/><Relationship Id="rId610" Type="http://schemas.openxmlformats.org/officeDocument/2006/relationships/hyperlink" Target="https://www.instagram.com/reel/DSLImD2imCV/?vrfl=MXZkdGFldWQ3eXBndA" TargetMode="External"/><Relationship Id="rId652" Type="http://schemas.openxmlformats.org/officeDocument/2006/relationships/hyperlink" Target="https://www.instagram.com/reel/DUh7fMlCg6t/?psln=MWZmMHExczB0MmRycw" TargetMode="External"/><Relationship Id="rId694" Type="http://schemas.openxmlformats.org/officeDocument/2006/relationships/hyperlink" Target="https://www.instagram.com/reel/DVnwXcrCtf0/?srtk=bmJwZnR4bnYwd3M4" TargetMode="External"/><Relationship Id="rId708" Type="http://schemas.openxmlformats.org/officeDocument/2006/relationships/hyperlink" Target="https://www.instagram.com/p/DW0xJR0ijQp/?mdxt=MXhsOTI2N3lzdWo2bA" TargetMode="External"/><Relationship Id="rId291" Type="http://schemas.openxmlformats.org/officeDocument/2006/relationships/hyperlink" Target="https://www.instagram.com/p/DFHL8suoqmt/?utm_source=ig_web_copy_link&amp;xtok=MzRlODBiNWFlZA==&amp;srtk=MzRlODBiNWFlZA" TargetMode="External"/><Relationship Id="rId305" Type="http://schemas.openxmlformats.org/officeDocument/2006/relationships/hyperlink" Target="https://www.instagram.com/reel/DF5qDEbszVe/?utm_source=ig_web_copy_link&amp;exln=MzRlODBiNWFlZA==&amp;srtk=MzRlODBiNWFlZA" TargetMode="External"/><Relationship Id="rId347" Type="http://schemas.openxmlformats.org/officeDocument/2006/relationships/hyperlink" Target="https://www.instagram.com/reel/DG5VEYKMquG/?utm_source=ig_web_copy_link&amp;vrfl=MzRlODBiNWFlZA==&amp;srtk=MzRlODBiNWFlZA" TargetMode="External"/><Relationship Id="rId512" Type="http://schemas.openxmlformats.org/officeDocument/2006/relationships/hyperlink" Target="https://www.instagram.com/reel/DPS1tbhimOi/?mdxt=YnU5dmE2Z3BmdXV2" TargetMode="External"/><Relationship Id="rId44" Type="http://schemas.openxmlformats.org/officeDocument/2006/relationships/hyperlink" Target="https://www.instagram.com/p/C_sxVgqMYDS/?utm_source=ig_web_copy_link&amp;stkn=MzRlODBiNWFlZA" TargetMode="External"/><Relationship Id="rId86" Type="http://schemas.openxmlformats.org/officeDocument/2006/relationships/hyperlink" Target="https://www.instagram.com/reel/DAvzohgMaZA/?utm_source=ig_web_copy_link&amp;stkn=MzRlODBiNWFlZA" TargetMode="External"/><Relationship Id="rId151" Type="http://schemas.openxmlformats.org/officeDocument/2006/relationships/hyperlink" Target="https://www.instagram.com/p/DB8MQKIsA2G/?utm_source=ig_web_copy_link&amp;stkn=MzRlODBiNWFlZA" TargetMode="External"/><Relationship Id="rId389" Type="http://schemas.openxmlformats.org/officeDocument/2006/relationships/hyperlink" Target="https://www.instagram.com/p/DIQ_DIBsmvF/?utm_source=ig_web_copy_link&amp;mdxt=MzRlODBiNWFlZA==&amp;srtk=MzRlODBiNWFlZA" TargetMode="External"/><Relationship Id="rId554" Type="http://schemas.openxmlformats.org/officeDocument/2006/relationships/hyperlink" Target="https://www.instagram.com/p/DQDrD0WCsS1/?vrfl=cjRweTUyam50NWtl" TargetMode="External"/><Relationship Id="rId596" Type="http://schemas.openxmlformats.org/officeDocument/2006/relationships/hyperlink" Target="https://www.instagram.com/p/DRUTGfmCmRl/?xtok=cm94YnpydHhjdDF5" TargetMode="External"/><Relationship Id="rId761" Type="http://schemas.openxmlformats.org/officeDocument/2006/relationships/hyperlink" Target="https://www.instagram.com/reel/DdvZiAqKg1c/?rpxt=MTQyYnRqZW01dm5wbA" TargetMode="External"/><Relationship Id="rId817" Type="http://schemas.openxmlformats.org/officeDocument/2006/relationships/hyperlink" Target="https://www.instagram.com/reel/DeGesiFq73U/?xtok=MTNkcXRjYXZicGozZA" TargetMode="External"/><Relationship Id="rId859" Type="http://schemas.openxmlformats.org/officeDocument/2006/relationships/hyperlink" Target="https://www.instagram.com/p/DHIVRSBMQPe/?stkn=MThpODhxb2FvdnlibQ" TargetMode="External"/><Relationship Id="rId193" Type="http://schemas.openxmlformats.org/officeDocument/2006/relationships/hyperlink" Target="https://www.instagram.com/p/DCg0K6mKudR/?utm_source=ig_web_copy_link&amp;stkn=MzRlODBiNWFlZA" TargetMode="External"/><Relationship Id="rId207" Type="http://schemas.openxmlformats.org/officeDocument/2006/relationships/hyperlink" Target="https://www.instagram.com/reel/DC3xkheMUJX/?utm_source=ig_web_copy_link&amp;stkn=MzRlODBiNWFlZA" TargetMode="External"/><Relationship Id="rId249" Type="http://schemas.openxmlformats.org/officeDocument/2006/relationships/hyperlink" Target="https://www.instagram.com/reel/DDfS26AM2nm/?utm_source=ig_web_copy_link&amp;stkn=MzRlODBiNWFlZA" TargetMode="External"/><Relationship Id="rId414" Type="http://schemas.openxmlformats.org/officeDocument/2006/relationships/hyperlink" Target="https://www.instagram.com/p/DJGgVelMa4O/?utm_source=ig_web_copy_link&amp;rpxt=MzRlODBiNWFlZA==&amp;srtk=MzRlODBiNWFlZA" TargetMode="External"/><Relationship Id="rId456" Type="http://schemas.openxmlformats.org/officeDocument/2006/relationships/hyperlink" Target="https://www.instagram.com/reel/DK9mH8qtbUU/?utm_source=ig_web_copy_link&amp;srtk=MzRlODBiNWFlZA" TargetMode="External"/><Relationship Id="rId498" Type="http://schemas.openxmlformats.org/officeDocument/2006/relationships/hyperlink" Target="https://www.instagram.com/reel/DPD-s6LCtDb/?xtok=Y3E2b2M3bGFkcWx1" TargetMode="External"/><Relationship Id="rId621" Type="http://schemas.openxmlformats.org/officeDocument/2006/relationships/hyperlink" Target="https://www.instagram.com/reel/DSSO9xxijXH/?obrf=OWl2dTN0dTFudXc3" TargetMode="External"/><Relationship Id="rId663" Type="http://schemas.openxmlformats.org/officeDocument/2006/relationships/hyperlink" Target="https://www.instagram.com/reel/DVPEhVqik4q/?psln=MzJrOXNlcWMzOTdq" TargetMode="External"/><Relationship Id="rId870" Type="http://schemas.openxmlformats.org/officeDocument/2006/relationships/image" Target="media/image24.png"/><Relationship Id="rId13" Type="http://schemas.openxmlformats.org/officeDocument/2006/relationships/hyperlink" Target="https://school.bilimal.kz/cabinet_ddirector/performance/p_tlist?year=&amp;teacher_id=1057" TargetMode="External"/><Relationship Id="rId109" Type="http://schemas.openxmlformats.org/officeDocument/2006/relationships/hyperlink" Target="https://www.instagram.com/p/DBT0QTTspF2/?utm_source=ig_web_copy_link&amp;stkn=MzRlODBiNWFlZA" TargetMode="External"/><Relationship Id="rId260" Type="http://schemas.openxmlformats.org/officeDocument/2006/relationships/hyperlink" Target="https://www.instagram.com/p/DDwg74Zsj2P/?utm_source=ig_web_copy_link&amp;cplk=MzRlODBiNWFlZA==&amp;srtk=MzRlODBiNWFlZA" TargetMode="External"/><Relationship Id="rId316" Type="http://schemas.openxmlformats.org/officeDocument/2006/relationships/hyperlink" Target="https://www.instagram.com/reel/DGQs7juMLMX/?utm_source=ig_web_copy_link&amp;cplk=MzRlODBiNWFlZA==&amp;srtk=MzRlODBiNWFlZA" TargetMode="External"/><Relationship Id="rId523" Type="http://schemas.openxmlformats.org/officeDocument/2006/relationships/hyperlink" Target="https://www.instagram.com/reel/DPUBYxqCtPt/?dlrf=MTV6eXJseXFwd2E2Zw" TargetMode="External"/><Relationship Id="rId719" Type="http://schemas.openxmlformats.org/officeDocument/2006/relationships/hyperlink" Target="https://www.instagram.com/reel/DX8uYTzvXlD/?cplk=YW1pdGZ6NGN4aXll" TargetMode="External"/><Relationship Id="rId55" Type="http://schemas.openxmlformats.org/officeDocument/2006/relationships/hyperlink" Target="https://www.instagram.com/p/C_72zlwsZGB/?utm_source=ig_web_copy_link&amp;stkn=MzRlODBiNWFlZA" TargetMode="External"/><Relationship Id="rId97" Type="http://schemas.openxmlformats.org/officeDocument/2006/relationships/hyperlink" Target="https://www.instagram.com/reel/DBFseR2odxF/?utm_source=ig_web_copy_link&amp;stkn=MzRlODBiNWFlZA" TargetMode="External"/><Relationship Id="rId120" Type="http://schemas.openxmlformats.org/officeDocument/2006/relationships/hyperlink" Target="https://www.instagram.com/p/DBf8hNAMA0d/?utm_source=ig_web_copy_link&amp;stkn=MzRlODBiNWFlZA" TargetMode="External"/><Relationship Id="rId358" Type="http://schemas.openxmlformats.org/officeDocument/2006/relationships/hyperlink" Target="https://www.instagram.com/reel/DHLpw11NYpe/?utm_source=ig_web_copy_link&amp;mdxt=MzRlODBiNWFlZA==&amp;srtk=MzRlODBiNWFlZA" TargetMode="External"/><Relationship Id="rId565" Type="http://schemas.openxmlformats.org/officeDocument/2006/relationships/hyperlink" Target="https://www.instagram.com/reel/DQMfsCpiizG/?srtk=MW1rbWJqeXh6YXh5aA" TargetMode="External"/><Relationship Id="rId730" Type="http://schemas.openxmlformats.org/officeDocument/2006/relationships/hyperlink" Target="https://www.instagram.com/reel/DYu8Vd-qnPQ/?rpxt=Y3JyM3V1MDFiaXNs" TargetMode="External"/><Relationship Id="rId772" Type="http://schemas.openxmlformats.org/officeDocument/2006/relationships/hyperlink" Target="https://www.instagram.com/p/Dd1FeKxiqUr/?dlrf=cTZyanc1MGFleGow" TargetMode="External"/><Relationship Id="rId828" Type="http://schemas.openxmlformats.org/officeDocument/2006/relationships/hyperlink" Target="https://www.instagram.com/reel/DeCyBioMXb-/?dlrf=cjF4ZTY2ZDVvMjFt" TargetMode="External"/><Relationship Id="rId162" Type="http://schemas.openxmlformats.org/officeDocument/2006/relationships/hyperlink" Target="https://www.instagram.com/p/DCHAQwzMWMy/?utm_source=ig_web_copy_link&amp;stkn=MzRlODBiNWFlZA" TargetMode="External"/><Relationship Id="rId218" Type="http://schemas.openxmlformats.org/officeDocument/2006/relationships/hyperlink" Target="https://www.instagram.com/p/DDMkM9psssW/?utm_source=ig_web_copy_link&amp;stkn=MzRlODBiNWFlZA" TargetMode="External"/><Relationship Id="rId425" Type="http://schemas.openxmlformats.org/officeDocument/2006/relationships/hyperlink" Target="https://www.instagram.com/p/DJZH_BnMJcR/?utm_source=ig_web_copy_link&amp;obrf=MzRlODBiNWFlZA==&amp;srtk=MzRlODBiNWFlZA" TargetMode="External"/><Relationship Id="rId467" Type="http://schemas.openxmlformats.org/officeDocument/2006/relationships/hyperlink" Target="https://www.instagram.com/reel/DLZlx7iMjZi/?utm_source=ig_web_copy_link&amp;vrfl=MzRlODBiNWFlZA==&amp;srtk=MzRlODBiNWFlZA" TargetMode="External"/><Relationship Id="rId632" Type="http://schemas.openxmlformats.org/officeDocument/2006/relationships/hyperlink" Target="https://www.instagram.com/reel/DSpVN_mCoza/?psln=YjcwYnd1YmpmMXJt" TargetMode="External"/><Relationship Id="rId271" Type="http://schemas.openxmlformats.org/officeDocument/2006/relationships/hyperlink" Target="https://www.instagram.com/p/DEjdJnAsP6U/?utm_source=ig_web_copy_link&amp;psln=MzRlODBiNWFlZA==&amp;srtk=MzRlODBiNWFlZA" TargetMode="External"/><Relationship Id="rId674" Type="http://schemas.openxmlformats.org/officeDocument/2006/relationships/hyperlink" Target="https://www.instagram.com/reel/DVY1BGdip7-/?mdxt=MWlmanl5em81dHV6bA" TargetMode="External"/><Relationship Id="rId881" Type="http://schemas.openxmlformats.org/officeDocument/2006/relationships/hyperlink" Target="https://www.instagram.com/p/DSFT-lKCjSn/?stkn=MXE2aHo1d2o0MThmdA" TargetMode="External"/><Relationship Id="rId24" Type="http://schemas.openxmlformats.org/officeDocument/2006/relationships/hyperlink" Target="https://www.instagram.com/p/DGhqWA6M8Yz/?dlrf=MWxvYmxoMWk5OHdhbw==" TargetMode="External"/><Relationship Id="rId66" Type="http://schemas.openxmlformats.org/officeDocument/2006/relationships/hyperlink" Target="https://www.instagram.com/p/DAIe9_OMDcg/?utm_source=ig_web_copy_link&amp;stkn=MzRlODBiNWFlZA" TargetMode="External"/><Relationship Id="rId131" Type="http://schemas.openxmlformats.org/officeDocument/2006/relationships/hyperlink" Target="https://www.instagram.com/reel/DBgeEiwsgHf/?utm_source=ig_web_copy_link&amp;stkn=MzRlODBiNWFlZA" TargetMode="External"/><Relationship Id="rId327" Type="http://schemas.openxmlformats.org/officeDocument/2006/relationships/hyperlink" Target="https://www.instagram.com/reel/DGk-r47steS/?utm_source=ig_web_copy_link&amp;cplk=MzRlODBiNWFlZA==&amp;srtk=MzRlODBiNWFlZA" TargetMode="External"/><Relationship Id="rId369" Type="http://schemas.openxmlformats.org/officeDocument/2006/relationships/hyperlink" Target="https://www.instagram.com/reel/DHXuZgNsXgb/?utm_source=ig_web_copy_link&amp;dlrf=MzRlODBiNWFlZA==&amp;srtk=MzRlODBiNWFlZA" TargetMode="External"/><Relationship Id="rId534" Type="http://schemas.openxmlformats.org/officeDocument/2006/relationships/hyperlink" Target="https://www.instagram.com/reel/DPgHituih20/?srtk=bHhiaXYzeHJ1MDkx" TargetMode="External"/><Relationship Id="rId576" Type="http://schemas.openxmlformats.org/officeDocument/2006/relationships/hyperlink" Target="https://www.instagram.com/p/DQ4itwwinCC/?srtk=MXhsOWJyano5NTRwdg" TargetMode="External"/><Relationship Id="rId741" Type="http://schemas.openxmlformats.org/officeDocument/2006/relationships/hyperlink" Target="https://www.instagram.com/reel/DcygyVuKBg4/?xtok=MTIxMHBxZ3JuZmY1bg" TargetMode="External"/><Relationship Id="rId783" Type="http://schemas.openxmlformats.org/officeDocument/2006/relationships/hyperlink" Target="https://www.instagram.com/p/DdJ09vlis3P/?img_index=2&amp;psln=MXJpajQ5M3FjdzUybg" TargetMode="External"/><Relationship Id="rId839" Type="http://schemas.openxmlformats.org/officeDocument/2006/relationships/chart" Target="charts/chart7.xml"/><Relationship Id="rId173" Type="http://schemas.openxmlformats.org/officeDocument/2006/relationships/hyperlink" Target="https://www.instagram.com/p/DCR5vPUtgTU/?utm_source=ig_web_copy_link&amp;stkn=MzRlODBiNWFlZA" TargetMode="External"/><Relationship Id="rId229" Type="http://schemas.openxmlformats.org/officeDocument/2006/relationships/hyperlink" Target="https://www.instagram.com/reel/DDUwRMRMiW2/?utm_source=ig_web_copy_link&amp;stkn=MzRlODBiNWFlZA" TargetMode="External"/><Relationship Id="rId380" Type="http://schemas.openxmlformats.org/officeDocument/2006/relationships/hyperlink" Target="https://www.instagram.com/reel/DIImxsDsVLK/?utm_source=ig_web_copy_link&amp;rpxt=MzRlODBiNWFlZA==&amp;srtk=MzRlODBiNWFlZA" TargetMode="External"/><Relationship Id="rId436" Type="http://schemas.openxmlformats.org/officeDocument/2006/relationships/hyperlink" Target="https://www.instagram.com/p/DJ_inBLMsZF/?utm_source=ig_web_copy_link&amp;srtk=MzRlODBiNWFlZA" TargetMode="External"/><Relationship Id="rId601" Type="http://schemas.openxmlformats.org/officeDocument/2006/relationships/hyperlink" Target="https://www.instagram.com/p/DR4QPAQCpr-/?cplk=MTc5NDlrYmlibDdobw" TargetMode="External"/><Relationship Id="rId643" Type="http://schemas.openxmlformats.org/officeDocument/2006/relationships/hyperlink" Target="https://www.instagram.com/reel/DTu4A_GigaG/?psln=Z3hnenVpc2J1ZXN4" TargetMode="External"/><Relationship Id="rId240" Type="http://schemas.openxmlformats.org/officeDocument/2006/relationships/hyperlink" Target="https://www.instagram.com/p/DDY1SOoKbML/?utm_source=ig_web_copy_link&amp;stkn=MzRlODBiNWFlZA" TargetMode="External"/><Relationship Id="rId478" Type="http://schemas.openxmlformats.org/officeDocument/2006/relationships/hyperlink" Target="https://www.instagram.com/reel/DOkmv9DCmyn/?srtk=MTloc3E0Ynd1cXJnMg" TargetMode="External"/><Relationship Id="rId685" Type="http://schemas.openxmlformats.org/officeDocument/2006/relationships/hyperlink" Target="https://www.instagram.com/reel/DVgKHoECu-B/?mdxt=MTZxdTRjZmdyaTczMQ" TargetMode="External"/><Relationship Id="rId850" Type="http://schemas.openxmlformats.org/officeDocument/2006/relationships/hyperlink" Target="https://www.instagram.com/p/DBLMXrdM879/?igsh=dms5aWxpNDF1eDl5" TargetMode="External"/><Relationship Id="rId892" Type="http://schemas.openxmlformats.org/officeDocument/2006/relationships/image" Target="media/image34.png"/><Relationship Id="rId906" Type="http://schemas.openxmlformats.org/officeDocument/2006/relationships/fontTable" Target="fontTable.xml"/><Relationship Id="rId35" Type="http://schemas.openxmlformats.org/officeDocument/2006/relationships/chart" Target="charts/chart1.xml"/><Relationship Id="rId77" Type="http://schemas.openxmlformats.org/officeDocument/2006/relationships/hyperlink" Target="https://www.instagram.com/p/DAoLApdsRCj/?utm_source=ig_web_copy_link&amp;stkn=MzRlODBiNWFlZA" TargetMode="External"/><Relationship Id="rId100" Type="http://schemas.openxmlformats.org/officeDocument/2006/relationships/hyperlink" Target="https://www.instagram.com/p/DBLMXrdM879/?utm_source=ig_web_copy_link&amp;stkn=MzRlODBiNWFlZA" TargetMode="External"/><Relationship Id="rId282" Type="http://schemas.openxmlformats.org/officeDocument/2006/relationships/hyperlink" Target="https://www.instagram.com/reel/DE4Ow9bMAVZ/?utm_source=ig_web_copy_link&amp;exln=MzRlODBiNWFlZA==&amp;srtk=MzRlODBiNWFlZA" TargetMode="External"/><Relationship Id="rId338" Type="http://schemas.openxmlformats.org/officeDocument/2006/relationships/hyperlink" Target="https://www.instagram.com/reel/DG04oqKsqTI/?utm_source=ig_web_copy_link&amp;exln=MzRlODBiNWFlZA==&amp;srtk=MzRlODBiNWFlZA" TargetMode="External"/><Relationship Id="rId503" Type="http://schemas.openxmlformats.org/officeDocument/2006/relationships/hyperlink" Target="https://www.instagram.com/reel/DPN8GOFCn2Y/?mdxt=MW03ODdwZWppdTFuMg" TargetMode="External"/><Relationship Id="rId545" Type="http://schemas.openxmlformats.org/officeDocument/2006/relationships/hyperlink" Target="https://www.instagram.com/reel/DP87ybwinaN/?dlrf=MXdtNGozNzQ0dWl1aQ" TargetMode="External"/><Relationship Id="rId587" Type="http://schemas.openxmlformats.org/officeDocument/2006/relationships/hyperlink" Target="https://www.instagram.com/p/DRH8x-0CjgO/?dlrf=Nzd3YjJrYmlodnRx" TargetMode="External"/><Relationship Id="rId710" Type="http://schemas.openxmlformats.org/officeDocument/2006/relationships/hyperlink" Target="https://www.instagram.com/p/DW3CrH3ilMo/?img_index=2&amp;cplk=ZnJkZDVnNWhieHF6" TargetMode="External"/><Relationship Id="rId752" Type="http://schemas.openxmlformats.org/officeDocument/2006/relationships/hyperlink" Target="https://www.instagram.com/reel/DdjqrDfKvAE/?rpxt=OWRubGFneDZzNXBn" TargetMode="External"/><Relationship Id="rId808" Type="http://schemas.openxmlformats.org/officeDocument/2006/relationships/hyperlink" Target="https://www.instagram.com/reel/Dd9IQTcqa3q/?psln=b2owMmhxcW5nZ2Js" TargetMode="External"/><Relationship Id="rId8" Type="http://schemas.openxmlformats.org/officeDocument/2006/relationships/footer" Target="footer1.xml"/><Relationship Id="rId142" Type="http://schemas.openxmlformats.org/officeDocument/2006/relationships/hyperlink" Target="https://www.instagram.com/p/DBtFxdgMeoj/?utm_source=ig_web_copy_link&amp;stkn=MzRlODBiNWFlZA" TargetMode="External"/><Relationship Id="rId184" Type="http://schemas.openxmlformats.org/officeDocument/2006/relationships/hyperlink" Target="https://www.instagram.com/p/DCWUsJCN_6_/?utm_source=ig_web_copy_link&amp;stkn=MzRlODBiNWFlZA" TargetMode="External"/><Relationship Id="rId391" Type="http://schemas.openxmlformats.org/officeDocument/2006/relationships/hyperlink" Target="https://www.instagram.com/reel/DIaaUQasHc0/?utm_source=ig_web_copy_link&amp;psln=MzRlODBiNWFlZA==&amp;srtk=MzRlODBiNWFlZA" TargetMode="External"/><Relationship Id="rId405" Type="http://schemas.openxmlformats.org/officeDocument/2006/relationships/hyperlink" Target="https://www.instagram.com/p/DI_CheusUjY/?utm_source=ig_web_copy_link&amp;obrf=MzRlODBiNWFlZA==&amp;srtk=MzRlODBiNWFlZA" TargetMode="External"/><Relationship Id="rId447" Type="http://schemas.openxmlformats.org/officeDocument/2006/relationships/hyperlink" Target="https://www.instagram.com/p/DKcfiKSMYhC/?utm_source=ig_web_copy_link&amp;srtk=MzRlODBiNWFlZA" TargetMode="External"/><Relationship Id="rId612" Type="http://schemas.openxmlformats.org/officeDocument/2006/relationships/hyperlink" Target="https://www.instagram.com/reel/DSN2_tXCtzW/?cplk=ZTIxbG56bHhtYTQ1" TargetMode="External"/><Relationship Id="rId794" Type="http://schemas.openxmlformats.org/officeDocument/2006/relationships/hyperlink" Target="https://www.instagram.com/reel/Dd38Fo_qPb_/?srtk=ZWZzMWU1eDYwcWNi" TargetMode="External"/><Relationship Id="rId251" Type="http://schemas.openxmlformats.org/officeDocument/2006/relationships/hyperlink" Target="https://www.instagram.com/p/DDoQvLDM2ss/?utm_source=ig_web_copy_link&amp;stkn=MzRlODBiNWFlZA" TargetMode="External"/><Relationship Id="rId489" Type="http://schemas.openxmlformats.org/officeDocument/2006/relationships/hyperlink" Target="https://www.instagram.com/p/DOtKr2ICq26/?mdxt=YTE3d3A5bXBpMnV3" TargetMode="External"/><Relationship Id="rId654" Type="http://schemas.openxmlformats.org/officeDocument/2006/relationships/hyperlink" Target="https://www.instagram.com/reel/DUkWS1jinOi/?xtok=OHVpaGVmOG80aDB4" TargetMode="External"/><Relationship Id="rId696" Type="http://schemas.openxmlformats.org/officeDocument/2006/relationships/hyperlink" Target="https://www.instagram.com/reel/DV0kIDyCpHB/?rpxt=MWhzYmNsdTQxc2h0eQ" TargetMode="External"/><Relationship Id="rId861" Type="http://schemas.openxmlformats.org/officeDocument/2006/relationships/image" Target="media/image20.jpeg"/><Relationship Id="rId46" Type="http://schemas.openxmlformats.org/officeDocument/2006/relationships/hyperlink" Target="https://www.instagram.com/p/C_tXljMMp8A/?utm_source=ig_web_copy_link&amp;stkn=MzRlODBiNWFlZA" TargetMode="External"/><Relationship Id="rId293" Type="http://schemas.openxmlformats.org/officeDocument/2006/relationships/hyperlink" Target="https://www.instagram.com/reel/DFNS8tjsT7B/?utm_source=ig_web_copy_link&amp;obrf=MzRlODBiNWFlZA==&amp;srtk=MzRlODBiNWFlZA" TargetMode="External"/><Relationship Id="rId307" Type="http://schemas.openxmlformats.org/officeDocument/2006/relationships/hyperlink" Target="https://www.instagram.com/reel/DGAftQrsbf8/?utm_source=ig_web_copy_link&amp;srtk=MzRlODBiNWFlZA" TargetMode="External"/><Relationship Id="rId349" Type="http://schemas.openxmlformats.org/officeDocument/2006/relationships/hyperlink" Target="https://www.instagram.com/p/DHIVOv0MLyz/?utm_source=ig_web_copy_link&amp;vrfl=MzRlODBiNWFlZA==&amp;srtk=MzRlODBiNWFlZA" TargetMode="External"/><Relationship Id="rId514" Type="http://schemas.openxmlformats.org/officeDocument/2006/relationships/hyperlink" Target="https://www.instagram.com/reel/DPS4MVuijYh/?rpxt=MXB1bGhjY2IyOGdiMw" TargetMode="External"/><Relationship Id="rId556" Type="http://schemas.openxmlformats.org/officeDocument/2006/relationships/hyperlink" Target="https://www.instagram.com/reel/DQDrLFEigj_/?cplk=MTdvMTN1ZXM4NmlodA" TargetMode="External"/><Relationship Id="rId721" Type="http://schemas.openxmlformats.org/officeDocument/2006/relationships/hyperlink" Target="https://www.instagram.com/reel/DYDxuyJKygk/?mdxt=MTRpYWZlbjB5aGUwNA" TargetMode="External"/><Relationship Id="rId763" Type="http://schemas.openxmlformats.org/officeDocument/2006/relationships/hyperlink" Target="https://www.instagram.com/reel/Dd1D7kGqXsP/?dlrf=MW1ndTV1YjdqbDc4eA" TargetMode="External"/><Relationship Id="rId88" Type="http://schemas.openxmlformats.org/officeDocument/2006/relationships/hyperlink" Target="https://www.instagram.com/reel/DAvzoSRsti9/?utm_source=ig_web_copy_link&amp;stkn=MzRlODBiNWFlZA" TargetMode="External"/><Relationship Id="rId111" Type="http://schemas.openxmlformats.org/officeDocument/2006/relationships/hyperlink" Target="https://www.instagram.com/reel/DBYb6Uqs5Yk/?utm_source=ig_web_copy_link&amp;stkn=MzRlODBiNWFlZA" TargetMode="External"/><Relationship Id="rId153" Type="http://schemas.openxmlformats.org/officeDocument/2006/relationships/hyperlink" Target="https://www.instagram.com/reel/DB8MdcDsaOH/?utm_source=ig_web_copy_link&amp;stkn=MzRlODBiNWFlZA" TargetMode="External"/><Relationship Id="rId195" Type="http://schemas.openxmlformats.org/officeDocument/2006/relationships/hyperlink" Target="https://www.instagram.com/p/DClUd1XsQ35/?utm_source=ig_web_copy_link&amp;stkn=MzRlODBiNWFlZA" TargetMode="External"/><Relationship Id="rId209" Type="http://schemas.openxmlformats.org/officeDocument/2006/relationships/hyperlink" Target="https://www.instagram.com/p/DDG5kdEMlma/?utm_source=ig_web_copy_link&amp;stkn=MzRlODBiNWFlZA" TargetMode="External"/><Relationship Id="rId360" Type="http://schemas.openxmlformats.org/officeDocument/2006/relationships/hyperlink" Target="https://www.instagram.com/p/DHS8XEuMO5X/?utm_source=ig_web_copy_link&amp;srtk=MzRlODBiNWFlZA" TargetMode="External"/><Relationship Id="rId416" Type="http://schemas.openxmlformats.org/officeDocument/2006/relationships/hyperlink" Target="https://www.instagram.com/p/DJGgkyoMMN6/?utm_source=ig_web_copy_link&amp;rpxt=MzRlODBiNWFlZA==&amp;srtk=MzRlODBiNWFlZA" TargetMode="External"/><Relationship Id="rId598" Type="http://schemas.openxmlformats.org/officeDocument/2006/relationships/hyperlink" Target="https://www.instagram.com/p/DRv8H4oiuxN/?mdxt=MTZkcmZmOW05MHlldw" TargetMode="External"/><Relationship Id="rId819" Type="http://schemas.openxmlformats.org/officeDocument/2006/relationships/hyperlink" Target="https://www.instagram.com/reel/DeI-RlxK6bW/?dlrf=MXZjZm9neWIyYWZxaQ" TargetMode="External"/><Relationship Id="rId220" Type="http://schemas.openxmlformats.org/officeDocument/2006/relationships/hyperlink" Target="https://www.instagram.com/p/DDOpLWLMONv/?utm_source=ig_web_copy_link&amp;stkn=MzRlODBiNWFlZA" TargetMode="External"/><Relationship Id="rId458" Type="http://schemas.openxmlformats.org/officeDocument/2006/relationships/hyperlink" Target="https://www.instagram.com/reel/DLDRXK4sIHW/?utm_source=ig_web_copy_link&amp;dlrf=MzRlODBiNWFlZA==&amp;srtk=MzRlODBiNWFlZA" TargetMode="External"/><Relationship Id="rId623" Type="http://schemas.openxmlformats.org/officeDocument/2006/relationships/hyperlink" Target="https://www.instagram.com/reel/DSTw-u2ij8F/?rpxt=dTk2ajcwa3B5eGkw" TargetMode="External"/><Relationship Id="rId665" Type="http://schemas.openxmlformats.org/officeDocument/2006/relationships/hyperlink" Target="https://www.instagram.com/reel/DVRBGE0ChH3/?srtk=MWdleml4amZ2Y3pmbQ" TargetMode="External"/><Relationship Id="rId830" Type="http://schemas.openxmlformats.org/officeDocument/2006/relationships/image" Target="media/image9.png"/><Relationship Id="rId872" Type="http://schemas.openxmlformats.org/officeDocument/2006/relationships/image" Target="media/image26.jpeg"/><Relationship Id="rId15" Type="http://schemas.openxmlformats.org/officeDocument/2006/relationships/image" Target="media/image2.png"/><Relationship Id="rId57" Type="http://schemas.openxmlformats.org/officeDocument/2006/relationships/hyperlink" Target="https://www.instagram.com/p/C_8NTTpsFOk/?utm_source=ig_web_copy_link&amp;stkn=MzRlODBiNWFlZA" TargetMode="External"/><Relationship Id="rId262" Type="http://schemas.openxmlformats.org/officeDocument/2006/relationships/hyperlink" Target="https://www.instagram.com/p/DD6ex4UMNjg/?utm_source=ig_web_copy_link&amp;obrf=MzRlODBiNWFlZA==&amp;srtk=MzRlODBiNWFlZA" TargetMode="External"/><Relationship Id="rId318" Type="http://schemas.openxmlformats.org/officeDocument/2006/relationships/hyperlink" Target="https://www.instagram.com/p/DGcgVBlM8bs/?utm_source=ig_web_copy_link&amp;exln=MzRlODBiNWFlZA==&amp;srtk=MzRlODBiNWFlZA" TargetMode="External"/><Relationship Id="rId525" Type="http://schemas.openxmlformats.org/officeDocument/2006/relationships/hyperlink" Target="https://www.instagram.com/reel/DPUOZ1XClup/?obrf=Mmh0YTRlZHk3Z3B1" TargetMode="External"/><Relationship Id="rId567" Type="http://schemas.openxmlformats.org/officeDocument/2006/relationships/hyperlink" Target="https://www.instagram.com/reel/DQbldUoCtLD/?xtok=N2Z6dHBvY2hnNG05" TargetMode="External"/><Relationship Id="rId732" Type="http://schemas.openxmlformats.org/officeDocument/2006/relationships/hyperlink" Target="https://www.instagram.com/p/DYwZJcqivQU/?img_index=3&amp;obrf=b2NyZDFvZHo0Y3lp" TargetMode="External"/><Relationship Id="rId99" Type="http://schemas.openxmlformats.org/officeDocument/2006/relationships/hyperlink" Target="https://www.instagram.com/p/DBGHjn_soX6/?utm_source=ig_web_copy_link&amp;stkn=MzRlODBiNWFlZA" TargetMode="External"/><Relationship Id="rId122" Type="http://schemas.openxmlformats.org/officeDocument/2006/relationships/hyperlink" Target="https://www.instagram.com/reel/DBf9IONMiLL/?utm_source=ig_web_copy_link&amp;stkn=MzRlODBiNWFlZA" TargetMode="External"/><Relationship Id="rId164" Type="http://schemas.openxmlformats.org/officeDocument/2006/relationships/hyperlink" Target="https://www.instagram.com/p/DCOFr4Bt_Pk/?utm_source=ig_web_copy_link&amp;stkn=MzRlODBiNWFlZA" TargetMode="External"/><Relationship Id="rId371" Type="http://schemas.openxmlformats.org/officeDocument/2006/relationships/hyperlink" Target="https://www.instagram.com/reel/DHYmPQptSEn/?utm_source=ig_web_copy_link&amp;exln=MzRlODBiNWFlZA==&amp;srtk=MzRlODBiNWFlZA" TargetMode="External"/><Relationship Id="rId774" Type="http://schemas.openxmlformats.org/officeDocument/2006/relationships/hyperlink" Target="https://www.instagram.com/p/Dd1GcPECkFt/?rpxt=MW1kdzZoeXNkbTVwYg" TargetMode="External"/><Relationship Id="rId427" Type="http://schemas.openxmlformats.org/officeDocument/2006/relationships/hyperlink" Target="https://www.instagram.com/p/DJrNKigMWhF/?utm_source=ig_web_copy_link&amp;vrfl=MzRlODBiNWFlZA==&amp;srtk=MzRlODBiNWFlZA" TargetMode="External"/><Relationship Id="rId469" Type="http://schemas.openxmlformats.org/officeDocument/2006/relationships/hyperlink" Target="https://www.instagram.com/reel/DOVhwj-Comm/?psln=YXBpdXh0amxzOTc" TargetMode="External"/><Relationship Id="rId634" Type="http://schemas.openxmlformats.org/officeDocument/2006/relationships/hyperlink" Target="https://www.instagram.com/reel/DSrdx2jiuhi/?rpxt=MTI0anUzdGNrZDQ0dw" TargetMode="External"/><Relationship Id="rId676" Type="http://schemas.openxmlformats.org/officeDocument/2006/relationships/hyperlink" Target="https://www.instagram.com/p/DVbDZC4ilo1/?psln=azRwb2picTJ5dmR6" TargetMode="External"/><Relationship Id="rId841" Type="http://schemas.openxmlformats.org/officeDocument/2006/relationships/chart" Target="charts/chart9.xml"/><Relationship Id="rId883" Type="http://schemas.openxmlformats.org/officeDocument/2006/relationships/image" Target="media/image29.png"/><Relationship Id="rId26" Type="http://schemas.openxmlformats.org/officeDocument/2006/relationships/image" Target="media/image4.png"/><Relationship Id="rId231" Type="http://schemas.openxmlformats.org/officeDocument/2006/relationships/hyperlink" Target="https://www.instagram.com/p/DDWrE3us5QC/?utm_source=ig_web_copy_link&amp;stkn=MzRlODBiNWFlZA" TargetMode="External"/><Relationship Id="rId273" Type="http://schemas.openxmlformats.org/officeDocument/2006/relationships/hyperlink" Target="https://www.instagram.com/reel/DEzL6mJM9sm/?utm_source=ig_web_copy_link&amp;srtk=MzRlODBiNWFlZA" TargetMode="External"/><Relationship Id="rId329" Type="http://schemas.openxmlformats.org/officeDocument/2006/relationships/hyperlink" Target="https://www.instagram.com/p/DGnXtiksKJU/?utm_source=ig_web_copy_link&amp;mdxt=MzRlODBiNWFlZA==&amp;srtk=MzRlODBiNWFlZA" TargetMode="External"/><Relationship Id="rId480" Type="http://schemas.openxmlformats.org/officeDocument/2006/relationships/hyperlink" Target="https://www.instagram.com/reel/DOkyW6CivFm/?obrf=MXZubTJob24zczA5NA" TargetMode="External"/><Relationship Id="rId536" Type="http://schemas.openxmlformats.org/officeDocument/2006/relationships/hyperlink" Target="https://www.instagram.com/reel/DPijt8kChrt/?vrfl=dTJ2M3k0eXNqYTF4" TargetMode="External"/><Relationship Id="rId701" Type="http://schemas.openxmlformats.org/officeDocument/2006/relationships/hyperlink" Target="https://www.instagram.com/p/DWBjhLhCoeY/?xtok=MWxrem84YjR2eDhyNA" TargetMode="External"/><Relationship Id="rId68" Type="http://schemas.openxmlformats.org/officeDocument/2006/relationships/hyperlink" Target="https://www.instagram.com/p/DAa55I7M7GR/?utm_source=ig_web_copy_link&amp;stkn=MzRlODBiNWFlZA" TargetMode="External"/><Relationship Id="rId133" Type="http://schemas.openxmlformats.org/officeDocument/2006/relationships/hyperlink" Target="https://www.instagram.com/p/DBgivHps9h-/?utm_source=ig_web_copy_link&amp;stkn=MzRlODBiNWFlZA" TargetMode="External"/><Relationship Id="rId175" Type="http://schemas.openxmlformats.org/officeDocument/2006/relationships/hyperlink" Target="https://www.instagram.com/p/DCR6X5dtL7n/?utm_source=ig_web_copy_link&amp;stkn=MzRlODBiNWFlZA" TargetMode="External"/><Relationship Id="rId340" Type="http://schemas.openxmlformats.org/officeDocument/2006/relationships/hyperlink" Target="https://www.instagram.com/reel/DG2TqCuMzBU/?utm_source=ig_web_copy_link&amp;exln=MzRlODBiNWFlZA==&amp;srtk=MzRlODBiNWFlZA" TargetMode="External"/><Relationship Id="rId578" Type="http://schemas.openxmlformats.org/officeDocument/2006/relationships/hyperlink" Target="https://www.instagram.com/reel/DQ4i3jOCnLs/?xtok=MWdrbm5nbmY1cXFvcA" TargetMode="External"/><Relationship Id="rId743" Type="http://schemas.openxmlformats.org/officeDocument/2006/relationships/hyperlink" Target="https://www.instagram.com/p/Dc1ea9HqYhf/?exln=b2puOXNyOHR5ZWhp" TargetMode="External"/><Relationship Id="rId785" Type="http://schemas.openxmlformats.org/officeDocument/2006/relationships/hyperlink" Target="https://www.instagram.com/reel/DdPJ2uYq57U/?rpxt=ZDlneHd3Y2J5YzVr" TargetMode="External"/><Relationship Id="rId200" Type="http://schemas.openxmlformats.org/officeDocument/2006/relationships/hyperlink" Target="https://www.instagram.com/p/DCyeo8SsgEE/?utm_source=ig_web_copy_link&amp;stkn=MzRlODBiNWFlZA" TargetMode="External"/><Relationship Id="rId382" Type="http://schemas.openxmlformats.org/officeDocument/2006/relationships/hyperlink" Target="https://www.instagram.com/reel/DIOCzb2sK3d/?utm_source=ig_web_copy_link&amp;srtk=MzRlODBiNWFlZA" TargetMode="External"/><Relationship Id="rId438" Type="http://schemas.openxmlformats.org/officeDocument/2006/relationships/hyperlink" Target="https://www.instagram.com/p/DJ_jIzgMVe0/?utm_source=ig_web_copy_link&amp;xtok=MzRlODBiNWFlZA==&amp;srtk=MzRlODBiNWFlZA" TargetMode="External"/><Relationship Id="rId603" Type="http://schemas.openxmlformats.org/officeDocument/2006/relationships/hyperlink" Target="https://www.instagram.com/p/DSAF--ZivX0/?srtk=NmhwNzFwMDNvdGo5" TargetMode="External"/><Relationship Id="rId645" Type="http://schemas.openxmlformats.org/officeDocument/2006/relationships/hyperlink" Target="https://www.instagram.com/reel/DUDgLkBimK2/?dlrf=MTEweXZra3M1NWwzcg" TargetMode="External"/><Relationship Id="rId687" Type="http://schemas.openxmlformats.org/officeDocument/2006/relationships/hyperlink" Target="https://www.instagram.com/reel/DViIuFnigyQ/?exln=MTFsb3ZhdDVrdW9paA" TargetMode="External"/><Relationship Id="rId810" Type="http://schemas.openxmlformats.org/officeDocument/2006/relationships/hyperlink" Target="https://www.instagram.com/reel/Dd9JkbFKkeb/?vrfl=ajM5b2E5cnAxNDZh" TargetMode="External"/><Relationship Id="rId852" Type="http://schemas.openxmlformats.org/officeDocument/2006/relationships/image" Target="media/image16.jpeg"/><Relationship Id="rId242" Type="http://schemas.openxmlformats.org/officeDocument/2006/relationships/hyperlink" Target="https://www.instagram.com/reel/DDY8gwuqR_7/?utm_source=ig_web_copy_link&amp;stkn=MzRlODBiNWFlZA" TargetMode="External"/><Relationship Id="rId284" Type="http://schemas.openxmlformats.org/officeDocument/2006/relationships/hyperlink" Target="https://www.instagram.com/reel/DE6xOcVMQKw/?utm_source=ig_web_copy_link&amp;xtok=MzRlODBiNWFlZA==&amp;srtk=MzRlODBiNWFlZA" TargetMode="External"/><Relationship Id="rId491" Type="http://schemas.openxmlformats.org/officeDocument/2006/relationships/hyperlink" Target="https://www.instagram.com/reel/DOx3rGVjPgU/?mdxt=MjB4MmdzNjFlZ3ll" TargetMode="External"/><Relationship Id="rId505" Type="http://schemas.openxmlformats.org/officeDocument/2006/relationships/hyperlink" Target="https://www.instagram.com/reel/DPN757JCtyC/?cplk=amhkaXI0am10eWw2" TargetMode="External"/><Relationship Id="rId712" Type="http://schemas.openxmlformats.org/officeDocument/2006/relationships/hyperlink" Target="https://www.instagram.com/p/DXwK2MTilj7/?img_index=2&amp;dlrf=cGU3ZG0ybThyZTZl" TargetMode="External"/><Relationship Id="rId894" Type="http://schemas.openxmlformats.org/officeDocument/2006/relationships/hyperlink" Target="mailto:sch53@kargoo.kz" TargetMode="External"/><Relationship Id="rId37" Type="http://schemas.openxmlformats.org/officeDocument/2006/relationships/hyperlink" Target="https://www.instagram.com/reel/C_YNMWZMpEo/?utm_source=ig_web_copy_link&amp;stkn=MzRlODBiNWFlZA" TargetMode="External"/><Relationship Id="rId79" Type="http://schemas.openxmlformats.org/officeDocument/2006/relationships/hyperlink" Target="https://www.instagram.com/p/DAoLEL7s8J/?utm_source=ig_web_copy_link&amp;stkn=MzRlODBiNWFlZA" TargetMode="External"/><Relationship Id="rId102" Type="http://schemas.openxmlformats.org/officeDocument/2006/relationships/hyperlink" Target="https://www.instagram.com/reel/DBN96sjsKYr/?utm_source=ig_web_copy_link&amp;stkn=MzRlODBiNWFlZA" TargetMode="External"/><Relationship Id="rId144" Type="http://schemas.openxmlformats.org/officeDocument/2006/relationships/hyperlink" Target="https://www.instagram.com/reel/DBtOMzmMc79/?utm_source=ig_web_copy_link&amp;stkn=MzRlODBiNWFlZA" TargetMode="External"/><Relationship Id="rId547" Type="http://schemas.openxmlformats.org/officeDocument/2006/relationships/hyperlink" Target="https://www.instagram.com/reel/DP8-khACh02/?xtok=endsa3VzMW4wMW5m" TargetMode="External"/><Relationship Id="rId589" Type="http://schemas.openxmlformats.org/officeDocument/2006/relationships/hyperlink" Target="https://www.instagram.com/p/DRKq4AwiuHR/?srtk=MXFycmNpdnE2NzJ4aw" TargetMode="External"/><Relationship Id="rId754" Type="http://schemas.openxmlformats.org/officeDocument/2006/relationships/hyperlink" Target="https://www.instagram.com/p/DdjqyTGCuts/?xtok=YzNzMTJvbjcydnFp" TargetMode="External"/><Relationship Id="rId796" Type="http://schemas.openxmlformats.org/officeDocument/2006/relationships/hyperlink" Target="https://www.instagram.com/reel/Dd7WgQqKtaM/?cplk=MWhtamJzOWE1cGN5Ng" TargetMode="External"/><Relationship Id="rId90" Type="http://schemas.openxmlformats.org/officeDocument/2006/relationships/hyperlink" Target="https://www.instagram.com/reel/DA7-u_kM9tM/?utm_source=ig_web_copy_link&amp;stkn=MzRlODBiNWFlZA" TargetMode="External"/><Relationship Id="rId186" Type="http://schemas.openxmlformats.org/officeDocument/2006/relationships/hyperlink" Target="https://www.instagram.com/p/DCWZlRCMP5e/?utm_source=ig_web_copy_link&amp;stkn=MzRlODBiNWFlZA" TargetMode="External"/><Relationship Id="rId351" Type="http://schemas.openxmlformats.org/officeDocument/2006/relationships/hyperlink" Target="https://www.instagram.com/reel/DHIZLgSs9pT/?utm_source=ig_web_copy_link&amp;psln=MzRlODBiNWFlZA==&amp;srtk=MzRlODBiNWFlZA" TargetMode="External"/><Relationship Id="rId393" Type="http://schemas.openxmlformats.org/officeDocument/2006/relationships/hyperlink" Target="https://www.instagram.com/p/DIcCKBeMF58/?utm_source=ig_web_copy_link&amp;dlrf=MzRlODBiNWFlZA==&amp;srtk=MzRlODBiNWFlZA" TargetMode="External"/><Relationship Id="rId407" Type="http://schemas.openxmlformats.org/officeDocument/2006/relationships/hyperlink" Target="https://www.instagram.com/p/DI_Cnhss_T/?utm_source=ig_web_copy_link&amp;psln=MzRlODBiNWFlZA==&amp;srtk=MzRlODBiNWFlZA" TargetMode="External"/><Relationship Id="rId449" Type="http://schemas.openxmlformats.org/officeDocument/2006/relationships/hyperlink" Target="https://www.instagram.com/p/DKcg2p7M3yE/?utm_source=ig_web_copy_link&amp;srtk=MzRlODBiNWFlZA" TargetMode="External"/><Relationship Id="rId614" Type="http://schemas.openxmlformats.org/officeDocument/2006/relationships/hyperlink" Target="https://www.instagram.com/reel/DSQZalXigGE/?psln=MTFkem9sM3l0eTR3eQ" TargetMode="External"/><Relationship Id="rId656" Type="http://schemas.openxmlformats.org/officeDocument/2006/relationships/hyperlink" Target="https://www.instagram.com/reel/DUnjlcHivr7/?rpxt=MWdiZWlidHh0eXQ4eg" TargetMode="External"/><Relationship Id="rId821" Type="http://schemas.openxmlformats.org/officeDocument/2006/relationships/hyperlink" Target="https://www.instagram.com/reel/DdoyletKa_4/?mdxt=MTZhYTAzbGFteDY3NQ" TargetMode="External"/><Relationship Id="rId863" Type="http://schemas.openxmlformats.org/officeDocument/2006/relationships/image" Target="media/image21.png"/><Relationship Id="rId211" Type="http://schemas.openxmlformats.org/officeDocument/2006/relationships/hyperlink" Target="https://www.instagram.com/p/DDG53rosf5V/?utm_source=ig_web_copy_link&amp;stkn=MzRlODBiNWFlZA" TargetMode="External"/><Relationship Id="rId253" Type="http://schemas.openxmlformats.org/officeDocument/2006/relationships/hyperlink" Target="https://www.instagram.com/reel/DDoQ4E7MYyL/?utm_source=ig_web_copy_link&amp;stkn=MzRlODBiNWFlZA" TargetMode="External"/><Relationship Id="rId295" Type="http://schemas.openxmlformats.org/officeDocument/2006/relationships/hyperlink" Target="https://www.instagram.com/reel/DFXrzg8syRh/?utm_source=ig_web_copy_link&amp;cplk=MzRlODBiNWFlZA==&amp;srtk=MzRlODBiNWFlZA" TargetMode="External"/><Relationship Id="rId309" Type="http://schemas.openxmlformats.org/officeDocument/2006/relationships/hyperlink" Target="https://www.instagram.com/p/DGCxY8Psfdw/?utm_source=ig_web_copy_link&amp;dlrf=MzRlODBiNWFlZA==&amp;srtk=MzRlODBiNWFlZA" TargetMode="External"/><Relationship Id="rId460" Type="http://schemas.openxmlformats.org/officeDocument/2006/relationships/hyperlink" Target="https://www.instagram.com/reel/DLFLkTRNzLe/?utm_source=ig_web_copy_link&amp;vrfl=MzRlODBiNWFlZA==&amp;srtk=MzRlODBiNWFlZA" TargetMode="External"/><Relationship Id="rId516" Type="http://schemas.openxmlformats.org/officeDocument/2006/relationships/hyperlink" Target="https://www.instagram.com/reel/DPTwFeFilH9/?cplk=anQzaGIzejM1OWR4" TargetMode="External"/><Relationship Id="rId698" Type="http://schemas.openxmlformats.org/officeDocument/2006/relationships/hyperlink" Target="https://www.instagram.com/reel/DV6QrMHCmQF/?exln=MWczdmptMHg5Znh5dw" TargetMode="External"/><Relationship Id="rId48" Type="http://schemas.openxmlformats.org/officeDocument/2006/relationships/hyperlink" Target="https://www.instagram.com/p/C_u_hyWspzM/?utm_source=ig_web_copy_link&amp;stkn=MzRlODBiNWFlZA" TargetMode="External"/><Relationship Id="rId113" Type="http://schemas.openxmlformats.org/officeDocument/2006/relationships/hyperlink" Target="https://www.instagram.com/p/DBZMtpqMTze/?utm_source=ig_web_copy_link&amp;stkn=MzRlODBiNWFlZA" TargetMode="External"/><Relationship Id="rId320" Type="http://schemas.openxmlformats.org/officeDocument/2006/relationships/hyperlink" Target="https://www.instagram.com/p/DGdOMxSsk-k/?utm_source=ig_web_copy_link&amp;psln=MzRlODBiNWFlZA==&amp;srtk=MzRlODBiNWFlZA" TargetMode="External"/><Relationship Id="rId558" Type="http://schemas.openxmlformats.org/officeDocument/2006/relationships/hyperlink" Target="https://www.instagram.com/reel/DQJYdsNCt-C/?obrf=MXEyc2hzam9zcDJ6NQ" TargetMode="External"/><Relationship Id="rId723" Type="http://schemas.openxmlformats.org/officeDocument/2006/relationships/hyperlink" Target="https://www.instagram.com/reel/DYJNrxIKh8n/?vrfl=NDJiN2Zza215d3F2" TargetMode="External"/><Relationship Id="rId765" Type="http://schemas.openxmlformats.org/officeDocument/2006/relationships/hyperlink" Target="https://www.instagram.com/p/Dcygu4BqWlk/?psln=MThtODVkZXR0NHk1" TargetMode="External"/><Relationship Id="rId155" Type="http://schemas.openxmlformats.org/officeDocument/2006/relationships/hyperlink" Target="https://www.instagram.com/p/DB9Lx2FMl68/?utm_source=ig_web_copy_link&amp;stkn=MzRlODBiNWFlZA" TargetMode="External"/><Relationship Id="rId197" Type="http://schemas.openxmlformats.org/officeDocument/2006/relationships/hyperlink" Target="https://www.instagram.com/p/DCl3gTQs2xe/?utm_source=ig_web_copy_link&amp;stkn=MzRlODBiNWFlZA" TargetMode="External"/><Relationship Id="rId362" Type="http://schemas.openxmlformats.org/officeDocument/2006/relationships/hyperlink" Target="https://www.instagram.com/reel/DHTmycxIgfj/?utm_source=ig_web_copy_link&amp;vrfl=MzRlODBiNWFlZA==&amp;srtk=MzRlODBiNWFlZA" TargetMode="External"/><Relationship Id="rId418" Type="http://schemas.openxmlformats.org/officeDocument/2006/relationships/hyperlink" Target="https://www.instagram.com/p/DJGjio6sWzy/?utm_source=ig_web_copy_link&amp;rpxt=MzRlODBiNWFlZA==&amp;srtk=MzRlODBiNWFlZA" TargetMode="External"/><Relationship Id="rId625" Type="http://schemas.openxmlformats.org/officeDocument/2006/relationships/hyperlink" Target="https://www.instagram.com/reel/DSTxFHbigN7/?mdxt=MWRwcGxnaHdobGdpNg" TargetMode="External"/><Relationship Id="rId832" Type="http://schemas.openxmlformats.org/officeDocument/2006/relationships/image" Target="media/image11.png"/><Relationship Id="rId222" Type="http://schemas.openxmlformats.org/officeDocument/2006/relationships/hyperlink" Target="https://www.instagram.com/reel/DDPA8_LMZHx/?utm_source=ig_web_copy_link&amp;stkn=MzRlODBiNWFlZA" TargetMode="External"/><Relationship Id="rId264" Type="http://schemas.openxmlformats.org/officeDocument/2006/relationships/hyperlink" Target="https://www.instagram.com/p/DD8zdIjtNNJ/?utm_source=ig_web_copy_link&amp;exln=MzRlODBiNWFlZA==&amp;srtk=MzRlODBiNWFlZA" TargetMode="External"/><Relationship Id="rId471" Type="http://schemas.openxmlformats.org/officeDocument/2006/relationships/hyperlink" Target="https://www.instagram.com/reel/DOWhNVXiuyV/?cplk=bzlkZWgxcWFsNXN0" TargetMode="External"/><Relationship Id="rId667" Type="http://schemas.openxmlformats.org/officeDocument/2006/relationships/hyperlink" Target="https://www.instagram.com/reel/DVVlqpUCpPc/?dlrf=MWx0a2x1ZWFtdHF5Ng" TargetMode="External"/><Relationship Id="rId874" Type="http://schemas.openxmlformats.org/officeDocument/2006/relationships/hyperlink" Target="https://www.instagram.com/reel/DT3xnrSinr5/?stkn=OW93cmV5MTExOXM5" TargetMode="External"/><Relationship Id="rId17" Type="http://schemas.openxmlformats.org/officeDocument/2006/relationships/hyperlink" Target="https://www.instagram.com/p/C2qqdPJIc1U/?dlrf=aHpsbTV6YTQwYzM5" TargetMode="External"/><Relationship Id="rId59" Type="http://schemas.openxmlformats.org/officeDocument/2006/relationships/hyperlink" Target="https://www.instagram.com/p/C_yPsSMwh_/?utm_source=ig_web_copy_link&amp;stkn=MzRlODBiNWFlZA" TargetMode="External"/><Relationship Id="rId124" Type="http://schemas.openxmlformats.org/officeDocument/2006/relationships/hyperlink" Target="https://www.instagram.com/reel/DBgR2OYMmIX/?utm_source=ig_web_copy_link&amp;stkn=MzRlODBiNWFlZA" TargetMode="External"/><Relationship Id="rId527" Type="http://schemas.openxmlformats.org/officeDocument/2006/relationships/hyperlink" Target="https://www.instagram.com/reel/DPVbFXSCgbr/?vrfl=em0wOTkyNGt6NDI2" TargetMode="External"/><Relationship Id="rId569" Type="http://schemas.openxmlformats.org/officeDocument/2006/relationships/hyperlink" Target="https://www.instagram.com/reel/DQda5p1Ch25/?vrfl=Zml1dmJxYWN3NTRl" TargetMode="External"/><Relationship Id="rId734" Type="http://schemas.openxmlformats.org/officeDocument/2006/relationships/hyperlink" Target="https://www.instagram.com/reel/DYxKyPKq-SC/?dlrf=MWQ5OWR4amNvdGlsZg" TargetMode="External"/><Relationship Id="rId776" Type="http://schemas.openxmlformats.org/officeDocument/2006/relationships/hyperlink" Target="https://www.instagram.com/p/DeKbUVniuuV/?img_index=3&amp;mdxt=MWhmdXQ2cGJ4c2FyYQ" TargetMode="External"/><Relationship Id="rId70" Type="http://schemas.openxmlformats.org/officeDocument/2006/relationships/hyperlink" Target="https://www.instagram.com/p/DAlk0b6yenV/?utm_source=ig_web_copy_link&amp;stkn=MzRlODBiNWFlZA" TargetMode="External"/><Relationship Id="rId166" Type="http://schemas.openxmlformats.org/officeDocument/2006/relationships/hyperlink" Target="https://www.instagram.com/reel/DCOGMosNG8P/?utm_source=ig_web_copy_link&amp;stkn=MzRlODBiNWFlZA" TargetMode="External"/><Relationship Id="rId331" Type="http://schemas.openxmlformats.org/officeDocument/2006/relationships/hyperlink" Target="https://www.instagram.com/reel/DGuk9yYMJKE/?utm_source=ig_web_copy_link&amp;dlrf=MzRlODBiNWFlZA==&amp;srtk=MzRlODBiNWFlZA" TargetMode="External"/><Relationship Id="rId373" Type="http://schemas.openxmlformats.org/officeDocument/2006/relationships/hyperlink" Target="https://www.instagram.com/p/DHaYx0dMxDR/?utm_source=ig_web_copy_link&amp;exln=MzRlODBiNWFlZA==&amp;srtk=MzRlODBiNWFlZA" TargetMode="External"/><Relationship Id="rId429" Type="http://schemas.openxmlformats.org/officeDocument/2006/relationships/hyperlink" Target="https://www.instagram.com/p/DJrPwv0sXGt/?utm_source=ig_web_copy_link&amp;srtk=MzRlODBiNWFlZA" TargetMode="External"/><Relationship Id="rId580" Type="http://schemas.openxmlformats.org/officeDocument/2006/relationships/hyperlink" Target="https://www.instagram.com/p/DQ59HP6ioGh/?exln=MXJtYWFpNmFnZ2p5cw" TargetMode="External"/><Relationship Id="rId636" Type="http://schemas.openxmlformats.org/officeDocument/2006/relationships/hyperlink" Target="https://www.instagram.com/reel/DSuFbhGiiSg/?srtk=c2RzeHJlYm4yYzV0" TargetMode="External"/><Relationship Id="rId801" Type="http://schemas.openxmlformats.org/officeDocument/2006/relationships/hyperlink" Target="https://www.instagram.com/reel/Dd4EDPqqsWf/?srtk=MXZwM2VuaHcyZWhzaA" TargetMode="External"/><Relationship Id="rId1" Type="http://schemas.openxmlformats.org/officeDocument/2006/relationships/customXml" Target="../customXml/item1.xml"/><Relationship Id="rId233" Type="http://schemas.openxmlformats.org/officeDocument/2006/relationships/hyperlink" Target="https://www.instagram.com/reel/DDW2kapM7AW/?utm_source=ig_web_copy_link&amp;stkn=MzRlODBiNWFlZA" TargetMode="External"/><Relationship Id="rId440" Type="http://schemas.openxmlformats.org/officeDocument/2006/relationships/hyperlink" Target="https://www.instagram.com/p/DKE0QrvMxm7/?utm_source=ig_web_copy_link&amp;obrf=MzRlODBiNWFlZA==&amp;srtk=MzRlODBiNWFlZA" TargetMode="External"/><Relationship Id="rId678" Type="http://schemas.openxmlformats.org/officeDocument/2006/relationships/hyperlink" Target="https://www.instagram.com/reel/DVbHCySirZx/?dlrf=MWV4M2I0ajJra2t2eA" TargetMode="External"/><Relationship Id="rId843" Type="http://schemas.openxmlformats.org/officeDocument/2006/relationships/chart" Target="charts/chart10.xml"/><Relationship Id="rId885" Type="http://schemas.openxmlformats.org/officeDocument/2006/relationships/image" Target="media/image31.png"/><Relationship Id="rId28" Type="http://schemas.openxmlformats.org/officeDocument/2006/relationships/hyperlink" Target="https://www.instagram.com/reel/DU-R8_7ipmX/?xtok=OWxq" TargetMode="External"/><Relationship Id="rId275" Type="http://schemas.openxmlformats.org/officeDocument/2006/relationships/hyperlink" Target="https://www.instagram.com/p/DEzfrtosolp/?utm_source=ig_web_copy_link&amp;vrfl=MzRlODBiNWFlZA==&amp;srtk=MzRlODBiNWFlZA" TargetMode="External"/><Relationship Id="rId300" Type="http://schemas.openxmlformats.org/officeDocument/2006/relationships/hyperlink" Target="https://www.instagram.com/reel/DFpCfUqMuW-/?utm_source=ig_web_copy_link&amp;obrf=MzRlODBiNWFlZA==&amp;srtk=MzRlODBiNWFlZA" TargetMode="External"/><Relationship Id="rId482" Type="http://schemas.openxmlformats.org/officeDocument/2006/relationships/hyperlink" Target="https://www.instagram.com/p/DOoBYoFCsur/?srtk=MXh3Z2loenZsMHY5aQ" TargetMode="External"/><Relationship Id="rId538" Type="http://schemas.openxmlformats.org/officeDocument/2006/relationships/hyperlink" Target="https://www.instagram.com/p/DPjIw-ZCvbi/?rpxt=dWw1NzZ6OXB1MDd0" TargetMode="External"/><Relationship Id="rId703" Type="http://schemas.openxmlformats.org/officeDocument/2006/relationships/hyperlink" Target="https://www.instagram.com/reel/DWBj0Ihig2u/?rpxt=MXdmdGxidGpvdHQ4dg" TargetMode="External"/><Relationship Id="rId745" Type="http://schemas.openxmlformats.org/officeDocument/2006/relationships/hyperlink" Target="https://www.instagram.com/reel/Dc1eosLqw3C/?mdxt=MWhlZjE3MThpbDFheg" TargetMode="External"/><Relationship Id="rId81" Type="http://schemas.openxmlformats.org/officeDocument/2006/relationships/hyperlink" Target="https://www.instagram.com/reel/DAqCBoOs7jD/?utm_source=ig_web_copy_link&amp;stkn=MzRlODBiNWFlZA" TargetMode="External"/><Relationship Id="rId135" Type="http://schemas.openxmlformats.org/officeDocument/2006/relationships/hyperlink" Target="https://www.instagram.com/reel/DBipQOsshb3/?utm_source=ig_web_copy_link&amp;stkn=MzRlODBiNWFlZA" TargetMode="External"/><Relationship Id="rId177" Type="http://schemas.openxmlformats.org/officeDocument/2006/relationships/hyperlink" Target="https://www.instagram.com/p/DCTGBb3IRb0/?utm_source=ig_web_copy_link&amp;stkn=MzRlODBiNWFlZA" TargetMode="External"/><Relationship Id="rId342" Type="http://schemas.openxmlformats.org/officeDocument/2006/relationships/hyperlink" Target="https://www.instagram.com/reel/DG42ERDsDHz/?utm_source=ig_web_copy_link&amp;mdxt=MzRlODBiNWFlZA==&amp;srtk=MzRlODBiNWFlZA" TargetMode="External"/><Relationship Id="rId384" Type="http://schemas.openxmlformats.org/officeDocument/2006/relationships/hyperlink" Target="https://www.instagram.com/p/DIOlzRnsxbs/?utm_source=ig_web_copy_link&amp;srtk=MzRlODBiNWFlZA" TargetMode="External"/><Relationship Id="rId591" Type="http://schemas.openxmlformats.org/officeDocument/2006/relationships/hyperlink" Target="https://www.instagram.com/p/DRNVE5IikPr/?mdxt=MWJzZW9xNXlyc3Ruag" TargetMode="External"/><Relationship Id="rId605" Type="http://schemas.openxmlformats.org/officeDocument/2006/relationships/hyperlink" Target="https://www.instagram.com/reel/DSAG_WkinFc/?mdxt=MWsyb2czcHB2azFpbQ" TargetMode="External"/><Relationship Id="rId787" Type="http://schemas.openxmlformats.org/officeDocument/2006/relationships/hyperlink" Target="https://www.instagram.com/p/DdRluouigKG/?rpxt=MTJtbm4zajA4bXp6Nw" TargetMode="External"/><Relationship Id="rId812" Type="http://schemas.openxmlformats.org/officeDocument/2006/relationships/hyperlink" Target="https://www.instagram.com/reel/Dd9KRUrKxnu/?srtk=eXFyMGR4aTN3a2N1" TargetMode="External"/><Relationship Id="rId202" Type="http://schemas.openxmlformats.org/officeDocument/2006/relationships/hyperlink" Target="https://www.instagram.com/p/DC1BGIHMnYq/?utm_source=ig_web_copy_link&amp;stkn=MzRlODBiNWFlZA" TargetMode="External"/><Relationship Id="rId244" Type="http://schemas.openxmlformats.org/officeDocument/2006/relationships/hyperlink" Target="https://www.instagram.com/reel/DDeAqqEs8AX/?utm_source=ig_web_copy_link&amp;stkn=MzRlODBiNWFlZA" TargetMode="External"/><Relationship Id="rId647" Type="http://schemas.openxmlformats.org/officeDocument/2006/relationships/hyperlink" Target="https://www.instagram.com/reel/DUFip6cipE9/?vrfl=MXJvbG8wZ2loemlleQ" TargetMode="External"/><Relationship Id="rId689" Type="http://schemas.openxmlformats.org/officeDocument/2006/relationships/hyperlink" Target="https://www.instagram.com/reel/DVj8HY5DE3u/?exln=M2l5NWt2eGRjbWx6" TargetMode="External"/><Relationship Id="rId854" Type="http://schemas.openxmlformats.org/officeDocument/2006/relationships/image" Target="media/image18.jpeg"/><Relationship Id="rId896" Type="http://schemas.openxmlformats.org/officeDocument/2006/relationships/image" Target="media/image37.png"/><Relationship Id="rId39" Type="http://schemas.openxmlformats.org/officeDocument/2006/relationships/hyperlink" Target="https://www.instagram.com/p/C_cbA55sUlT/?utm_source=ig_web_copy_link&amp;stkn=MzRlODBiNWFlZA" TargetMode="External"/><Relationship Id="rId286" Type="http://schemas.openxmlformats.org/officeDocument/2006/relationships/hyperlink" Target="https://www.instagram.com/p/DFDCu2vM9Q6/?utm_source=ig_web_copy_link&amp;exln=MzRlODBiNWFlZA==&amp;srtk=MzRlODBiNWFlZA" TargetMode="External"/><Relationship Id="rId451" Type="http://schemas.openxmlformats.org/officeDocument/2006/relationships/hyperlink" Target="https://www.instagram.com/reel/DKtwhy0MhY_/?utm_source=ig_web_copy_link&amp;srtk=MzRlODBiNWFlZA" TargetMode="External"/><Relationship Id="rId493" Type="http://schemas.openxmlformats.org/officeDocument/2006/relationships/hyperlink" Target="https://www.instagram.com/p/DO5ripbCges/?vrfl=eGlwbXpjZWluczlr" TargetMode="External"/><Relationship Id="rId507" Type="http://schemas.openxmlformats.org/officeDocument/2006/relationships/hyperlink" Target="https://www.instagram.com/reel/DPN8LZXikxQ/?mdxt=OGltc3FvcDVpMHcw" TargetMode="External"/><Relationship Id="rId549" Type="http://schemas.openxmlformats.org/officeDocument/2006/relationships/hyperlink" Target="https://www.instagram.com/p/DQB-aiXCkcz/?obrf=dm8wczVib3Ztazhj" TargetMode="External"/><Relationship Id="rId714" Type="http://schemas.openxmlformats.org/officeDocument/2006/relationships/hyperlink" Target="https://www.instagram.com/reel/DXwtjS3q6rX/?rpxt=bXg3YzFmOHJ1YWdt" TargetMode="External"/><Relationship Id="rId756" Type="http://schemas.openxmlformats.org/officeDocument/2006/relationships/hyperlink" Target="https://www.instagram.com/reel/Ddjq7hRK-ze/?cplk=MW5qcTZ1dWloMjZpYQ" TargetMode="External"/><Relationship Id="rId50" Type="http://schemas.openxmlformats.org/officeDocument/2006/relationships/hyperlink" Target="https://www.instagram.com/p/C_x_JdOsBjH/?utm_source=ig_web_copy_link&amp;stkn=MzRlODBiNWFlZA" TargetMode="External"/><Relationship Id="rId104" Type="http://schemas.openxmlformats.org/officeDocument/2006/relationships/hyperlink" Target="https://www.instagram.com/reel/DBN-BimM4YY/?utm_source=ig_web_copy_link&amp;stkn=MzRlODBiNWFlZA" TargetMode="External"/><Relationship Id="rId146" Type="http://schemas.openxmlformats.org/officeDocument/2006/relationships/hyperlink" Target="https://www.instagram.com/p/DBvCenboadk/?utm_source=ig_web_copy_link&amp;stkn=MzRlODBiNWFlZA" TargetMode="External"/><Relationship Id="rId188" Type="http://schemas.openxmlformats.org/officeDocument/2006/relationships/hyperlink" Target="https://www.instagram.com/p/DCYYZ2_tkyI/?utm_source=ig_web_copy_link" TargetMode="External"/><Relationship Id="rId311" Type="http://schemas.openxmlformats.org/officeDocument/2006/relationships/hyperlink" Target="https://www.instagram.com/p/DGDjOpsv3o/?utm_source=ig_web_copy_link&amp;dlrf=MzRlODBiNWFlZA==&amp;srtk=MzRlODBiNWFlZA" TargetMode="External"/><Relationship Id="rId353" Type="http://schemas.openxmlformats.org/officeDocument/2006/relationships/hyperlink" Target="https://www.instagram.com/reel/DHIiZrcsIP/?utm_source=ig_web_copy_link&amp;psln=MzRlODBiNWFlZA==&amp;srtk=MzRlODBiNWFlZA" TargetMode="External"/><Relationship Id="rId395" Type="http://schemas.openxmlformats.org/officeDocument/2006/relationships/hyperlink" Target="https://www.instagram.com/p/DIjOqi7s7Ir/?utm_source=ig_web_copy_link&amp;rpxt=MzRlODBiNWFlZA==&amp;srtk=MzRlODBiNWFlZA" TargetMode="External"/><Relationship Id="rId409" Type="http://schemas.openxmlformats.org/officeDocument/2006/relationships/hyperlink" Target="https://www.instagram.com/p/DI_a0VmsuWJ/?utm_source=ig_web_copy_link&amp;mdxt=MzRlODBiNWFlZA==&amp;srtk=MzRlODBiNWFlZA" TargetMode="External"/><Relationship Id="rId560" Type="http://schemas.openxmlformats.org/officeDocument/2006/relationships/hyperlink" Target="https://www.instagram.com/p/DQJgQY8Couq/?psln=dnpjZHp1amJpa2Ri" TargetMode="External"/><Relationship Id="rId798" Type="http://schemas.openxmlformats.org/officeDocument/2006/relationships/hyperlink" Target="https://www.instagram.com/reel/Dd9Jrwsq_Xt/?cplk=MW1td3dnY3BmaG90bQ" TargetMode="External"/><Relationship Id="rId92" Type="http://schemas.openxmlformats.org/officeDocument/2006/relationships/hyperlink" Target="https://www.instagram.com/p/DA-ql_msl9k/?utm_source=ig_web_copy_link&amp;stkn=MzRlODBiNWFlZA" TargetMode="External"/><Relationship Id="rId213" Type="http://schemas.openxmlformats.org/officeDocument/2006/relationships/hyperlink" Target="https://www.instagram.com/p/DDJm6CXMqQG/?utm_source=ig_web_copy_link&amp;stkn=MzRlODBiNWFlZA" TargetMode="External"/><Relationship Id="rId420" Type="http://schemas.openxmlformats.org/officeDocument/2006/relationships/hyperlink" Target="https://www.instagram.com/reel/DJYf2FHs9JZ/?utm_source=ig_web_copy_link&amp;dlrf=MzRlODBiNWFlZA==&amp;srtk=MzRlODBiNWFlZA" TargetMode="External"/><Relationship Id="rId616" Type="http://schemas.openxmlformats.org/officeDocument/2006/relationships/hyperlink" Target="https://www.instagram.com/reel/DSQfuaCislZ/?rpxt=enZpOXIzanYzMGM0" TargetMode="External"/><Relationship Id="rId658" Type="http://schemas.openxmlformats.org/officeDocument/2006/relationships/hyperlink" Target="https://www.instagram.com/p/DUztmPLCj9M/?srtk=MTN3Nzg4bGRsdmp3OQ" TargetMode="External"/><Relationship Id="rId823" Type="http://schemas.openxmlformats.org/officeDocument/2006/relationships/hyperlink" Target="https://www.instagram.com/reel/Dds8o4oK9G_/?dlrf=MW04aXQxYzVwajF1bA" TargetMode="External"/><Relationship Id="rId865" Type="http://schemas.openxmlformats.org/officeDocument/2006/relationships/image" Target="media/image23.jpeg"/><Relationship Id="rId255" Type="http://schemas.openxmlformats.org/officeDocument/2006/relationships/hyperlink" Target="https://www.instagram.com/reel/DDoW6xHM1I3/?utm_source=ig_web_copy_link&amp;stkn=MzRlODBiNWFlZA" TargetMode="External"/><Relationship Id="rId297" Type="http://schemas.openxmlformats.org/officeDocument/2006/relationships/hyperlink" Target="https://www.instagram.com/p/DFZd8rRNV10/?utm_source=ig_web_copy_link&amp;srtk=MzRlODBiNWFlZA" TargetMode="External"/><Relationship Id="rId462" Type="http://schemas.openxmlformats.org/officeDocument/2006/relationships/hyperlink" Target="https://www.instagram.com/reel/DLH7CMDtuhD/?utm_source=ig_web_copy_link&amp;psln=MzRlODBiNWFlZA==&amp;srtk=MzRlODBiNWFlZA" TargetMode="External"/><Relationship Id="rId518" Type="http://schemas.openxmlformats.org/officeDocument/2006/relationships/hyperlink" Target="https://www.instagram.com/reel/DPTwJDWii4x/?mdxt=bTFnMXRmZnFyc3Y0" TargetMode="External"/><Relationship Id="rId725" Type="http://schemas.openxmlformats.org/officeDocument/2006/relationships/hyperlink" Target="https://www.instagram.com/reel/DYXTAl5qxae/?mdxt=MWo1c2FudjRhcmtwbg" TargetMode="External"/><Relationship Id="rId115" Type="http://schemas.openxmlformats.org/officeDocument/2006/relationships/hyperlink" Target="https://www.instagram.com/reel/DBZM9MbsEu0/?utm_source=ig_web_copy_link&amp;stkn=MzRlODBiNWFlZA" TargetMode="External"/><Relationship Id="rId157" Type="http://schemas.openxmlformats.org/officeDocument/2006/relationships/hyperlink" Target="https://www.instagram.com/p/DB_hziEs59m/?utm_source=ig_web_copy_link&amp;stkn=MzRlODBiNWFlZA" TargetMode="External"/><Relationship Id="rId322" Type="http://schemas.openxmlformats.org/officeDocument/2006/relationships/hyperlink" Target="https://www.instagram.com/p/DGh2CP_shjv/?utm_source=ig_web_copy_link&amp;xtok=MzRlODBiNWFlZA==&amp;srtk=MzRlODBiNWFlZA" TargetMode="External"/><Relationship Id="rId364" Type="http://schemas.openxmlformats.org/officeDocument/2006/relationships/hyperlink" Target="https://www.instagram.com/p/DHTysumoJBj/?utm_source=ig_web_copy_link&amp;dlrf=MzRlODBiNWFlZA==&amp;srtk=MzRlODBiNWFlZA" TargetMode="External"/><Relationship Id="rId767" Type="http://schemas.openxmlformats.org/officeDocument/2006/relationships/hyperlink" Target="https://www.instagram.com/p/DdDzfzHK551/?xtok=MWVmbDl1dHcxMzhxYg" TargetMode="External"/><Relationship Id="rId61" Type="http://schemas.openxmlformats.org/officeDocument/2006/relationships/hyperlink" Target="https://www.instagram.com/p/DAAQru6IaZy/?utm_source=ig_web_copy_link&amp;stkn=MzRlODBiNWFlZA" TargetMode="External"/><Relationship Id="rId199" Type="http://schemas.openxmlformats.org/officeDocument/2006/relationships/hyperlink" Target="https://www.instagram.com/p/DCyeloEMRYV/?utm_source=ig_web_copy_link&amp;stkn=MzRlODBiNWFlZA" TargetMode="External"/><Relationship Id="rId571" Type="http://schemas.openxmlformats.org/officeDocument/2006/relationships/hyperlink" Target="https://www.instagram.com/p/DQlYDx2Cmgz/?xtok=MXRobWx1NXltanN0cw" TargetMode="External"/><Relationship Id="rId627" Type="http://schemas.openxmlformats.org/officeDocument/2006/relationships/hyperlink" Target="https://www.instagram.com/reel/DSTxK0HCt6t/?xtok=MTNtcTR6MXRmbDRkYQ" TargetMode="External"/><Relationship Id="rId669" Type="http://schemas.openxmlformats.org/officeDocument/2006/relationships/hyperlink" Target="https://www.instagram.com/reel/DVYfj7Zim11/?vrfl=MXJwOHhkMmk1aWNlNg" TargetMode="External"/><Relationship Id="rId834" Type="http://schemas.openxmlformats.org/officeDocument/2006/relationships/chart" Target="charts/chart2.xml"/><Relationship Id="rId876" Type="http://schemas.openxmlformats.org/officeDocument/2006/relationships/hyperlink" Target="https://www.instagram.com/reel/DUIg7pYCp7r/?stkn=dHByODg4eXczNmQy" TargetMode="External"/><Relationship Id="rId19" Type="http://schemas.openxmlformats.org/officeDocument/2006/relationships/hyperlink" Target="https://www.instagram.com/p/C33H5Yerv4v/?vrfl=MXc1cWJ2cTAzeW5iNw==" TargetMode="External"/><Relationship Id="rId224" Type="http://schemas.openxmlformats.org/officeDocument/2006/relationships/hyperlink" Target="https://www.instagram.com/p/DDRLXksmDl/?utm_source=ig_web_copy_link&amp;stkn=MzRlODBiNWFlZA" TargetMode="External"/><Relationship Id="rId266" Type="http://schemas.openxmlformats.org/officeDocument/2006/relationships/hyperlink" Target="https://www.instagram.com/p/DD9BHXM9Fj/?utm_source=ig_web_copy_link&amp;psln=MzRlODBiNWFlZA==&amp;srtk=MzRlODBiNWFlZA" TargetMode="External"/><Relationship Id="rId431" Type="http://schemas.openxmlformats.org/officeDocument/2006/relationships/hyperlink" Target="https://www.instagram.com/p/DJzxQ6AMmGl/?utm_source=ig_web_copy_link&amp;rpxt=MzRlODBiNWFlZA==&amp;srtk=MzRlODBiNWFlZA" TargetMode="External"/><Relationship Id="rId473" Type="http://schemas.openxmlformats.org/officeDocument/2006/relationships/hyperlink" Target="https://www.instagram.com/p/DOdu7QLCkCn/?rpxt=M3cxaHBoMzBmMjVw" TargetMode="External"/><Relationship Id="rId529" Type="http://schemas.openxmlformats.org/officeDocument/2006/relationships/hyperlink" Target="https://www.instagram.com/reel/DPVfPJmCneB/?cplk=MTNiaGl6Y3E1dm9hbA" TargetMode="External"/><Relationship Id="rId680" Type="http://schemas.openxmlformats.org/officeDocument/2006/relationships/hyperlink" Target="https://www.instagram.com/reel/DVc_e0aihRK/?vrfl=ajJjZzU3cXBwcnFh" TargetMode="External"/><Relationship Id="rId736" Type="http://schemas.openxmlformats.org/officeDocument/2006/relationships/hyperlink" Target="https://www.instagram.com/reel/DYy9omZq6kb/?srtk=MW16M29oY3hydHpkbA" TargetMode="External"/><Relationship Id="rId901" Type="http://schemas.openxmlformats.org/officeDocument/2006/relationships/hyperlink" Target="https://www.instagram.com/reel/DdjUCLxqZGj/?psln=YWplazJ4eXNjdndx" TargetMode="External"/><Relationship Id="rId30" Type="http://schemas.openxmlformats.org/officeDocument/2006/relationships/hyperlink" Target="https://www.instagram" TargetMode="External"/><Relationship Id="rId126" Type="http://schemas.openxmlformats.org/officeDocument/2006/relationships/hyperlink" Target="https://www.instagram.com/reel/DBgTOM0swZp/?utm_source=ig_web_copy_link&amp;stkn=MzRlODBiNWFlZA" TargetMode="External"/><Relationship Id="rId168" Type="http://schemas.openxmlformats.org/officeDocument/2006/relationships/hyperlink" Target="https://www.instagram.com/p/DCOeKtHta8h/?utm_source=ig_web_copy_link&amp;stkn=MzRlODBiNWFlZA" TargetMode="External"/><Relationship Id="rId333" Type="http://schemas.openxmlformats.org/officeDocument/2006/relationships/hyperlink" Target="https://www.instagram.com/reel/DGvC5d2slw3/?utm_source=ig_web_copy_link&amp;rpxt=MzRlODBiNWFlZA==&amp;srtk=MzRlODBiNWFlZA" TargetMode="External"/><Relationship Id="rId540" Type="http://schemas.openxmlformats.org/officeDocument/2006/relationships/hyperlink" Target="https://www.instagram.com/reel/DPvV1n0itG5/?psln=MXU0bmxzZGZic3I5dQ" TargetMode="External"/><Relationship Id="rId778" Type="http://schemas.openxmlformats.org/officeDocument/2006/relationships/hyperlink" Target="https://www.instagram.com/reel/DeZt4JKqhW7/?mdxt=ZzhsdHNyZDRybWJu" TargetMode="External"/><Relationship Id="rId72" Type="http://schemas.openxmlformats.org/officeDocument/2006/relationships/hyperlink" Target="https://www.instagram.com/reel/DAl4VDou5t1/?utm_source=ig_web_copy_link&amp;stkn=MzRlODBiNWFlZA" TargetMode="External"/><Relationship Id="rId375" Type="http://schemas.openxmlformats.org/officeDocument/2006/relationships/hyperlink" Target="https://www.instagram.com/p/DHbxEICMlG4/?utm_source=ig_web_copy_link&amp;dlrf=MzRlODBiNWFlZA==&amp;srtk=MzRlODBiNWFlZA" TargetMode="External"/><Relationship Id="rId582" Type="http://schemas.openxmlformats.org/officeDocument/2006/relationships/hyperlink" Target="https://www.instagram.com/reel/DQ6j1GWiiQh/?exln=MW5ueGJsaHg0M2JwMw" TargetMode="External"/><Relationship Id="rId638" Type="http://schemas.openxmlformats.org/officeDocument/2006/relationships/hyperlink" Target="https://www.instagram.com/p/DTu3sD1CkSM/?img_index=2&amp;vrfl=YjNlMm44Z2VqYzFz" TargetMode="External"/><Relationship Id="rId803" Type="http://schemas.openxmlformats.org/officeDocument/2006/relationships/hyperlink" Target="https://www.instagram.com/reel/Dd4JJmCqzPx/?psln=MXd4eHQyeGMxc2JldA" TargetMode="External"/><Relationship Id="rId845" Type="http://schemas.openxmlformats.org/officeDocument/2006/relationships/hyperlink" Target="https://www.instagram.com/p/DDoQvLDM2ss/?stkn=MXNlOHFqeDd6MDYxeA" TargetMode="External"/><Relationship Id="rId3" Type="http://schemas.openxmlformats.org/officeDocument/2006/relationships/styles" Target="styles.xml"/><Relationship Id="rId235" Type="http://schemas.openxmlformats.org/officeDocument/2006/relationships/hyperlink" Target="https://www.instagram.com/p/DDXCSuGsebU/?utm_source=ig_web_copy_link&amp;stkn=MzRlODBiNWFlZA" TargetMode="External"/><Relationship Id="rId277" Type="http://schemas.openxmlformats.org/officeDocument/2006/relationships/hyperlink" Target="https://www.instagram.com/p/DEzrK0zMR4P/?utm_source=ig_web_copy_link&amp;cplk=MzRlODBiNWFlZA==&amp;srtk=MzRlODBiNWFlZA" TargetMode="External"/><Relationship Id="rId400" Type="http://schemas.openxmlformats.org/officeDocument/2006/relationships/hyperlink" Target="https://www.instagram.com/p/DIzoJHgIUo8/?utm_source=ig_web_copy_link&amp;vrfl=MzRlODBiNWFlZA==&amp;srtk=MzRlODBiNWFlZA" TargetMode="External"/><Relationship Id="rId442" Type="http://schemas.openxmlformats.org/officeDocument/2006/relationships/hyperlink" Target="https://www.instagram.com/reel/DKE0gMasNKD/?utm_source=ig_web_copy_link&amp;srtk=MzRlODBiNWFlZA" TargetMode="External"/><Relationship Id="rId484" Type="http://schemas.openxmlformats.org/officeDocument/2006/relationships/hyperlink" Target="https://www.instagram.com/reel/DOopcPxCsRQ/?obrf=anE1ejd4aHEzM2Z3" TargetMode="External"/><Relationship Id="rId705" Type="http://schemas.openxmlformats.org/officeDocument/2006/relationships/hyperlink" Target="https://www.instagram.com/reel/DWVZbdACjht/?cplk=MXJtOTM1ZHpmeXlmZA" TargetMode="External"/><Relationship Id="rId887" Type="http://schemas.openxmlformats.org/officeDocument/2006/relationships/image" Target="media/image33.png"/><Relationship Id="rId137" Type="http://schemas.openxmlformats.org/officeDocument/2006/relationships/hyperlink" Target="https://www.instagram.com/reel/DBipfpSMVng/?utm_source=ig_web_copy_link&amp;stkn=MzRlODBiNWFlZA" TargetMode="External"/><Relationship Id="rId302" Type="http://schemas.openxmlformats.org/officeDocument/2006/relationships/hyperlink" Target="https://www.instagram.com/reel/DF4feakM0lx/?utm_source=ig_web_copy_link&amp;rpxt=MzRlODBiNWFlZA==&amp;srtk=MzRlODBiNWFlZA" TargetMode="External"/><Relationship Id="rId344" Type="http://schemas.openxmlformats.org/officeDocument/2006/relationships/hyperlink" Target="https://www.instagram.com/reel/DG42Y67MdP2/?utm_source=ig_web_copy_link&amp;vrfl=MzRlODBiNWFlZA==&amp;srtk=MzRlODBiNWFlZA" TargetMode="External"/><Relationship Id="rId691" Type="http://schemas.openxmlformats.org/officeDocument/2006/relationships/hyperlink" Target="https://www.instagram.com/reel/DVmoEnbioPi/?srtk=MXgxcDA5OTdnYjMwcA" TargetMode="External"/><Relationship Id="rId747" Type="http://schemas.openxmlformats.org/officeDocument/2006/relationships/hyperlink" Target="https://www.instagram.com/reel/Dc_eNjUqooV/?mdxt=MXN6NDdsOWxqY3JxaQ" TargetMode="External"/><Relationship Id="rId789" Type="http://schemas.openxmlformats.org/officeDocument/2006/relationships/hyperlink" Target="https://www.instagram.com/reel/Dd32bUCKix1/?dlrf=cWJmbG1jMm92Nnh0" TargetMode="External"/><Relationship Id="rId41" Type="http://schemas.openxmlformats.org/officeDocument/2006/relationships/hyperlink" Target="https://www.instagram.com/p/C_iEhcFMmMI/?utm_source=ig_web_copy_link&amp;stkn=MzRlODBiNWFlZA" TargetMode="External"/><Relationship Id="rId83" Type="http://schemas.openxmlformats.org/officeDocument/2006/relationships/hyperlink" Target="https://www.instagram.com/reel/DArJSrdMWsb/?utm_source=ig_web_copy_link&amp;stkn=MzRlODBiNWFlZA" TargetMode="External"/><Relationship Id="rId179" Type="http://schemas.openxmlformats.org/officeDocument/2006/relationships/hyperlink" Target="https://www.instagram.com/reel/DCTYkZvt2PD/?utm_source=ig_web_copy_link&amp;stkn=MzRlODBiNWFlZA" TargetMode="External"/><Relationship Id="rId386" Type="http://schemas.openxmlformats.org/officeDocument/2006/relationships/hyperlink" Target="https://www.instagram.com/p/DIQxzOlMbXc/?utm_source=ig_web_copy_link&amp;rpxt=MzRlODBiNWFlZA==&amp;srtk=MzRlODBiNWFlZA" TargetMode="External"/><Relationship Id="rId551" Type="http://schemas.openxmlformats.org/officeDocument/2006/relationships/hyperlink" Target="https://www.instagram.com/p/DQCjPNGiiaQ/?psln=M2E4a3RhaGg3a3Fx" TargetMode="External"/><Relationship Id="rId593" Type="http://schemas.openxmlformats.org/officeDocument/2006/relationships/hyperlink" Target="https://www.instagram.com/p/DRNV2Mxipcy/?cplk=c241dHQwZGlzdWE" TargetMode="External"/><Relationship Id="rId607" Type="http://schemas.openxmlformats.org/officeDocument/2006/relationships/hyperlink" Target="https://www.instagram.com/reel/DSEwtR3iiOD/?mdxt=b29kNXRtanNrb2h1" TargetMode="External"/><Relationship Id="rId649" Type="http://schemas.openxmlformats.org/officeDocument/2006/relationships/hyperlink" Target="https://www.instagram.com/reel/DUSXVqnCs1Q/?mdxt=NG0wd2FiaXVuN3hi" TargetMode="External"/><Relationship Id="rId814" Type="http://schemas.openxmlformats.org/officeDocument/2006/relationships/hyperlink" Target="https://www.instagram.com/reel/DeEffk3skPY/?rpxt=MXE4c2hvaHZ5aWxnbw" TargetMode="External"/><Relationship Id="rId856" Type="http://schemas.openxmlformats.org/officeDocument/2006/relationships/hyperlink" Target="https://www.instagram.com/reel/DFpCjTkMV9H/?stkn=aHdrb2VwNmJ1dnhs" TargetMode="External"/><Relationship Id="rId190" Type="http://schemas.openxmlformats.org/officeDocument/2006/relationships/hyperlink" Target="https://www.instagram.com/p/DCZE1NmMcDQ/?utm_source=ig_web_copy_link&amp;stkn=MzRlODBiNWFlZA" TargetMode="External"/><Relationship Id="rId204" Type="http://schemas.openxmlformats.org/officeDocument/2006/relationships/hyperlink" Target="https://www.instagram.com/reel/DC1S7M6s4Le/?utm_source=ig_web_copy_link&amp;stkn=MzRlODBiNWFlZA" TargetMode="External"/><Relationship Id="rId246" Type="http://schemas.openxmlformats.org/officeDocument/2006/relationships/hyperlink" Target="https://www.instagram.com/p/DDeZcl4sjzK/?utm_source=ig_web_copy_link&amp;stkn=MzRlODBiNWFlZA" TargetMode="External"/><Relationship Id="rId288" Type="http://schemas.openxmlformats.org/officeDocument/2006/relationships/hyperlink" Target="https://www.instagram.com/reel/DFEsmXHIGvd/?utm_source=ig_web_copy_link&amp;dlrf=MzRlODBiNWFlZA==&amp;srtk=MzRlODBiNWFlZA" TargetMode="External"/><Relationship Id="rId411" Type="http://schemas.openxmlformats.org/officeDocument/2006/relationships/hyperlink" Target="https://www.instagram.com/reel/DJCPIT4s48i/?utm_source=ig_web_copy_link&amp;dlrf=MzRlODBiNWFlZA==&amp;srtk=MzRlODBiNWFlZA" TargetMode="External"/><Relationship Id="rId453" Type="http://schemas.openxmlformats.org/officeDocument/2006/relationships/hyperlink" Target="https://www.instagram.com/reel/DK1gNTmszpc/?utm_source=ig_web_copy_link&amp;mdxt=MzRlODBiNWFlZA==&amp;srtk=MzRlODBiNWFlZA" TargetMode="External"/><Relationship Id="rId509" Type="http://schemas.openxmlformats.org/officeDocument/2006/relationships/hyperlink" Target="https://www.instagram.com/reel/DPQulNdChzz/?srtk=MTRrY2YxZDdmemhqdA" TargetMode="External"/><Relationship Id="rId660" Type="http://schemas.openxmlformats.org/officeDocument/2006/relationships/hyperlink" Target="https://www.instagram.com/p/DU-PrX9imgw/?cplk=bGZuNnFjYWFodnF0" TargetMode="External"/><Relationship Id="rId898" Type="http://schemas.openxmlformats.org/officeDocument/2006/relationships/hyperlink" Target="https://www.instagram.com/p/DdDtPL6KSTl/?rpxt=MXFrNGYyOGVlaTFnaQ" TargetMode="External"/><Relationship Id="rId106" Type="http://schemas.openxmlformats.org/officeDocument/2006/relationships/hyperlink" Target="https://www.instagram.com/p/DBTdud3Miax/?utm_source=ig_web_copy_link&amp;stkn=MzRlODBiNWFlZA" TargetMode="External"/><Relationship Id="rId313" Type="http://schemas.openxmlformats.org/officeDocument/2006/relationships/hyperlink" Target="https://www.instagram.com/p/DGKytyHsZJ0/?utm_source=ig_web_copy_link&amp;obrf=MzRlODBiNWFlZA==&amp;srtk=MzRlODBiNWFlZA" TargetMode="External"/><Relationship Id="rId495" Type="http://schemas.openxmlformats.org/officeDocument/2006/relationships/hyperlink" Target="https://www.instagram.com/reel/DO53NXoihm2/?srtk=eDloajRidjltM2Mz" TargetMode="External"/><Relationship Id="rId716" Type="http://schemas.openxmlformats.org/officeDocument/2006/relationships/hyperlink" Target="https://www.instagram.com/p/DX8dIa7KfTg/?exln=MTVxN3V0NmE5czZ2dw" TargetMode="External"/><Relationship Id="rId758" Type="http://schemas.openxmlformats.org/officeDocument/2006/relationships/hyperlink" Target="https://www.instagram.com/reel/DdnWa3GI5Fd/?dlrf=NmE4bDRmbjQ1MWhr" TargetMode="External"/><Relationship Id="rId10" Type="http://schemas.openxmlformats.org/officeDocument/2006/relationships/hyperlink" Target="https://kargoo.kz/index/fromorg/231" TargetMode="External"/><Relationship Id="rId52" Type="http://schemas.openxmlformats.org/officeDocument/2006/relationships/hyperlink" Target="https://www.instagram.com/p/C_0YHhLMt9i/?utm_source=ig_web_copy_link&amp;stkn=MzRlODBiNWFlZA" TargetMode="External"/><Relationship Id="rId94" Type="http://schemas.openxmlformats.org/officeDocument/2006/relationships/hyperlink" Target="https://www.instagram.com/reel/DBFsOk5o8qt/?utm_source=ig_web_copy_link&amp;stkn=MzRlODBiNWFlZA" TargetMode="External"/><Relationship Id="rId148" Type="http://schemas.openxmlformats.org/officeDocument/2006/relationships/hyperlink" Target="https://www.instagram.com/p/DB8LsRZMAob/?utm_source=ig_web_copy_link&amp;stkn=MzRlODBiNWFlZA" TargetMode="External"/><Relationship Id="rId355" Type="http://schemas.openxmlformats.org/officeDocument/2006/relationships/hyperlink" Target="https://www.instagram.com/p/DHJDH3MYpi/?utm_source=ig_web_copy_link&amp;xtok=MzRlODBiNWFlZA==&amp;srtk=MzRlODBiNWFlZA" TargetMode="External"/><Relationship Id="rId397" Type="http://schemas.openxmlformats.org/officeDocument/2006/relationships/hyperlink" Target="https://www.instagram.com/p/DIznf1bNowA/?utm_source=ig_web_copy_link&amp;cplk=MzRlODBiNWFlZA==&amp;srtk=MzRlODBiNWFlZA" TargetMode="External"/><Relationship Id="rId520" Type="http://schemas.openxmlformats.org/officeDocument/2006/relationships/hyperlink" Target="https://www.instagram.com/reel/DPT2qFOCu8x/?exln=MWpxcXZzMHpuNDZxZQ" TargetMode="External"/><Relationship Id="rId562" Type="http://schemas.openxmlformats.org/officeDocument/2006/relationships/hyperlink" Target="https://www.instagram.com/reel/DQKIBCXCtQe/?obrf=NWRoaGRiMGUxZmlx" TargetMode="External"/><Relationship Id="rId618" Type="http://schemas.openxmlformats.org/officeDocument/2006/relationships/hyperlink" Target="https://www.instagram.com/reel/DSRldg0Cump/?vrfl=MWRhaDh5cXc5Z3I0eQ" TargetMode="External"/><Relationship Id="rId825" Type="http://schemas.openxmlformats.org/officeDocument/2006/relationships/hyperlink" Target="https://www.instagram.com/reel/DdzK9ZYh05o/?cplk=ODB6eHpkODBhbjV2" TargetMode="External"/><Relationship Id="rId215" Type="http://schemas.openxmlformats.org/officeDocument/2006/relationships/hyperlink" Target="https://www.instagram.com/p/DDJrw_7MBqW/?utm_source=ig_web_copy_link&amp;stkn=MzRlODBiNWFlZA" TargetMode="External"/><Relationship Id="rId257" Type="http://schemas.openxmlformats.org/officeDocument/2006/relationships/hyperlink" Target="https://www.instagram.com/p/DDrhG4SMgxZ/?utm_source=ig_web_copy_link&amp;srtk=MzRlODBiNWFlZA" TargetMode="External"/><Relationship Id="rId422" Type="http://schemas.openxmlformats.org/officeDocument/2006/relationships/hyperlink" Target="https://www.instagram.com/p/DJY6SQXM-h-/?utm_source=ig_web_copy_link&amp;mdxt=MzRlODBiNWFlZA==&amp;srtk=MzRlODBiNWFlZA" TargetMode="External"/><Relationship Id="rId464" Type="http://schemas.openxmlformats.org/officeDocument/2006/relationships/hyperlink" Target="https://www.instagram.com/p/DLSB5BVMdFh/?utm_source=ig_web_copy_link&amp;vrfl=MzRlODBiNWFlZA==&amp;srtk=MzRlODBiNWFlZA" TargetMode="External"/><Relationship Id="rId867" Type="http://schemas.openxmlformats.org/officeDocument/2006/relationships/hyperlink" Target="https://kargoo.kz/content/view/5/321326939?lang=ru" TargetMode="External"/><Relationship Id="rId299" Type="http://schemas.openxmlformats.org/officeDocument/2006/relationships/hyperlink" Target="https://www.instagram.com/p/DFpCUzEsTTM/?utm_source=ig_web_copy_link&amp;vrfl=MzRlODBiNWFlZA==&amp;srtk=MzRlODBiNWFlZA" TargetMode="External"/><Relationship Id="rId727" Type="http://schemas.openxmlformats.org/officeDocument/2006/relationships/hyperlink" Target="https://www.instagram.com/reel/DYeI19UK07V/?mdxt=MWFldWNnanlscHFtaQ" TargetMode="External"/><Relationship Id="rId63" Type="http://schemas.openxmlformats.org/officeDocument/2006/relationships/hyperlink" Target="https://www.instagram.com/p/DAGT1DJsvCm/?utm_source=ig_web_copy_link&amp;stkn=MzRlODBiNWFlZA" TargetMode="External"/><Relationship Id="rId159" Type="http://schemas.openxmlformats.org/officeDocument/2006/relationships/hyperlink" Target="https://www.instagram.com/reel/DCBfs21M4RC/?utm_source=ig_web_copy_link&amp;stkn=MzRlODBiNWFlZA" TargetMode="External"/><Relationship Id="rId366" Type="http://schemas.openxmlformats.org/officeDocument/2006/relationships/hyperlink" Target="https://www.instagram.com/p/DHTyxycI6Ei/?utm_source=ig_web_copy_link&amp;obrf=MzRlODBiNWFlZA==&amp;srtk=MzRlODBiNWFlZA" TargetMode="External"/><Relationship Id="rId573" Type="http://schemas.openxmlformats.org/officeDocument/2006/relationships/hyperlink" Target="https://www.instagram.com/p/DQ3pHudCj0x/?obrf=emdubXgxbnFkcmJj" TargetMode="External"/><Relationship Id="rId780" Type="http://schemas.openxmlformats.org/officeDocument/2006/relationships/hyperlink" Target="https://www.instagram.com/p/Dc_bSbeq2za/?vrfl=MXRldTJlNnp3NXV3OA" TargetMode="External"/><Relationship Id="rId226" Type="http://schemas.openxmlformats.org/officeDocument/2006/relationships/hyperlink" Target="https://www.instagram.com/reel/DDRLewlMB3o/?utm_source=ig_web_copy_link&amp;stkn=MzRlODBiNWFlZA" TargetMode="External"/><Relationship Id="rId433" Type="http://schemas.openxmlformats.org/officeDocument/2006/relationships/hyperlink" Target="https://www.instagram.com/reel/DJ-EijvMzkm/?utm_source=ig_web_copy_link&amp;dlrf=MzRlODBiNWFlZA==&amp;srtk=MzRlODBiNWFlZA" TargetMode="External"/><Relationship Id="rId878" Type="http://schemas.openxmlformats.org/officeDocument/2006/relationships/hyperlink" Target="https://www.instagram.com/p/DT3xthaCqFo/?stkn=ODVtcnVneHgyNGJz" TargetMode="External"/><Relationship Id="rId640" Type="http://schemas.openxmlformats.org/officeDocument/2006/relationships/hyperlink" Target="https://www.instagram.com/reel/DTu31BZimKy/?cplk=bXBsd3gycDgyZDUy" TargetMode="External"/><Relationship Id="rId738" Type="http://schemas.openxmlformats.org/officeDocument/2006/relationships/hyperlink" Target="https://www.instagram.com/reel/DYzwYEBqZ4x/?obrf=MWVhZHU2ZzAwOXJwbQ" TargetMode="External"/><Relationship Id="rId74" Type="http://schemas.openxmlformats.org/officeDocument/2006/relationships/hyperlink" Target="https://www.instagram.com/reel/DAm53T4oA8o/?utm_source=ig_web_copy_link&amp;stkn=MzRlODBiNWFlZA" TargetMode="External"/><Relationship Id="rId377" Type="http://schemas.openxmlformats.org/officeDocument/2006/relationships/hyperlink" Target="https://www.instagram.com/reel/DHbxuWrsYnd/?utm_source=ig_web_copy_link&amp;vrfl=MzRlODBiNWFlZA==&amp;srtk=MzRlODBiNWFlZA" TargetMode="External"/><Relationship Id="rId500" Type="http://schemas.openxmlformats.org/officeDocument/2006/relationships/hyperlink" Target="https://www.instagram.com/p/DPLawFKCiAF/?rpxt=aHJxNXRoYXl1dTNn" TargetMode="External"/><Relationship Id="rId584" Type="http://schemas.openxmlformats.org/officeDocument/2006/relationships/hyperlink" Target="https://www.instagram.com/reel/DQ-3pZRCjPj/?cplk=NzYxMDQxaDNhdzR6" TargetMode="External"/><Relationship Id="rId805" Type="http://schemas.openxmlformats.org/officeDocument/2006/relationships/hyperlink" Target="https://www.instagram.com/reel/Dd7Wl2hKQWe/?psln=MXUydnFrN2R1M2gwZA" TargetMode="External"/><Relationship Id="rId5" Type="http://schemas.openxmlformats.org/officeDocument/2006/relationships/webSettings" Target="webSettings.xml"/><Relationship Id="rId237" Type="http://schemas.openxmlformats.org/officeDocument/2006/relationships/hyperlink" Target="https://www.instagram.com/reel/DDYhkhyKx6P/?utm_source=ig_web_copy_link&amp;stkn=MzRlODBiNWFlZA" TargetMode="External"/><Relationship Id="rId791" Type="http://schemas.openxmlformats.org/officeDocument/2006/relationships/hyperlink" Target="https://www.instagram.com/reel/Dd5y_dSK5bj/?rpxt=MWRwdGNoenQ3ZGx6cw" TargetMode="External"/><Relationship Id="rId889" Type="http://schemas.openxmlformats.org/officeDocument/2006/relationships/hyperlink" Target="https://www.instagram.com/p/DTZrg1wimGu/?stkn=MTJhNHVzdW9wMGxqNA" TargetMode="External"/><Relationship Id="rId444" Type="http://schemas.openxmlformats.org/officeDocument/2006/relationships/hyperlink" Target="https://www.instagram.com/reel/DKUhJk_sP3_/?utm_source=ig_web_copy_link&amp;obrf=MzRlODBiNWFlZA==&amp;srtk=MzRlODBiNWFlZA" TargetMode="External"/><Relationship Id="rId651" Type="http://schemas.openxmlformats.org/officeDocument/2006/relationships/hyperlink" Target="https://www.instagram.com/reel/DUaTjftCvt1/?mdxt=aDdyMmZhdTZreHhz" TargetMode="External"/><Relationship Id="rId749" Type="http://schemas.openxmlformats.org/officeDocument/2006/relationships/hyperlink" Target="https://www.instagram.com/p/Ddi37g5Cn09/?psln=Nmw3cTEyNzF5Ymxp" TargetMode="External"/><Relationship Id="rId290" Type="http://schemas.openxmlformats.org/officeDocument/2006/relationships/hyperlink" Target="https://www.instagram.com/reel/DFEs_cMI2Yn/?utm_source=ig_web_copy_link&amp;obrf=MzRlODBiNWFlZA==&amp;srtk=MzRlODBiNWFlZA" TargetMode="External"/><Relationship Id="rId304" Type="http://schemas.openxmlformats.org/officeDocument/2006/relationships/hyperlink" Target="https://www.instagram.com/p/DF5oUG8s78M/?utm_source=ig_web_copy_link&amp;xtok=MzRlODBiNWFlZA==&amp;srtk=MzRlODBiNWFlZA" TargetMode="External"/><Relationship Id="rId388" Type="http://schemas.openxmlformats.org/officeDocument/2006/relationships/hyperlink" Target="https://www.instagram.com/p/DIQx4VFMxTW/?utm_source=ig_web_copy_link&amp;rpxt=MzRlODBiNWFlZA==&amp;srtk=MzRlODBiNWFlZA" TargetMode="External"/><Relationship Id="rId511" Type="http://schemas.openxmlformats.org/officeDocument/2006/relationships/hyperlink" Target="https://www.instagram.com/reel/DPQxCO0CkwQ/?srtk=NnVtM2llZm8zZjJ5" TargetMode="External"/><Relationship Id="rId609" Type="http://schemas.openxmlformats.org/officeDocument/2006/relationships/hyperlink" Target="https://www.instagram.com/p/DSFpKMuirlJ/?img_index=9&amp;vrfl=eHg2eDJ2cnpyazlt" TargetMode="External"/><Relationship Id="rId85" Type="http://schemas.openxmlformats.org/officeDocument/2006/relationships/hyperlink" Target="https://www.instagram.com/reel/DAvzHXvM0K6/?utm_source=ig_web_copy_link&amp;stkn=MzRlODBiNWFlZA" TargetMode="External"/><Relationship Id="rId150" Type="http://schemas.openxmlformats.org/officeDocument/2006/relationships/hyperlink" Target="https://www.instagram.com/p/DB8L5MBsoRV/?utm_source=ig_web_copy_link&amp;stkn=MzRlODBiNWFlZA" TargetMode="External"/><Relationship Id="rId595" Type="http://schemas.openxmlformats.org/officeDocument/2006/relationships/hyperlink" Target="https://www.instagram.com/reel/DRRXDyoiqWl/?exln=MWFheHQxYzhncnNpZw" TargetMode="External"/><Relationship Id="rId816" Type="http://schemas.openxmlformats.org/officeDocument/2006/relationships/hyperlink" Target="https://www.instagram.com/reel/DeGeqxjKEal/?exln=MTZocXhjOW15bWFxcA" TargetMode="External"/><Relationship Id="rId248" Type="http://schemas.openxmlformats.org/officeDocument/2006/relationships/hyperlink" Target="https://www.instagram.com/reel/DDfNWw1sqwb/?utm_source=ig_web_copy_link&amp;stkn=MzRlODBiNWFlZA" TargetMode="External"/><Relationship Id="rId455" Type="http://schemas.openxmlformats.org/officeDocument/2006/relationships/hyperlink" Target="https://www.instagram.com/reel/DK2TAPvt7XK/?utm_source=ig_web_copy_link&amp;mdxt=MzRlODBiNWFlZA==&amp;srtk=MzRlODBiNWFlZA" TargetMode="External"/><Relationship Id="rId662" Type="http://schemas.openxmlformats.org/officeDocument/2006/relationships/hyperlink" Target="https://www.instagram.com/reel/DVNz2odCo9c/?exln=cWZzbXUwcjhvd29y" TargetMode="External"/><Relationship Id="rId12" Type="http://schemas.openxmlformats.org/officeDocument/2006/relationships/hyperlink" Target="https://school.bilimal.kz/cabinet_ddirector/performance/p_tlist?year=&amp;teacher_id=1042" TargetMode="External"/><Relationship Id="rId108" Type="http://schemas.openxmlformats.org/officeDocument/2006/relationships/hyperlink" Target="https://www.instagram.com/reel/DBTy9oDspFv/?utm_source=ig_web_copy_link&amp;stkn=MzRlODBiNWFlZA" TargetMode="External"/><Relationship Id="rId315" Type="http://schemas.openxmlformats.org/officeDocument/2006/relationships/hyperlink" Target="https://www.instagram.com/reel/DGNkXKRM-RB/?utm_source=ig_web_copy_link&amp;obrf=MzRlODBiNWFlZA==&amp;srtk=MzRlODBiNWFlZA" TargetMode="External"/><Relationship Id="rId522" Type="http://schemas.openxmlformats.org/officeDocument/2006/relationships/hyperlink" Target="https://www.instagram.com/reel/DPUAyE7Chsp/?exln=cTNucm1wcmttOWt2" TargetMode="External"/><Relationship Id="rId96" Type="http://schemas.openxmlformats.org/officeDocument/2006/relationships/hyperlink" Target="https://www.instagram.com/reel/DBFsbEbohZR/?utm_source=ig_web_copy_link&amp;stkn=MzRlODBiNWFlZA" TargetMode="External"/><Relationship Id="rId161" Type="http://schemas.openxmlformats.org/officeDocument/2006/relationships/hyperlink" Target="https://www.instagram.com/p/DCB-BhNMUjg/?utm_source=ig_web_copy_link&amp;stkn=MzRlODBiNWFlZA" TargetMode="External"/><Relationship Id="rId399" Type="http://schemas.openxmlformats.org/officeDocument/2006/relationships/hyperlink" Target="https://www.instagram.com/reel/DIznx8PIHJ2/?utm_source=ig_web_copy_link&amp;cplk=MzRlODBiNWFlZA==&amp;srtk=MzRlODBiNWFlZA" TargetMode="External"/><Relationship Id="rId827" Type="http://schemas.openxmlformats.org/officeDocument/2006/relationships/hyperlink" Target="https://www.instagram.com/reel/Dd-wrfZKdff/?dlrf=MW1hN2N3eDhzcTdo" TargetMode="External"/><Relationship Id="rId259" Type="http://schemas.openxmlformats.org/officeDocument/2006/relationships/hyperlink" Target="https://www.instagram.com/reel/DDwgCDWMC4h/?utm_source=ig_web_copy_link&amp;srtk=MzRlODBiNWFlZA" TargetMode="External"/><Relationship Id="rId466" Type="http://schemas.openxmlformats.org/officeDocument/2006/relationships/hyperlink" Target="https://www.instagram.com/reel/DLUahFlsyiJ/?utm_source=ig_web_copy_link&amp;exln=MzRlODBiNWFlZA==&amp;srtk=MzRlODBiNWFlZA" TargetMode="External"/><Relationship Id="rId673" Type="http://schemas.openxmlformats.org/officeDocument/2006/relationships/hyperlink" Target="https://www.instagram.com/reel/DVYxmQJCsG6/?psln=NThwOHAzOWx6c3Zx" TargetMode="External"/><Relationship Id="rId880" Type="http://schemas.openxmlformats.org/officeDocument/2006/relationships/hyperlink" Target="https://www.instagram.com/p/DSFT-lKCjSn/?stkn=MXE2aHo1d2o0MThmdA" TargetMode="External"/><Relationship Id="rId23" Type="http://schemas.openxmlformats.org/officeDocument/2006/relationships/hyperlink" Target="https://www.instagram.com/p/C5TpRWNMDnf/?srtk=eTBzZW95M2lzMTN3" TargetMode="External"/><Relationship Id="rId119" Type="http://schemas.openxmlformats.org/officeDocument/2006/relationships/hyperlink" Target="https://www.instagram.com/p/DBao5casSDp/?utm_source=ig_web_copy_link&amp;stkn=MzRlODBiNWFlZA" TargetMode="External"/><Relationship Id="rId326" Type="http://schemas.openxmlformats.org/officeDocument/2006/relationships/hyperlink" Target="https://www.instagram.com/p/DGio8ArMDKw/?utm_source=ig_web_copy_link&amp;vrfl=MzRlODBiNWFlZA==&amp;srtk=MzRlODBiNWFlZA" TargetMode="External"/><Relationship Id="rId533" Type="http://schemas.openxmlformats.org/officeDocument/2006/relationships/hyperlink" Target="https://www.instagram.com/reel/DPdN6zOimEs/?vrfl=MW4wMnhhMWJ6MGVmOQ" TargetMode="External"/><Relationship Id="rId740" Type="http://schemas.openxmlformats.org/officeDocument/2006/relationships/hyperlink" Target="https://www.instagram.com/reel/DcwXqgbqb72/?cplk=bGFqbW9xM2RyeHp4" TargetMode="External"/><Relationship Id="rId838" Type="http://schemas.openxmlformats.org/officeDocument/2006/relationships/chart" Target="charts/chart6.xml"/><Relationship Id="rId172" Type="http://schemas.openxmlformats.org/officeDocument/2006/relationships/hyperlink" Target="https://www.instagram.com/reel/DCR4uRaNT9m/?utm_source=ig_web_copy_link&amp;stkn=MzRlODBiNWFlZA" TargetMode="External"/><Relationship Id="rId477" Type="http://schemas.openxmlformats.org/officeDocument/2006/relationships/hyperlink" Target="https://www.instagram.com/reel/DOkmuZOis48/?vrfl=M3MyNzAwdTduNHZv" TargetMode="External"/><Relationship Id="rId600" Type="http://schemas.openxmlformats.org/officeDocument/2006/relationships/hyperlink" Target="https://www.instagram.com/p/DR4DCfXihHN/?cplk=M3YyeGd1anhoZnBs" TargetMode="External"/><Relationship Id="rId684" Type="http://schemas.openxmlformats.org/officeDocument/2006/relationships/hyperlink" Target="https://www.instagram.com/reel/DVfgjLhijja/?obrf=c2pld2k1bmlzNTdm" TargetMode="External"/><Relationship Id="rId337" Type="http://schemas.openxmlformats.org/officeDocument/2006/relationships/hyperlink" Target="https://www.instagram.com/reel/DGw_yCitu_K/?utm_source=ig_web_copy_link&amp;exln=MzRlODBiNWFlZA==&amp;srtk=MzRlODBiNWFlZA" TargetMode="External"/><Relationship Id="rId891" Type="http://schemas.openxmlformats.org/officeDocument/2006/relationships/hyperlink" Target="https://www.instagram.com/reel/DVfppc5ilWe/?stkn=MTZ6MDRxdWg3dHF2Zg" TargetMode="External"/><Relationship Id="rId905" Type="http://schemas.openxmlformats.org/officeDocument/2006/relationships/image" Target="media/image38.emf"/><Relationship Id="rId34" Type="http://schemas.openxmlformats.org/officeDocument/2006/relationships/hyperlink" Target="https://disk.yandex.kz/d/Hp6GAaRXorxGFQ" TargetMode="External"/><Relationship Id="rId544" Type="http://schemas.openxmlformats.org/officeDocument/2006/relationships/hyperlink" Target="https://www.instagram.com/reel/DP0TbhyCi0B/?srtk=NmlsOHNhdncxMjds" TargetMode="External"/><Relationship Id="rId751" Type="http://schemas.openxmlformats.org/officeDocument/2006/relationships/hyperlink" Target="https://www.instagram.com/p/Ddjqmdeq8_P/?mdxt=eGtmY3V4NHVkejI0" TargetMode="External"/><Relationship Id="rId849" Type="http://schemas.openxmlformats.org/officeDocument/2006/relationships/hyperlink" Target="https://www.instagram.com/reel/DBgSnResKw0/?igsh=MTJ6M2d5bHZnbXk2bw==" TargetMode="External"/><Relationship Id="rId183" Type="http://schemas.openxmlformats.org/officeDocument/2006/relationships/hyperlink" Target="https://www.instagram.com/p/DCVonsioLKe/?utm_source=ig_web_copy_link&amp;stkn=MzRlODBiNWFlZA" TargetMode="External"/><Relationship Id="rId390" Type="http://schemas.openxmlformats.org/officeDocument/2006/relationships/hyperlink" Target="https://www.instagram.com/p/DITlEpDM1wU/?utm_source=ig_web_copy_link&amp;obrf=MzRlODBiNWFlZA==&amp;srtk=MzRlODBiNWFlZA" TargetMode="External"/><Relationship Id="rId404" Type="http://schemas.openxmlformats.org/officeDocument/2006/relationships/hyperlink" Target="https://www.instagram.com/p/DI1cIqoNNsd/?utm_source=ig_web_copy_link&amp;srtk=MzRlODBiNWFlZA" TargetMode="External"/><Relationship Id="rId611" Type="http://schemas.openxmlformats.org/officeDocument/2006/relationships/hyperlink" Target="https://www.instagram.com/p/DSLJYdDikk8/?img_index=5&amp;dlrf=OHR5enBzOHZqY2E0" TargetMode="External"/><Relationship Id="rId250" Type="http://schemas.openxmlformats.org/officeDocument/2006/relationships/hyperlink" Target="https://www.instagram.com/reel/DDoLe7FN2iE/?utm_source=ig_web_copy_link&amp;stkn=MzRlODBiNWFlZA" TargetMode="External"/><Relationship Id="rId488" Type="http://schemas.openxmlformats.org/officeDocument/2006/relationships/hyperlink" Target="https://www.instagram.com/reel/DOqq-lbCpCK/?obrf=MW0xbGRkdmFqZmRiMQ" TargetMode="External"/><Relationship Id="rId695" Type="http://schemas.openxmlformats.org/officeDocument/2006/relationships/hyperlink" Target="https://www.instagram.com/reel/DVnxSd5CpJl/?mdxt=MW1zMTB1cHZtcWVoZQ" TargetMode="External"/><Relationship Id="rId709" Type="http://schemas.openxmlformats.org/officeDocument/2006/relationships/hyperlink" Target="https://www.instagram.com/p/DW27G7hCtCs/?obrf=cXdvc3NhZWpqMm1o" TargetMode="External"/><Relationship Id="rId45" Type="http://schemas.openxmlformats.org/officeDocument/2006/relationships/hyperlink" Target="https://www.instagram.com/reel/C_tMQ-Ksnl1/?utm_source=ig_web_copy_link&amp;stkn=MzRlODBiNWFlZA" TargetMode="External"/><Relationship Id="rId110" Type="http://schemas.openxmlformats.org/officeDocument/2006/relationships/hyperlink" Target="https://www.instagram.com/reel/DBYbya0sabY/?utm_source=ig_web_copy_link&amp;stkn=MzRlODBiNWFlZA" TargetMode="External"/><Relationship Id="rId348" Type="http://schemas.openxmlformats.org/officeDocument/2006/relationships/hyperlink" Target="https://www.instagram.com/reel/DHINEx-t1y5/?utm_source=ig_web_copy_link&amp;vrfl=MzRlODBiNWFlZA==&amp;srtk=MzRlODBiNWFlZA" TargetMode="External"/><Relationship Id="rId555" Type="http://schemas.openxmlformats.org/officeDocument/2006/relationships/hyperlink" Target="https://www.instagram.com/p/DQDrHQiiv-T/?psln=MWM0YmNkdXZsZHFwZA" TargetMode="External"/><Relationship Id="rId762" Type="http://schemas.openxmlformats.org/officeDocument/2006/relationships/hyperlink" Target="https://www.instagram.com/reel/Dd0nbxGqDQd/?obrf=MXY4Nm9tNjk3MzlnZg" TargetMode="External"/><Relationship Id="rId194" Type="http://schemas.openxmlformats.org/officeDocument/2006/relationships/hyperlink" Target="https://www.instagram.com/reel/DChEMKToN25/?utm_source=ig_web_copy_link&amp;stkn=MzRlODBiNWFlZA" TargetMode="External"/><Relationship Id="rId208" Type="http://schemas.openxmlformats.org/officeDocument/2006/relationships/hyperlink" Target="https://www.instagram.com/p/DDD4dwXoXg7/?utm_source=ig_web_copy_link&amp;stkn=MzRlODBiNWFlZA" TargetMode="External"/><Relationship Id="rId415" Type="http://schemas.openxmlformats.org/officeDocument/2006/relationships/hyperlink" Target="https://www.instagram.com/reel/DJGgZZasgf5/?utm_source=ig_web_copy_link&amp;rpxt=MzRlODBiNWFlZA==&amp;srtk=MzRlODBiNWFlZA" TargetMode="External"/><Relationship Id="rId622" Type="http://schemas.openxmlformats.org/officeDocument/2006/relationships/hyperlink" Target="https://www.instagram.com/reel/DSSPLG_ivdj/?exln=dTJxYjNyODR4bm1x" TargetMode="External"/><Relationship Id="rId261" Type="http://schemas.openxmlformats.org/officeDocument/2006/relationships/hyperlink" Target="https://www.instagram.com/p/DD6eoTus7NT/?utm_source=ig_web_copy_link&amp;cplk=MzRlODBiNWFlZA==&amp;srtk=MzRlODBiNWFlZA" TargetMode="External"/><Relationship Id="rId499" Type="http://schemas.openxmlformats.org/officeDocument/2006/relationships/hyperlink" Target="https://www.instagram.com/p/DPEXftNCpL2/?vrfl=dXU3MnRvOHp6aW5n" TargetMode="External"/><Relationship Id="rId56" Type="http://schemas.openxmlformats.org/officeDocument/2006/relationships/hyperlink" Target="https://www.instagram.com/reel/C_7-FkhMrjq/?utm_source=ig_web_copy_link&amp;stkn=MzRlODBiNWFlZA" TargetMode="External"/><Relationship Id="rId359" Type="http://schemas.openxmlformats.org/officeDocument/2006/relationships/hyperlink" Target="https://www.instagram.com/reel/DHMCG8osW2P/?utm_source=ig_web_copy_link&amp;rpxt=MzRlODBiNWFlZA==&amp;srtk=MzRlODBiNWFlZA" TargetMode="External"/><Relationship Id="rId566" Type="http://schemas.openxmlformats.org/officeDocument/2006/relationships/hyperlink" Target="https://www.instagram.com/p/DQZcETkih9u/?psln=MTNueDdvYXpjaGFjOA" TargetMode="External"/><Relationship Id="rId773" Type="http://schemas.openxmlformats.org/officeDocument/2006/relationships/hyperlink" Target="https://www.instagram.com/p/Dd1GZccCo5P/?mdxt=Y3ZudzEwcWZlNjdq"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_____Microsoft_Excel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_____Microsoft_Excel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_____Microsoft_Excel3.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_____Microsoft_Excel4.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_____Microsoft_Excel5.xlsx"/></Relationships>
</file>

<file path=word/charts/_rels/chart7.xml.rels><?xml version="1.0" encoding="UTF-8" standalone="yes"?>
<Relationships xmlns="http://schemas.openxmlformats.org/package/2006/relationships"><Relationship Id="rId3" Type="http://schemas.openxmlformats.org/officeDocument/2006/relationships/package" Target="../embeddings/_____Microsoft_Excel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_____Microsoft_Excel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_____Microsoft_Excel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_____Microsoft_Excel9.xlsx"/><Relationship Id="rId2" Type="http://schemas.microsoft.com/office/2011/relationships/chartColorStyle" Target="colors10.xml"/><Relationship Id="rId1" Type="http://schemas.microsoft.com/office/2011/relationships/chartStyle" Target="style10.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Сынып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3"/>
                <c:pt idx="0">
                  <c:v>2024-2025</c:v>
                </c:pt>
                <c:pt idx="1">
                  <c:v>2025-2026</c:v>
                </c:pt>
                <c:pt idx="2">
                  <c:v>2026-2027</c:v>
                </c:pt>
              </c:strCache>
            </c:strRef>
          </c:cat>
          <c:val>
            <c:numRef>
              <c:f>Лист1!$B$2:$B$5</c:f>
              <c:numCache>
                <c:formatCode>General</c:formatCode>
                <c:ptCount val="4"/>
                <c:pt idx="0">
                  <c:v>38</c:v>
                </c:pt>
                <c:pt idx="1">
                  <c:v>39</c:v>
                </c:pt>
                <c:pt idx="2">
                  <c:v>43</c:v>
                </c:pt>
              </c:numCache>
            </c:numRef>
          </c:val>
          <c:extLst>
            <c:ext xmlns:c16="http://schemas.microsoft.com/office/drawing/2014/chart" uri="{C3380CC4-5D6E-409C-BE32-E72D297353CC}">
              <c16:uniqueId val="{00000000-EA8A-4832-A6CB-CD47FDBC7BB9}"/>
            </c:ext>
          </c:extLst>
        </c:ser>
        <c:ser>
          <c:idx val="1"/>
          <c:order val="1"/>
          <c:tx>
            <c:strRef>
              <c:f>Лист1!$C$1</c:f>
              <c:strCache>
                <c:ptCount val="1"/>
                <c:pt idx="0">
                  <c:v>Оқушы</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3"/>
                <c:pt idx="0">
                  <c:v>2024-2025</c:v>
                </c:pt>
                <c:pt idx="1">
                  <c:v>2025-2026</c:v>
                </c:pt>
                <c:pt idx="2">
                  <c:v>2026-2027</c:v>
                </c:pt>
              </c:strCache>
            </c:strRef>
          </c:cat>
          <c:val>
            <c:numRef>
              <c:f>Лист1!$C$2:$C$5</c:f>
              <c:numCache>
                <c:formatCode>General</c:formatCode>
                <c:ptCount val="4"/>
                <c:pt idx="0">
                  <c:v>909</c:v>
                </c:pt>
                <c:pt idx="1">
                  <c:v>965</c:v>
                </c:pt>
                <c:pt idx="2">
                  <c:v>1053</c:v>
                </c:pt>
              </c:numCache>
            </c:numRef>
          </c:val>
          <c:extLst>
            <c:ext xmlns:c16="http://schemas.microsoft.com/office/drawing/2014/chart" uri="{C3380CC4-5D6E-409C-BE32-E72D297353CC}">
              <c16:uniqueId val="{00000001-EA8A-4832-A6CB-CD47FDBC7BB9}"/>
            </c:ext>
          </c:extLst>
        </c:ser>
        <c:ser>
          <c:idx val="2"/>
          <c:order val="2"/>
          <c:tx>
            <c:strRef>
              <c:f>Лист1!$D$1</c:f>
              <c:strCache>
                <c:ptCount val="1"/>
                <c:pt idx="0">
                  <c:v>Столбец1</c:v>
                </c:pt>
              </c:strCache>
            </c:strRef>
          </c:tx>
          <c:spPr>
            <a:solidFill>
              <a:schemeClr val="accent3"/>
            </a:solidFill>
            <a:ln>
              <a:noFill/>
            </a:ln>
            <a:effectLst/>
          </c:spPr>
          <c:invertIfNegative val="0"/>
          <c:cat>
            <c:strRef>
              <c:f>Лист1!$A$2:$A$5</c:f>
              <c:strCache>
                <c:ptCount val="3"/>
                <c:pt idx="0">
                  <c:v>2024-2025</c:v>
                </c:pt>
                <c:pt idx="1">
                  <c:v>2025-2026</c:v>
                </c:pt>
                <c:pt idx="2">
                  <c:v>2026-2027</c:v>
                </c:pt>
              </c:strCache>
            </c:strRef>
          </c:cat>
          <c:val>
            <c:numRef>
              <c:f>Лист1!$D$2:$D$5</c:f>
              <c:numCache>
                <c:formatCode>General</c:formatCode>
                <c:ptCount val="4"/>
              </c:numCache>
            </c:numRef>
          </c:val>
          <c:extLst>
            <c:ext xmlns:c16="http://schemas.microsoft.com/office/drawing/2014/chart" uri="{C3380CC4-5D6E-409C-BE32-E72D297353CC}">
              <c16:uniqueId val="{00000002-EA8A-4832-A6CB-CD47FDBC7BB9}"/>
            </c:ext>
          </c:extLst>
        </c:ser>
        <c:dLbls>
          <c:showLegendKey val="0"/>
          <c:showVal val="0"/>
          <c:showCatName val="0"/>
          <c:showSerName val="0"/>
          <c:showPercent val="0"/>
          <c:showBubbleSize val="0"/>
        </c:dLbls>
        <c:gapWidth val="219"/>
        <c:overlap val="-27"/>
        <c:axId val="496618144"/>
        <c:axId val="496611256"/>
      </c:barChart>
      <c:catAx>
        <c:axId val="4966181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96611256"/>
        <c:crosses val="autoZero"/>
        <c:auto val="1"/>
        <c:lblAlgn val="ctr"/>
        <c:lblOffset val="100"/>
        <c:noMultiLvlLbl val="0"/>
      </c:catAx>
      <c:valAx>
        <c:axId val="4966112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96618144"/>
        <c:crosses val="autoZero"/>
        <c:crossBetween val="between"/>
      </c:valAx>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solidFill>
                  <a:sysClr val="windowText" lastClr="000000"/>
                </a:solidFill>
                <a:latin typeface="Times New Roman" panose="02020603050405020304" pitchFamily="18" charset="0"/>
                <a:cs typeface="Times New Roman" panose="02020603050405020304" pitchFamily="18" charset="0"/>
              </a:rPr>
              <a:t>Салыстырмалы</a:t>
            </a:r>
            <a:r>
              <a:rPr lang="ru-RU" baseline="0">
                <a:solidFill>
                  <a:sysClr val="windowText" lastClr="000000"/>
                </a:solidFill>
                <a:latin typeface="Times New Roman" panose="02020603050405020304" pitchFamily="18" charset="0"/>
                <a:cs typeface="Times New Roman" panose="02020603050405020304" pitchFamily="18" charset="0"/>
              </a:rPr>
              <a:t> талдау</a:t>
            </a:r>
            <a:endParaRPr lang="ru-RU">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Мектептегі мотивацияның, оқу белсенділігінің жоғары деңгейі</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"А"сыныбы</c:v>
                </c:pt>
                <c:pt idx="1">
                  <c:v>1 "Ә" сыныбы</c:v>
                </c:pt>
                <c:pt idx="2">
                  <c:v> 1"Б "сыныбы</c:v>
                </c:pt>
                <c:pt idx="3">
                  <c:v>1 "В" сыныбы</c:v>
                </c:pt>
                <c:pt idx="4">
                  <c:v>1 "Г" сыныбы</c:v>
                </c:pt>
              </c:strCache>
            </c:strRef>
          </c:cat>
          <c:val>
            <c:numRef>
              <c:f>Лист1!$B$2:$B$6</c:f>
              <c:numCache>
                <c:formatCode>0%</c:formatCode>
                <c:ptCount val="5"/>
                <c:pt idx="0">
                  <c:v>0.92</c:v>
                </c:pt>
                <c:pt idx="1">
                  <c:v>0.83</c:v>
                </c:pt>
                <c:pt idx="2">
                  <c:v>0.86</c:v>
                </c:pt>
                <c:pt idx="3">
                  <c:v>0.82</c:v>
                </c:pt>
                <c:pt idx="4">
                  <c:v>0.82</c:v>
                </c:pt>
              </c:numCache>
            </c:numRef>
          </c:val>
          <c:extLst>
            <c:ext xmlns:c16="http://schemas.microsoft.com/office/drawing/2014/chart" uri="{C3380CC4-5D6E-409C-BE32-E72D297353CC}">
              <c16:uniqueId val="{00000000-86D7-489D-8C4F-ACF3C518C9B7}"/>
            </c:ext>
          </c:extLst>
        </c:ser>
        <c:ser>
          <c:idx val="1"/>
          <c:order val="1"/>
          <c:tx>
            <c:strRef>
              <c:f>Лист1!$C$1</c:f>
              <c:strCache>
                <c:ptCount val="1"/>
                <c:pt idx="0">
                  <c:v>Оқудың жақсы мотивациясы</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"А"сыныбы</c:v>
                </c:pt>
                <c:pt idx="1">
                  <c:v>1 "Ә" сыныбы</c:v>
                </c:pt>
                <c:pt idx="2">
                  <c:v> 1"Б "сыныбы</c:v>
                </c:pt>
                <c:pt idx="3">
                  <c:v>1 "В" сыныбы</c:v>
                </c:pt>
                <c:pt idx="4">
                  <c:v>1 "Г" сыныбы</c:v>
                </c:pt>
              </c:strCache>
            </c:strRef>
          </c:cat>
          <c:val>
            <c:numRef>
              <c:f>Лист1!$C$2:$C$6</c:f>
              <c:numCache>
                <c:formatCode>0%</c:formatCode>
                <c:ptCount val="5"/>
                <c:pt idx="0">
                  <c:v>0.08</c:v>
                </c:pt>
                <c:pt idx="1">
                  <c:v>0.17</c:v>
                </c:pt>
                <c:pt idx="2">
                  <c:v>0.14000000000000001</c:v>
                </c:pt>
                <c:pt idx="3">
                  <c:v>0.18</c:v>
                </c:pt>
                <c:pt idx="4">
                  <c:v>0.13</c:v>
                </c:pt>
              </c:numCache>
            </c:numRef>
          </c:val>
          <c:extLst>
            <c:ext xmlns:c16="http://schemas.microsoft.com/office/drawing/2014/chart" uri="{C3380CC4-5D6E-409C-BE32-E72D297353CC}">
              <c16:uniqueId val="{00000001-86D7-489D-8C4F-ACF3C518C9B7}"/>
            </c:ext>
          </c:extLst>
        </c:ser>
        <c:ser>
          <c:idx val="2"/>
          <c:order val="2"/>
          <c:tx>
            <c:strRef>
              <c:f>Лист1!$D$1</c:f>
              <c:strCache>
                <c:ptCount val="1"/>
                <c:pt idx="0">
                  <c:v>Мектепке деген оң көзқарас, бірақ мектеп сабақтан тыс жақтарымен көбірек тартады</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"А"сыныбы</c:v>
                </c:pt>
                <c:pt idx="1">
                  <c:v>1 "Ә" сыныбы</c:v>
                </c:pt>
                <c:pt idx="2">
                  <c:v> 1"Б "сыныбы</c:v>
                </c:pt>
                <c:pt idx="3">
                  <c:v>1 "В" сыныбы</c:v>
                </c:pt>
                <c:pt idx="4">
                  <c:v>1 "Г" сыныбы</c:v>
                </c:pt>
              </c:strCache>
            </c:strRef>
          </c:cat>
          <c:val>
            <c:numRef>
              <c:f>Лист1!$D$2:$D$6</c:f>
              <c:numCache>
                <c:formatCode>0%</c:formatCode>
                <c:ptCount val="5"/>
                <c:pt idx="0">
                  <c:v>0</c:v>
                </c:pt>
                <c:pt idx="1">
                  <c:v>0</c:v>
                </c:pt>
                <c:pt idx="2">
                  <c:v>0</c:v>
                </c:pt>
                <c:pt idx="3">
                  <c:v>0</c:v>
                </c:pt>
                <c:pt idx="4">
                  <c:v>0.05</c:v>
                </c:pt>
              </c:numCache>
            </c:numRef>
          </c:val>
          <c:extLst>
            <c:ext xmlns:c16="http://schemas.microsoft.com/office/drawing/2014/chart" uri="{C3380CC4-5D6E-409C-BE32-E72D297353CC}">
              <c16:uniqueId val="{00000002-86D7-489D-8C4F-ACF3C518C9B7}"/>
            </c:ext>
          </c:extLst>
        </c:ser>
        <c:dLbls>
          <c:showLegendKey val="0"/>
          <c:showVal val="0"/>
          <c:showCatName val="0"/>
          <c:showSerName val="0"/>
          <c:showPercent val="0"/>
          <c:showBubbleSize val="0"/>
        </c:dLbls>
        <c:gapWidth val="219"/>
        <c:axId val="418323400"/>
        <c:axId val="418325368"/>
      </c:barChart>
      <c:catAx>
        <c:axId val="4183234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418325368"/>
        <c:crosses val="autoZero"/>
        <c:auto val="1"/>
        <c:lblAlgn val="ctr"/>
        <c:lblOffset val="100"/>
        <c:noMultiLvlLbl val="0"/>
      </c:catAx>
      <c:valAx>
        <c:axId val="41832536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183234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solidFill>
                  <a:sysClr val="windowText" lastClr="000000"/>
                </a:solidFill>
                <a:latin typeface="Times New Roman" panose="02020603050405020304" pitchFamily="18" charset="0"/>
                <a:cs typeface="Times New Roman" panose="02020603050405020304" pitchFamily="18" charset="0"/>
              </a:rPr>
              <a:t>Салыстырмалы талдау</a:t>
            </a:r>
          </a:p>
          <a:p>
            <a:pPr>
              <a:defRPr/>
            </a:pPr>
            <a:r>
              <a:rPr lang="ru-RU">
                <a:solidFill>
                  <a:sysClr val="windowText" lastClr="000000"/>
                </a:solidFill>
                <a:latin typeface="Times New Roman" panose="02020603050405020304" pitchFamily="18" charset="0"/>
                <a:cs typeface="Times New Roman" panose="02020603050405020304" pitchFamily="18" charset="0"/>
              </a:rPr>
              <a:t>ОҚЭДӘ жалпы көрсеткіші</a:t>
            </a:r>
          </a:p>
        </c:rich>
      </c:tx>
      <c:layout>
        <c:manualLayout>
          <c:xMode val="edge"/>
          <c:yMode val="edge"/>
          <c:x val="0.28825222368037329"/>
          <c:y val="1.1904761904761904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Жоғары</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"А"сыныбы</c:v>
                </c:pt>
                <c:pt idx="1">
                  <c:v>1 "Ә"сыныбы</c:v>
                </c:pt>
                <c:pt idx="2">
                  <c:v>1 "Б" сыныбы</c:v>
                </c:pt>
                <c:pt idx="3">
                  <c:v>1 "В" сыныбы</c:v>
                </c:pt>
                <c:pt idx="4">
                  <c:v>1 "Г" сыныбы</c:v>
                </c:pt>
              </c:strCache>
            </c:strRef>
          </c:cat>
          <c:val>
            <c:numRef>
              <c:f>Лист1!$B$2:$B$6</c:f>
              <c:numCache>
                <c:formatCode>0%</c:formatCode>
                <c:ptCount val="5"/>
                <c:pt idx="0">
                  <c:v>0.12</c:v>
                </c:pt>
                <c:pt idx="1">
                  <c:v>0.22</c:v>
                </c:pt>
                <c:pt idx="2">
                  <c:v>0.26</c:v>
                </c:pt>
                <c:pt idx="3">
                  <c:v>0</c:v>
                </c:pt>
                <c:pt idx="4">
                  <c:v>0.25</c:v>
                </c:pt>
              </c:numCache>
            </c:numRef>
          </c:val>
          <c:extLst>
            <c:ext xmlns:c16="http://schemas.microsoft.com/office/drawing/2014/chart" uri="{C3380CC4-5D6E-409C-BE32-E72D297353CC}">
              <c16:uniqueId val="{00000000-A981-43AC-A0BE-A2A4BC1A4BEE}"/>
            </c:ext>
          </c:extLst>
        </c:ser>
        <c:ser>
          <c:idx val="1"/>
          <c:order val="1"/>
          <c:tx>
            <c:strRef>
              <c:f>Лист1!$C$1</c:f>
              <c:strCache>
                <c:ptCount val="1"/>
                <c:pt idx="0">
                  <c:v>Орташа</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"А"сыныбы</c:v>
                </c:pt>
                <c:pt idx="1">
                  <c:v>1 "Ә"сыныбы</c:v>
                </c:pt>
                <c:pt idx="2">
                  <c:v>1 "Б" сыныбы</c:v>
                </c:pt>
                <c:pt idx="3">
                  <c:v>1 "В" сыныбы</c:v>
                </c:pt>
                <c:pt idx="4">
                  <c:v>1 "Г" сыныбы</c:v>
                </c:pt>
              </c:strCache>
            </c:strRef>
          </c:cat>
          <c:val>
            <c:numRef>
              <c:f>Лист1!$C$2:$C$6</c:f>
              <c:numCache>
                <c:formatCode>0%</c:formatCode>
                <c:ptCount val="5"/>
                <c:pt idx="0">
                  <c:v>0.54</c:v>
                </c:pt>
                <c:pt idx="1">
                  <c:v>0.13</c:v>
                </c:pt>
                <c:pt idx="2">
                  <c:v>0.3</c:v>
                </c:pt>
                <c:pt idx="3">
                  <c:v>0.35</c:v>
                </c:pt>
                <c:pt idx="4">
                  <c:v>0.21</c:v>
                </c:pt>
              </c:numCache>
            </c:numRef>
          </c:val>
          <c:extLst>
            <c:ext xmlns:c16="http://schemas.microsoft.com/office/drawing/2014/chart" uri="{C3380CC4-5D6E-409C-BE32-E72D297353CC}">
              <c16:uniqueId val="{00000001-A981-43AC-A0BE-A2A4BC1A4BEE}"/>
            </c:ext>
          </c:extLst>
        </c:ser>
        <c:ser>
          <c:idx val="2"/>
          <c:order val="2"/>
          <c:tx>
            <c:strRef>
              <c:f>Лист1!$D$1</c:f>
              <c:strCache>
                <c:ptCount val="1"/>
                <c:pt idx="0">
                  <c:v>Төмен</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"А"сыныбы</c:v>
                </c:pt>
                <c:pt idx="1">
                  <c:v>1 "Ә"сыныбы</c:v>
                </c:pt>
                <c:pt idx="2">
                  <c:v>1 "Б" сыныбы</c:v>
                </c:pt>
                <c:pt idx="3">
                  <c:v>1 "В" сыныбы</c:v>
                </c:pt>
                <c:pt idx="4">
                  <c:v>1 "Г" сыныбы</c:v>
                </c:pt>
              </c:strCache>
            </c:strRef>
          </c:cat>
          <c:val>
            <c:numRef>
              <c:f>Лист1!$D$2:$D$6</c:f>
              <c:numCache>
                <c:formatCode>0%</c:formatCode>
                <c:ptCount val="5"/>
                <c:pt idx="0">
                  <c:v>0.34</c:v>
                </c:pt>
                <c:pt idx="1">
                  <c:v>0.65</c:v>
                </c:pt>
                <c:pt idx="2">
                  <c:v>0.65</c:v>
                </c:pt>
                <c:pt idx="3">
                  <c:v>0.65</c:v>
                </c:pt>
                <c:pt idx="4">
                  <c:v>0.54</c:v>
                </c:pt>
              </c:numCache>
            </c:numRef>
          </c:val>
          <c:extLst>
            <c:ext xmlns:c16="http://schemas.microsoft.com/office/drawing/2014/chart" uri="{C3380CC4-5D6E-409C-BE32-E72D297353CC}">
              <c16:uniqueId val="{00000002-A981-43AC-A0BE-A2A4BC1A4BEE}"/>
            </c:ext>
          </c:extLst>
        </c:ser>
        <c:dLbls>
          <c:showLegendKey val="0"/>
          <c:showVal val="0"/>
          <c:showCatName val="0"/>
          <c:showSerName val="0"/>
          <c:showPercent val="0"/>
          <c:showBubbleSize val="0"/>
        </c:dLbls>
        <c:gapWidth val="219"/>
        <c:overlap val="-27"/>
        <c:axId val="441687768"/>
        <c:axId val="441686128"/>
      </c:barChart>
      <c:catAx>
        <c:axId val="4416877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441686128"/>
        <c:crosses val="autoZero"/>
        <c:auto val="1"/>
        <c:lblAlgn val="ctr"/>
        <c:lblOffset val="100"/>
        <c:noMultiLvlLbl val="0"/>
      </c:catAx>
      <c:valAx>
        <c:axId val="44168612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416877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Лист1!$B$1</c:f>
              <c:strCache>
                <c:ptCount val="1"/>
                <c:pt idx="0">
                  <c:v>жоғары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5А</c:v>
                </c:pt>
                <c:pt idx="1">
                  <c:v>5Ә</c:v>
                </c:pt>
                <c:pt idx="2">
                  <c:v>5Б</c:v>
                </c:pt>
              </c:strCache>
            </c:strRef>
          </c:cat>
          <c:val>
            <c:numRef>
              <c:f>Лист1!$B$2:$B$4</c:f>
              <c:numCache>
                <c:formatCode>0%</c:formatCode>
                <c:ptCount val="3"/>
                <c:pt idx="0">
                  <c:v>0.16</c:v>
                </c:pt>
                <c:pt idx="1">
                  <c:v>0.04</c:v>
                </c:pt>
                <c:pt idx="2">
                  <c:v>0</c:v>
                </c:pt>
              </c:numCache>
            </c:numRef>
          </c:val>
          <c:extLst>
            <c:ext xmlns:c16="http://schemas.microsoft.com/office/drawing/2014/chart" uri="{C3380CC4-5D6E-409C-BE32-E72D297353CC}">
              <c16:uniqueId val="{00000000-E99D-466B-8A41-C03C403953C4}"/>
            </c:ext>
          </c:extLst>
        </c:ser>
        <c:ser>
          <c:idx val="1"/>
          <c:order val="1"/>
          <c:tx>
            <c:strRef>
              <c:f>Лист1!$C$1</c:f>
              <c:strCache>
                <c:ptCount val="1"/>
                <c:pt idx="0">
                  <c:v>орташа</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5А</c:v>
                </c:pt>
                <c:pt idx="1">
                  <c:v>5Ә</c:v>
                </c:pt>
                <c:pt idx="2">
                  <c:v>5Б</c:v>
                </c:pt>
              </c:strCache>
            </c:strRef>
          </c:cat>
          <c:val>
            <c:numRef>
              <c:f>Лист1!$C$2:$C$4</c:f>
              <c:numCache>
                <c:formatCode>0%</c:formatCode>
                <c:ptCount val="3"/>
                <c:pt idx="0">
                  <c:v>0.79</c:v>
                </c:pt>
                <c:pt idx="1">
                  <c:v>0.75</c:v>
                </c:pt>
                <c:pt idx="2">
                  <c:v>0.84</c:v>
                </c:pt>
              </c:numCache>
            </c:numRef>
          </c:val>
          <c:extLst>
            <c:ext xmlns:c16="http://schemas.microsoft.com/office/drawing/2014/chart" uri="{C3380CC4-5D6E-409C-BE32-E72D297353CC}">
              <c16:uniqueId val="{00000001-E99D-466B-8A41-C03C403953C4}"/>
            </c:ext>
          </c:extLst>
        </c:ser>
        <c:ser>
          <c:idx val="2"/>
          <c:order val="2"/>
          <c:tx>
            <c:strRef>
              <c:f>Лист1!$D$1</c:f>
              <c:strCache>
                <c:ptCount val="1"/>
                <c:pt idx="0">
                  <c:v>төмен</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5А</c:v>
                </c:pt>
                <c:pt idx="1">
                  <c:v>5Ә</c:v>
                </c:pt>
                <c:pt idx="2">
                  <c:v>5Б</c:v>
                </c:pt>
              </c:strCache>
            </c:strRef>
          </c:cat>
          <c:val>
            <c:numRef>
              <c:f>Лист1!$D$2:$D$4</c:f>
              <c:numCache>
                <c:formatCode>0%</c:formatCode>
                <c:ptCount val="3"/>
                <c:pt idx="0">
                  <c:v>0.05</c:v>
                </c:pt>
                <c:pt idx="1">
                  <c:v>0.21</c:v>
                </c:pt>
                <c:pt idx="2">
                  <c:v>0.16</c:v>
                </c:pt>
              </c:numCache>
            </c:numRef>
          </c:val>
          <c:extLst>
            <c:ext xmlns:c16="http://schemas.microsoft.com/office/drawing/2014/chart" uri="{C3380CC4-5D6E-409C-BE32-E72D297353CC}">
              <c16:uniqueId val="{00000002-E99D-466B-8A41-C03C403953C4}"/>
            </c:ext>
          </c:extLst>
        </c:ser>
        <c:dLbls>
          <c:showLegendKey val="0"/>
          <c:showVal val="0"/>
          <c:showCatName val="0"/>
          <c:showSerName val="0"/>
          <c:showPercent val="0"/>
          <c:showBubbleSize val="0"/>
        </c:dLbls>
        <c:gapWidth val="219"/>
        <c:overlap val="-27"/>
        <c:axId val="419308760"/>
        <c:axId val="419309416"/>
      </c:barChart>
      <c:catAx>
        <c:axId val="4193087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19309416"/>
        <c:crosses val="autoZero"/>
        <c:auto val="1"/>
        <c:lblAlgn val="ctr"/>
        <c:lblOffset val="100"/>
        <c:noMultiLvlLbl val="0"/>
      </c:catAx>
      <c:valAx>
        <c:axId val="41930941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193087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Лист1!$B$1</c:f>
              <c:strCache>
                <c:ptCount val="1"/>
                <c:pt idx="0">
                  <c:v>Мазасыздықтың жоғары деңгейі</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5А</c:v>
                </c:pt>
                <c:pt idx="1">
                  <c:v>5Ә</c:v>
                </c:pt>
                <c:pt idx="2">
                  <c:v>5Б</c:v>
                </c:pt>
              </c:strCache>
            </c:strRef>
          </c:cat>
          <c:val>
            <c:numRef>
              <c:f>Лист1!$B$2:$B$4</c:f>
              <c:numCache>
                <c:formatCode>0%</c:formatCode>
                <c:ptCount val="3"/>
                <c:pt idx="0">
                  <c:v>0.05</c:v>
                </c:pt>
                <c:pt idx="1">
                  <c:v>0.04</c:v>
                </c:pt>
                <c:pt idx="2">
                  <c:v>0</c:v>
                </c:pt>
              </c:numCache>
            </c:numRef>
          </c:val>
          <c:extLst>
            <c:ext xmlns:c16="http://schemas.microsoft.com/office/drawing/2014/chart" uri="{C3380CC4-5D6E-409C-BE32-E72D297353CC}">
              <c16:uniqueId val="{00000000-D00B-47F1-B23E-E2AE39A51306}"/>
            </c:ext>
          </c:extLst>
        </c:ser>
        <c:ser>
          <c:idx val="1"/>
          <c:order val="1"/>
          <c:tx>
            <c:strRef>
              <c:f>Лист1!$C$1</c:f>
              <c:strCache>
                <c:ptCount val="1"/>
                <c:pt idx="0">
                  <c:v>Мазасыздықтың көтеріңкі деңгейі</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5А</c:v>
                </c:pt>
                <c:pt idx="1">
                  <c:v>5Ә</c:v>
                </c:pt>
                <c:pt idx="2">
                  <c:v>5Б</c:v>
                </c:pt>
              </c:strCache>
            </c:strRef>
          </c:cat>
          <c:val>
            <c:numRef>
              <c:f>Лист1!$C$2:$C$4</c:f>
              <c:numCache>
                <c:formatCode>0%</c:formatCode>
                <c:ptCount val="3"/>
                <c:pt idx="0">
                  <c:v>0.14000000000000001</c:v>
                </c:pt>
                <c:pt idx="1">
                  <c:v>0.21</c:v>
                </c:pt>
                <c:pt idx="2">
                  <c:v>0.23</c:v>
                </c:pt>
              </c:numCache>
            </c:numRef>
          </c:val>
          <c:extLst>
            <c:ext xmlns:c16="http://schemas.microsoft.com/office/drawing/2014/chart" uri="{C3380CC4-5D6E-409C-BE32-E72D297353CC}">
              <c16:uniqueId val="{00000001-D00B-47F1-B23E-E2AE39A51306}"/>
            </c:ext>
          </c:extLst>
        </c:ser>
        <c:ser>
          <c:idx val="2"/>
          <c:order val="2"/>
          <c:tx>
            <c:strRef>
              <c:f>Лист1!$D$1</c:f>
              <c:strCache>
                <c:ptCount val="1"/>
                <c:pt idx="0">
                  <c:v>Мазасыздықтың орташа деңгейі</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5А</c:v>
                </c:pt>
                <c:pt idx="1">
                  <c:v>5Ә</c:v>
                </c:pt>
                <c:pt idx="2">
                  <c:v>5Б</c:v>
                </c:pt>
              </c:strCache>
            </c:strRef>
          </c:cat>
          <c:val>
            <c:numRef>
              <c:f>Лист1!$D$2:$D$4</c:f>
              <c:numCache>
                <c:formatCode>0%</c:formatCode>
                <c:ptCount val="3"/>
                <c:pt idx="0">
                  <c:v>0.32</c:v>
                </c:pt>
                <c:pt idx="1">
                  <c:v>0.25</c:v>
                </c:pt>
                <c:pt idx="2">
                  <c:v>0.32</c:v>
                </c:pt>
              </c:numCache>
            </c:numRef>
          </c:val>
          <c:extLst>
            <c:ext xmlns:c16="http://schemas.microsoft.com/office/drawing/2014/chart" uri="{C3380CC4-5D6E-409C-BE32-E72D297353CC}">
              <c16:uniqueId val="{00000002-D00B-47F1-B23E-E2AE39A51306}"/>
            </c:ext>
          </c:extLst>
        </c:ser>
        <c:ser>
          <c:idx val="3"/>
          <c:order val="3"/>
          <c:tx>
            <c:strRef>
              <c:f>Лист1!$E$1</c:f>
              <c:strCache>
                <c:ptCount val="1"/>
                <c:pt idx="0">
                  <c:v>Мазасыздықтың төмен деңгейі</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5А</c:v>
                </c:pt>
                <c:pt idx="1">
                  <c:v>5Ә</c:v>
                </c:pt>
                <c:pt idx="2">
                  <c:v>5Б</c:v>
                </c:pt>
              </c:strCache>
            </c:strRef>
          </c:cat>
          <c:val>
            <c:numRef>
              <c:f>Лист1!$E$2:$E$4</c:f>
              <c:numCache>
                <c:formatCode>0%</c:formatCode>
                <c:ptCount val="3"/>
                <c:pt idx="0">
                  <c:v>0.49</c:v>
                </c:pt>
                <c:pt idx="1">
                  <c:v>0.5</c:v>
                </c:pt>
                <c:pt idx="2">
                  <c:v>0.45</c:v>
                </c:pt>
              </c:numCache>
            </c:numRef>
          </c:val>
          <c:extLst>
            <c:ext xmlns:c16="http://schemas.microsoft.com/office/drawing/2014/chart" uri="{C3380CC4-5D6E-409C-BE32-E72D297353CC}">
              <c16:uniqueId val="{00000003-D00B-47F1-B23E-E2AE39A51306}"/>
            </c:ext>
          </c:extLst>
        </c:ser>
        <c:dLbls>
          <c:showLegendKey val="0"/>
          <c:showVal val="0"/>
          <c:showCatName val="0"/>
          <c:showSerName val="0"/>
          <c:showPercent val="0"/>
          <c:showBubbleSize val="0"/>
        </c:dLbls>
        <c:gapWidth val="219"/>
        <c:overlap val="-27"/>
        <c:axId val="419308760"/>
        <c:axId val="419309416"/>
      </c:barChart>
      <c:catAx>
        <c:axId val="4193087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19309416"/>
        <c:crosses val="autoZero"/>
        <c:auto val="1"/>
        <c:lblAlgn val="ctr"/>
        <c:lblOffset val="100"/>
        <c:noMultiLvlLbl val="0"/>
      </c:catAx>
      <c:valAx>
        <c:axId val="41930941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193087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Лист1!$B$1</c:f>
              <c:strCache>
                <c:ptCount val="1"/>
                <c:pt idx="0">
                  <c:v>жоғары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10 А</c:v>
                </c:pt>
                <c:pt idx="1">
                  <c:v>10 Ә</c:v>
                </c:pt>
              </c:strCache>
            </c:strRef>
          </c:cat>
          <c:val>
            <c:numRef>
              <c:f>Лист1!$B$2:$B$3</c:f>
              <c:numCache>
                <c:formatCode>0%</c:formatCode>
                <c:ptCount val="2"/>
                <c:pt idx="0">
                  <c:v>0.17</c:v>
                </c:pt>
                <c:pt idx="1">
                  <c:v>0.11</c:v>
                </c:pt>
              </c:numCache>
            </c:numRef>
          </c:val>
          <c:extLst>
            <c:ext xmlns:c16="http://schemas.microsoft.com/office/drawing/2014/chart" uri="{C3380CC4-5D6E-409C-BE32-E72D297353CC}">
              <c16:uniqueId val="{00000000-6589-4CA4-8987-CD87B9CA088B}"/>
            </c:ext>
          </c:extLst>
        </c:ser>
        <c:ser>
          <c:idx val="1"/>
          <c:order val="1"/>
          <c:tx>
            <c:strRef>
              <c:f>Лист1!$C$1</c:f>
              <c:strCache>
                <c:ptCount val="1"/>
                <c:pt idx="0">
                  <c:v>орташа</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10 А</c:v>
                </c:pt>
                <c:pt idx="1">
                  <c:v>10 Ә</c:v>
                </c:pt>
              </c:strCache>
            </c:strRef>
          </c:cat>
          <c:val>
            <c:numRef>
              <c:f>Лист1!$C$2:$C$3</c:f>
              <c:numCache>
                <c:formatCode>0%</c:formatCode>
                <c:ptCount val="2"/>
                <c:pt idx="0">
                  <c:v>0.79</c:v>
                </c:pt>
                <c:pt idx="1">
                  <c:v>0.74</c:v>
                </c:pt>
              </c:numCache>
            </c:numRef>
          </c:val>
          <c:extLst>
            <c:ext xmlns:c16="http://schemas.microsoft.com/office/drawing/2014/chart" uri="{C3380CC4-5D6E-409C-BE32-E72D297353CC}">
              <c16:uniqueId val="{00000001-6589-4CA4-8987-CD87B9CA088B}"/>
            </c:ext>
          </c:extLst>
        </c:ser>
        <c:ser>
          <c:idx val="2"/>
          <c:order val="2"/>
          <c:tx>
            <c:strRef>
              <c:f>Лист1!$D$1</c:f>
              <c:strCache>
                <c:ptCount val="1"/>
                <c:pt idx="0">
                  <c:v>төмен</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10 А</c:v>
                </c:pt>
                <c:pt idx="1">
                  <c:v>10 Ә</c:v>
                </c:pt>
              </c:strCache>
            </c:strRef>
          </c:cat>
          <c:val>
            <c:numRef>
              <c:f>Лист1!$D$2:$D$3</c:f>
              <c:numCache>
                <c:formatCode>0%</c:formatCode>
                <c:ptCount val="2"/>
                <c:pt idx="0">
                  <c:v>0.04</c:v>
                </c:pt>
                <c:pt idx="1">
                  <c:v>0.15</c:v>
                </c:pt>
              </c:numCache>
            </c:numRef>
          </c:val>
          <c:extLst>
            <c:ext xmlns:c16="http://schemas.microsoft.com/office/drawing/2014/chart" uri="{C3380CC4-5D6E-409C-BE32-E72D297353CC}">
              <c16:uniqueId val="{00000002-6589-4CA4-8987-CD87B9CA088B}"/>
            </c:ext>
          </c:extLst>
        </c:ser>
        <c:dLbls>
          <c:showLegendKey val="0"/>
          <c:showVal val="0"/>
          <c:showCatName val="0"/>
          <c:showSerName val="0"/>
          <c:showPercent val="0"/>
          <c:showBubbleSize val="0"/>
        </c:dLbls>
        <c:gapWidth val="219"/>
        <c:overlap val="-27"/>
        <c:axId val="419308760"/>
        <c:axId val="419309416"/>
      </c:barChart>
      <c:catAx>
        <c:axId val="4193087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19309416"/>
        <c:crosses val="autoZero"/>
        <c:auto val="1"/>
        <c:lblAlgn val="ctr"/>
        <c:lblOffset val="100"/>
        <c:noMultiLvlLbl val="0"/>
      </c:catAx>
      <c:valAx>
        <c:axId val="41930941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193087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pieChart>
        <c:varyColors val="1"/>
        <c:ser>
          <c:idx val="0"/>
          <c:order val="0"/>
          <c:tx>
            <c:strRef>
              <c:f>Лист1!$B$1</c:f>
              <c:strCache>
                <c:ptCount val="1"/>
                <c:pt idx="0">
                  <c:v>Сыныптағы психологиялық ахуал</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FCCE-4A53-BD25-451C4AC8ECAF}"/>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FCCE-4A53-BD25-451C4AC8ECAF}"/>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FCCE-4A53-BD25-451C4AC8ECA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Лист1!$A$2:$A$4</c:f>
              <c:strCache>
                <c:ptCount val="3"/>
                <c:pt idx="0">
                  <c:v>Жоғары баға</c:v>
                </c:pt>
                <c:pt idx="1">
                  <c:v>Немқұрайлы көзқарас</c:v>
                </c:pt>
                <c:pt idx="2">
                  <c:v>Төмен баға</c:v>
                </c:pt>
              </c:strCache>
            </c:strRef>
          </c:cat>
          <c:val>
            <c:numRef>
              <c:f>Лист1!$B$2:$B$4</c:f>
              <c:numCache>
                <c:formatCode>0%</c:formatCode>
                <c:ptCount val="3"/>
                <c:pt idx="0">
                  <c:v>0.79</c:v>
                </c:pt>
                <c:pt idx="1">
                  <c:v>0.21</c:v>
                </c:pt>
                <c:pt idx="2">
                  <c:v>0</c:v>
                </c:pt>
              </c:numCache>
            </c:numRef>
          </c:val>
          <c:extLst>
            <c:ext xmlns:c16="http://schemas.microsoft.com/office/drawing/2014/chart" uri="{C3380CC4-5D6E-409C-BE32-E72D297353CC}">
              <c16:uniqueId val="{00000006-FCCE-4A53-BD25-451C4AC8ECAF}"/>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pieChart>
        <c:varyColors val="1"/>
        <c:ser>
          <c:idx val="0"/>
          <c:order val="0"/>
          <c:tx>
            <c:strRef>
              <c:f>Лист1!$B$1</c:f>
              <c:strCache>
                <c:ptCount val="1"/>
                <c:pt idx="0">
                  <c:v>Дұшпандық индексі</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7493-4183-A56B-B408CE66EDE6}"/>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7493-4183-A56B-B408CE66EDE6}"/>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7493-4183-A56B-B408CE66EDE6}"/>
              </c:ext>
            </c:extLst>
          </c:dPt>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Лист1!$A$2:$A$4</c:f>
              <c:strCache>
                <c:ptCount val="3"/>
                <c:pt idx="0">
                  <c:v>Әлсіз көрінім</c:v>
                </c:pt>
                <c:pt idx="1">
                  <c:v>Бірқалыпты көрінім</c:v>
                </c:pt>
                <c:pt idx="2">
                  <c:v>Айқын көрінім</c:v>
                </c:pt>
              </c:strCache>
            </c:strRef>
          </c:cat>
          <c:val>
            <c:numRef>
              <c:f>Лист1!$B$2:$B$4</c:f>
              <c:numCache>
                <c:formatCode>General</c:formatCode>
                <c:ptCount val="3"/>
                <c:pt idx="0">
                  <c:v>13</c:v>
                </c:pt>
                <c:pt idx="1">
                  <c:v>37</c:v>
                </c:pt>
                <c:pt idx="2">
                  <c:v>21</c:v>
                </c:pt>
              </c:numCache>
            </c:numRef>
          </c:val>
          <c:extLst>
            <c:ext xmlns:c16="http://schemas.microsoft.com/office/drawing/2014/chart" uri="{C3380CC4-5D6E-409C-BE32-E72D297353CC}">
              <c16:uniqueId val="{00000006-7493-4183-A56B-B408CE66EDE6}"/>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pieChart>
        <c:varyColors val="1"/>
        <c:ser>
          <c:idx val="0"/>
          <c:order val="0"/>
          <c:tx>
            <c:strRef>
              <c:f>Лист1!$B$1</c:f>
              <c:strCache>
                <c:ptCount val="1"/>
                <c:pt idx="0">
                  <c:v>Агрессия индексі</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F2BB-4DAA-9C9B-0E99FBE27C9A}"/>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F2BB-4DAA-9C9B-0E99FBE27C9A}"/>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F2BB-4DAA-9C9B-0E99FBE27C9A}"/>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Лист1!$A$2:$A$4</c:f>
              <c:strCache>
                <c:ptCount val="3"/>
                <c:pt idx="0">
                  <c:v>Әлсіз көрінім</c:v>
                </c:pt>
                <c:pt idx="1">
                  <c:v>Бірқалыпты көрінім</c:v>
                </c:pt>
                <c:pt idx="2">
                  <c:v>Айқын көрінім</c:v>
                </c:pt>
              </c:strCache>
            </c:strRef>
          </c:cat>
          <c:val>
            <c:numRef>
              <c:f>Лист1!$B$2:$B$4</c:f>
              <c:numCache>
                <c:formatCode>General</c:formatCode>
                <c:ptCount val="3"/>
                <c:pt idx="0">
                  <c:v>2</c:v>
                </c:pt>
                <c:pt idx="1">
                  <c:v>29</c:v>
                </c:pt>
                <c:pt idx="2">
                  <c:v>21</c:v>
                </c:pt>
              </c:numCache>
            </c:numRef>
          </c:val>
          <c:extLst>
            <c:ext xmlns:c16="http://schemas.microsoft.com/office/drawing/2014/chart" uri="{C3380CC4-5D6E-409C-BE32-E72D297353CC}">
              <c16:uniqueId val="{00000006-F2BB-4DAA-9C9B-0E99FBE27C9A}"/>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341663631758949E-2"/>
          <c:y val="8.6497305619707476E-2"/>
          <c:w val="0.91382419302850304"/>
          <c:h val="0.5332603516939135"/>
        </c:manualLayout>
      </c:layout>
      <c:barChart>
        <c:barDir val="col"/>
        <c:grouping val="percentStacked"/>
        <c:varyColors val="0"/>
        <c:ser>
          <c:idx val="0"/>
          <c:order val="0"/>
          <c:tx>
            <c:strRef>
              <c:f>Лист1!$B$1</c:f>
              <c:strCache>
                <c:ptCount val="1"/>
                <c:pt idx="0">
                  <c:v>Ақыл-ой дамуының жоғары деңгейі</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4 "А"сыныбы</c:v>
                </c:pt>
                <c:pt idx="1">
                  <c:v>4 "Ә"сыныбы</c:v>
                </c:pt>
                <c:pt idx="2">
                  <c:v>4 "Б"сыныбы</c:v>
                </c:pt>
                <c:pt idx="3">
                  <c:v>4 "В"сыныбы</c:v>
                </c:pt>
              </c:strCache>
            </c:strRef>
          </c:cat>
          <c:val>
            <c:numRef>
              <c:f>Лист1!$B$2:$B$5</c:f>
              <c:numCache>
                <c:formatCode>0%</c:formatCode>
                <c:ptCount val="4"/>
                <c:pt idx="0">
                  <c:v>0.04</c:v>
                </c:pt>
                <c:pt idx="1">
                  <c:v>0</c:v>
                </c:pt>
                <c:pt idx="2">
                  <c:v>0.08</c:v>
                </c:pt>
                <c:pt idx="3">
                  <c:v>0</c:v>
                </c:pt>
              </c:numCache>
            </c:numRef>
          </c:val>
          <c:extLst>
            <c:ext xmlns:c16="http://schemas.microsoft.com/office/drawing/2014/chart" uri="{C3380CC4-5D6E-409C-BE32-E72D297353CC}">
              <c16:uniqueId val="{00000000-DAEF-4933-805B-70A7EE0F0964}"/>
            </c:ext>
          </c:extLst>
        </c:ser>
        <c:ser>
          <c:idx val="1"/>
          <c:order val="1"/>
          <c:tx>
            <c:strRef>
              <c:f>Лист1!$C$1</c:f>
              <c:strCache>
                <c:ptCount val="1"/>
                <c:pt idx="0">
                  <c:v>Ақыл-ой дамуының орташа деңгейі</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4 "А"сыныбы</c:v>
                </c:pt>
                <c:pt idx="1">
                  <c:v>4 "Ә"сыныбы</c:v>
                </c:pt>
                <c:pt idx="2">
                  <c:v>4 "Б"сыныбы</c:v>
                </c:pt>
                <c:pt idx="3">
                  <c:v>4 "В"сыныбы</c:v>
                </c:pt>
              </c:strCache>
            </c:strRef>
          </c:cat>
          <c:val>
            <c:numRef>
              <c:f>Лист1!$C$2:$C$5</c:f>
              <c:numCache>
                <c:formatCode>0%</c:formatCode>
                <c:ptCount val="4"/>
                <c:pt idx="0">
                  <c:v>0.22</c:v>
                </c:pt>
                <c:pt idx="1">
                  <c:v>0.04</c:v>
                </c:pt>
                <c:pt idx="2">
                  <c:v>0.16</c:v>
                </c:pt>
                <c:pt idx="3">
                  <c:v>0.17</c:v>
                </c:pt>
              </c:numCache>
            </c:numRef>
          </c:val>
          <c:extLst>
            <c:ext xmlns:c16="http://schemas.microsoft.com/office/drawing/2014/chart" uri="{C3380CC4-5D6E-409C-BE32-E72D297353CC}">
              <c16:uniqueId val="{00000001-DAEF-4933-805B-70A7EE0F0964}"/>
            </c:ext>
          </c:extLst>
        </c:ser>
        <c:ser>
          <c:idx val="2"/>
          <c:order val="2"/>
          <c:tx>
            <c:strRef>
              <c:f>Лист1!$D$1</c:f>
              <c:strCache>
                <c:ptCount val="1"/>
                <c:pt idx="0">
                  <c:v>Ақыл-ой дамуының жеткіліксіз (орташадан төмен) деңгейі</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4 "А"сыныбы</c:v>
                </c:pt>
                <c:pt idx="1">
                  <c:v>4 "Ә"сыныбы</c:v>
                </c:pt>
                <c:pt idx="2">
                  <c:v>4 "Б"сыныбы</c:v>
                </c:pt>
                <c:pt idx="3">
                  <c:v>4 "В"сыныбы</c:v>
                </c:pt>
              </c:strCache>
            </c:strRef>
          </c:cat>
          <c:val>
            <c:numRef>
              <c:f>Лист1!$D$2:$D$5</c:f>
              <c:numCache>
                <c:formatCode>0%</c:formatCode>
                <c:ptCount val="4"/>
                <c:pt idx="0">
                  <c:v>0.76</c:v>
                </c:pt>
                <c:pt idx="1">
                  <c:v>0.54</c:v>
                </c:pt>
                <c:pt idx="2">
                  <c:v>0.32</c:v>
                </c:pt>
                <c:pt idx="3">
                  <c:v>0.4</c:v>
                </c:pt>
              </c:numCache>
            </c:numRef>
          </c:val>
          <c:extLst>
            <c:ext xmlns:c16="http://schemas.microsoft.com/office/drawing/2014/chart" uri="{C3380CC4-5D6E-409C-BE32-E72D297353CC}">
              <c16:uniqueId val="{00000002-DAEF-4933-805B-70A7EE0F0964}"/>
            </c:ext>
          </c:extLst>
        </c:ser>
        <c:ser>
          <c:idx val="3"/>
          <c:order val="3"/>
          <c:tx>
            <c:strRef>
              <c:f>Лист1!$E$1</c:f>
              <c:strCache>
                <c:ptCount val="1"/>
                <c:pt idx="0">
                  <c:v>Ақыл-ой дамуының төмен деңгейі</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4 "А"сыныбы</c:v>
                </c:pt>
                <c:pt idx="1">
                  <c:v>4 "Ә"сыныбы</c:v>
                </c:pt>
                <c:pt idx="2">
                  <c:v>4 "Б"сыныбы</c:v>
                </c:pt>
                <c:pt idx="3">
                  <c:v>4 "В"сыныбы</c:v>
                </c:pt>
              </c:strCache>
            </c:strRef>
          </c:cat>
          <c:val>
            <c:numRef>
              <c:f>Лист1!$E$2:$E$5</c:f>
              <c:numCache>
                <c:formatCode>0%</c:formatCode>
                <c:ptCount val="4"/>
                <c:pt idx="0">
                  <c:v>0</c:v>
                </c:pt>
                <c:pt idx="1">
                  <c:v>0.42</c:v>
                </c:pt>
                <c:pt idx="2">
                  <c:v>0.44</c:v>
                </c:pt>
                <c:pt idx="3">
                  <c:v>0.39</c:v>
                </c:pt>
              </c:numCache>
            </c:numRef>
          </c:val>
          <c:extLst>
            <c:ext xmlns:c16="http://schemas.microsoft.com/office/drawing/2014/chart" uri="{C3380CC4-5D6E-409C-BE32-E72D297353CC}">
              <c16:uniqueId val="{00000003-DAEF-4933-805B-70A7EE0F0964}"/>
            </c:ext>
          </c:extLst>
        </c:ser>
        <c:ser>
          <c:idx val="4"/>
          <c:order val="4"/>
          <c:tx>
            <c:strRef>
              <c:f>Лист1!$F$1</c:f>
              <c:strCache>
                <c:ptCount val="1"/>
                <c:pt idx="0">
                  <c:v>Ақыл-ой дамуының өте төмен деңгейі</c:v>
                </c:pt>
              </c:strCache>
            </c:strRef>
          </c:tx>
          <c:spPr>
            <a:solidFill>
              <a:schemeClr val="accent5"/>
            </a:solidFill>
            <a:ln>
              <a:no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4-DAEF-4933-805B-70A7EE0F0964}"/>
                </c:ext>
              </c:extLst>
            </c:dLbl>
            <c:dLbl>
              <c:idx val="1"/>
              <c:layout>
                <c:manualLayout>
                  <c:x val="-7.638800644811996E-17"/>
                  <c:y val="-7.8585461689587421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DAEF-4933-805B-70A7EE0F0964}"/>
                </c:ext>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4 "А"сыныбы</c:v>
                </c:pt>
                <c:pt idx="1">
                  <c:v>4 "Ә"сыныбы</c:v>
                </c:pt>
                <c:pt idx="2">
                  <c:v>4 "Б"сыныбы</c:v>
                </c:pt>
                <c:pt idx="3">
                  <c:v>4 "В"сыныбы</c:v>
                </c:pt>
              </c:strCache>
            </c:strRef>
          </c:cat>
          <c:val>
            <c:numRef>
              <c:f>Лист1!$F$2:$F$5</c:f>
              <c:numCache>
                <c:formatCode>0%</c:formatCode>
                <c:ptCount val="4"/>
                <c:pt idx="0">
                  <c:v>0</c:v>
                </c:pt>
                <c:pt idx="1">
                  <c:v>0</c:v>
                </c:pt>
                <c:pt idx="2">
                  <c:v>0</c:v>
                </c:pt>
                <c:pt idx="3">
                  <c:v>0.04</c:v>
                </c:pt>
              </c:numCache>
            </c:numRef>
          </c:val>
          <c:extLst>
            <c:ext xmlns:c16="http://schemas.microsoft.com/office/drawing/2014/chart" uri="{C3380CC4-5D6E-409C-BE32-E72D297353CC}">
              <c16:uniqueId val="{00000006-DAEF-4933-805B-70A7EE0F0964}"/>
            </c:ext>
          </c:extLst>
        </c:ser>
        <c:dLbls>
          <c:dLblPos val="ctr"/>
          <c:showLegendKey val="0"/>
          <c:showVal val="1"/>
          <c:showCatName val="0"/>
          <c:showSerName val="0"/>
          <c:showPercent val="0"/>
          <c:showBubbleSize val="0"/>
        </c:dLbls>
        <c:gapWidth val="150"/>
        <c:overlap val="100"/>
        <c:axId val="413827648"/>
        <c:axId val="413829288"/>
      </c:barChart>
      <c:catAx>
        <c:axId val="4138276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413829288"/>
        <c:crosses val="autoZero"/>
        <c:auto val="1"/>
        <c:lblAlgn val="ctr"/>
        <c:lblOffset val="100"/>
        <c:noMultiLvlLbl val="0"/>
      </c:catAx>
      <c:valAx>
        <c:axId val="41382928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13827648"/>
        <c:crosses val="autoZero"/>
        <c:crossBetween val="between"/>
      </c:valAx>
      <c:spPr>
        <a:noFill/>
        <a:ln>
          <a:noFill/>
        </a:ln>
        <a:effectLst/>
      </c:spPr>
    </c:plotArea>
    <c:legend>
      <c:legendPos val="b"/>
      <c:layout>
        <c:manualLayout>
          <c:xMode val="edge"/>
          <c:yMode val="edge"/>
          <c:x val="0.10083169291338583"/>
          <c:y val="0.70694016882467292"/>
          <c:w val="0.85666994750656167"/>
          <c:h val="0.27734273883740962"/>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D3C28B-DE43-4E5F-91E9-E8BD78C2CE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5263</TotalTime>
  <Pages>1</Pages>
  <Words>68357</Words>
  <Characters>389635</Characters>
  <Application>Microsoft Office Word</Application>
  <DocSecurity>0</DocSecurity>
  <Lines>3246</Lines>
  <Paragraphs>914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457078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Екатерина А. Захарова</dc:creator>
  <cp:lastModifiedBy>Cab-121</cp:lastModifiedBy>
  <cp:revision>421</cp:revision>
  <cp:lastPrinted>2026-10-19T09:06:00Z</cp:lastPrinted>
  <dcterms:created xsi:type="dcterms:W3CDTF">2024-09-18T12:54:00Z</dcterms:created>
  <dcterms:modified xsi:type="dcterms:W3CDTF">2026-10-23T11:39:00Z</dcterms:modified>
</cp:coreProperties>
</file>